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374CE" w14:textId="77777777" w:rsidR="007911BE" w:rsidRPr="007911BE" w:rsidRDefault="007911BE" w:rsidP="007911BE">
      <w:pPr>
        <w:ind w:right="-2" w:firstLine="0"/>
        <w:jc w:val="center"/>
        <w:rPr>
          <w:rFonts w:cs="Times New Roman"/>
          <w:sz w:val="28"/>
          <w:szCs w:val="28"/>
          <w:lang w:val="ru-RU"/>
        </w:rPr>
      </w:pPr>
      <w:r w:rsidRPr="007911BE">
        <w:rPr>
          <w:rFonts w:cs="Times New Roman"/>
          <w:b/>
          <w:bCs/>
          <w:sz w:val="28"/>
          <w:szCs w:val="28"/>
          <w:lang w:val="ru-RU"/>
        </w:rPr>
        <w:t>Отчет о выполнении научно-исследовательской работы по проведению комплексной экспертизы Национального проекта «Семья»</w:t>
      </w:r>
      <w:r w:rsidRPr="007911BE">
        <w:rPr>
          <w:rFonts w:cs="Times New Roman"/>
          <w:sz w:val="28"/>
          <w:szCs w:val="28"/>
          <w:lang w:val="ru-RU"/>
        </w:rPr>
        <w:t xml:space="preserve"> </w:t>
      </w:r>
    </w:p>
    <w:p w14:paraId="5EE4CBBD" w14:textId="06958EE6" w:rsidR="007911BE" w:rsidRPr="007911BE" w:rsidRDefault="007911BE" w:rsidP="007911BE">
      <w:pPr>
        <w:ind w:right="-2" w:hanging="142"/>
        <w:jc w:val="center"/>
        <w:rPr>
          <w:rFonts w:cs="Times New Roman"/>
          <w:sz w:val="28"/>
          <w:szCs w:val="28"/>
          <w:lang w:val="ru-RU"/>
        </w:rPr>
      </w:pPr>
      <w:r w:rsidRPr="007911BE">
        <w:rPr>
          <w:rFonts w:cs="Times New Roman"/>
          <w:sz w:val="28"/>
          <w:szCs w:val="28"/>
          <w:lang w:val="ru-RU"/>
        </w:rPr>
        <w:t>(</w:t>
      </w:r>
      <w:r w:rsidRPr="007911BE">
        <w:rPr>
          <w:rFonts w:cs="Times New Roman"/>
          <w:i/>
          <w:iCs/>
          <w:sz w:val="28"/>
          <w:szCs w:val="28"/>
          <w:lang w:val="ru-RU"/>
        </w:rPr>
        <w:t>Ростовская Т.К., Ситковский А.М</w:t>
      </w:r>
      <w:r w:rsidRPr="007911BE">
        <w:rPr>
          <w:rFonts w:cs="Times New Roman"/>
          <w:sz w:val="28"/>
          <w:szCs w:val="28"/>
          <w:lang w:val="ru-RU"/>
        </w:rPr>
        <w:t xml:space="preserve">., </w:t>
      </w:r>
      <w:r w:rsidRPr="007911BE">
        <w:rPr>
          <w:rFonts w:cs="Times New Roman"/>
          <w:i/>
          <w:iCs/>
          <w:sz w:val="28"/>
          <w:szCs w:val="28"/>
          <w:lang w:val="ru-RU"/>
        </w:rPr>
        <w:t>Синельников А.Б., Архангельский В.Н.)</w:t>
      </w:r>
    </w:p>
    <w:p w14:paraId="59E37893" w14:textId="77777777" w:rsidR="007911BE" w:rsidRPr="007911BE" w:rsidRDefault="007911BE" w:rsidP="007911BE">
      <w:pPr>
        <w:rPr>
          <w:rFonts w:eastAsia="DengXian" w:cs="Times New Roman"/>
          <w:sz w:val="28"/>
          <w:szCs w:val="28"/>
          <w:lang w:val="ru-RU"/>
        </w:rPr>
      </w:pPr>
    </w:p>
    <w:p w14:paraId="0A6907C0" w14:textId="0CDEC976" w:rsidR="007911BE" w:rsidRPr="007911BE" w:rsidRDefault="007911BE" w:rsidP="007911BE">
      <w:pPr>
        <w:rPr>
          <w:rFonts w:eastAsia="Calibri" w:cs="Times New Roman"/>
          <w:bCs/>
          <w:sz w:val="28"/>
          <w:szCs w:val="28"/>
          <w:lang w:val="ru-RU"/>
        </w:rPr>
      </w:pPr>
      <w:r w:rsidRPr="007911BE">
        <w:rPr>
          <w:rFonts w:eastAsia="DengXian" w:cs="Times New Roman"/>
          <w:sz w:val="28"/>
          <w:szCs w:val="28"/>
          <w:lang w:val="ru-RU"/>
        </w:rPr>
        <w:tab/>
      </w:r>
      <w:r w:rsidRPr="007911BE">
        <w:rPr>
          <w:rFonts w:eastAsia="NewtonC" w:cs="Times New Roman"/>
          <w:sz w:val="28"/>
          <w:szCs w:val="28"/>
          <w:lang w:val="ru-RU"/>
        </w:rPr>
        <w:t xml:space="preserve">Обеспечение стабильного демографического развития страны является предметом реализации </w:t>
      </w:r>
      <w:r w:rsidRPr="007911BE">
        <w:rPr>
          <w:rFonts w:eastAsia="Calibri" w:cs="Times New Roman"/>
          <w:bCs/>
          <w:sz w:val="28"/>
          <w:szCs w:val="28"/>
          <w:lang w:val="ru-RU"/>
        </w:rPr>
        <w:t>совокупности стратегических документов, программ и проектов, определяющих приоритеты государства в части повышения рождаемости, снижения смертности и укрепления института семьи. Таким образом, на государственном уровне закреплено, что рост рождаемости и снижение смертности – это не только социально-экономические задачи, но и вопросы национальной безопасности.</w:t>
      </w:r>
    </w:p>
    <w:p w14:paraId="7A5B0E6A" w14:textId="77777777" w:rsidR="007911BE" w:rsidRPr="007911BE" w:rsidRDefault="007911BE" w:rsidP="007911BE">
      <w:pPr>
        <w:rPr>
          <w:rFonts w:eastAsia="DengXian" w:cs="Times New Roman"/>
          <w:sz w:val="28"/>
          <w:szCs w:val="28"/>
          <w:lang w:val="ru-RU"/>
        </w:rPr>
      </w:pPr>
      <w:r w:rsidRPr="007911BE">
        <w:rPr>
          <w:rFonts w:eastAsia="DengXian" w:cs="Times New Roman"/>
          <w:sz w:val="28"/>
          <w:szCs w:val="28"/>
          <w:lang w:val="ru-RU"/>
        </w:rPr>
        <w:tab/>
        <w:t>В современной управленческой практике принимаемые решения необходимо сопоставлять с научными данными, большой вклад в исследования демографической ситуации в России вносят ученые Института социальной демографии (ИСД) ФНИСЦ РАН.</w:t>
      </w:r>
    </w:p>
    <w:p w14:paraId="1244E528" w14:textId="77777777" w:rsidR="007911BE" w:rsidRPr="007911BE" w:rsidRDefault="007911BE" w:rsidP="007911BE">
      <w:pPr>
        <w:widowControl w:val="0"/>
        <w:rPr>
          <w:rFonts w:eastAsia="Calibri" w:cs="Times New Roman"/>
          <w:sz w:val="28"/>
          <w:szCs w:val="28"/>
          <w:lang w:val="ru-RU"/>
        </w:rPr>
      </w:pPr>
      <w:r w:rsidRPr="007911BE">
        <w:rPr>
          <w:rFonts w:eastAsia="Calibri" w:cs="Times New Roman"/>
          <w:sz w:val="28"/>
          <w:szCs w:val="28"/>
          <w:lang w:val="ru-RU"/>
        </w:rPr>
        <w:t>Результаты научной работы Института социальной демографии ФНИСЦ РАН востребованы органами государственной власти. В рамках тесного сотрудничества полученные данные</w:t>
      </w:r>
      <w:r w:rsidRPr="007911BE">
        <w:rPr>
          <w:rFonts w:eastAsia="DengXian" w:cs="Times New Roman"/>
          <w:sz w:val="28"/>
          <w:szCs w:val="28"/>
          <w:lang w:val="ru-RU"/>
        </w:rPr>
        <w:t xml:space="preserve"> использованы при формировании Стратегии действий </w:t>
      </w:r>
      <w:r w:rsidRPr="007911BE">
        <w:rPr>
          <w:rFonts w:eastAsia="DengXian" w:cs="Times New Roman"/>
          <w:bCs/>
          <w:sz w:val="28"/>
          <w:szCs w:val="28"/>
          <w:shd w:val="clear" w:color="auto" w:fill="FFFFFF"/>
          <w:lang w:val="ru-RU"/>
        </w:rPr>
        <w:t>по реализации семейной и демографической политики и поддержке многодетности в России до 2036</w:t>
      </w:r>
      <w:r w:rsidRPr="007911BE">
        <w:rPr>
          <w:rFonts w:eastAsia="DengXian" w:cs="Times New Roman"/>
          <w:bCs/>
          <w:sz w:val="28"/>
          <w:szCs w:val="28"/>
          <w:shd w:val="clear" w:color="auto" w:fill="FFFFFF"/>
        </w:rPr>
        <w:t> </w:t>
      </w:r>
      <w:r w:rsidRPr="007911BE">
        <w:rPr>
          <w:rFonts w:eastAsia="DengXian" w:cs="Times New Roman"/>
          <w:bCs/>
          <w:sz w:val="28"/>
          <w:szCs w:val="28"/>
          <w:shd w:val="clear" w:color="auto" w:fill="FFFFFF"/>
          <w:lang w:val="ru-RU"/>
        </w:rPr>
        <w:t>года</w:t>
      </w:r>
      <w:r w:rsidRPr="007911BE">
        <w:rPr>
          <w:rFonts w:eastAsia="DengXian" w:cs="Times New Roman"/>
          <w:sz w:val="28"/>
          <w:szCs w:val="28"/>
          <w:shd w:val="clear" w:color="auto" w:fill="FFFFFF"/>
          <w:lang w:val="ru-RU"/>
        </w:rPr>
        <w:t>, а также в план ее реализации</w:t>
      </w:r>
      <w:r w:rsidRPr="007911BE">
        <w:rPr>
          <w:rFonts w:eastAsia="Calibri" w:cs="Times New Roman"/>
          <w:sz w:val="28"/>
          <w:szCs w:val="28"/>
          <w:lang w:val="ru-RU"/>
        </w:rPr>
        <w:t xml:space="preserve">. </w:t>
      </w:r>
    </w:p>
    <w:p w14:paraId="7817F1B1" w14:textId="77777777" w:rsidR="007911BE" w:rsidRPr="007911BE" w:rsidRDefault="007911BE" w:rsidP="007911BE">
      <w:pPr>
        <w:widowControl w:val="0"/>
        <w:rPr>
          <w:rFonts w:eastAsiaTheme="minorHAnsi" w:cs="Times New Roman"/>
          <w:sz w:val="28"/>
          <w:szCs w:val="28"/>
          <w:lang w:val="ru-RU"/>
        </w:rPr>
      </w:pPr>
      <w:r w:rsidRPr="007911BE">
        <w:rPr>
          <w:rFonts w:eastAsiaTheme="minorHAnsi" w:cs="Times New Roman"/>
          <w:sz w:val="28"/>
          <w:szCs w:val="28"/>
          <w:lang w:val="ru"/>
        </w:rPr>
        <w:t>Созданный в конце 2025 года Научный совет РАН «Демографическое развитие и демографическая политика Российской Федерации»</w:t>
      </w:r>
      <w:r w:rsidRPr="007911BE">
        <w:rPr>
          <w:rFonts w:eastAsiaTheme="minorHAnsi" w:cs="Times New Roman"/>
          <w:sz w:val="28"/>
          <w:szCs w:val="28"/>
          <w:vertAlign w:val="superscript"/>
          <w:lang w:val="ru"/>
        </w:rPr>
        <w:footnoteReference w:id="1"/>
      </w:r>
      <w:r w:rsidRPr="007911BE">
        <w:rPr>
          <w:rFonts w:eastAsiaTheme="minorHAnsi" w:cs="Times New Roman"/>
          <w:sz w:val="28"/>
          <w:szCs w:val="28"/>
          <w:lang w:val="ru"/>
        </w:rPr>
        <w:t xml:space="preserve"> </w:t>
      </w:r>
      <w:r w:rsidRPr="007911BE">
        <w:rPr>
          <w:rFonts w:eastAsiaTheme="minorHAnsi" w:cs="Times New Roman"/>
          <w:sz w:val="28"/>
          <w:szCs w:val="28"/>
          <w:lang w:val="ru-RU"/>
        </w:rPr>
        <w:t>под председательством академика РАН Б.Н.</w:t>
      </w:r>
      <w:r w:rsidRPr="007911BE">
        <w:rPr>
          <w:rFonts w:eastAsiaTheme="minorHAnsi" w:cs="Times New Roman"/>
          <w:sz w:val="28"/>
          <w:szCs w:val="28"/>
        </w:rPr>
        <w:t> </w:t>
      </w:r>
      <w:r w:rsidRPr="007911BE">
        <w:rPr>
          <w:rFonts w:eastAsiaTheme="minorHAnsi" w:cs="Times New Roman"/>
          <w:sz w:val="28"/>
          <w:szCs w:val="28"/>
          <w:lang w:val="ru-RU"/>
        </w:rPr>
        <w:t xml:space="preserve">Порфирьева, выступает связующим </w:t>
      </w:r>
      <w:r w:rsidRPr="007911BE">
        <w:rPr>
          <w:rFonts w:eastAsiaTheme="minorHAnsi" w:cs="Times New Roman"/>
          <w:sz w:val="28"/>
          <w:szCs w:val="28"/>
          <w:lang w:val="ru"/>
        </w:rPr>
        <w:t xml:space="preserve">звеном между академическим и профессиональным сообществом, </w:t>
      </w:r>
      <w:proofErr w:type="spellStart"/>
      <w:r w:rsidRPr="007911BE">
        <w:rPr>
          <w:rFonts w:eastAsiaTheme="minorHAnsi" w:cs="Times New Roman"/>
          <w:sz w:val="28"/>
          <w:szCs w:val="28"/>
          <w:lang w:val="ru"/>
        </w:rPr>
        <w:t>координиру</w:t>
      </w:r>
      <w:r w:rsidRPr="007911BE">
        <w:rPr>
          <w:rFonts w:eastAsiaTheme="minorHAnsi" w:cs="Times New Roman"/>
          <w:sz w:val="28"/>
          <w:szCs w:val="28"/>
          <w:lang w:val="ru-RU"/>
        </w:rPr>
        <w:t>ющим</w:t>
      </w:r>
      <w:proofErr w:type="spellEnd"/>
      <w:r w:rsidRPr="007911BE">
        <w:rPr>
          <w:rFonts w:eastAsiaTheme="minorHAnsi" w:cs="Times New Roman"/>
          <w:sz w:val="28"/>
          <w:szCs w:val="28"/>
          <w:lang w:val="ru"/>
        </w:rPr>
        <w:t xml:space="preserve"> научные исследования по развитию теоретических основ, методов и средств обеспечения демографического развития на национальном уровне</w:t>
      </w:r>
      <w:r w:rsidRPr="007911BE">
        <w:rPr>
          <w:rFonts w:eastAsiaTheme="minorHAnsi" w:cs="Times New Roman"/>
          <w:sz w:val="28"/>
          <w:szCs w:val="28"/>
          <w:lang w:val="ru-RU"/>
        </w:rPr>
        <w:t xml:space="preserve">. </w:t>
      </w:r>
    </w:p>
    <w:p w14:paraId="499FFC0D" w14:textId="77777777" w:rsidR="007911BE" w:rsidRPr="007911BE" w:rsidRDefault="007911BE" w:rsidP="007911BE">
      <w:pPr>
        <w:rPr>
          <w:rFonts w:cs="Times New Roman"/>
          <w:sz w:val="28"/>
          <w:szCs w:val="28"/>
          <w:lang w:val="ru-RU"/>
        </w:rPr>
      </w:pPr>
      <w:r w:rsidRPr="007911BE">
        <w:rPr>
          <w:rFonts w:eastAsia="DengXian" w:cs="Times New Roman"/>
          <w:sz w:val="28"/>
          <w:szCs w:val="28"/>
          <w:lang w:val="ru-RU"/>
        </w:rPr>
        <w:tab/>
      </w:r>
      <w:r w:rsidRPr="007911BE">
        <w:rPr>
          <w:rFonts w:cs="Times New Roman"/>
          <w:sz w:val="28"/>
          <w:szCs w:val="28"/>
          <w:lang w:val="ru-RU"/>
        </w:rPr>
        <w:t xml:space="preserve">Новый национальный проект «Семья», представляет собой всеобъемлющую инициативу, направленную на улучшение демографической ситуации в стране через укрепление института семьи и популяризацию традиционных семейных ценностей. </w:t>
      </w:r>
    </w:p>
    <w:p w14:paraId="1995562B" w14:textId="66B68447" w:rsidR="007911BE" w:rsidRPr="007911BE" w:rsidRDefault="007911BE" w:rsidP="007911BE">
      <w:pPr>
        <w:rPr>
          <w:rFonts w:cs="Times New Roman"/>
          <w:bCs/>
          <w:sz w:val="28"/>
          <w:szCs w:val="28"/>
          <w:lang w:val="ru-RU"/>
        </w:rPr>
      </w:pPr>
      <w:r w:rsidRPr="007911BE">
        <w:rPr>
          <w:rFonts w:cs="Times New Roman"/>
          <w:bCs/>
          <w:sz w:val="28"/>
          <w:szCs w:val="28"/>
          <w:lang w:val="ru-RU"/>
        </w:rPr>
        <w:tab/>
        <w:t>Комплексная экспертиза Национального проекта «Семья» проведена на безвозмездной основе научным коллективом Института социальной демографии под руководством Ростовской Т.К., д-ра социол. наук, профессора. В состав основных исполнителей научного коллектива вошли ведущие ученые и молодые исследователи в области демографии, социологии семьи: Ситковский А.М., научный сотрудник, Синельников А.Б., д-р социол. наук, профессор, главный научный сотрудник; Архангельский В.Н., канд. эконом. наук, ведущий научный сотрудник.</w:t>
      </w:r>
    </w:p>
    <w:p w14:paraId="1A64438E" w14:textId="11176220" w:rsidR="00EE36AF" w:rsidRPr="007911BE" w:rsidRDefault="007911BE" w:rsidP="007911BE">
      <w:pPr>
        <w:rPr>
          <w:b/>
          <w:bCs/>
          <w:sz w:val="28"/>
          <w:szCs w:val="28"/>
          <w:lang w:val="ru-RU"/>
        </w:rPr>
      </w:pPr>
      <w:r w:rsidRPr="007911BE">
        <w:rPr>
          <w:rFonts w:cs="Times New Roman"/>
          <w:sz w:val="28"/>
          <w:szCs w:val="28"/>
          <w:lang w:val="ru-RU"/>
        </w:rPr>
        <w:lastRenderedPageBreak/>
        <w:tab/>
        <w:t>Члены научного коллектива систематически принимают участие в заседаниях Общественно-экспертного совета по национальному проекту «Семья», состав которого утвержден в октябре 2024 г. Т.А. Голиковой, Заместителем Председателя Правительства Российской Федерации, куратором национального проекта «Семья»</w:t>
      </w:r>
      <w:r w:rsidRPr="007911BE">
        <w:rPr>
          <w:rFonts w:cs="Times New Roman"/>
          <w:i/>
          <w:iCs/>
          <w:sz w:val="28"/>
          <w:szCs w:val="28"/>
          <w:lang w:val="ru-RU"/>
        </w:rPr>
        <w:t>;</w:t>
      </w:r>
      <w:r w:rsidRPr="007911BE">
        <w:rPr>
          <w:rFonts w:cs="Times New Roman"/>
          <w:sz w:val="28"/>
          <w:szCs w:val="28"/>
          <w:lang w:val="ru-RU"/>
        </w:rPr>
        <w:t xml:space="preserve"> заседаниях комиссии Государственного совета Российской Федерации по направлению </w:t>
      </w:r>
      <w:r w:rsidRPr="007911BE">
        <w:rPr>
          <w:rFonts w:cs="Times New Roman"/>
          <w:sz w:val="28"/>
          <w:szCs w:val="28"/>
        </w:rPr>
        <w:t>«</w:t>
      </w:r>
      <w:proofErr w:type="spellStart"/>
      <w:r w:rsidRPr="007911BE">
        <w:rPr>
          <w:rFonts w:cs="Times New Roman"/>
          <w:sz w:val="28"/>
          <w:szCs w:val="28"/>
        </w:rPr>
        <w:t>Семья</w:t>
      </w:r>
      <w:proofErr w:type="spellEnd"/>
      <w:r w:rsidRPr="007911BE">
        <w:rPr>
          <w:rFonts w:cs="Times New Roman"/>
          <w:sz w:val="28"/>
          <w:szCs w:val="28"/>
        </w:rPr>
        <w:t>».</w:t>
      </w:r>
    </w:p>
    <w:sdt>
      <w:sdtPr>
        <w:id w:val="-1023088556"/>
        <w:docPartObj>
          <w:docPartGallery w:val="Table of Contents"/>
          <w:docPartUnique/>
        </w:docPartObj>
      </w:sdtPr>
      <w:sdtEndPr>
        <w:rPr>
          <w:b/>
          <w:bCs/>
        </w:rPr>
      </w:sdtEndPr>
      <w:sdtContent>
        <w:p w14:paraId="13804FD1" w14:textId="77777777" w:rsidR="00EE36AF" w:rsidRPr="007911BE" w:rsidRDefault="008A6905" w:rsidP="007911BE">
          <w:pPr>
            <w:pageBreakBefore/>
            <w:ind w:firstLine="0"/>
            <w:jc w:val="center"/>
            <w:rPr>
              <w:noProof/>
            </w:rPr>
          </w:pPr>
          <w:r w:rsidRPr="007911BE">
            <w:rPr>
              <w:rFonts w:cs="Times New Roman"/>
              <w:b/>
              <w:bCs/>
              <w:sz w:val="28"/>
              <w:szCs w:val="28"/>
              <w:lang w:val="ru-RU"/>
            </w:rPr>
            <w:t>Оглавление</w:t>
          </w:r>
          <w:r w:rsidRPr="007911BE">
            <w:rPr>
              <w:rFonts w:cs="Times New Roman"/>
              <w:sz w:val="28"/>
              <w:szCs w:val="28"/>
            </w:rPr>
            <w:fldChar w:fldCharType="begin"/>
          </w:r>
          <w:r w:rsidRPr="007911BE">
            <w:rPr>
              <w:rFonts w:cs="Times New Roman"/>
              <w:sz w:val="28"/>
              <w:szCs w:val="28"/>
            </w:rPr>
            <w:instrText xml:space="preserve"> TOC \o "1-3" \h \z \u </w:instrText>
          </w:r>
          <w:r w:rsidRPr="007911BE">
            <w:rPr>
              <w:rFonts w:cs="Times New Roman"/>
              <w:sz w:val="28"/>
              <w:szCs w:val="28"/>
            </w:rPr>
            <w:fldChar w:fldCharType="separate"/>
          </w:r>
        </w:p>
        <w:p w14:paraId="3C82C55D" w14:textId="21EB3F3A"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46" w:history="1">
            <w:r w:rsidRPr="007911BE">
              <w:rPr>
                <w:rStyle w:val="aff8"/>
                <w:noProof/>
                <w:color w:val="auto"/>
                <w:sz w:val="28"/>
                <w:szCs w:val="28"/>
              </w:rPr>
              <w:t>Введение и краткие выводы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_Toc228134046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w:t>
            </w:r>
            <w:r w:rsidRPr="007911BE">
              <w:rPr>
                <w:noProof/>
                <w:webHidden/>
                <w:sz w:val="28"/>
                <w:szCs w:val="28"/>
              </w:rPr>
              <w:fldChar w:fldCharType="end"/>
            </w:r>
          </w:hyperlink>
        </w:p>
        <w:p w14:paraId="7FDA62B6" w14:textId="3CA67065"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47" w:history="1">
            <w:r w:rsidRPr="007911BE">
              <w:rPr>
                <w:rStyle w:val="aff8"/>
                <w:noProof/>
                <w:color w:val="auto"/>
                <w:sz w:val="28"/>
                <w:szCs w:val="28"/>
              </w:rPr>
              <w:t>1. Методологическая рамка экспертизы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_Toc228134047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w:t>
            </w:r>
            <w:r w:rsidRPr="007911BE">
              <w:rPr>
                <w:noProof/>
                <w:webHidden/>
                <w:sz w:val="28"/>
                <w:szCs w:val="28"/>
              </w:rPr>
              <w:fldChar w:fldCharType="end"/>
            </w:r>
          </w:hyperlink>
        </w:p>
        <w:p w14:paraId="7809EFD4" w14:textId="4B2AA32E"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48" w:history="1">
            <w:r w:rsidRPr="007911BE">
              <w:rPr>
                <w:rStyle w:val="aff8"/>
                <w:noProof/>
                <w:color w:val="auto"/>
                <w:sz w:val="28"/>
                <w:szCs w:val="28"/>
              </w:rPr>
              <w:t>1.1.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_Toc228134048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w:t>
            </w:r>
            <w:r w:rsidRPr="007911BE">
              <w:rPr>
                <w:noProof/>
                <w:webHidden/>
                <w:sz w:val="28"/>
                <w:szCs w:val="28"/>
              </w:rPr>
              <w:fldChar w:fldCharType="end"/>
            </w:r>
          </w:hyperlink>
        </w:p>
        <w:p w14:paraId="304280D7" w14:textId="2C080541"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49" w:history="1">
            <w:r w:rsidRPr="007911BE">
              <w:rPr>
                <w:rStyle w:val="aff8"/>
                <w:noProof/>
                <w:color w:val="auto"/>
                <w:sz w:val="28"/>
                <w:szCs w:val="28"/>
              </w:rPr>
              <w:t>1.2. Результаты применения методики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_Toc228134049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8</w:t>
            </w:r>
            <w:r w:rsidRPr="007911BE">
              <w:rPr>
                <w:noProof/>
                <w:webHidden/>
                <w:sz w:val="28"/>
                <w:szCs w:val="28"/>
              </w:rPr>
              <w:fldChar w:fldCharType="end"/>
            </w:r>
          </w:hyperlink>
        </w:p>
        <w:p w14:paraId="02559672" w14:textId="7A192C55"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0" w:history="1">
            <w:r w:rsidRPr="007911BE">
              <w:rPr>
                <w:rStyle w:val="aff8"/>
                <w:noProof/>
                <w:color w:val="auto"/>
                <w:sz w:val="28"/>
                <w:szCs w:val="28"/>
              </w:rPr>
              <w:t>1.3.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_Toc228134050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8</w:t>
            </w:r>
            <w:r w:rsidRPr="007911BE">
              <w:rPr>
                <w:noProof/>
                <w:webHidden/>
                <w:sz w:val="28"/>
                <w:szCs w:val="28"/>
              </w:rPr>
              <w:fldChar w:fldCharType="end"/>
            </w:r>
          </w:hyperlink>
        </w:p>
        <w:p w14:paraId="28793AD4" w14:textId="43E9CB89"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1" w:history="1">
            <w:r w:rsidRPr="007911BE">
              <w:rPr>
                <w:rStyle w:val="aff8"/>
                <w:noProof/>
                <w:color w:val="auto"/>
                <w:sz w:val="28"/>
                <w:szCs w:val="28"/>
              </w:rPr>
              <w:t>2. Нормативно-логическая модель национального проекта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_Toc228134051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9</w:t>
            </w:r>
            <w:r w:rsidRPr="007911BE">
              <w:rPr>
                <w:noProof/>
                <w:webHidden/>
                <w:sz w:val="28"/>
                <w:szCs w:val="28"/>
              </w:rPr>
              <w:fldChar w:fldCharType="end"/>
            </w:r>
          </w:hyperlink>
        </w:p>
        <w:p w14:paraId="4DD29F53" w14:textId="54367A13"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2" w:history="1">
            <w:r w:rsidRPr="007911BE">
              <w:rPr>
                <w:rStyle w:val="aff8"/>
                <w:noProof/>
                <w:color w:val="auto"/>
                <w:sz w:val="28"/>
                <w:szCs w:val="28"/>
              </w:rPr>
              <w:t>2.1.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_Toc228134052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9</w:t>
            </w:r>
            <w:r w:rsidRPr="007911BE">
              <w:rPr>
                <w:noProof/>
                <w:webHidden/>
                <w:sz w:val="28"/>
                <w:szCs w:val="28"/>
              </w:rPr>
              <w:fldChar w:fldCharType="end"/>
            </w:r>
          </w:hyperlink>
        </w:p>
        <w:p w14:paraId="2437087F" w14:textId="6AD02CBB"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3" w:history="1">
            <w:r w:rsidRPr="007911BE">
              <w:rPr>
                <w:rStyle w:val="aff8"/>
                <w:noProof/>
                <w:color w:val="auto"/>
                <w:sz w:val="28"/>
                <w:szCs w:val="28"/>
              </w:rPr>
              <w:t>2.2.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_Toc228134053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10</w:t>
            </w:r>
            <w:r w:rsidRPr="007911BE">
              <w:rPr>
                <w:noProof/>
                <w:webHidden/>
                <w:sz w:val="28"/>
                <w:szCs w:val="28"/>
              </w:rPr>
              <w:fldChar w:fldCharType="end"/>
            </w:r>
          </w:hyperlink>
        </w:p>
        <w:p w14:paraId="6E4DC5B4" w14:textId="479B0D01"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4" w:history="1">
            <w:r w:rsidRPr="007911BE">
              <w:rPr>
                <w:rStyle w:val="aff8"/>
                <w:noProof/>
                <w:color w:val="auto"/>
                <w:sz w:val="28"/>
                <w:szCs w:val="28"/>
              </w:rPr>
              <w:t>2.3.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_Toc228134054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11</w:t>
            </w:r>
            <w:r w:rsidRPr="007911BE">
              <w:rPr>
                <w:noProof/>
                <w:webHidden/>
                <w:sz w:val="28"/>
                <w:szCs w:val="28"/>
              </w:rPr>
              <w:fldChar w:fldCharType="end"/>
            </w:r>
          </w:hyperlink>
        </w:p>
        <w:p w14:paraId="38A674DD" w14:textId="3BEAB3F0"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5" w:history="1">
            <w:r w:rsidRPr="007911BE">
              <w:rPr>
                <w:rStyle w:val="aff8"/>
                <w:noProof/>
                <w:color w:val="auto"/>
                <w:sz w:val="28"/>
                <w:szCs w:val="28"/>
              </w:rPr>
              <w:t>3. Аудит данных, показателей и системы мониторинга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_Toc228134055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11</w:t>
            </w:r>
            <w:r w:rsidRPr="007911BE">
              <w:rPr>
                <w:noProof/>
                <w:webHidden/>
                <w:sz w:val="28"/>
                <w:szCs w:val="28"/>
              </w:rPr>
              <w:fldChar w:fldCharType="end"/>
            </w:r>
          </w:hyperlink>
        </w:p>
        <w:p w14:paraId="64DE2078" w14:textId="2DD580D3"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6" w:history="1">
            <w:r w:rsidRPr="007911BE">
              <w:rPr>
                <w:rStyle w:val="aff8"/>
                <w:noProof/>
                <w:color w:val="auto"/>
                <w:sz w:val="28"/>
                <w:szCs w:val="28"/>
              </w:rPr>
              <w:t>3.1.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_Toc228134056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11</w:t>
            </w:r>
            <w:r w:rsidRPr="007911BE">
              <w:rPr>
                <w:noProof/>
                <w:webHidden/>
                <w:sz w:val="28"/>
                <w:szCs w:val="28"/>
              </w:rPr>
              <w:fldChar w:fldCharType="end"/>
            </w:r>
          </w:hyperlink>
        </w:p>
        <w:p w14:paraId="389081CC" w14:textId="36F90EBA"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7" w:history="1">
            <w:r w:rsidRPr="007911BE">
              <w:rPr>
                <w:rStyle w:val="aff8"/>
                <w:noProof/>
                <w:color w:val="auto"/>
                <w:sz w:val="28"/>
                <w:szCs w:val="28"/>
              </w:rPr>
              <w:t>3.2.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_Toc228134057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13</w:t>
            </w:r>
            <w:r w:rsidRPr="007911BE">
              <w:rPr>
                <w:noProof/>
                <w:webHidden/>
                <w:sz w:val="28"/>
                <w:szCs w:val="28"/>
              </w:rPr>
              <w:fldChar w:fldCharType="end"/>
            </w:r>
          </w:hyperlink>
        </w:p>
        <w:p w14:paraId="1AD03FA9" w14:textId="67F9ACC1"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8" w:history="1">
            <w:r w:rsidRPr="007911BE">
              <w:rPr>
                <w:rStyle w:val="aff8"/>
                <w:noProof/>
                <w:color w:val="auto"/>
                <w:sz w:val="28"/>
                <w:szCs w:val="28"/>
              </w:rPr>
              <w:t>3.3. Расширенный профиль измеримости и полноты покрытия показателей</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_Toc228134058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15</w:t>
            </w:r>
            <w:r w:rsidRPr="007911BE">
              <w:rPr>
                <w:noProof/>
                <w:webHidden/>
                <w:sz w:val="28"/>
                <w:szCs w:val="28"/>
              </w:rPr>
              <w:fldChar w:fldCharType="end"/>
            </w:r>
          </w:hyperlink>
        </w:p>
        <w:p w14:paraId="4226F3FC" w14:textId="291EC893"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59" w:history="1">
            <w:r w:rsidRPr="007911BE">
              <w:rPr>
                <w:rStyle w:val="aff8"/>
                <w:noProof/>
                <w:color w:val="auto"/>
                <w:sz w:val="28"/>
                <w:szCs w:val="28"/>
              </w:rPr>
              <w:t>3.4.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_Toc228134059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19</w:t>
            </w:r>
            <w:r w:rsidRPr="007911BE">
              <w:rPr>
                <w:noProof/>
                <w:webHidden/>
                <w:sz w:val="28"/>
                <w:szCs w:val="28"/>
              </w:rPr>
              <w:fldChar w:fldCharType="end"/>
            </w:r>
          </w:hyperlink>
        </w:p>
        <w:p w14:paraId="6B6AF039" w14:textId="09712865"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0" w:history="1">
            <w:r w:rsidRPr="007911BE">
              <w:rPr>
                <w:rStyle w:val="aff8"/>
                <w:noProof/>
                <w:color w:val="auto"/>
                <w:sz w:val="28"/>
                <w:szCs w:val="28"/>
              </w:rPr>
              <w:t>4. Целевые траектории, прогноз и достижимость результатов</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_Toc228134060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19</w:t>
            </w:r>
            <w:r w:rsidRPr="007911BE">
              <w:rPr>
                <w:noProof/>
                <w:webHidden/>
                <w:sz w:val="28"/>
                <w:szCs w:val="28"/>
              </w:rPr>
              <w:fldChar w:fldCharType="end"/>
            </w:r>
          </w:hyperlink>
        </w:p>
        <w:p w14:paraId="008EA735" w14:textId="33FCD708"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1" w:history="1">
            <w:r w:rsidRPr="007911BE">
              <w:rPr>
                <w:rStyle w:val="aff8"/>
                <w:noProof/>
                <w:color w:val="auto"/>
                <w:sz w:val="28"/>
                <w:szCs w:val="28"/>
              </w:rPr>
              <w:t>4.1.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_Toc228134061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19</w:t>
            </w:r>
            <w:r w:rsidRPr="007911BE">
              <w:rPr>
                <w:noProof/>
                <w:webHidden/>
                <w:sz w:val="28"/>
                <w:szCs w:val="28"/>
              </w:rPr>
              <w:fldChar w:fldCharType="end"/>
            </w:r>
          </w:hyperlink>
        </w:p>
        <w:p w14:paraId="7BB15053" w14:textId="4C5C6A17"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2" w:history="1">
            <w:r w:rsidRPr="007911BE">
              <w:rPr>
                <w:rStyle w:val="aff8"/>
                <w:noProof/>
                <w:color w:val="auto"/>
                <w:sz w:val="28"/>
                <w:szCs w:val="28"/>
              </w:rPr>
              <w:t>4.2.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_Toc228134062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21</w:t>
            </w:r>
            <w:r w:rsidRPr="007911BE">
              <w:rPr>
                <w:noProof/>
                <w:webHidden/>
                <w:sz w:val="28"/>
                <w:szCs w:val="28"/>
              </w:rPr>
              <w:fldChar w:fldCharType="end"/>
            </w:r>
          </w:hyperlink>
        </w:p>
        <w:p w14:paraId="5C638992" w14:textId="09814A82"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3" w:history="1">
            <w:r w:rsidRPr="007911BE">
              <w:rPr>
                <w:rStyle w:val="aff8"/>
                <w:noProof/>
                <w:color w:val="auto"/>
                <w:sz w:val="28"/>
                <w:szCs w:val="28"/>
              </w:rPr>
              <w:t>4.3. Расширенная диагностика текущего статуса и достижимости целей</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_Toc228134063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22</w:t>
            </w:r>
            <w:r w:rsidRPr="007911BE">
              <w:rPr>
                <w:noProof/>
                <w:webHidden/>
                <w:sz w:val="28"/>
                <w:szCs w:val="28"/>
              </w:rPr>
              <w:fldChar w:fldCharType="end"/>
            </w:r>
          </w:hyperlink>
        </w:p>
        <w:p w14:paraId="71A1905C" w14:textId="27923A6F"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4" w:history="1">
            <w:r w:rsidRPr="007911BE">
              <w:rPr>
                <w:rStyle w:val="aff8"/>
                <w:noProof/>
                <w:color w:val="auto"/>
                <w:sz w:val="28"/>
                <w:szCs w:val="28"/>
              </w:rPr>
              <w:t>4.4.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_Toc228134064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24</w:t>
            </w:r>
            <w:r w:rsidRPr="007911BE">
              <w:rPr>
                <w:noProof/>
                <w:webHidden/>
                <w:sz w:val="28"/>
                <w:szCs w:val="28"/>
              </w:rPr>
              <w:fldChar w:fldCharType="end"/>
            </w:r>
          </w:hyperlink>
        </w:p>
        <w:p w14:paraId="5E2C0FF5" w14:textId="474D9D06"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5" w:history="1">
            <w:r w:rsidRPr="007911BE">
              <w:rPr>
                <w:rStyle w:val="aff8"/>
                <w:noProof/>
                <w:color w:val="auto"/>
                <w:sz w:val="28"/>
                <w:szCs w:val="28"/>
              </w:rPr>
              <w:t>5. Территориальная экспертиза и картографический анализ</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_Toc228134065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24</w:t>
            </w:r>
            <w:r w:rsidRPr="007911BE">
              <w:rPr>
                <w:noProof/>
                <w:webHidden/>
                <w:sz w:val="28"/>
                <w:szCs w:val="28"/>
              </w:rPr>
              <w:fldChar w:fldCharType="end"/>
            </w:r>
          </w:hyperlink>
        </w:p>
        <w:p w14:paraId="5B6D11A1" w14:textId="230390AA"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6" w:history="1">
            <w:r w:rsidRPr="007911BE">
              <w:rPr>
                <w:rStyle w:val="aff8"/>
                <w:noProof/>
                <w:color w:val="auto"/>
                <w:sz w:val="28"/>
                <w:szCs w:val="28"/>
              </w:rPr>
              <w:t>5.1.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_Toc228134066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24</w:t>
            </w:r>
            <w:r w:rsidRPr="007911BE">
              <w:rPr>
                <w:noProof/>
                <w:webHidden/>
                <w:sz w:val="28"/>
                <w:szCs w:val="28"/>
              </w:rPr>
              <w:fldChar w:fldCharType="end"/>
            </w:r>
          </w:hyperlink>
        </w:p>
        <w:p w14:paraId="024A2F59" w14:textId="3C061C5F"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7" w:history="1">
            <w:r w:rsidRPr="007911BE">
              <w:rPr>
                <w:rStyle w:val="aff8"/>
                <w:noProof/>
                <w:color w:val="auto"/>
                <w:sz w:val="28"/>
                <w:szCs w:val="28"/>
              </w:rPr>
              <w:t>5.2.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_Toc228134067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26</w:t>
            </w:r>
            <w:r w:rsidRPr="007911BE">
              <w:rPr>
                <w:noProof/>
                <w:webHidden/>
                <w:sz w:val="28"/>
                <w:szCs w:val="28"/>
              </w:rPr>
              <w:fldChar w:fldCharType="end"/>
            </w:r>
          </w:hyperlink>
        </w:p>
        <w:p w14:paraId="73072559" w14:textId="492D99CB" w:rsidR="00EE36AF" w:rsidRPr="007911BE" w:rsidRDefault="00EE36AF" w:rsidP="003E60F8">
          <w:pPr>
            <w:pStyle w:val="38"/>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8" w:history="1">
            <w:r w:rsidRPr="007911BE">
              <w:rPr>
                <w:rStyle w:val="aff8"/>
                <w:noProof/>
                <w:color w:val="auto"/>
                <w:sz w:val="28"/>
                <w:szCs w:val="28"/>
              </w:rPr>
              <w:t>Дополнительная территориальная детализация по показателям национального проекта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_Toc228134068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28</w:t>
            </w:r>
            <w:r w:rsidRPr="007911BE">
              <w:rPr>
                <w:noProof/>
                <w:webHidden/>
                <w:sz w:val="28"/>
                <w:szCs w:val="28"/>
              </w:rPr>
              <w:fldChar w:fldCharType="end"/>
            </w:r>
          </w:hyperlink>
        </w:p>
        <w:p w14:paraId="7430B421" w14:textId="26E14EC3" w:rsidR="00EE36AF" w:rsidRPr="007911BE" w:rsidRDefault="00EE36AF" w:rsidP="003E60F8">
          <w:pPr>
            <w:pStyle w:val="38"/>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69" w:history="1">
            <w:r w:rsidRPr="007911BE">
              <w:rPr>
                <w:rStyle w:val="aff8"/>
                <w:noProof/>
                <w:color w:val="auto"/>
                <w:sz w:val="28"/>
                <w:szCs w:val="28"/>
              </w:rPr>
              <w:t>Региональные экстремумы и окружные градиенты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_Toc228134069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33</w:t>
            </w:r>
            <w:r w:rsidRPr="007911BE">
              <w:rPr>
                <w:noProof/>
                <w:webHidden/>
                <w:sz w:val="28"/>
                <w:szCs w:val="28"/>
              </w:rPr>
              <w:fldChar w:fldCharType="end"/>
            </w:r>
          </w:hyperlink>
        </w:p>
        <w:p w14:paraId="0B7B3D05" w14:textId="35CDE44F" w:rsidR="00EE36AF" w:rsidRPr="007911BE" w:rsidRDefault="00EE36AF" w:rsidP="003E60F8">
          <w:pPr>
            <w:pStyle w:val="38"/>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0" w:history="1">
            <w:r w:rsidRPr="007911BE">
              <w:rPr>
                <w:rStyle w:val="aff8"/>
                <w:noProof/>
                <w:color w:val="auto"/>
                <w:sz w:val="28"/>
                <w:szCs w:val="28"/>
              </w:rPr>
              <w:t>Межрегиональная динамика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_Toc228134070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37</w:t>
            </w:r>
            <w:r w:rsidRPr="007911BE">
              <w:rPr>
                <w:noProof/>
                <w:webHidden/>
                <w:sz w:val="28"/>
                <w:szCs w:val="28"/>
              </w:rPr>
              <w:fldChar w:fldCharType="end"/>
            </w:r>
          </w:hyperlink>
        </w:p>
        <w:p w14:paraId="11E09301" w14:textId="29F33763" w:rsidR="00EE36AF" w:rsidRPr="007911BE" w:rsidRDefault="00EE36AF" w:rsidP="003E60F8">
          <w:pPr>
            <w:pStyle w:val="38"/>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1" w:history="1">
            <w:r w:rsidRPr="007911BE">
              <w:rPr>
                <w:rStyle w:val="aff8"/>
                <w:noProof/>
                <w:color w:val="auto"/>
                <w:sz w:val="28"/>
                <w:szCs w:val="28"/>
              </w:rPr>
              <w:t>Полные региональные профили субъектов Российской Федерации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_Toc228134071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39</w:t>
            </w:r>
            <w:r w:rsidRPr="007911BE">
              <w:rPr>
                <w:noProof/>
                <w:webHidden/>
                <w:sz w:val="28"/>
                <w:szCs w:val="28"/>
              </w:rPr>
              <w:fldChar w:fldCharType="end"/>
            </w:r>
          </w:hyperlink>
        </w:p>
        <w:p w14:paraId="6F744AF4" w14:textId="40F62645"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2" w:history="1">
            <w:r w:rsidRPr="007911BE">
              <w:rPr>
                <w:rStyle w:val="aff8"/>
                <w:noProof/>
                <w:color w:val="auto"/>
                <w:sz w:val="28"/>
                <w:szCs w:val="28"/>
              </w:rPr>
              <w:t>5.3.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_Toc228134072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42</w:t>
            </w:r>
            <w:r w:rsidRPr="007911BE">
              <w:rPr>
                <w:noProof/>
                <w:webHidden/>
                <w:sz w:val="28"/>
                <w:szCs w:val="28"/>
              </w:rPr>
              <w:fldChar w:fldCharType="end"/>
            </w:r>
          </w:hyperlink>
        </w:p>
        <w:p w14:paraId="5B6C5851" w14:textId="3B826AD1"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3" w:history="1">
            <w:r w:rsidRPr="007911BE">
              <w:rPr>
                <w:rStyle w:val="aff8"/>
                <w:noProof/>
                <w:color w:val="auto"/>
                <w:sz w:val="28"/>
                <w:szCs w:val="28"/>
              </w:rPr>
              <w:t>6. Кластеризация регионов, пространственная статистика и типология управленческих ситуаций</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_Toc228134073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43</w:t>
            </w:r>
            <w:r w:rsidRPr="007911BE">
              <w:rPr>
                <w:noProof/>
                <w:webHidden/>
                <w:sz w:val="28"/>
                <w:szCs w:val="28"/>
              </w:rPr>
              <w:fldChar w:fldCharType="end"/>
            </w:r>
          </w:hyperlink>
        </w:p>
        <w:p w14:paraId="668507FF" w14:textId="629F4877"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4" w:history="1">
            <w:r w:rsidRPr="007911BE">
              <w:rPr>
                <w:rStyle w:val="aff8"/>
                <w:noProof/>
                <w:color w:val="auto"/>
                <w:sz w:val="28"/>
                <w:szCs w:val="28"/>
              </w:rPr>
              <w:t>6.1.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_Toc228134074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43</w:t>
            </w:r>
            <w:r w:rsidRPr="007911BE">
              <w:rPr>
                <w:noProof/>
                <w:webHidden/>
                <w:sz w:val="28"/>
                <w:szCs w:val="28"/>
              </w:rPr>
              <w:fldChar w:fldCharType="end"/>
            </w:r>
          </w:hyperlink>
        </w:p>
        <w:p w14:paraId="1890A30C" w14:textId="5F9F7BB5"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5" w:history="1">
            <w:r w:rsidRPr="007911BE">
              <w:rPr>
                <w:rStyle w:val="aff8"/>
                <w:noProof/>
                <w:color w:val="auto"/>
                <w:sz w:val="28"/>
                <w:szCs w:val="28"/>
              </w:rPr>
              <w:t>6.2.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_Toc228134075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45</w:t>
            </w:r>
            <w:r w:rsidRPr="007911BE">
              <w:rPr>
                <w:noProof/>
                <w:webHidden/>
                <w:sz w:val="28"/>
                <w:szCs w:val="28"/>
              </w:rPr>
              <w:fldChar w:fldCharType="end"/>
            </w:r>
          </w:hyperlink>
        </w:p>
        <w:p w14:paraId="7FCBBBED" w14:textId="386C9130" w:rsidR="00EE36AF" w:rsidRPr="007911BE" w:rsidRDefault="00EE36AF" w:rsidP="003E60F8">
          <w:pPr>
            <w:pStyle w:val="38"/>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6" w:history="1">
            <w:r w:rsidRPr="007911BE">
              <w:rPr>
                <w:rStyle w:val="aff8"/>
                <w:noProof/>
                <w:color w:val="auto"/>
                <w:sz w:val="28"/>
                <w:szCs w:val="28"/>
              </w:rPr>
              <w:t>Локальные пространственные кластеры, сети аналогов и управленческие типы регионов</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_Toc228134076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47</w:t>
            </w:r>
            <w:r w:rsidRPr="007911BE">
              <w:rPr>
                <w:noProof/>
                <w:webHidden/>
                <w:sz w:val="28"/>
                <w:szCs w:val="28"/>
              </w:rPr>
              <w:fldChar w:fldCharType="end"/>
            </w:r>
          </w:hyperlink>
        </w:p>
        <w:p w14:paraId="45F5789F" w14:textId="4A21E13F" w:rsidR="00EE36AF" w:rsidRPr="007911BE" w:rsidRDefault="00EE36AF" w:rsidP="003E60F8">
          <w:pPr>
            <w:pStyle w:val="38"/>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7" w:history="1">
            <w:r w:rsidRPr="007911BE">
              <w:rPr>
                <w:rStyle w:val="aff8"/>
                <w:noProof/>
                <w:color w:val="auto"/>
                <w:sz w:val="28"/>
                <w:szCs w:val="28"/>
              </w:rPr>
              <w:t>Классификационный профиль субъектов Российской Федерации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_Toc228134077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50</w:t>
            </w:r>
            <w:r w:rsidRPr="007911BE">
              <w:rPr>
                <w:noProof/>
                <w:webHidden/>
                <w:sz w:val="28"/>
                <w:szCs w:val="28"/>
              </w:rPr>
              <w:fldChar w:fldCharType="end"/>
            </w:r>
          </w:hyperlink>
        </w:p>
        <w:p w14:paraId="7521399C" w14:textId="6C78639D"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8" w:history="1">
            <w:r w:rsidRPr="007911BE">
              <w:rPr>
                <w:rStyle w:val="aff8"/>
                <w:noProof/>
                <w:color w:val="auto"/>
                <w:sz w:val="28"/>
                <w:szCs w:val="28"/>
              </w:rPr>
              <w:t>6.3.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_Toc228134078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51</w:t>
            </w:r>
            <w:r w:rsidRPr="007911BE">
              <w:rPr>
                <w:noProof/>
                <w:webHidden/>
                <w:sz w:val="28"/>
                <w:szCs w:val="28"/>
              </w:rPr>
              <w:fldChar w:fldCharType="end"/>
            </w:r>
          </w:hyperlink>
        </w:p>
        <w:p w14:paraId="16AC0B50" w14:textId="42BB3646"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79" w:history="1">
            <w:r w:rsidRPr="007911BE">
              <w:rPr>
                <w:rStyle w:val="aff8"/>
                <w:noProof/>
                <w:color w:val="auto"/>
                <w:sz w:val="28"/>
                <w:szCs w:val="28"/>
              </w:rPr>
              <w:t>7. Финансовая экспертиза и оценка структуры расходов</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_Toc228134079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52</w:t>
            </w:r>
            <w:r w:rsidRPr="007911BE">
              <w:rPr>
                <w:noProof/>
                <w:webHidden/>
                <w:sz w:val="28"/>
                <w:szCs w:val="28"/>
              </w:rPr>
              <w:fldChar w:fldCharType="end"/>
            </w:r>
          </w:hyperlink>
        </w:p>
        <w:p w14:paraId="613AB66E" w14:textId="028D6854"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0" w:history="1">
            <w:r w:rsidRPr="007911BE">
              <w:rPr>
                <w:rStyle w:val="aff8"/>
                <w:noProof/>
                <w:color w:val="auto"/>
                <w:sz w:val="28"/>
                <w:szCs w:val="28"/>
              </w:rPr>
              <w:t>7.1.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_Toc228134080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52</w:t>
            </w:r>
            <w:r w:rsidRPr="007911BE">
              <w:rPr>
                <w:noProof/>
                <w:webHidden/>
                <w:sz w:val="28"/>
                <w:szCs w:val="28"/>
              </w:rPr>
              <w:fldChar w:fldCharType="end"/>
            </w:r>
          </w:hyperlink>
        </w:p>
        <w:p w14:paraId="247586E9" w14:textId="74D3E047"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1" w:history="1">
            <w:r w:rsidRPr="007911BE">
              <w:rPr>
                <w:rStyle w:val="aff8"/>
                <w:noProof/>
                <w:color w:val="auto"/>
                <w:sz w:val="28"/>
                <w:szCs w:val="28"/>
              </w:rPr>
              <w:t>7.2.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_Toc228134081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54</w:t>
            </w:r>
            <w:r w:rsidRPr="007911BE">
              <w:rPr>
                <w:noProof/>
                <w:webHidden/>
                <w:sz w:val="28"/>
                <w:szCs w:val="28"/>
              </w:rPr>
              <w:fldChar w:fldCharType="end"/>
            </w:r>
          </w:hyperlink>
        </w:p>
        <w:p w14:paraId="4BC5502A" w14:textId="3AEF258C"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2" w:history="1">
            <w:r w:rsidRPr="007911BE">
              <w:rPr>
                <w:rStyle w:val="aff8"/>
                <w:noProof/>
                <w:color w:val="auto"/>
                <w:sz w:val="28"/>
                <w:szCs w:val="28"/>
              </w:rPr>
              <w:t>7.3. Бюджетная концентрация и наблюдаемость результатов</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_Toc228134082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54</w:t>
            </w:r>
            <w:r w:rsidRPr="007911BE">
              <w:rPr>
                <w:noProof/>
                <w:webHidden/>
                <w:sz w:val="28"/>
                <w:szCs w:val="28"/>
              </w:rPr>
              <w:fldChar w:fldCharType="end"/>
            </w:r>
          </w:hyperlink>
        </w:p>
        <w:p w14:paraId="6BA14BF3" w14:textId="417D4DFF"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3" w:history="1">
            <w:r w:rsidRPr="007911BE">
              <w:rPr>
                <w:rStyle w:val="aff8"/>
                <w:noProof/>
                <w:color w:val="auto"/>
                <w:sz w:val="28"/>
                <w:szCs w:val="28"/>
              </w:rPr>
              <w:t>7.4.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_Toc228134083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55</w:t>
            </w:r>
            <w:r w:rsidRPr="007911BE">
              <w:rPr>
                <w:noProof/>
                <w:webHidden/>
                <w:sz w:val="28"/>
                <w:szCs w:val="28"/>
              </w:rPr>
              <w:fldChar w:fldCharType="end"/>
            </w:r>
          </w:hyperlink>
        </w:p>
        <w:p w14:paraId="25EB8A50" w14:textId="2781ED3C"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4" w:history="1">
            <w:r w:rsidRPr="007911BE">
              <w:rPr>
                <w:rStyle w:val="aff8"/>
                <w:noProof/>
                <w:color w:val="auto"/>
                <w:sz w:val="28"/>
                <w:szCs w:val="28"/>
              </w:rPr>
              <w:t>8. Матрица мероприятий и показателей</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_Toc228134084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55</w:t>
            </w:r>
            <w:r w:rsidRPr="007911BE">
              <w:rPr>
                <w:noProof/>
                <w:webHidden/>
                <w:sz w:val="28"/>
                <w:szCs w:val="28"/>
              </w:rPr>
              <w:fldChar w:fldCharType="end"/>
            </w:r>
          </w:hyperlink>
        </w:p>
        <w:p w14:paraId="5825DB3B" w14:textId="0EC5C92A"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5" w:history="1">
            <w:r w:rsidRPr="007911BE">
              <w:rPr>
                <w:rStyle w:val="aff8"/>
                <w:noProof/>
                <w:color w:val="auto"/>
                <w:sz w:val="28"/>
                <w:szCs w:val="28"/>
              </w:rPr>
              <w:t>8.1.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_Toc228134085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55</w:t>
            </w:r>
            <w:r w:rsidRPr="007911BE">
              <w:rPr>
                <w:noProof/>
                <w:webHidden/>
                <w:sz w:val="28"/>
                <w:szCs w:val="28"/>
              </w:rPr>
              <w:fldChar w:fldCharType="end"/>
            </w:r>
          </w:hyperlink>
        </w:p>
        <w:p w14:paraId="3F583ACE" w14:textId="24F98C49"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6" w:history="1">
            <w:r w:rsidRPr="007911BE">
              <w:rPr>
                <w:rStyle w:val="aff8"/>
                <w:noProof/>
                <w:color w:val="auto"/>
                <w:sz w:val="28"/>
                <w:szCs w:val="28"/>
              </w:rPr>
              <w:t>8.2.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_Toc228134086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58</w:t>
            </w:r>
            <w:r w:rsidRPr="007911BE">
              <w:rPr>
                <w:noProof/>
                <w:webHidden/>
                <w:sz w:val="28"/>
                <w:szCs w:val="28"/>
              </w:rPr>
              <w:fldChar w:fldCharType="end"/>
            </w:r>
          </w:hyperlink>
        </w:p>
        <w:p w14:paraId="36D4B88B" w14:textId="5B267872"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7" w:history="1">
            <w:r w:rsidRPr="007911BE">
              <w:rPr>
                <w:rStyle w:val="aff8"/>
                <w:noProof/>
                <w:color w:val="auto"/>
                <w:sz w:val="28"/>
                <w:szCs w:val="28"/>
              </w:rPr>
              <w:t>8.3. Центральные показатели сети и управленческие узкие места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_Toc228134087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59</w:t>
            </w:r>
            <w:r w:rsidRPr="007911BE">
              <w:rPr>
                <w:noProof/>
                <w:webHidden/>
                <w:sz w:val="28"/>
                <w:szCs w:val="28"/>
              </w:rPr>
              <w:fldChar w:fldCharType="end"/>
            </w:r>
          </w:hyperlink>
        </w:p>
        <w:p w14:paraId="19B87FD2" w14:textId="398B5438"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8" w:history="1">
            <w:r w:rsidRPr="007911BE">
              <w:rPr>
                <w:rStyle w:val="aff8"/>
                <w:noProof/>
                <w:color w:val="auto"/>
                <w:sz w:val="28"/>
                <w:szCs w:val="28"/>
              </w:rPr>
              <w:t>8.4.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_Toc228134088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60</w:t>
            </w:r>
            <w:r w:rsidRPr="007911BE">
              <w:rPr>
                <w:noProof/>
                <w:webHidden/>
                <w:sz w:val="28"/>
                <w:szCs w:val="28"/>
              </w:rPr>
              <w:fldChar w:fldCharType="end"/>
            </w:r>
          </w:hyperlink>
        </w:p>
        <w:p w14:paraId="560C4E2A" w14:textId="2AE17212"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89" w:history="1">
            <w:r w:rsidRPr="007911BE">
              <w:rPr>
                <w:rStyle w:val="aff8"/>
                <w:noProof/>
                <w:color w:val="auto"/>
                <w:sz w:val="28"/>
                <w:szCs w:val="28"/>
              </w:rPr>
              <w:t>9. Лингвистическая, смысловая и нарративная экспертиза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_Toc228134089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61</w:t>
            </w:r>
            <w:r w:rsidRPr="007911BE">
              <w:rPr>
                <w:noProof/>
                <w:webHidden/>
                <w:sz w:val="28"/>
                <w:szCs w:val="28"/>
              </w:rPr>
              <w:fldChar w:fldCharType="end"/>
            </w:r>
          </w:hyperlink>
        </w:p>
        <w:p w14:paraId="311F87E9" w14:textId="3D085D1E"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0" w:history="1">
            <w:r w:rsidRPr="007911BE">
              <w:rPr>
                <w:rStyle w:val="aff8"/>
                <w:noProof/>
                <w:color w:val="auto"/>
                <w:sz w:val="28"/>
                <w:szCs w:val="28"/>
              </w:rPr>
              <w:t>9.1.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_Toc228134090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61</w:t>
            </w:r>
            <w:r w:rsidRPr="007911BE">
              <w:rPr>
                <w:noProof/>
                <w:webHidden/>
                <w:sz w:val="28"/>
                <w:szCs w:val="28"/>
              </w:rPr>
              <w:fldChar w:fldCharType="end"/>
            </w:r>
          </w:hyperlink>
        </w:p>
        <w:p w14:paraId="21ADC9A4" w14:textId="01EB9133"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1" w:history="1">
            <w:r w:rsidRPr="007911BE">
              <w:rPr>
                <w:rStyle w:val="aff8"/>
                <w:noProof/>
                <w:color w:val="auto"/>
                <w:sz w:val="28"/>
                <w:szCs w:val="28"/>
              </w:rPr>
              <w:t>9.2.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_Toc228134091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62</w:t>
            </w:r>
            <w:r w:rsidRPr="007911BE">
              <w:rPr>
                <w:noProof/>
                <w:webHidden/>
                <w:sz w:val="28"/>
                <w:szCs w:val="28"/>
              </w:rPr>
              <w:fldChar w:fldCharType="end"/>
            </w:r>
          </w:hyperlink>
        </w:p>
        <w:p w14:paraId="231D63CF" w14:textId="19246116"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2" w:history="1">
            <w:r w:rsidRPr="007911BE">
              <w:rPr>
                <w:rStyle w:val="aff8"/>
                <w:noProof/>
                <w:color w:val="auto"/>
                <w:sz w:val="28"/>
                <w:szCs w:val="28"/>
              </w:rPr>
              <w:t>9.3. Фреймовая и тематическая дифференциация документов</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_Toc228134092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64</w:t>
            </w:r>
            <w:r w:rsidRPr="007911BE">
              <w:rPr>
                <w:noProof/>
                <w:webHidden/>
                <w:sz w:val="28"/>
                <w:szCs w:val="28"/>
              </w:rPr>
              <w:fldChar w:fldCharType="end"/>
            </w:r>
          </w:hyperlink>
        </w:p>
        <w:p w14:paraId="398ABDC3" w14:textId="4E10A927"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3" w:history="1">
            <w:r w:rsidRPr="007911BE">
              <w:rPr>
                <w:rStyle w:val="aff8"/>
                <w:noProof/>
                <w:color w:val="auto"/>
                <w:sz w:val="28"/>
                <w:szCs w:val="28"/>
              </w:rPr>
              <w:t>9.4.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_Toc228134093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65</w:t>
            </w:r>
            <w:r w:rsidRPr="007911BE">
              <w:rPr>
                <w:noProof/>
                <w:webHidden/>
                <w:sz w:val="28"/>
                <w:szCs w:val="28"/>
              </w:rPr>
              <w:fldChar w:fldCharType="end"/>
            </w:r>
          </w:hyperlink>
        </w:p>
        <w:p w14:paraId="1A9EB935" w14:textId="6CD7D0EA"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4" w:history="1">
            <w:r w:rsidRPr="007911BE">
              <w:rPr>
                <w:rStyle w:val="aff8"/>
                <w:noProof/>
                <w:color w:val="auto"/>
                <w:sz w:val="28"/>
                <w:szCs w:val="28"/>
              </w:rPr>
              <w:t>10. Охват сфер жизнедеятельности и системная достаточность нацпроекта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_Toc228134094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65</w:t>
            </w:r>
            <w:r w:rsidRPr="007911BE">
              <w:rPr>
                <w:noProof/>
                <w:webHidden/>
                <w:sz w:val="28"/>
                <w:szCs w:val="28"/>
              </w:rPr>
              <w:fldChar w:fldCharType="end"/>
            </w:r>
          </w:hyperlink>
        </w:p>
        <w:p w14:paraId="5633F826" w14:textId="47BC64CC"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5" w:history="1">
            <w:r w:rsidRPr="007911BE">
              <w:rPr>
                <w:rStyle w:val="aff8"/>
                <w:noProof/>
                <w:color w:val="auto"/>
                <w:sz w:val="28"/>
                <w:szCs w:val="28"/>
              </w:rPr>
              <w:t>10.1.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_Toc228134095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65</w:t>
            </w:r>
            <w:r w:rsidRPr="007911BE">
              <w:rPr>
                <w:noProof/>
                <w:webHidden/>
                <w:sz w:val="28"/>
                <w:szCs w:val="28"/>
              </w:rPr>
              <w:fldChar w:fldCharType="end"/>
            </w:r>
          </w:hyperlink>
        </w:p>
        <w:p w14:paraId="22C3B81A" w14:textId="5A43C007"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6" w:history="1">
            <w:r w:rsidRPr="007911BE">
              <w:rPr>
                <w:rStyle w:val="aff8"/>
                <w:noProof/>
                <w:color w:val="auto"/>
                <w:sz w:val="28"/>
                <w:szCs w:val="28"/>
              </w:rPr>
              <w:t>10.2.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_Toc228134096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67</w:t>
            </w:r>
            <w:r w:rsidRPr="007911BE">
              <w:rPr>
                <w:noProof/>
                <w:webHidden/>
                <w:sz w:val="28"/>
                <w:szCs w:val="28"/>
              </w:rPr>
              <w:fldChar w:fldCharType="end"/>
            </w:r>
          </w:hyperlink>
        </w:p>
        <w:p w14:paraId="497A7F4F" w14:textId="3D473BAA"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7" w:history="1">
            <w:r w:rsidRPr="007911BE">
              <w:rPr>
                <w:rStyle w:val="aff8"/>
                <w:noProof/>
                <w:color w:val="auto"/>
                <w:sz w:val="28"/>
                <w:szCs w:val="28"/>
              </w:rPr>
              <w:t>10.3.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_Toc228134097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67</w:t>
            </w:r>
            <w:r w:rsidRPr="007911BE">
              <w:rPr>
                <w:noProof/>
                <w:webHidden/>
                <w:sz w:val="28"/>
                <w:szCs w:val="28"/>
              </w:rPr>
              <w:fldChar w:fldCharType="end"/>
            </w:r>
          </w:hyperlink>
        </w:p>
        <w:p w14:paraId="7B72C693" w14:textId="289774FA"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8" w:history="1">
            <w:r w:rsidRPr="007911BE">
              <w:rPr>
                <w:rStyle w:val="aff8"/>
                <w:noProof/>
                <w:color w:val="auto"/>
                <w:sz w:val="28"/>
                <w:szCs w:val="28"/>
              </w:rPr>
              <w:t>11. Сценарная, причинная и риск-ориентированная экспертиза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_Toc228134098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68</w:t>
            </w:r>
            <w:r w:rsidRPr="007911BE">
              <w:rPr>
                <w:noProof/>
                <w:webHidden/>
                <w:sz w:val="28"/>
                <w:szCs w:val="28"/>
              </w:rPr>
              <w:fldChar w:fldCharType="end"/>
            </w:r>
          </w:hyperlink>
        </w:p>
        <w:p w14:paraId="7D38DD2D" w14:textId="27F4C391"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099" w:history="1">
            <w:r w:rsidRPr="007911BE">
              <w:rPr>
                <w:rStyle w:val="aff8"/>
                <w:noProof/>
                <w:color w:val="auto"/>
                <w:sz w:val="28"/>
                <w:szCs w:val="28"/>
              </w:rPr>
              <w:t>11.1.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_Toc228134099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68</w:t>
            </w:r>
            <w:r w:rsidRPr="007911BE">
              <w:rPr>
                <w:noProof/>
                <w:webHidden/>
                <w:sz w:val="28"/>
                <w:szCs w:val="28"/>
              </w:rPr>
              <w:fldChar w:fldCharType="end"/>
            </w:r>
          </w:hyperlink>
        </w:p>
        <w:p w14:paraId="0989F738" w14:textId="4B523B55"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100" w:history="1">
            <w:r w:rsidRPr="007911BE">
              <w:rPr>
                <w:rStyle w:val="aff8"/>
                <w:noProof/>
                <w:color w:val="auto"/>
                <w:sz w:val="28"/>
                <w:szCs w:val="28"/>
              </w:rPr>
              <w:t>11.2. Результаты</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_Toc228134100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69</w:t>
            </w:r>
            <w:r w:rsidRPr="007911BE">
              <w:rPr>
                <w:noProof/>
                <w:webHidden/>
                <w:sz w:val="28"/>
                <w:szCs w:val="28"/>
              </w:rPr>
              <w:fldChar w:fldCharType="end"/>
            </w:r>
          </w:hyperlink>
        </w:p>
        <w:p w14:paraId="0CDDDA2A" w14:textId="68130B4A"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101" w:history="1">
            <w:r w:rsidRPr="007911BE">
              <w:rPr>
                <w:rStyle w:val="aff8"/>
                <w:noProof/>
                <w:color w:val="auto"/>
                <w:sz w:val="28"/>
                <w:szCs w:val="28"/>
              </w:rPr>
              <w:t>11.3.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_Toc228134101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71</w:t>
            </w:r>
            <w:r w:rsidRPr="007911BE">
              <w:rPr>
                <w:noProof/>
                <w:webHidden/>
                <w:sz w:val="28"/>
                <w:szCs w:val="28"/>
              </w:rPr>
              <w:fldChar w:fldCharType="end"/>
            </w:r>
          </w:hyperlink>
        </w:p>
        <w:p w14:paraId="3607474A" w14:textId="7379A632"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102" w:history="1">
            <w:r w:rsidRPr="007911BE">
              <w:rPr>
                <w:rStyle w:val="aff8"/>
                <w:noProof/>
                <w:color w:val="auto"/>
                <w:sz w:val="28"/>
                <w:szCs w:val="28"/>
              </w:rPr>
              <w:t>12. Пакет предложений по корректировке национального проекта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_Toc228134102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71</w:t>
            </w:r>
            <w:r w:rsidRPr="007911BE">
              <w:rPr>
                <w:noProof/>
                <w:webHidden/>
                <w:sz w:val="28"/>
                <w:szCs w:val="28"/>
              </w:rPr>
              <w:fldChar w:fldCharType="end"/>
            </w:r>
          </w:hyperlink>
        </w:p>
        <w:p w14:paraId="5046A70A" w14:textId="623FB243"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103" w:history="1">
            <w:r w:rsidRPr="007911BE">
              <w:rPr>
                <w:rStyle w:val="aff8"/>
                <w:noProof/>
                <w:color w:val="auto"/>
                <w:sz w:val="28"/>
                <w:szCs w:val="28"/>
              </w:rPr>
              <w:t>12.1. Методика</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_Toc228134103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71</w:t>
            </w:r>
            <w:r w:rsidRPr="007911BE">
              <w:rPr>
                <w:noProof/>
                <w:webHidden/>
                <w:sz w:val="28"/>
                <w:szCs w:val="28"/>
              </w:rPr>
              <w:fldChar w:fldCharType="end"/>
            </w:r>
          </w:hyperlink>
        </w:p>
        <w:p w14:paraId="41831D93" w14:textId="31B0DB1C"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104" w:history="1">
            <w:r w:rsidRPr="007911BE">
              <w:rPr>
                <w:rStyle w:val="aff8"/>
                <w:noProof/>
                <w:color w:val="auto"/>
                <w:sz w:val="28"/>
                <w:szCs w:val="28"/>
              </w:rPr>
              <w:t>12.2. Результаты: приоритетные изменения</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_Toc228134104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72</w:t>
            </w:r>
            <w:r w:rsidRPr="007911BE">
              <w:rPr>
                <w:noProof/>
                <w:webHidden/>
                <w:sz w:val="28"/>
                <w:szCs w:val="28"/>
              </w:rPr>
              <w:fldChar w:fldCharType="end"/>
            </w:r>
          </w:hyperlink>
        </w:p>
        <w:p w14:paraId="5E125C4E" w14:textId="243C38BA" w:rsidR="00EE36AF" w:rsidRPr="007911BE" w:rsidRDefault="00EE36AF" w:rsidP="003E60F8">
          <w:pPr>
            <w:pStyle w:val="2c"/>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105" w:history="1">
            <w:r w:rsidRPr="007911BE">
              <w:rPr>
                <w:rStyle w:val="aff8"/>
                <w:noProof/>
                <w:color w:val="auto"/>
                <w:sz w:val="28"/>
                <w:szCs w:val="28"/>
              </w:rPr>
              <w:t>12.3. Выводы и рекомендации</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_Toc228134105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72</w:t>
            </w:r>
            <w:r w:rsidRPr="007911BE">
              <w:rPr>
                <w:noProof/>
                <w:webHidden/>
                <w:sz w:val="28"/>
                <w:szCs w:val="28"/>
              </w:rPr>
              <w:fldChar w:fldCharType="end"/>
            </w:r>
          </w:hyperlink>
        </w:p>
        <w:p w14:paraId="016BF641" w14:textId="11FAF897"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106" w:history="1">
            <w:r w:rsidRPr="007911BE">
              <w:rPr>
                <w:rStyle w:val="aff8"/>
                <w:noProof/>
                <w:color w:val="auto"/>
                <w:sz w:val="28"/>
                <w:szCs w:val="28"/>
              </w:rPr>
              <w:t>Заключение</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_Toc228134106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73</w:t>
            </w:r>
            <w:r w:rsidRPr="007911BE">
              <w:rPr>
                <w:noProof/>
                <w:webHidden/>
                <w:sz w:val="28"/>
                <w:szCs w:val="28"/>
              </w:rPr>
              <w:fldChar w:fldCharType="end"/>
            </w:r>
          </w:hyperlink>
        </w:p>
        <w:p w14:paraId="25D2CDE4" w14:textId="79D486EF" w:rsidR="00EE36AF" w:rsidRPr="007911BE" w:rsidRDefault="00EE36AF" w:rsidP="003E60F8">
          <w:pPr>
            <w:pStyle w:val="14"/>
            <w:tabs>
              <w:tab w:val="right" w:leader="dot" w:pos="9638"/>
            </w:tabs>
            <w:spacing w:after="0"/>
            <w:ind w:firstLine="0"/>
            <w:rPr>
              <w:rFonts w:asciiTheme="minorHAnsi" w:eastAsiaTheme="minorEastAsia" w:hAnsiTheme="minorHAnsi"/>
              <w:noProof/>
              <w:kern w:val="2"/>
              <w:sz w:val="28"/>
              <w:szCs w:val="28"/>
              <w:lang w:val="ru-RU" w:eastAsia="ru-RU"/>
              <w14:ligatures w14:val="standardContextual"/>
            </w:rPr>
          </w:pPr>
          <w:hyperlink w:anchor="_Toc228134107" w:history="1">
            <w:r w:rsidRPr="007911BE">
              <w:rPr>
                <w:rStyle w:val="aff8"/>
                <w:noProof/>
                <w:color w:val="auto"/>
                <w:sz w:val="28"/>
                <w:szCs w:val="28"/>
              </w:rPr>
              <w:t>Список источников</w:t>
            </w:r>
            <w:r w:rsidRPr="007911BE">
              <w:rPr>
                <w:noProof/>
                <w:webHidden/>
                <w:sz w:val="28"/>
                <w:szCs w:val="28"/>
              </w:rPr>
              <w:tab/>
            </w:r>
            <w:r w:rsidRPr="007911BE">
              <w:rPr>
                <w:noProof/>
                <w:webHidden/>
                <w:sz w:val="28"/>
                <w:szCs w:val="28"/>
              </w:rPr>
              <w:fldChar w:fldCharType="begin"/>
            </w:r>
            <w:r w:rsidRPr="007911BE">
              <w:rPr>
                <w:noProof/>
                <w:webHidden/>
                <w:sz w:val="28"/>
                <w:szCs w:val="28"/>
              </w:rPr>
              <w:instrText xml:space="preserve"> PAGEREF _Toc228134107 \h </w:instrText>
            </w:r>
            <w:r w:rsidRPr="007911BE">
              <w:rPr>
                <w:noProof/>
                <w:webHidden/>
                <w:sz w:val="28"/>
                <w:szCs w:val="28"/>
              </w:rPr>
            </w:r>
            <w:r w:rsidRPr="007911BE">
              <w:rPr>
                <w:noProof/>
                <w:webHidden/>
                <w:sz w:val="28"/>
                <w:szCs w:val="28"/>
              </w:rPr>
              <w:fldChar w:fldCharType="separate"/>
            </w:r>
            <w:r w:rsidR="007911BE" w:rsidRPr="007911BE">
              <w:rPr>
                <w:noProof/>
                <w:webHidden/>
                <w:sz w:val="28"/>
                <w:szCs w:val="28"/>
              </w:rPr>
              <w:t>74</w:t>
            </w:r>
            <w:r w:rsidRPr="007911BE">
              <w:rPr>
                <w:noProof/>
                <w:webHidden/>
                <w:sz w:val="28"/>
                <w:szCs w:val="28"/>
              </w:rPr>
              <w:fldChar w:fldCharType="end"/>
            </w:r>
          </w:hyperlink>
        </w:p>
        <w:p w14:paraId="2331791A" w14:textId="77777777" w:rsidR="008A6905" w:rsidRPr="007911BE" w:rsidRDefault="008A6905" w:rsidP="008A6905">
          <w:r w:rsidRPr="007911BE">
            <w:rPr>
              <w:rFonts w:cs="Times New Roman"/>
              <w:b/>
              <w:bCs/>
              <w:sz w:val="28"/>
              <w:szCs w:val="28"/>
            </w:rPr>
            <w:fldChar w:fldCharType="end"/>
          </w:r>
        </w:p>
      </w:sdtContent>
    </w:sdt>
    <w:p w14:paraId="3BFF8E2F" w14:textId="77777777" w:rsidR="00F12170" w:rsidRPr="007911BE" w:rsidRDefault="00000000" w:rsidP="006B1CAB">
      <w:pPr>
        <w:pStyle w:val="1"/>
        <w:pageBreakBefore/>
      </w:pPr>
      <w:bookmarkStart w:id="0" w:name="_Toc228134046"/>
      <w:r w:rsidRPr="007911BE">
        <w:lastRenderedPageBreak/>
        <w:t>Введение и краткие выводы</w:t>
      </w:r>
      <w:bookmarkEnd w:id="0"/>
    </w:p>
    <w:p w14:paraId="55FE77F4" w14:textId="77777777" w:rsidR="00F12170" w:rsidRPr="007911BE" w:rsidRDefault="00000000">
      <w:pPr>
        <w:rPr>
          <w:lang w:val="ru-RU"/>
        </w:rPr>
      </w:pPr>
      <w:r w:rsidRPr="007911BE">
        <w:rPr>
          <w:sz w:val="28"/>
          <w:lang w:val="ru-RU"/>
        </w:rPr>
        <w:t>Настоящая экспертиза рассматривает национальный проект «Семья» не как изолированный набор мероприятий социальной поддержки, а как один из ключевых инструментов реализации семейной и демографической политики Российской Федерации до 2030 года и в связке со Стратегией действий по реализации семейной и демографической политики, поддержке многодетности до 2036 года. Согласно паспорту проекта, его цель состоит в увеличении числа семей с детьми, в том числе многодетных, и укреплении семейных ценностей; проект реализуется в 2025–2030 годах и включает пять федеральных проектов: «Поддержка семьи», «Многодетная семья», «Охрана материнства и детства», «Старшее поколение», «Семейные ценности и инфраструктура культуры» [1; 2].</w:t>
      </w:r>
    </w:p>
    <w:p w14:paraId="1E4CA9C1" w14:textId="77777777" w:rsidR="00F12170" w:rsidRPr="007911BE" w:rsidRDefault="00000000">
      <w:pPr>
        <w:rPr>
          <w:lang w:val="ru-RU"/>
        </w:rPr>
      </w:pPr>
      <w:r w:rsidRPr="007911BE">
        <w:rPr>
          <w:sz w:val="28"/>
          <w:lang w:val="ru-RU"/>
        </w:rPr>
        <w:t xml:space="preserve">Экспертиза выполнена в расширенной доказательной логике: анализируется не только формальное достижение целевых значений, но и внутренняя согласованность проектной архитектуры, измеримость, территориальная дифференциация, бюджетная структура, причинная атрибуция потенциальных эффектов, стратегическая достаточность по отношению к реальным детерминантам рождаемости и качества жизни семьи. Методологически работа ориентирована на международные стандарты оценки публичных программ: критерии </w:t>
      </w:r>
      <w:r w:rsidRPr="007911BE">
        <w:rPr>
          <w:sz w:val="28"/>
        </w:rPr>
        <w:t>OECD</w:t>
      </w:r>
      <w:r w:rsidRPr="007911BE">
        <w:rPr>
          <w:sz w:val="28"/>
          <w:lang w:val="ru-RU"/>
        </w:rPr>
        <w:t xml:space="preserve"> </w:t>
      </w:r>
      <w:r w:rsidRPr="007911BE">
        <w:rPr>
          <w:sz w:val="28"/>
        </w:rPr>
        <w:t>DAC</w:t>
      </w:r>
      <w:r w:rsidRPr="007911BE">
        <w:rPr>
          <w:sz w:val="28"/>
          <w:lang w:val="ru-RU"/>
        </w:rPr>
        <w:t xml:space="preserve">, подходы </w:t>
      </w:r>
      <w:r w:rsidRPr="007911BE">
        <w:rPr>
          <w:sz w:val="28"/>
        </w:rPr>
        <w:t>Magenta</w:t>
      </w:r>
      <w:r w:rsidRPr="007911BE">
        <w:rPr>
          <w:sz w:val="28"/>
          <w:lang w:val="ru-RU"/>
        </w:rPr>
        <w:t xml:space="preserve"> </w:t>
      </w:r>
      <w:r w:rsidRPr="007911BE">
        <w:rPr>
          <w:sz w:val="28"/>
        </w:rPr>
        <w:t>Book</w:t>
      </w:r>
      <w:r w:rsidRPr="007911BE">
        <w:rPr>
          <w:sz w:val="28"/>
          <w:lang w:val="ru-RU"/>
        </w:rPr>
        <w:t xml:space="preserve"> к проектированию и использованию оценки в государственном управлении, логику </w:t>
      </w:r>
      <w:r w:rsidRPr="007911BE">
        <w:rPr>
          <w:sz w:val="28"/>
        </w:rPr>
        <w:t>Green</w:t>
      </w:r>
      <w:r w:rsidRPr="007911BE">
        <w:rPr>
          <w:sz w:val="28"/>
          <w:lang w:val="ru-RU"/>
        </w:rPr>
        <w:t xml:space="preserve"> </w:t>
      </w:r>
      <w:r w:rsidRPr="007911BE">
        <w:rPr>
          <w:sz w:val="28"/>
        </w:rPr>
        <w:t>Book</w:t>
      </w:r>
      <w:r w:rsidRPr="007911BE">
        <w:rPr>
          <w:sz w:val="28"/>
          <w:lang w:val="ru-RU"/>
        </w:rPr>
        <w:t xml:space="preserve"> по оценке общественной ценности и методологию </w:t>
      </w:r>
      <w:proofErr w:type="spellStart"/>
      <w:r w:rsidRPr="007911BE">
        <w:rPr>
          <w:sz w:val="28"/>
          <w:lang w:val="ru-RU"/>
        </w:rPr>
        <w:t>контрфактической</w:t>
      </w:r>
      <w:proofErr w:type="spellEnd"/>
      <w:r w:rsidRPr="007911BE">
        <w:rPr>
          <w:sz w:val="28"/>
          <w:lang w:val="ru-RU"/>
        </w:rPr>
        <w:t xml:space="preserve"> оценки воздействия [6–9].</w:t>
      </w:r>
    </w:p>
    <w:p w14:paraId="7E1909FB" w14:textId="77777777" w:rsidR="00F12170" w:rsidRPr="007911BE" w:rsidRDefault="00000000">
      <w:pPr>
        <w:rPr>
          <w:lang w:val="ru-RU"/>
        </w:rPr>
      </w:pPr>
      <w:r w:rsidRPr="007911BE">
        <w:rPr>
          <w:sz w:val="28"/>
          <w:lang w:val="ru-RU"/>
        </w:rPr>
        <w:t>Ключевой эмпирической базой стала унифицированная база данных, собранная из выгрузок ЕМИСС по показателям национального проекта. В базу вошло 19 801 наблюдение в длинном формате, включая годовые, месячные и накопительные значения. Для картографического анализа использованы 89 субъектов Российской Федерации; в полигональном слое все территории соединены с данными, а при отсутствии значений регион остаётся на карте как отдельная категория «нет данных».</w:t>
      </w:r>
    </w:p>
    <w:p w14:paraId="21A0DD38" w14:textId="77777777" w:rsidR="00F12170" w:rsidRPr="007911BE" w:rsidRDefault="00000000">
      <w:pPr>
        <w:rPr>
          <w:sz w:val="28"/>
          <w:lang w:val="ru-RU"/>
        </w:rPr>
      </w:pPr>
      <w:r w:rsidRPr="007911BE">
        <w:rPr>
          <w:sz w:val="28"/>
          <w:lang w:val="ru-RU"/>
        </w:rPr>
        <w:t xml:space="preserve">Главный вывод экспертизы состоит в том, что национальный проект «Семья» является </w:t>
      </w:r>
      <w:proofErr w:type="spellStart"/>
      <w:r w:rsidRPr="007911BE">
        <w:rPr>
          <w:sz w:val="28"/>
          <w:lang w:val="ru-RU"/>
        </w:rPr>
        <w:t>ресурсно</w:t>
      </w:r>
      <w:proofErr w:type="spellEnd"/>
      <w:r w:rsidRPr="007911BE">
        <w:rPr>
          <w:sz w:val="28"/>
          <w:lang w:val="ru-RU"/>
        </w:rPr>
        <w:t xml:space="preserve"> крупным и социально значимым инструментом поддержки семей, однако в текущей конфигурации он не полностью замыкает причинную цепочку между мероприятиями и заявленной демографической целью. Нацпроект хорошо покрывает социальные трансферты, отдельные жилищные инструменты, репродуктивное здоровье, долговременный уход и культурно-инфраструктурные мероприятия. Но слабее </w:t>
      </w:r>
      <w:proofErr w:type="spellStart"/>
      <w:r w:rsidRPr="007911BE">
        <w:rPr>
          <w:sz w:val="28"/>
          <w:lang w:val="ru-RU"/>
        </w:rPr>
        <w:t>операционализированы</w:t>
      </w:r>
      <w:proofErr w:type="spellEnd"/>
      <w:r w:rsidRPr="007911BE">
        <w:rPr>
          <w:sz w:val="28"/>
          <w:lang w:val="ru-RU"/>
        </w:rPr>
        <w:t xml:space="preserve"> факторы первого и второго рождения, </w:t>
      </w:r>
      <w:proofErr w:type="spellStart"/>
      <w:r w:rsidRPr="007911BE">
        <w:rPr>
          <w:sz w:val="28"/>
          <w:lang w:val="ru-RU"/>
        </w:rPr>
        <w:t>неипотечные</w:t>
      </w:r>
      <w:proofErr w:type="spellEnd"/>
      <w:r w:rsidRPr="007911BE">
        <w:rPr>
          <w:sz w:val="28"/>
          <w:lang w:val="ru-RU"/>
        </w:rPr>
        <w:t xml:space="preserve"> жилищные механизмы, мужское репродуктивное здоровье и отцовство, карьерные и трудовые издержки родительства, долговая нагрузка, качество городской и сельской среды, а также оценка реального причинного эффекта мер.</w:t>
      </w:r>
    </w:p>
    <w:p w14:paraId="33536AB6" w14:textId="77777777" w:rsidR="00B408C8" w:rsidRPr="007911BE" w:rsidRDefault="00B408C8">
      <w:pPr>
        <w:rPr>
          <w:lang w:val="ru-RU"/>
        </w:rPr>
      </w:pPr>
    </w:p>
    <w:p w14:paraId="223198E4" w14:textId="77777777" w:rsidR="00F12170" w:rsidRPr="007911BE" w:rsidRDefault="00000000">
      <w:pPr>
        <w:ind w:firstLine="0"/>
        <w:jc w:val="center"/>
      </w:pPr>
      <w:r w:rsidRPr="007911BE">
        <w:rPr>
          <w:noProof/>
        </w:rPr>
        <w:lastRenderedPageBreak/>
        <w:drawing>
          <wp:inline distT="0" distB="0" distL="0" distR="0" wp14:anchorId="60C77CDE" wp14:editId="2E40D779">
            <wp:extent cx="6185647" cy="7326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c_model.png"/>
                    <pic:cNvPicPr/>
                  </pic:nvPicPr>
                  <pic:blipFill rotWithShape="1">
                    <a:blip r:embed="rId8"/>
                    <a:srcRect t="13066" b="48840"/>
                    <a:stretch>
                      <a:fillRect/>
                    </a:stretch>
                  </pic:blipFill>
                  <pic:spPr bwMode="auto">
                    <a:xfrm>
                      <a:off x="0" y="0"/>
                      <a:ext cx="6359282" cy="753235"/>
                    </a:xfrm>
                    <a:prstGeom prst="rect">
                      <a:avLst/>
                    </a:prstGeom>
                    <a:ln>
                      <a:noFill/>
                    </a:ln>
                    <a:extLst>
                      <a:ext uri="{53640926-AAD7-44D8-BBD7-CCE9431645EC}">
                        <a14:shadowObscured xmlns:a14="http://schemas.microsoft.com/office/drawing/2010/main"/>
                      </a:ext>
                    </a:extLst>
                  </pic:spPr>
                </pic:pic>
              </a:graphicData>
            </a:graphic>
          </wp:inline>
        </w:drawing>
      </w:r>
    </w:p>
    <w:p w14:paraId="63C33553" w14:textId="77777777" w:rsidR="00F12170" w:rsidRPr="007911BE" w:rsidRDefault="00000000">
      <w:pPr>
        <w:ind w:firstLine="0"/>
        <w:jc w:val="center"/>
        <w:rPr>
          <w:lang w:val="ru-RU"/>
        </w:rPr>
      </w:pPr>
      <w:r w:rsidRPr="007911BE">
        <w:rPr>
          <w:lang w:val="ru-RU"/>
        </w:rPr>
        <w:t xml:space="preserve">Рисунок 1 </w:t>
      </w:r>
      <w:r w:rsidR="00387CF6" w:rsidRPr="007911BE">
        <w:rPr>
          <w:lang w:val="ru-RU"/>
        </w:rPr>
        <w:t xml:space="preserve">– </w:t>
      </w:r>
      <w:r w:rsidRPr="007911BE">
        <w:rPr>
          <w:lang w:val="ru-RU"/>
        </w:rPr>
        <w:t xml:space="preserve"> Логическая модель национального проекта «Семья» для целей экспертизы</w:t>
      </w:r>
    </w:p>
    <w:p w14:paraId="52E18A77" w14:textId="77777777" w:rsidR="00F12170" w:rsidRPr="007911BE" w:rsidRDefault="00000000">
      <w:pPr>
        <w:ind w:firstLine="0"/>
        <w:jc w:val="center"/>
        <w:rPr>
          <w:lang w:val="ru-RU"/>
        </w:rPr>
      </w:pPr>
      <w:r w:rsidRPr="007911BE">
        <w:rPr>
          <w:i/>
          <w:sz w:val="24"/>
          <w:lang w:val="ru-RU"/>
        </w:rPr>
        <w:t>Источник: составлено автором на основе паспорта проекта, стратегий и расчётной базы</w:t>
      </w:r>
    </w:p>
    <w:p w14:paraId="3189E4DA" w14:textId="77777777" w:rsidR="00B408C8" w:rsidRPr="007911BE" w:rsidRDefault="00B408C8">
      <w:pPr>
        <w:rPr>
          <w:sz w:val="28"/>
          <w:lang w:val="ru-RU"/>
        </w:rPr>
      </w:pPr>
    </w:p>
    <w:p w14:paraId="121D4F12" w14:textId="77777777" w:rsidR="00F12170" w:rsidRPr="007911BE" w:rsidRDefault="00000000">
      <w:pPr>
        <w:rPr>
          <w:lang w:val="ru-RU"/>
        </w:rPr>
      </w:pPr>
      <w:r w:rsidRPr="007911BE">
        <w:rPr>
          <w:sz w:val="28"/>
          <w:lang w:val="ru-RU"/>
        </w:rPr>
        <w:t xml:space="preserve">Как показано на рисунке 1, для доказательной оценки нацпроекта необходима последовательная связь между ресурсами, мероприятиями, непосредственными результатами, промежуточными результатами и конечными демографическими эффектами. В текущей системе мониторинга эта связь частично нарушена: часть показателей фиксирует непосредственные результаты, часть </w:t>
      </w:r>
      <w:r w:rsidR="00387CF6" w:rsidRPr="007911BE">
        <w:rPr>
          <w:sz w:val="28"/>
          <w:lang w:val="ru-RU"/>
        </w:rPr>
        <w:t xml:space="preserve">– </w:t>
      </w:r>
      <w:r w:rsidRPr="007911BE">
        <w:rPr>
          <w:sz w:val="28"/>
          <w:lang w:val="ru-RU"/>
        </w:rPr>
        <w:t xml:space="preserve"> высокоуровневые промежуточные результаты, а</w:t>
      </w:r>
      <w:r w:rsidR="00387CF6" w:rsidRPr="007911BE">
        <w:rPr>
          <w:sz w:val="28"/>
          <w:lang w:val="ru-RU"/>
        </w:rPr>
        <w:t xml:space="preserve"> </w:t>
      </w:r>
      <w:r w:rsidRPr="007911BE">
        <w:rPr>
          <w:sz w:val="28"/>
          <w:lang w:val="ru-RU"/>
        </w:rPr>
        <w:t>часть мероприятий не имеет достаточной измерительной поддержки.</w:t>
      </w:r>
    </w:p>
    <w:p w14:paraId="096F3125" w14:textId="77777777" w:rsidR="00B408C8" w:rsidRPr="007911BE" w:rsidRDefault="00B408C8">
      <w:pPr>
        <w:ind w:firstLine="0"/>
        <w:jc w:val="left"/>
        <w:rPr>
          <w:lang w:val="ru-RU"/>
        </w:rPr>
      </w:pPr>
    </w:p>
    <w:p w14:paraId="09BD167C" w14:textId="77777777" w:rsidR="00F12170" w:rsidRPr="007911BE" w:rsidRDefault="00000000">
      <w:pPr>
        <w:ind w:firstLine="0"/>
        <w:jc w:val="left"/>
        <w:rPr>
          <w:sz w:val="24"/>
          <w:szCs w:val="24"/>
          <w:lang w:val="ru-RU"/>
        </w:rPr>
      </w:pPr>
      <w:r w:rsidRPr="007911BE">
        <w:rPr>
          <w:sz w:val="24"/>
          <w:szCs w:val="24"/>
          <w:lang w:val="ru-RU"/>
        </w:rPr>
        <w:t xml:space="preserve">Таблица 1 </w:t>
      </w:r>
      <w:r w:rsidR="00387CF6" w:rsidRPr="007911BE">
        <w:rPr>
          <w:sz w:val="24"/>
          <w:szCs w:val="24"/>
          <w:lang w:val="ru-RU"/>
        </w:rPr>
        <w:t xml:space="preserve">– </w:t>
      </w:r>
      <w:r w:rsidRPr="007911BE">
        <w:rPr>
          <w:sz w:val="24"/>
          <w:szCs w:val="24"/>
          <w:lang w:val="ru-RU"/>
        </w:rPr>
        <w:t xml:space="preserve"> Краткая матрица экспертных выводов</w:t>
      </w:r>
    </w:p>
    <w:tbl>
      <w:tblPr>
        <w:tblStyle w:val="aff0"/>
        <w:tblW w:w="0" w:type="auto"/>
        <w:jc w:val="center"/>
        <w:tblLook w:val="04A0" w:firstRow="1" w:lastRow="0" w:firstColumn="1" w:lastColumn="0" w:noHBand="0" w:noVBand="1"/>
      </w:tblPr>
      <w:tblGrid>
        <w:gridCol w:w="2232"/>
        <w:gridCol w:w="3706"/>
        <w:gridCol w:w="3917"/>
      </w:tblGrid>
      <w:tr w:rsidR="00F12170" w:rsidRPr="007911BE" w14:paraId="44ED3595" w14:textId="77777777" w:rsidTr="00B408C8">
        <w:trPr>
          <w:jc w:val="center"/>
        </w:trPr>
        <w:tc>
          <w:tcPr>
            <w:tcW w:w="0" w:type="auto"/>
            <w:vAlign w:val="center"/>
          </w:tcPr>
          <w:p w14:paraId="361455CF" w14:textId="77777777" w:rsidR="00F12170" w:rsidRPr="007911BE" w:rsidRDefault="00000000">
            <w:pPr>
              <w:ind w:firstLine="0"/>
              <w:jc w:val="center"/>
              <w:rPr>
                <w:sz w:val="24"/>
                <w:szCs w:val="24"/>
              </w:rPr>
            </w:pPr>
            <w:proofErr w:type="spellStart"/>
            <w:r w:rsidRPr="007911BE">
              <w:rPr>
                <w:b/>
                <w:sz w:val="24"/>
                <w:szCs w:val="24"/>
              </w:rPr>
              <w:t>Блок</w:t>
            </w:r>
            <w:proofErr w:type="spellEnd"/>
          </w:p>
        </w:tc>
        <w:tc>
          <w:tcPr>
            <w:tcW w:w="0" w:type="auto"/>
            <w:vAlign w:val="center"/>
          </w:tcPr>
          <w:p w14:paraId="452CB9F8" w14:textId="77777777" w:rsidR="00F12170" w:rsidRPr="007911BE" w:rsidRDefault="00000000">
            <w:pPr>
              <w:ind w:firstLine="0"/>
              <w:jc w:val="center"/>
              <w:rPr>
                <w:sz w:val="24"/>
                <w:szCs w:val="24"/>
              </w:rPr>
            </w:pPr>
            <w:proofErr w:type="spellStart"/>
            <w:r w:rsidRPr="007911BE">
              <w:rPr>
                <w:b/>
                <w:sz w:val="24"/>
                <w:szCs w:val="24"/>
              </w:rPr>
              <w:t>Диагноз</w:t>
            </w:r>
            <w:proofErr w:type="spellEnd"/>
          </w:p>
        </w:tc>
        <w:tc>
          <w:tcPr>
            <w:tcW w:w="0" w:type="auto"/>
            <w:vAlign w:val="center"/>
          </w:tcPr>
          <w:p w14:paraId="5FE73BC7" w14:textId="77777777" w:rsidR="00F12170" w:rsidRPr="007911BE" w:rsidRDefault="00000000">
            <w:pPr>
              <w:ind w:firstLine="0"/>
              <w:jc w:val="center"/>
              <w:rPr>
                <w:sz w:val="24"/>
                <w:szCs w:val="24"/>
              </w:rPr>
            </w:pPr>
            <w:proofErr w:type="spellStart"/>
            <w:r w:rsidRPr="007911BE">
              <w:rPr>
                <w:b/>
                <w:sz w:val="24"/>
                <w:szCs w:val="24"/>
              </w:rPr>
              <w:t>Главная</w:t>
            </w:r>
            <w:proofErr w:type="spellEnd"/>
            <w:r w:rsidRPr="007911BE">
              <w:rPr>
                <w:b/>
                <w:sz w:val="24"/>
                <w:szCs w:val="24"/>
              </w:rPr>
              <w:t xml:space="preserve"> </w:t>
            </w:r>
            <w:proofErr w:type="spellStart"/>
            <w:r w:rsidRPr="007911BE">
              <w:rPr>
                <w:b/>
                <w:sz w:val="24"/>
                <w:szCs w:val="24"/>
              </w:rPr>
              <w:t>рекомендация</w:t>
            </w:r>
            <w:proofErr w:type="spellEnd"/>
          </w:p>
        </w:tc>
      </w:tr>
      <w:tr w:rsidR="00F12170" w:rsidRPr="00A27575" w14:paraId="14DB1CCA" w14:textId="77777777" w:rsidTr="00B408C8">
        <w:trPr>
          <w:jc w:val="center"/>
        </w:trPr>
        <w:tc>
          <w:tcPr>
            <w:tcW w:w="0" w:type="auto"/>
            <w:vAlign w:val="center"/>
          </w:tcPr>
          <w:p w14:paraId="5B2D6B5F" w14:textId="77777777" w:rsidR="00F12170" w:rsidRPr="007911BE" w:rsidRDefault="00000000">
            <w:pPr>
              <w:ind w:firstLine="0"/>
              <w:jc w:val="left"/>
              <w:rPr>
                <w:sz w:val="24"/>
                <w:szCs w:val="24"/>
              </w:rPr>
            </w:pPr>
            <w:proofErr w:type="spellStart"/>
            <w:r w:rsidRPr="007911BE">
              <w:rPr>
                <w:sz w:val="24"/>
                <w:szCs w:val="24"/>
              </w:rPr>
              <w:t>Достижимость</w:t>
            </w:r>
            <w:proofErr w:type="spellEnd"/>
            <w:r w:rsidRPr="007911BE">
              <w:rPr>
                <w:sz w:val="24"/>
                <w:szCs w:val="24"/>
              </w:rPr>
              <w:t xml:space="preserve"> </w:t>
            </w:r>
            <w:proofErr w:type="spellStart"/>
            <w:r w:rsidRPr="007911BE">
              <w:rPr>
                <w:sz w:val="24"/>
                <w:szCs w:val="24"/>
              </w:rPr>
              <w:t>целей</w:t>
            </w:r>
            <w:proofErr w:type="spellEnd"/>
          </w:p>
        </w:tc>
        <w:tc>
          <w:tcPr>
            <w:tcW w:w="0" w:type="auto"/>
            <w:vAlign w:val="center"/>
          </w:tcPr>
          <w:p w14:paraId="787CF7F8" w14:textId="77777777" w:rsidR="00F12170" w:rsidRPr="007911BE" w:rsidRDefault="00000000">
            <w:pPr>
              <w:ind w:firstLine="0"/>
              <w:jc w:val="left"/>
              <w:rPr>
                <w:sz w:val="24"/>
                <w:szCs w:val="24"/>
                <w:lang w:val="ru-RU"/>
              </w:rPr>
            </w:pPr>
            <w:r w:rsidRPr="007911BE">
              <w:rPr>
                <w:sz w:val="24"/>
                <w:szCs w:val="24"/>
                <w:lang w:val="ru-RU"/>
              </w:rPr>
              <w:t>СКР и СКР третьих и последующих детей идут ниже целевых значений текущей траектории; отдельные инфраструктурные показатели выполняются формально.</w:t>
            </w:r>
          </w:p>
        </w:tc>
        <w:tc>
          <w:tcPr>
            <w:tcW w:w="0" w:type="auto"/>
            <w:vAlign w:val="center"/>
          </w:tcPr>
          <w:p w14:paraId="6D41EAD7" w14:textId="77777777" w:rsidR="00F12170" w:rsidRPr="007911BE" w:rsidRDefault="00000000">
            <w:pPr>
              <w:ind w:firstLine="0"/>
              <w:jc w:val="left"/>
              <w:rPr>
                <w:sz w:val="24"/>
                <w:szCs w:val="24"/>
                <w:lang w:val="ru-RU"/>
              </w:rPr>
            </w:pPr>
            <w:r w:rsidRPr="007911BE">
              <w:rPr>
                <w:sz w:val="24"/>
                <w:szCs w:val="24"/>
                <w:lang w:val="ru-RU"/>
              </w:rPr>
              <w:t>Ввести вероятностный мониторинг достижения целей и сценарную корректировку региональных пакетов мер.</w:t>
            </w:r>
          </w:p>
        </w:tc>
      </w:tr>
      <w:tr w:rsidR="00F12170" w:rsidRPr="00A27575" w14:paraId="04E58B04" w14:textId="77777777" w:rsidTr="00B408C8">
        <w:trPr>
          <w:jc w:val="center"/>
        </w:trPr>
        <w:tc>
          <w:tcPr>
            <w:tcW w:w="0" w:type="auto"/>
            <w:vAlign w:val="center"/>
          </w:tcPr>
          <w:p w14:paraId="34EC2D67" w14:textId="77777777" w:rsidR="00F12170" w:rsidRPr="007911BE" w:rsidRDefault="00000000">
            <w:pPr>
              <w:ind w:firstLine="0"/>
              <w:jc w:val="left"/>
              <w:rPr>
                <w:sz w:val="24"/>
                <w:szCs w:val="24"/>
              </w:rPr>
            </w:pPr>
            <w:proofErr w:type="spellStart"/>
            <w:r w:rsidRPr="007911BE">
              <w:rPr>
                <w:sz w:val="24"/>
                <w:szCs w:val="24"/>
              </w:rPr>
              <w:t>Измеримость</w:t>
            </w:r>
            <w:proofErr w:type="spellEnd"/>
          </w:p>
        </w:tc>
        <w:tc>
          <w:tcPr>
            <w:tcW w:w="0" w:type="auto"/>
            <w:vAlign w:val="center"/>
          </w:tcPr>
          <w:p w14:paraId="63968ED9" w14:textId="77777777" w:rsidR="00F12170" w:rsidRPr="007911BE" w:rsidRDefault="00000000">
            <w:pPr>
              <w:ind w:firstLine="0"/>
              <w:jc w:val="left"/>
              <w:rPr>
                <w:sz w:val="24"/>
                <w:szCs w:val="24"/>
                <w:lang w:val="ru-RU"/>
              </w:rPr>
            </w:pPr>
            <w:r w:rsidRPr="007911BE">
              <w:rPr>
                <w:sz w:val="24"/>
                <w:szCs w:val="24"/>
                <w:lang w:val="ru-RU"/>
              </w:rPr>
              <w:t>Не все показатели представлены в ЕМИСС; часть данных имеет только федеральный уровень или короткий временной ряд.</w:t>
            </w:r>
          </w:p>
        </w:tc>
        <w:tc>
          <w:tcPr>
            <w:tcW w:w="0" w:type="auto"/>
            <w:vAlign w:val="center"/>
          </w:tcPr>
          <w:p w14:paraId="21F31125" w14:textId="77777777" w:rsidR="00F12170" w:rsidRPr="007911BE" w:rsidRDefault="00000000">
            <w:pPr>
              <w:ind w:firstLine="0"/>
              <w:jc w:val="left"/>
              <w:rPr>
                <w:sz w:val="24"/>
                <w:szCs w:val="24"/>
                <w:lang w:val="ru-RU"/>
              </w:rPr>
            </w:pPr>
            <w:r w:rsidRPr="007911BE">
              <w:rPr>
                <w:sz w:val="24"/>
                <w:szCs w:val="24"/>
                <w:lang w:val="ru-RU"/>
              </w:rPr>
              <w:t>Сформировать единый паспорт показателей с региональной декомпозицией, кодами субъектов, периодичностью и источником.</w:t>
            </w:r>
          </w:p>
        </w:tc>
      </w:tr>
      <w:tr w:rsidR="00F12170" w:rsidRPr="00A27575" w14:paraId="27AA18C3" w14:textId="77777777" w:rsidTr="00B408C8">
        <w:trPr>
          <w:jc w:val="center"/>
        </w:trPr>
        <w:tc>
          <w:tcPr>
            <w:tcW w:w="0" w:type="auto"/>
            <w:vAlign w:val="center"/>
          </w:tcPr>
          <w:p w14:paraId="7512D25F" w14:textId="77777777" w:rsidR="00F12170" w:rsidRPr="007911BE" w:rsidRDefault="00000000">
            <w:pPr>
              <w:ind w:firstLine="0"/>
              <w:jc w:val="left"/>
              <w:rPr>
                <w:sz w:val="24"/>
                <w:szCs w:val="24"/>
              </w:rPr>
            </w:pPr>
            <w:proofErr w:type="spellStart"/>
            <w:r w:rsidRPr="007911BE">
              <w:rPr>
                <w:sz w:val="24"/>
                <w:szCs w:val="24"/>
              </w:rPr>
              <w:t>Территориальность</w:t>
            </w:r>
            <w:proofErr w:type="spellEnd"/>
          </w:p>
        </w:tc>
        <w:tc>
          <w:tcPr>
            <w:tcW w:w="0" w:type="auto"/>
            <w:vAlign w:val="center"/>
          </w:tcPr>
          <w:p w14:paraId="6E1D7002" w14:textId="77777777" w:rsidR="00F12170" w:rsidRPr="007911BE" w:rsidRDefault="00000000">
            <w:pPr>
              <w:ind w:firstLine="0"/>
              <w:jc w:val="left"/>
              <w:rPr>
                <w:sz w:val="24"/>
                <w:szCs w:val="24"/>
                <w:lang w:val="ru-RU"/>
              </w:rPr>
            </w:pPr>
            <w:r w:rsidRPr="007911BE">
              <w:rPr>
                <w:sz w:val="24"/>
                <w:szCs w:val="24"/>
                <w:lang w:val="ru-RU"/>
              </w:rPr>
              <w:t>Рождаемость и бедность многодетных семей имеют выраженную пространственную структуру; универсальный пакет мер недостаточен.</w:t>
            </w:r>
          </w:p>
        </w:tc>
        <w:tc>
          <w:tcPr>
            <w:tcW w:w="0" w:type="auto"/>
            <w:vAlign w:val="center"/>
          </w:tcPr>
          <w:p w14:paraId="7A5EF356" w14:textId="77777777" w:rsidR="00F12170" w:rsidRPr="007911BE" w:rsidRDefault="00000000">
            <w:pPr>
              <w:ind w:firstLine="0"/>
              <w:jc w:val="left"/>
              <w:rPr>
                <w:sz w:val="24"/>
                <w:szCs w:val="24"/>
                <w:lang w:val="ru-RU"/>
              </w:rPr>
            </w:pPr>
            <w:r w:rsidRPr="007911BE">
              <w:rPr>
                <w:sz w:val="24"/>
                <w:szCs w:val="24"/>
                <w:lang w:val="ru-RU"/>
              </w:rPr>
              <w:t xml:space="preserve">Ввести типовые региональные пакеты для разных кластеров: мегаполисы, </w:t>
            </w:r>
            <w:proofErr w:type="spellStart"/>
            <w:r w:rsidRPr="007911BE">
              <w:rPr>
                <w:sz w:val="24"/>
                <w:szCs w:val="24"/>
                <w:lang w:val="ru-RU"/>
              </w:rPr>
              <w:t>депопулирующие</w:t>
            </w:r>
            <w:proofErr w:type="spellEnd"/>
            <w:r w:rsidRPr="007911BE">
              <w:rPr>
                <w:sz w:val="24"/>
                <w:szCs w:val="24"/>
                <w:lang w:val="ru-RU"/>
              </w:rPr>
              <w:t xml:space="preserve"> регионы, регионы высокой многодетности и высокой бедности, сельские территории.</w:t>
            </w:r>
          </w:p>
        </w:tc>
      </w:tr>
      <w:tr w:rsidR="00F12170" w:rsidRPr="00A27575" w14:paraId="179A98E4" w14:textId="77777777" w:rsidTr="00B408C8">
        <w:trPr>
          <w:jc w:val="center"/>
        </w:trPr>
        <w:tc>
          <w:tcPr>
            <w:tcW w:w="0" w:type="auto"/>
            <w:vAlign w:val="center"/>
          </w:tcPr>
          <w:p w14:paraId="4384C7AF" w14:textId="77777777" w:rsidR="00F12170" w:rsidRPr="007911BE" w:rsidRDefault="00000000">
            <w:pPr>
              <w:ind w:firstLine="0"/>
              <w:jc w:val="left"/>
              <w:rPr>
                <w:sz w:val="24"/>
                <w:szCs w:val="24"/>
              </w:rPr>
            </w:pPr>
            <w:proofErr w:type="spellStart"/>
            <w:r w:rsidRPr="007911BE">
              <w:rPr>
                <w:sz w:val="24"/>
                <w:szCs w:val="24"/>
              </w:rPr>
              <w:t>Бюджет</w:t>
            </w:r>
            <w:proofErr w:type="spellEnd"/>
          </w:p>
        </w:tc>
        <w:tc>
          <w:tcPr>
            <w:tcW w:w="0" w:type="auto"/>
            <w:vAlign w:val="center"/>
          </w:tcPr>
          <w:p w14:paraId="57ED4C0E" w14:textId="77777777" w:rsidR="00F12170" w:rsidRPr="007911BE" w:rsidRDefault="00000000">
            <w:pPr>
              <w:ind w:firstLine="0"/>
              <w:jc w:val="left"/>
              <w:rPr>
                <w:sz w:val="24"/>
                <w:szCs w:val="24"/>
                <w:lang w:val="ru-RU"/>
              </w:rPr>
            </w:pPr>
            <w:r w:rsidRPr="007911BE">
              <w:rPr>
                <w:sz w:val="24"/>
                <w:szCs w:val="24"/>
                <w:lang w:val="ru-RU"/>
              </w:rPr>
              <w:t>89,7% проектного объема сосредоточено в «Поддержке семьи», тогда как медицинский, культурный и уходовый блоки относительно малы.</w:t>
            </w:r>
          </w:p>
        </w:tc>
        <w:tc>
          <w:tcPr>
            <w:tcW w:w="0" w:type="auto"/>
            <w:vAlign w:val="center"/>
          </w:tcPr>
          <w:p w14:paraId="458B99DD" w14:textId="77777777" w:rsidR="00F12170" w:rsidRPr="007911BE" w:rsidRDefault="00000000">
            <w:pPr>
              <w:ind w:firstLine="0"/>
              <w:jc w:val="left"/>
              <w:rPr>
                <w:sz w:val="24"/>
                <w:szCs w:val="24"/>
                <w:lang w:val="ru-RU"/>
              </w:rPr>
            </w:pPr>
            <w:r w:rsidRPr="007911BE">
              <w:rPr>
                <w:sz w:val="24"/>
                <w:szCs w:val="24"/>
                <w:lang w:val="ru-RU"/>
              </w:rPr>
              <w:t>Разделить социальную, демографическую и инфраструктурную эффективность расходов; раскрывать удельную стоимость и фактическое исполнение.</w:t>
            </w:r>
          </w:p>
        </w:tc>
      </w:tr>
      <w:tr w:rsidR="00F12170" w:rsidRPr="00A27575" w14:paraId="58ED7AC1" w14:textId="77777777" w:rsidTr="00B408C8">
        <w:trPr>
          <w:jc w:val="center"/>
        </w:trPr>
        <w:tc>
          <w:tcPr>
            <w:tcW w:w="0" w:type="auto"/>
            <w:vAlign w:val="center"/>
          </w:tcPr>
          <w:p w14:paraId="20E821FF" w14:textId="77777777" w:rsidR="00F12170" w:rsidRPr="007911BE" w:rsidRDefault="00000000">
            <w:pPr>
              <w:ind w:firstLine="0"/>
              <w:jc w:val="left"/>
              <w:rPr>
                <w:sz w:val="24"/>
                <w:szCs w:val="24"/>
              </w:rPr>
            </w:pPr>
            <w:proofErr w:type="spellStart"/>
            <w:r w:rsidRPr="007911BE">
              <w:rPr>
                <w:sz w:val="24"/>
                <w:szCs w:val="24"/>
              </w:rPr>
              <w:t>Нарратив</w:t>
            </w:r>
            <w:proofErr w:type="spellEnd"/>
          </w:p>
        </w:tc>
        <w:tc>
          <w:tcPr>
            <w:tcW w:w="0" w:type="auto"/>
            <w:vAlign w:val="center"/>
          </w:tcPr>
          <w:p w14:paraId="046CEBD6" w14:textId="77777777" w:rsidR="00F12170" w:rsidRPr="007911BE" w:rsidRDefault="00000000">
            <w:pPr>
              <w:ind w:firstLine="0"/>
              <w:jc w:val="left"/>
              <w:rPr>
                <w:sz w:val="24"/>
                <w:szCs w:val="24"/>
                <w:lang w:val="ru-RU"/>
              </w:rPr>
            </w:pPr>
            <w:r w:rsidRPr="007911BE">
              <w:rPr>
                <w:sz w:val="24"/>
                <w:szCs w:val="24"/>
                <w:lang w:val="ru-RU"/>
              </w:rPr>
              <w:t>Сильны фреймы поддержки, многодетности, семейных ценностей и управления; слабее фреймы автономии, баланса труда и семьи, мужского здоровья.</w:t>
            </w:r>
          </w:p>
        </w:tc>
        <w:tc>
          <w:tcPr>
            <w:tcW w:w="0" w:type="auto"/>
            <w:vAlign w:val="center"/>
          </w:tcPr>
          <w:p w14:paraId="61A02D0F" w14:textId="77777777" w:rsidR="00F12170" w:rsidRPr="007911BE" w:rsidRDefault="00000000">
            <w:pPr>
              <w:ind w:firstLine="0"/>
              <w:jc w:val="left"/>
              <w:rPr>
                <w:sz w:val="24"/>
                <w:szCs w:val="24"/>
                <w:lang w:val="ru-RU"/>
              </w:rPr>
            </w:pPr>
            <w:r w:rsidRPr="007911BE">
              <w:rPr>
                <w:sz w:val="24"/>
                <w:szCs w:val="24"/>
                <w:lang w:val="ru-RU"/>
              </w:rPr>
              <w:t xml:space="preserve">Сместить риторику от декларативной </w:t>
            </w:r>
            <w:proofErr w:type="spellStart"/>
            <w:r w:rsidRPr="007911BE">
              <w:rPr>
                <w:sz w:val="24"/>
                <w:szCs w:val="24"/>
                <w:lang w:val="ru-RU"/>
              </w:rPr>
              <w:t>пронатальности</w:t>
            </w:r>
            <w:proofErr w:type="spellEnd"/>
            <w:r w:rsidRPr="007911BE">
              <w:rPr>
                <w:sz w:val="24"/>
                <w:szCs w:val="24"/>
                <w:lang w:val="ru-RU"/>
              </w:rPr>
              <w:t xml:space="preserve"> к устранению барьеров желаемого числа детей.</w:t>
            </w:r>
          </w:p>
        </w:tc>
      </w:tr>
      <w:tr w:rsidR="00F12170" w:rsidRPr="00A27575" w14:paraId="0E6973D0" w14:textId="77777777" w:rsidTr="00B408C8">
        <w:trPr>
          <w:jc w:val="center"/>
        </w:trPr>
        <w:tc>
          <w:tcPr>
            <w:tcW w:w="0" w:type="auto"/>
            <w:vAlign w:val="center"/>
          </w:tcPr>
          <w:p w14:paraId="298B23F1" w14:textId="77777777" w:rsidR="00F12170" w:rsidRPr="007911BE" w:rsidRDefault="00000000">
            <w:pPr>
              <w:ind w:firstLine="0"/>
              <w:jc w:val="left"/>
              <w:rPr>
                <w:sz w:val="24"/>
                <w:szCs w:val="24"/>
              </w:rPr>
            </w:pPr>
            <w:proofErr w:type="spellStart"/>
            <w:r w:rsidRPr="007911BE">
              <w:rPr>
                <w:sz w:val="24"/>
                <w:szCs w:val="24"/>
              </w:rPr>
              <w:t>Причинная</w:t>
            </w:r>
            <w:proofErr w:type="spellEnd"/>
            <w:r w:rsidRPr="007911BE">
              <w:rPr>
                <w:sz w:val="24"/>
                <w:szCs w:val="24"/>
              </w:rPr>
              <w:t xml:space="preserve"> </w:t>
            </w:r>
            <w:proofErr w:type="spellStart"/>
            <w:r w:rsidRPr="007911BE">
              <w:rPr>
                <w:sz w:val="24"/>
                <w:szCs w:val="24"/>
              </w:rPr>
              <w:t>оценка</w:t>
            </w:r>
            <w:proofErr w:type="spellEnd"/>
          </w:p>
        </w:tc>
        <w:tc>
          <w:tcPr>
            <w:tcW w:w="0" w:type="auto"/>
            <w:vAlign w:val="center"/>
          </w:tcPr>
          <w:p w14:paraId="59EEA89E" w14:textId="77777777" w:rsidR="00F12170" w:rsidRPr="007911BE" w:rsidRDefault="00000000">
            <w:pPr>
              <w:ind w:firstLine="0"/>
              <w:jc w:val="left"/>
              <w:rPr>
                <w:sz w:val="24"/>
                <w:szCs w:val="24"/>
                <w:lang w:val="ru-RU"/>
              </w:rPr>
            </w:pPr>
            <w:r w:rsidRPr="007911BE">
              <w:rPr>
                <w:sz w:val="24"/>
                <w:szCs w:val="24"/>
                <w:lang w:val="ru-RU"/>
              </w:rPr>
              <w:t>Мониторинг не отделяет эффект проекта от демографических волн, доходной динамики и региональной структуры.</w:t>
            </w:r>
          </w:p>
        </w:tc>
        <w:tc>
          <w:tcPr>
            <w:tcW w:w="0" w:type="auto"/>
            <w:vAlign w:val="center"/>
          </w:tcPr>
          <w:p w14:paraId="33C7ADF6" w14:textId="77777777" w:rsidR="00F12170" w:rsidRPr="007911BE" w:rsidRDefault="00000000">
            <w:pPr>
              <w:ind w:firstLine="0"/>
              <w:jc w:val="left"/>
              <w:rPr>
                <w:sz w:val="24"/>
                <w:szCs w:val="24"/>
                <w:lang w:val="ru-RU"/>
              </w:rPr>
            </w:pPr>
            <w:r w:rsidRPr="007911BE">
              <w:rPr>
                <w:sz w:val="24"/>
                <w:szCs w:val="24"/>
                <w:lang w:val="ru-RU"/>
              </w:rPr>
              <w:t xml:space="preserve">Заложить </w:t>
            </w:r>
            <w:proofErr w:type="spellStart"/>
            <w:r w:rsidRPr="007911BE">
              <w:rPr>
                <w:sz w:val="24"/>
                <w:szCs w:val="24"/>
              </w:rPr>
              <w:t>DiD</w:t>
            </w:r>
            <w:proofErr w:type="spellEnd"/>
            <w:r w:rsidRPr="007911BE">
              <w:rPr>
                <w:sz w:val="24"/>
                <w:szCs w:val="24"/>
                <w:lang w:val="ru-RU"/>
              </w:rPr>
              <w:t>, событийный анализ (</w:t>
            </w:r>
            <w:r w:rsidRPr="007911BE">
              <w:rPr>
                <w:sz w:val="24"/>
                <w:szCs w:val="24"/>
              </w:rPr>
              <w:t>event</w:t>
            </w:r>
            <w:r w:rsidRPr="007911BE">
              <w:rPr>
                <w:sz w:val="24"/>
                <w:szCs w:val="24"/>
                <w:lang w:val="ru-RU"/>
              </w:rPr>
              <w:t>-</w:t>
            </w:r>
            <w:r w:rsidRPr="007911BE">
              <w:rPr>
                <w:sz w:val="24"/>
                <w:szCs w:val="24"/>
              </w:rPr>
              <w:t>study</w:t>
            </w:r>
            <w:r w:rsidRPr="007911BE">
              <w:rPr>
                <w:sz w:val="24"/>
                <w:szCs w:val="24"/>
                <w:lang w:val="ru-RU"/>
              </w:rPr>
              <w:t>), синтетический контроль и причинные леса для региональных программ и крупных мер.</w:t>
            </w:r>
          </w:p>
        </w:tc>
      </w:tr>
    </w:tbl>
    <w:p w14:paraId="7E8CA3F0" w14:textId="77777777" w:rsidR="00F12170" w:rsidRPr="007911BE" w:rsidRDefault="00000000" w:rsidP="00B408C8">
      <w:pPr>
        <w:ind w:firstLine="0"/>
        <w:jc w:val="left"/>
        <w:rPr>
          <w:lang w:val="ru-RU"/>
        </w:rPr>
      </w:pPr>
      <w:r w:rsidRPr="007911BE">
        <w:rPr>
          <w:i/>
          <w:sz w:val="24"/>
          <w:lang w:val="ru-RU"/>
        </w:rPr>
        <w:t>Источник: составлено автором</w:t>
      </w:r>
    </w:p>
    <w:p w14:paraId="747A22EC" w14:textId="77777777" w:rsidR="00F12170" w:rsidRPr="007911BE" w:rsidRDefault="00000000" w:rsidP="00F41D89">
      <w:pPr>
        <w:pStyle w:val="1"/>
        <w:pageBreakBefore/>
      </w:pPr>
      <w:bookmarkStart w:id="1" w:name="_Toc228134047"/>
      <w:r w:rsidRPr="007911BE">
        <w:lastRenderedPageBreak/>
        <w:t>1. Методологическая рамка экспертизы</w:t>
      </w:r>
      <w:bookmarkEnd w:id="1"/>
    </w:p>
    <w:p w14:paraId="0C9AB7F1" w14:textId="77777777" w:rsidR="00F12170" w:rsidRPr="007911BE" w:rsidRDefault="00000000" w:rsidP="00585C06">
      <w:pPr>
        <w:pStyle w:val="21"/>
      </w:pPr>
      <w:bookmarkStart w:id="2" w:name="_Toc228134048"/>
      <w:r w:rsidRPr="007911BE">
        <w:t>1.1. Методика</w:t>
      </w:r>
      <w:bookmarkEnd w:id="2"/>
    </w:p>
    <w:p w14:paraId="268F43F0" w14:textId="77777777" w:rsidR="00F12170" w:rsidRPr="007911BE" w:rsidRDefault="00000000">
      <w:pPr>
        <w:rPr>
          <w:sz w:val="28"/>
          <w:szCs w:val="28"/>
          <w:lang w:val="ru-RU"/>
        </w:rPr>
      </w:pPr>
      <w:r w:rsidRPr="007911BE">
        <w:rPr>
          <w:sz w:val="28"/>
          <w:szCs w:val="28"/>
          <w:lang w:val="ru-RU"/>
        </w:rPr>
        <w:t>Методика экспертизы построена как последовательная проверка национального проекта с четырёх точек зрения: как документа государственной политики, как системы мероприятий, как набора измеримых результатов и как инструмента воздействия на демографическое поведение. Такой подход нужен потому, что один и тот же проект может быть одновременно хорошо профинансированным, административно исполнимым и при этом недостаточно сильным с точки зрения конечного демографического эффекта.</w:t>
      </w:r>
    </w:p>
    <w:p w14:paraId="612E082E" w14:textId="77777777" w:rsidR="00F12170" w:rsidRPr="007911BE" w:rsidRDefault="00000000">
      <w:pPr>
        <w:rPr>
          <w:sz w:val="28"/>
          <w:szCs w:val="28"/>
          <w:lang w:val="ru-RU"/>
        </w:rPr>
      </w:pPr>
      <w:r w:rsidRPr="007911BE">
        <w:rPr>
          <w:sz w:val="28"/>
          <w:szCs w:val="28"/>
          <w:lang w:val="ru-RU"/>
        </w:rPr>
        <w:t xml:space="preserve">На первом уровне использованы критерии </w:t>
      </w:r>
      <w:r w:rsidRPr="007911BE">
        <w:rPr>
          <w:sz w:val="28"/>
          <w:szCs w:val="28"/>
        </w:rPr>
        <w:t>OECD</w:t>
      </w:r>
      <w:r w:rsidRPr="007911BE">
        <w:rPr>
          <w:sz w:val="28"/>
          <w:szCs w:val="28"/>
          <w:lang w:val="ru-RU"/>
        </w:rPr>
        <w:t xml:space="preserve"> </w:t>
      </w:r>
      <w:r w:rsidRPr="007911BE">
        <w:rPr>
          <w:sz w:val="28"/>
          <w:szCs w:val="28"/>
        </w:rPr>
        <w:t>DAC</w:t>
      </w:r>
      <w:r w:rsidRPr="007911BE">
        <w:rPr>
          <w:sz w:val="28"/>
          <w:szCs w:val="28"/>
          <w:lang w:val="ru-RU"/>
        </w:rPr>
        <w:t>: релевантность, согласованность, результативность, эффективность, воздействие и устойчивость [6]. В прикладном управленческом смысле это означает следующие вопросы. Соответствуют ли цели проекта реальным демографическим проблемам? Не противоречат ли его меры другим государственным решениям? Дают ли расходы и мероприятия измеримый результат? Можно ли ожидать, что этот результат сохранится после завершения отдельного бюджетного цикла?</w:t>
      </w:r>
    </w:p>
    <w:p w14:paraId="3DFCBD2E" w14:textId="77777777" w:rsidR="00F12170" w:rsidRPr="007911BE" w:rsidRDefault="00000000">
      <w:pPr>
        <w:rPr>
          <w:sz w:val="28"/>
          <w:szCs w:val="28"/>
          <w:lang w:val="ru-RU"/>
        </w:rPr>
      </w:pPr>
      <w:r w:rsidRPr="007911BE">
        <w:rPr>
          <w:sz w:val="28"/>
          <w:szCs w:val="28"/>
          <w:lang w:val="ru-RU"/>
        </w:rPr>
        <w:t>На втором уровне построена теория изменений, то есть причинная цепочка от ресурсов и организационных решений к мероприятиям, далее к непосредственным результатам, промежуточным социальным эффектам и только затем к конечным демографическим изменениям. Для демографической политики это принципиально: рождаемость, бедность семей, репродуктивное здоровье и качество ухода меняются не мгновенно и зависят не от одной меры, а от сочетания доходов, жилья, занятости, доступности услуг, возрастной структуры и культурных норм.</w:t>
      </w:r>
    </w:p>
    <w:p w14:paraId="23F259D7" w14:textId="77777777" w:rsidR="00F12170" w:rsidRPr="007911BE" w:rsidRDefault="00000000">
      <w:pPr>
        <w:rPr>
          <w:sz w:val="28"/>
          <w:szCs w:val="28"/>
          <w:lang w:val="ru-RU"/>
        </w:rPr>
      </w:pPr>
      <w:r w:rsidRPr="007911BE">
        <w:rPr>
          <w:sz w:val="28"/>
          <w:szCs w:val="28"/>
          <w:lang w:val="ru-RU"/>
        </w:rPr>
        <w:t>На третьем уровне применены количественные методы. Мы не ограничивались вопросом о том, «выполнен ли показатель», а проверяли, достаточно ли сама система показателей отражает ход проекта, есть ли у неё региональная детализация, какова текущая дистанция до цели, насколько правдоподобна наблюдаемая траектория, существуют ли устойчивые территориальные зоны риска и какие группы регионов похожи друг на друга по сочетанию признаков.</w:t>
      </w:r>
    </w:p>
    <w:p w14:paraId="236D5590" w14:textId="77777777" w:rsidR="00F12170" w:rsidRPr="007911BE" w:rsidRDefault="00000000">
      <w:pPr>
        <w:rPr>
          <w:sz w:val="28"/>
          <w:szCs w:val="28"/>
          <w:lang w:val="ru-RU"/>
        </w:rPr>
      </w:pPr>
      <w:r w:rsidRPr="007911BE">
        <w:rPr>
          <w:sz w:val="28"/>
          <w:szCs w:val="28"/>
          <w:lang w:val="ru-RU"/>
        </w:rPr>
        <w:t>На четвёртом уровне проведена текстовая экспертиза документов проекта. Она позволяет увидеть не только формальные формулировки, но и то, какие темы реально доминируют в государственном языке: поддержка доходов, репродуктивное здоровье, инфраструктура, культура, управление, старшее поколение, отцовство и другие. В результате экспертиза рассматривает нацпроект не как набор деклараций, а как управленческую конструкцию со своей логикой, доказательной базой и ограничениями.</w:t>
      </w:r>
    </w:p>
    <w:p w14:paraId="34784197" w14:textId="77777777" w:rsidR="00B408C8" w:rsidRPr="007911BE" w:rsidRDefault="00B408C8">
      <w:pPr>
        <w:ind w:firstLine="0"/>
        <w:jc w:val="left"/>
        <w:rPr>
          <w:lang w:val="ru-RU"/>
        </w:rPr>
      </w:pPr>
    </w:p>
    <w:p w14:paraId="04791440" w14:textId="77777777" w:rsidR="00FC5AD4" w:rsidRPr="007911BE" w:rsidRDefault="00FC5AD4">
      <w:pPr>
        <w:ind w:firstLine="0"/>
        <w:jc w:val="left"/>
        <w:rPr>
          <w:lang w:val="ru-RU"/>
        </w:rPr>
      </w:pPr>
    </w:p>
    <w:p w14:paraId="340A9F49" w14:textId="77777777" w:rsidR="00FC5AD4" w:rsidRPr="007911BE" w:rsidRDefault="00FC5AD4">
      <w:pPr>
        <w:ind w:firstLine="0"/>
        <w:jc w:val="left"/>
        <w:rPr>
          <w:lang w:val="ru-RU"/>
        </w:rPr>
      </w:pPr>
    </w:p>
    <w:p w14:paraId="168D8AAA" w14:textId="77777777" w:rsidR="00FC5AD4" w:rsidRPr="007911BE" w:rsidRDefault="00FC5AD4">
      <w:pPr>
        <w:ind w:firstLine="0"/>
        <w:jc w:val="left"/>
        <w:rPr>
          <w:lang w:val="ru-RU"/>
        </w:rPr>
      </w:pPr>
    </w:p>
    <w:p w14:paraId="4F0D58C0" w14:textId="77777777" w:rsidR="00FC5AD4" w:rsidRPr="007911BE" w:rsidRDefault="00FC5AD4">
      <w:pPr>
        <w:ind w:firstLine="0"/>
        <w:jc w:val="left"/>
        <w:rPr>
          <w:lang w:val="ru-RU"/>
        </w:rPr>
      </w:pPr>
    </w:p>
    <w:p w14:paraId="4E12920B" w14:textId="77777777" w:rsidR="00F12170" w:rsidRPr="007911BE" w:rsidRDefault="00000000">
      <w:pPr>
        <w:ind w:firstLine="0"/>
        <w:jc w:val="left"/>
        <w:rPr>
          <w:sz w:val="24"/>
          <w:szCs w:val="24"/>
          <w:lang w:val="ru-RU"/>
        </w:rPr>
      </w:pPr>
      <w:r w:rsidRPr="007911BE">
        <w:rPr>
          <w:sz w:val="24"/>
          <w:szCs w:val="24"/>
          <w:lang w:val="ru-RU"/>
        </w:rPr>
        <w:lastRenderedPageBreak/>
        <w:t xml:space="preserve">Таблица 2 </w:t>
      </w:r>
      <w:r w:rsidR="00387CF6" w:rsidRPr="007911BE">
        <w:rPr>
          <w:sz w:val="24"/>
          <w:szCs w:val="24"/>
          <w:lang w:val="ru-RU"/>
        </w:rPr>
        <w:t xml:space="preserve">– </w:t>
      </w:r>
      <w:r w:rsidRPr="007911BE">
        <w:rPr>
          <w:sz w:val="24"/>
          <w:szCs w:val="24"/>
          <w:lang w:val="ru-RU"/>
        </w:rPr>
        <w:t xml:space="preserve"> Критерии комплексной экспертизы национального проекта</w:t>
      </w:r>
    </w:p>
    <w:tbl>
      <w:tblPr>
        <w:tblStyle w:val="aff0"/>
        <w:tblW w:w="0" w:type="auto"/>
        <w:jc w:val="center"/>
        <w:tblLook w:val="04A0" w:firstRow="1" w:lastRow="0" w:firstColumn="1" w:lastColumn="0" w:noHBand="0" w:noVBand="1"/>
      </w:tblPr>
      <w:tblGrid>
        <w:gridCol w:w="2028"/>
        <w:gridCol w:w="4018"/>
        <w:gridCol w:w="3809"/>
      </w:tblGrid>
      <w:tr w:rsidR="00F12170" w:rsidRPr="007911BE" w14:paraId="546190AB" w14:textId="77777777" w:rsidTr="00F41D89">
        <w:trPr>
          <w:tblHeader/>
          <w:jc w:val="center"/>
        </w:trPr>
        <w:tc>
          <w:tcPr>
            <w:tcW w:w="0" w:type="auto"/>
            <w:vAlign w:val="center"/>
          </w:tcPr>
          <w:p w14:paraId="39799719" w14:textId="77777777" w:rsidR="00F12170" w:rsidRPr="007911BE" w:rsidRDefault="00000000">
            <w:pPr>
              <w:ind w:firstLine="0"/>
              <w:jc w:val="center"/>
              <w:rPr>
                <w:sz w:val="24"/>
                <w:szCs w:val="24"/>
              </w:rPr>
            </w:pPr>
            <w:proofErr w:type="spellStart"/>
            <w:r w:rsidRPr="007911BE">
              <w:rPr>
                <w:b/>
                <w:sz w:val="24"/>
                <w:szCs w:val="24"/>
              </w:rPr>
              <w:t>Критерий</w:t>
            </w:r>
            <w:proofErr w:type="spellEnd"/>
          </w:p>
        </w:tc>
        <w:tc>
          <w:tcPr>
            <w:tcW w:w="0" w:type="auto"/>
            <w:vAlign w:val="center"/>
          </w:tcPr>
          <w:p w14:paraId="08A67187" w14:textId="77777777" w:rsidR="00F12170" w:rsidRPr="007911BE" w:rsidRDefault="00000000">
            <w:pPr>
              <w:ind w:firstLine="0"/>
              <w:jc w:val="center"/>
              <w:rPr>
                <w:sz w:val="24"/>
                <w:szCs w:val="24"/>
              </w:rPr>
            </w:pPr>
            <w:proofErr w:type="spellStart"/>
            <w:r w:rsidRPr="007911BE">
              <w:rPr>
                <w:b/>
                <w:sz w:val="24"/>
                <w:szCs w:val="24"/>
              </w:rPr>
              <w:t>Смысл</w:t>
            </w:r>
            <w:proofErr w:type="spellEnd"/>
            <w:r w:rsidRPr="007911BE">
              <w:rPr>
                <w:b/>
                <w:sz w:val="24"/>
                <w:szCs w:val="24"/>
              </w:rPr>
              <w:t xml:space="preserve"> </w:t>
            </w:r>
            <w:proofErr w:type="spellStart"/>
            <w:r w:rsidRPr="007911BE">
              <w:rPr>
                <w:b/>
                <w:sz w:val="24"/>
                <w:szCs w:val="24"/>
              </w:rPr>
              <w:t>для</w:t>
            </w:r>
            <w:proofErr w:type="spellEnd"/>
            <w:r w:rsidRPr="007911BE">
              <w:rPr>
                <w:b/>
                <w:sz w:val="24"/>
                <w:szCs w:val="24"/>
              </w:rPr>
              <w:t xml:space="preserve"> </w:t>
            </w:r>
            <w:proofErr w:type="spellStart"/>
            <w:r w:rsidRPr="007911BE">
              <w:rPr>
                <w:b/>
                <w:sz w:val="24"/>
                <w:szCs w:val="24"/>
              </w:rPr>
              <w:t>экспертизы</w:t>
            </w:r>
            <w:proofErr w:type="spellEnd"/>
            <w:r w:rsidRPr="007911BE">
              <w:rPr>
                <w:b/>
                <w:sz w:val="24"/>
                <w:szCs w:val="24"/>
              </w:rPr>
              <w:t xml:space="preserve"> </w:t>
            </w:r>
            <w:proofErr w:type="spellStart"/>
            <w:r w:rsidRPr="007911BE">
              <w:rPr>
                <w:b/>
                <w:sz w:val="24"/>
                <w:szCs w:val="24"/>
              </w:rPr>
              <w:t>нацпроекта</w:t>
            </w:r>
            <w:proofErr w:type="spellEnd"/>
          </w:p>
        </w:tc>
        <w:tc>
          <w:tcPr>
            <w:tcW w:w="0" w:type="auto"/>
            <w:vAlign w:val="center"/>
          </w:tcPr>
          <w:p w14:paraId="745DFA8B" w14:textId="77777777" w:rsidR="00F12170" w:rsidRPr="007911BE" w:rsidRDefault="00000000">
            <w:pPr>
              <w:ind w:firstLine="0"/>
              <w:jc w:val="center"/>
              <w:rPr>
                <w:sz w:val="24"/>
                <w:szCs w:val="24"/>
              </w:rPr>
            </w:pPr>
            <w:proofErr w:type="spellStart"/>
            <w:r w:rsidRPr="007911BE">
              <w:rPr>
                <w:b/>
                <w:sz w:val="24"/>
                <w:szCs w:val="24"/>
              </w:rPr>
              <w:t>Операционализация</w:t>
            </w:r>
            <w:proofErr w:type="spellEnd"/>
          </w:p>
        </w:tc>
      </w:tr>
      <w:tr w:rsidR="00F12170" w:rsidRPr="00A27575" w14:paraId="2C94658E" w14:textId="77777777" w:rsidTr="00F41D89">
        <w:trPr>
          <w:jc w:val="center"/>
        </w:trPr>
        <w:tc>
          <w:tcPr>
            <w:tcW w:w="0" w:type="auto"/>
            <w:vAlign w:val="center"/>
          </w:tcPr>
          <w:p w14:paraId="3DF7D8CC" w14:textId="77777777" w:rsidR="00F12170" w:rsidRPr="007911BE" w:rsidRDefault="00000000">
            <w:pPr>
              <w:ind w:firstLine="0"/>
              <w:jc w:val="left"/>
              <w:rPr>
                <w:sz w:val="24"/>
                <w:szCs w:val="24"/>
              </w:rPr>
            </w:pPr>
            <w:proofErr w:type="spellStart"/>
            <w:r w:rsidRPr="007911BE">
              <w:rPr>
                <w:sz w:val="24"/>
                <w:szCs w:val="24"/>
              </w:rPr>
              <w:t>Релевантность</w:t>
            </w:r>
            <w:proofErr w:type="spellEnd"/>
          </w:p>
        </w:tc>
        <w:tc>
          <w:tcPr>
            <w:tcW w:w="0" w:type="auto"/>
            <w:vAlign w:val="center"/>
          </w:tcPr>
          <w:p w14:paraId="6844DA6E" w14:textId="77777777" w:rsidR="00F12170" w:rsidRPr="007911BE" w:rsidRDefault="00000000">
            <w:pPr>
              <w:ind w:firstLine="0"/>
              <w:jc w:val="left"/>
              <w:rPr>
                <w:sz w:val="24"/>
                <w:szCs w:val="24"/>
                <w:lang w:val="ru-RU"/>
              </w:rPr>
            </w:pPr>
            <w:r w:rsidRPr="007911BE">
              <w:rPr>
                <w:sz w:val="24"/>
                <w:szCs w:val="24"/>
                <w:lang w:val="ru-RU"/>
              </w:rPr>
              <w:t>Соответствие проекта реальным причинам демографического кризиса и потребностям семей</w:t>
            </w:r>
          </w:p>
        </w:tc>
        <w:tc>
          <w:tcPr>
            <w:tcW w:w="0" w:type="auto"/>
            <w:vAlign w:val="center"/>
          </w:tcPr>
          <w:p w14:paraId="347CA360" w14:textId="77777777" w:rsidR="00F12170" w:rsidRPr="007911BE" w:rsidRDefault="00000000">
            <w:pPr>
              <w:ind w:firstLine="0"/>
              <w:jc w:val="left"/>
              <w:rPr>
                <w:sz w:val="24"/>
                <w:szCs w:val="24"/>
                <w:lang w:val="ru-RU"/>
              </w:rPr>
            </w:pPr>
            <w:r w:rsidRPr="007911BE">
              <w:rPr>
                <w:sz w:val="24"/>
                <w:szCs w:val="24"/>
                <w:lang w:val="ru-RU"/>
              </w:rPr>
              <w:t>сопоставление мер с деревом причин, анализ детерминант рождаемости</w:t>
            </w:r>
          </w:p>
        </w:tc>
      </w:tr>
      <w:tr w:rsidR="00F12170" w:rsidRPr="00A27575" w14:paraId="55B6676F" w14:textId="77777777" w:rsidTr="00F41D89">
        <w:trPr>
          <w:jc w:val="center"/>
        </w:trPr>
        <w:tc>
          <w:tcPr>
            <w:tcW w:w="0" w:type="auto"/>
            <w:vAlign w:val="center"/>
          </w:tcPr>
          <w:p w14:paraId="5408BD98" w14:textId="77777777" w:rsidR="00F12170" w:rsidRPr="007911BE" w:rsidRDefault="00000000">
            <w:pPr>
              <w:ind w:firstLine="0"/>
              <w:jc w:val="left"/>
              <w:rPr>
                <w:sz w:val="24"/>
                <w:szCs w:val="24"/>
              </w:rPr>
            </w:pPr>
            <w:proofErr w:type="spellStart"/>
            <w:r w:rsidRPr="007911BE">
              <w:rPr>
                <w:sz w:val="24"/>
                <w:szCs w:val="24"/>
              </w:rPr>
              <w:t>Согласованность</w:t>
            </w:r>
            <w:proofErr w:type="spellEnd"/>
          </w:p>
        </w:tc>
        <w:tc>
          <w:tcPr>
            <w:tcW w:w="0" w:type="auto"/>
            <w:vAlign w:val="center"/>
          </w:tcPr>
          <w:p w14:paraId="6E5E5538" w14:textId="77777777" w:rsidR="00F12170" w:rsidRPr="007911BE" w:rsidRDefault="00000000">
            <w:pPr>
              <w:ind w:firstLine="0"/>
              <w:jc w:val="left"/>
              <w:rPr>
                <w:sz w:val="24"/>
                <w:szCs w:val="24"/>
                <w:lang w:val="ru-RU"/>
              </w:rPr>
            </w:pPr>
            <w:r w:rsidRPr="007911BE">
              <w:rPr>
                <w:sz w:val="24"/>
                <w:szCs w:val="24"/>
                <w:lang w:val="ru-RU"/>
              </w:rPr>
              <w:t>Внутренняя связь целей, федеральных проектов, мероприятий, показателей и бюджета</w:t>
            </w:r>
          </w:p>
        </w:tc>
        <w:tc>
          <w:tcPr>
            <w:tcW w:w="0" w:type="auto"/>
            <w:vAlign w:val="center"/>
          </w:tcPr>
          <w:p w14:paraId="33F83FDA" w14:textId="77777777" w:rsidR="00F12170" w:rsidRPr="007911BE" w:rsidRDefault="00000000">
            <w:pPr>
              <w:ind w:firstLine="0"/>
              <w:jc w:val="left"/>
              <w:rPr>
                <w:sz w:val="24"/>
                <w:szCs w:val="24"/>
                <w:lang w:val="ru-RU"/>
              </w:rPr>
            </w:pPr>
            <w:r w:rsidRPr="007911BE">
              <w:rPr>
                <w:sz w:val="24"/>
                <w:szCs w:val="24"/>
                <w:lang w:val="ru-RU"/>
              </w:rPr>
              <w:t>логическая модель, матрица мероприятий и показателей</w:t>
            </w:r>
          </w:p>
        </w:tc>
      </w:tr>
      <w:tr w:rsidR="00F12170" w:rsidRPr="00A27575" w14:paraId="26B42218" w14:textId="77777777" w:rsidTr="00F41D89">
        <w:trPr>
          <w:jc w:val="center"/>
        </w:trPr>
        <w:tc>
          <w:tcPr>
            <w:tcW w:w="0" w:type="auto"/>
            <w:vAlign w:val="center"/>
          </w:tcPr>
          <w:p w14:paraId="51AAF3FA" w14:textId="77777777" w:rsidR="00F12170" w:rsidRPr="007911BE" w:rsidRDefault="00000000">
            <w:pPr>
              <w:ind w:firstLine="0"/>
              <w:jc w:val="left"/>
              <w:rPr>
                <w:sz w:val="24"/>
                <w:szCs w:val="24"/>
              </w:rPr>
            </w:pPr>
            <w:proofErr w:type="spellStart"/>
            <w:r w:rsidRPr="007911BE">
              <w:rPr>
                <w:sz w:val="24"/>
                <w:szCs w:val="24"/>
              </w:rPr>
              <w:t>Результативность</w:t>
            </w:r>
            <w:proofErr w:type="spellEnd"/>
          </w:p>
        </w:tc>
        <w:tc>
          <w:tcPr>
            <w:tcW w:w="0" w:type="auto"/>
            <w:vAlign w:val="center"/>
          </w:tcPr>
          <w:p w14:paraId="265E91D1" w14:textId="77777777" w:rsidR="00F12170" w:rsidRPr="007911BE" w:rsidRDefault="00000000">
            <w:pPr>
              <w:ind w:firstLine="0"/>
              <w:jc w:val="left"/>
              <w:rPr>
                <w:sz w:val="24"/>
                <w:szCs w:val="24"/>
                <w:lang w:val="ru-RU"/>
              </w:rPr>
            </w:pPr>
            <w:r w:rsidRPr="007911BE">
              <w:rPr>
                <w:sz w:val="24"/>
                <w:szCs w:val="24"/>
                <w:lang w:val="ru-RU"/>
              </w:rPr>
              <w:t>Вероятность достижения целевых значений к 2030 году</w:t>
            </w:r>
          </w:p>
        </w:tc>
        <w:tc>
          <w:tcPr>
            <w:tcW w:w="0" w:type="auto"/>
            <w:vAlign w:val="center"/>
          </w:tcPr>
          <w:p w14:paraId="150CCA28" w14:textId="77777777" w:rsidR="00F12170" w:rsidRPr="007911BE" w:rsidRDefault="00000000">
            <w:pPr>
              <w:ind w:firstLine="0"/>
              <w:jc w:val="left"/>
              <w:rPr>
                <w:sz w:val="24"/>
                <w:szCs w:val="24"/>
                <w:lang w:val="ru-RU"/>
              </w:rPr>
            </w:pPr>
            <w:r w:rsidRPr="007911BE">
              <w:rPr>
                <w:sz w:val="24"/>
                <w:szCs w:val="24"/>
                <w:lang w:val="ru-RU"/>
              </w:rPr>
              <w:t>прогнозы, разрывы с целями, динамика ЕМИСС</w:t>
            </w:r>
          </w:p>
        </w:tc>
      </w:tr>
      <w:tr w:rsidR="00F12170" w:rsidRPr="00A27575" w14:paraId="3CC39BB4" w14:textId="77777777" w:rsidTr="00F41D89">
        <w:trPr>
          <w:jc w:val="center"/>
        </w:trPr>
        <w:tc>
          <w:tcPr>
            <w:tcW w:w="0" w:type="auto"/>
            <w:vAlign w:val="center"/>
          </w:tcPr>
          <w:p w14:paraId="678CCA15" w14:textId="77777777" w:rsidR="00F12170" w:rsidRPr="007911BE" w:rsidRDefault="00000000">
            <w:pPr>
              <w:ind w:firstLine="0"/>
              <w:jc w:val="left"/>
              <w:rPr>
                <w:sz w:val="24"/>
                <w:szCs w:val="24"/>
              </w:rPr>
            </w:pPr>
            <w:proofErr w:type="spellStart"/>
            <w:r w:rsidRPr="007911BE">
              <w:rPr>
                <w:sz w:val="24"/>
                <w:szCs w:val="24"/>
              </w:rPr>
              <w:t>Эффективность</w:t>
            </w:r>
            <w:proofErr w:type="spellEnd"/>
          </w:p>
        </w:tc>
        <w:tc>
          <w:tcPr>
            <w:tcW w:w="0" w:type="auto"/>
            <w:vAlign w:val="center"/>
          </w:tcPr>
          <w:p w14:paraId="1F317FE4" w14:textId="77777777" w:rsidR="00F12170" w:rsidRPr="007911BE" w:rsidRDefault="00000000">
            <w:pPr>
              <w:ind w:firstLine="0"/>
              <w:jc w:val="left"/>
              <w:rPr>
                <w:sz w:val="24"/>
                <w:szCs w:val="24"/>
                <w:lang w:val="ru-RU"/>
              </w:rPr>
            </w:pPr>
            <w:r w:rsidRPr="007911BE">
              <w:rPr>
                <w:sz w:val="24"/>
                <w:szCs w:val="24"/>
                <w:lang w:val="ru-RU"/>
              </w:rPr>
              <w:t>Соотношение расходов и полученных результатов</w:t>
            </w:r>
          </w:p>
        </w:tc>
        <w:tc>
          <w:tcPr>
            <w:tcW w:w="0" w:type="auto"/>
            <w:vAlign w:val="center"/>
          </w:tcPr>
          <w:p w14:paraId="490415C2" w14:textId="77777777" w:rsidR="00F12170" w:rsidRPr="007911BE" w:rsidRDefault="00000000">
            <w:pPr>
              <w:ind w:firstLine="0"/>
              <w:jc w:val="left"/>
              <w:rPr>
                <w:sz w:val="24"/>
                <w:szCs w:val="24"/>
                <w:lang w:val="ru-RU"/>
              </w:rPr>
            </w:pPr>
            <w:r w:rsidRPr="007911BE">
              <w:rPr>
                <w:sz w:val="24"/>
                <w:szCs w:val="24"/>
                <w:lang w:val="ru-RU"/>
              </w:rPr>
              <w:t>структура бюджета, удельную стоимость, общественную отдачу затрат</w:t>
            </w:r>
          </w:p>
        </w:tc>
      </w:tr>
      <w:tr w:rsidR="00F12170" w:rsidRPr="00A27575" w14:paraId="4D17CBAC" w14:textId="77777777" w:rsidTr="00F41D89">
        <w:trPr>
          <w:jc w:val="center"/>
        </w:trPr>
        <w:tc>
          <w:tcPr>
            <w:tcW w:w="0" w:type="auto"/>
            <w:vAlign w:val="center"/>
          </w:tcPr>
          <w:p w14:paraId="37391545" w14:textId="77777777" w:rsidR="00F12170" w:rsidRPr="007911BE" w:rsidRDefault="00000000">
            <w:pPr>
              <w:ind w:firstLine="0"/>
              <w:jc w:val="left"/>
              <w:rPr>
                <w:sz w:val="24"/>
                <w:szCs w:val="24"/>
              </w:rPr>
            </w:pPr>
            <w:proofErr w:type="spellStart"/>
            <w:r w:rsidRPr="007911BE">
              <w:rPr>
                <w:sz w:val="24"/>
                <w:szCs w:val="24"/>
              </w:rPr>
              <w:t>Воздействие</w:t>
            </w:r>
            <w:proofErr w:type="spellEnd"/>
          </w:p>
        </w:tc>
        <w:tc>
          <w:tcPr>
            <w:tcW w:w="0" w:type="auto"/>
            <w:vAlign w:val="center"/>
          </w:tcPr>
          <w:p w14:paraId="23F1B97B" w14:textId="77777777" w:rsidR="00F12170" w:rsidRPr="007911BE" w:rsidRDefault="00000000">
            <w:pPr>
              <w:ind w:firstLine="0"/>
              <w:jc w:val="left"/>
              <w:rPr>
                <w:sz w:val="24"/>
                <w:szCs w:val="24"/>
                <w:lang w:val="ru-RU"/>
              </w:rPr>
            </w:pPr>
            <w:r w:rsidRPr="007911BE">
              <w:rPr>
                <w:sz w:val="24"/>
                <w:szCs w:val="24"/>
                <w:lang w:val="ru-RU"/>
              </w:rPr>
              <w:t>Причинный вклад проекта в изменение демографической траектории</w:t>
            </w:r>
          </w:p>
        </w:tc>
        <w:tc>
          <w:tcPr>
            <w:tcW w:w="0" w:type="auto"/>
            <w:vAlign w:val="center"/>
          </w:tcPr>
          <w:p w14:paraId="0B656D1E" w14:textId="77777777" w:rsidR="00F12170" w:rsidRPr="007911BE" w:rsidRDefault="00000000">
            <w:pPr>
              <w:ind w:firstLine="0"/>
              <w:jc w:val="left"/>
              <w:rPr>
                <w:sz w:val="24"/>
                <w:szCs w:val="24"/>
                <w:lang w:val="ru-RU"/>
              </w:rPr>
            </w:pPr>
            <w:proofErr w:type="spellStart"/>
            <w:r w:rsidRPr="007911BE">
              <w:rPr>
                <w:sz w:val="24"/>
                <w:szCs w:val="24"/>
              </w:rPr>
              <w:t>DiD</w:t>
            </w:r>
            <w:proofErr w:type="spellEnd"/>
            <w:r w:rsidRPr="007911BE">
              <w:rPr>
                <w:sz w:val="24"/>
                <w:szCs w:val="24"/>
                <w:lang w:val="ru-RU"/>
              </w:rPr>
              <w:t>, синтетический контроль, событийный анализ (</w:t>
            </w:r>
            <w:r w:rsidRPr="007911BE">
              <w:rPr>
                <w:sz w:val="24"/>
                <w:szCs w:val="24"/>
              </w:rPr>
              <w:t>event</w:t>
            </w:r>
            <w:r w:rsidRPr="007911BE">
              <w:rPr>
                <w:sz w:val="24"/>
                <w:szCs w:val="24"/>
                <w:lang w:val="ru-RU"/>
              </w:rPr>
              <w:t>-</w:t>
            </w:r>
            <w:r w:rsidRPr="007911BE">
              <w:rPr>
                <w:sz w:val="24"/>
                <w:szCs w:val="24"/>
              </w:rPr>
              <w:t>study</w:t>
            </w:r>
            <w:r w:rsidRPr="007911BE">
              <w:rPr>
                <w:sz w:val="24"/>
                <w:szCs w:val="24"/>
                <w:lang w:val="ru-RU"/>
              </w:rPr>
              <w:t xml:space="preserve">), </w:t>
            </w:r>
            <w:r w:rsidRPr="007911BE">
              <w:rPr>
                <w:sz w:val="24"/>
                <w:szCs w:val="24"/>
              </w:rPr>
              <w:t>causal</w:t>
            </w:r>
            <w:r w:rsidRPr="007911BE">
              <w:rPr>
                <w:sz w:val="24"/>
                <w:szCs w:val="24"/>
                <w:lang w:val="ru-RU"/>
              </w:rPr>
              <w:t xml:space="preserve"> </w:t>
            </w:r>
            <w:r w:rsidRPr="007911BE">
              <w:rPr>
                <w:sz w:val="24"/>
                <w:szCs w:val="24"/>
              </w:rPr>
              <w:t>ML</w:t>
            </w:r>
          </w:p>
        </w:tc>
      </w:tr>
      <w:tr w:rsidR="00F12170" w:rsidRPr="00A27575" w14:paraId="5A18558C" w14:textId="77777777" w:rsidTr="00F41D89">
        <w:trPr>
          <w:jc w:val="center"/>
        </w:trPr>
        <w:tc>
          <w:tcPr>
            <w:tcW w:w="0" w:type="auto"/>
            <w:vAlign w:val="center"/>
          </w:tcPr>
          <w:p w14:paraId="24ED7308" w14:textId="77777777" w:rsidR="00F12170" w:rsidRPr="007911BE" w:rsidRDefault="00000000">
            <w:pPr>
              <w:ind w:firstLine="0"/>
              <w:jc w:val="left"/>
              <w:rPr>
                <w:sz w:val="24"/>
                <w:szCs w:val="24"/>
              </w:rPr>
            </w:pPr>
            <w:proofErr w:type="spellStart"/>
            <w:r w:rsidRPr="007911BE">
              <w:rPr>
                <w:sz w:val="24"/>
                <w:szCs w:val="24"/>
              </w:rPr>
              <w:t>Устойчивость</w:t>
            </w:r>
            <w:proofErr w:type="spellEnd"/>
          </w:p>
        </w:tc>
        <w:tc>
          <w:tcPr>
            <w:tcW w:w="0" w:type="auto"/>
            <w:vAlign w:val="center"/>
          </w:tcPr>
          <w:p w14:paraId="4462C2D0" w14:textId="77777777" w:rsidR="00F12170" w:rsidRPr="007911BE" w:rsidRDefault="00000000">
            <w:pPr>
              <w:ind w:firstLine="0"/>
              <w:jc w:val="left"/>
              <w:rPr>
                <w:sz w:val="24"/>
                <w:szCs w:val="24"/>
                <w:lang w:val="ru-RU"/>
              </w:rPr>
            </w:pPr>
            <w:r w:rsidRPr="007911BE">
              <w:rPr>
                <w:sz w:val="24"/>
                <w:szCs w:val="24"/>
                <w:lang w:val="ru-RU"/>
              </w:rPr>
              <w:t>Сохранение эффекта после 2030 года и влияние на завершённую рождаемость</w:t>
            </w:r>
          </w:p>
        </w:tc>
        <w:tc>
          <w:tcPr>
            <w:tcW w:w="0" w:type="auto"/>
            <w:vAlign w:val="center"/>
          </w:tcPr>
          <w:p w14:paraId="1BD8754A" w14:textId="77777777" w:rsidR="00F12170" w:rsidRPr="007911BE" w:rsidRDefault="00000000">
            <w:pPr>
              <w:ind w:firstLine="0"/>
              <w:jc w:val="left"/>
              <w:rPr>
                <w:sz w:val="24"/>
                <w:szCs w:val="24"/>
                <w:lang w:val="ru-RU"/>
              </w:rPr>
            </w:pPr>
            <w:r w:rsidRPr="007911BE">
              <w:rPr>
                <w:sz w:val="24"/>
                <w:szCs w:val="24"/>
                <w:lang w:val="ru-RU"/>
              </w:rPr>
              <w:t>сценарии до 2036 года, когортная логика</w:t>
            </w:r>
          </w:p>
        </w:tc>
      </w:tr>
    </w:tbl>
    <w:p w14:paraId="7296C881" w14:textId="77777777" w:rsidR="00F12170" w:rsidRPr="007911BE" w:rsidRDefault="00000000">
      <w:pPr>
        <w:ind w:firstLine="0"/>
        <w:jc w:val="left"/>
        <w:rPr>
          <w:lang w:val="ru-RU"/>
        </w:rPr>
      </w:pPr>
      <w:r w:rsidRPr="007911BE">
        <w:rPr>
          <w:i/>
          <w:sz w:val="24"/>
          <w:lang w:val="ru-RU"/>
        </w:rPr>
        <w:t xml:space="preserve">Источник: </w:t>
      </w:r>
      <w:r w:rsidRPr="007911BE">
        <w:rPr>
          <w:i/>
          <w:sz w:val="24"/>
        </w:rPr>
        <w:t>OECD</w:t>
      </w:r>
      <w:r w:rsidRPr="007911BE">
        <w:rPr>
          <w:i/>
          <w:sz w:val="24"/>
          <w:lang w:val="ru-RU"/>
        </w:rPr>
        <w:t xml:space="preserve"> </w:t>
      </w:r>
      <w:r w:rsidRPr="007911BE">
        <w:rPr>
          <w:i/>
          <w:sz w:val="24"/>
        </w:rPr>
        <w:t>DAC</w:t>
      </w:r>
      <w:r w:rsidRPr="007911BE">
        <w:rPr>
          <w:i/>
          <w:sz w:val="24"/>
          <w:lang w:val="ru-RU"/>
        </w:rPr>
        <w:t xml:space="preserve">, </w:t>
      </w:r>
      <w:r w:rsidRPr="007911BE">
        <w:rPr>
          <w:i/>
          <w:sz w:val="24"/>
        </w:rPr>
        <w:t>HM</w:t>
      </w:r>
      <w:r w:rsidRPr="007911BE">
        <w:rPr>
          <w:i/>
          <w:sz w:val="24"/>
          <w:lang w:val="ru-RU"/>
        </w:rPr>
        <w:t xml:space="preserve"> </w:t>
      </w:r>
      <w:r w:rsidRPr="007911BE">
        <w:rPr>
          <w:i/>
          <w:sz w:val="24"/>
        </w:rPr>
        <w:t>Treasury</w:t>
      </w:r>
      <w:r w:rsidRPr="007911BE">
        <w:rPr>
          <w:i/>
          <w:sz w:val="24"/>
          <w:lang w:val="ru-RU"/>
        </w:rPr>
        <w:t xml:space="preserve"> </w:t>
      </w:r>
      <w:r w:rsidRPr="007911BE">
        <w:rPr>
          <w:i/>
          <w:sz w:val="24"/>
        </w:rPr>
        <w:t>Magenta</w:t>
      </w:r>
      <w:r w:rsidRPr="007911BE">
        <w:rPr>
          <w:i/>
          <w:sz w:val="24"/>
          <w:lang w:val="ru-RU"/>
        </w:rPr>
        <w:t xml:space="preserve"> </w:t>
      </w:r>
      <w:r w:rsidRPr="007911BE">
        <w:rPr>
          <w:i/>
          <w:sz w:val="24"/>
        </w:rPr>
        <w:t>Book</w:t>
      </w:r>
      <w:r w:rsidRPr="007911BE">
        <w:rPr>
          <w:i/>
          <w:sz w:val="24"/>
          <w:lang w:val="ru-RU"/>
        </w:rPr>
        <w:t xml:space="preserve"> и авторская адаптация</w:t>
      </w:r>
    </w:p>
    <w:p w14:paraId="1D96E53E" w14:textId="77777777" w:rsidR="00F12170" w:rsidRPr="007911BE" w:rsidRDefault="00000000" w:rsidP="00585C06">
      <w:pPr>
        <w:pStyle w:val="21"/>
      </w:pPr>
      <w:bookmarkStart w:id="3" w:name="_Toc228134049"/>
      <w:r w:rsidRPr="007911BE">
        <w:t>1.2. Результаты применения методики</w:t>
      </w:r>
      <w:bookmarkEnd w:id="3"/>
    </w:p>
    <w:p w14:paraId="40E5300C" w14:textId="77777777" w:rsidR="00F12170" w:rsidRPr="007911BE" w:rsidRDefault="00000000">
      <w:pPr>
        <w:rPr>
          <w:lang w:val="ru-RU"/>
        </w:rPr>
      </w:pPr>
      <w:r w:rsidRPr="007911BE">
        <w:rPr>
          <w:sz w:val="28"/>
          <w:lang w:val="ru-RU"/>
        </w:rPr>
        <w:t xml:space="preserve">Применение данной методики показало, что национальный проект «Семья» имеет сильный социально-поддерживающий и институциональный контур, но слабее </w:t>
      </w:r>
      <w:r w:rsidR="00387CF6" w:rsidRPr="007911BE">
        <w:rPr>
          <w:sz w:val="28"/>
          <w:lang w:val="ru-RU"/>
        </w:rPr>
        <w:t xml:space="preserve">– </w:t>
      </w:r>
      <w:r w:rsidRPr="007911BE">
        <w:rPr>
          <w:sz w:val="28"/>
          <w:lang w:val="ru-RU"/>
        </w:rPr>
        <w:t xml:space="preserve"> причинно-демографический и территориально-дифференцированный контур. Проект включает крупный набор мер, однако центральные демографические показатели </w:t>
      </w:r>
      <w:r w:rsidR="00387CF6" w:rsidRPr="007911BE">
        <w:rPr>
          <w:sz w:val="28"/>
          <w:lang w:val="ru-RU"/>
        </w:rPr>
        <w:t xml:space="preserve">– </w:t>
      </w:r>
      <w:r w:rsidRPr="007911BE">
        <w:rPr>
          <w:sz w:val="28"/>
          <w:lang w:val="ru-RU"/>
        </w:rPr>
        <w:t xml:space="preserve"> СКР и СКР третьих и последующих детей </w:t>
      </w:r>
      <w:r w:rsidR="00387CF6" w:rsidRPr="007911BE">
        <w:rPr>
          <w:sz w:val="28"/>
          <w:lang w:val="ru-RU"/>
        </w:rPr>
        <w:t xml:space="preserve">– </w:t>
      </w:r>
      <w:r w:rsidRPr="007911BE">
        <w:rPr>
          <w:sz w:val="28"/>
          <w:lang w:val="ru-RU"/>
        </w:rPr>
        <w:t xml:space="preserve"> являются высокоуровневыми итоговыми индикаторами, на которые воздействует не только нацпроект, но и более широкие социально-экономические, жилищные, миграционные и культурные условия.</w:t>
      </w:r>
    </w:p>
    <w:p w14:paraId="337122DD" w14:textId="77777777" w:rsidR="00F12170" w:rsidRPr="007911BE" w:rsidRDefault="00000000">
      <w:pPr>
        <w:rPr>
          <w:lang w:val="ru-RU"/>
        </w:rPr>
      </w:pPr>
      <w:r w:rsidRPr="007911BE">
        <w:rPr>
          <w:sz w:val="28"/>
          <w:lang w:val="ru-RU"/>
        </w:rPr>
        <w:t>Методологически это означает, что оценка нацпроекта не может ограничиваться сравнением текущего значения показателя с плановым. Требуется отделять три эффекта: структурный демографический эффект возрастных волн, поведенческий эффект изменения репродуктивных намерений и фактический эффект мер государственной поддержки. В противном случае проект может быть ошибочно признан успешным или неуспешным из-за факторов, которые лежат вне его прямого управления.</w:t>
      </w:r>
    </w:p>
    <w:p w14:paraId="16533E59" w14:textId="77777777" w:rsidR="00F12170" w:rsidRPr="007911BE" w:rsidRDefault="00000000" w:rsidP="00585C06">
      <w:pPr>
        <w:pStyle w:val="21"/>
      </w:pPr>
      <w:bookmarkStart w:id="4" w:name="_Toc228134050"/>
      <w:r w:rsidRPr="007911BE">
        <w:t>1.3. Выводы и рекомендации</w:t>
      </w:r>
      <w:bookmarkEnd w:id="4"/>
    </w:p>
    <w:p w14:paraId="128B8971" w14:textId="77777777" w:rsidR="00F12170" w:rsidRPr="007911BE" w:rsidRDefault="00000000">
      <w:pPr>
        <w:rPr>
          <w:lang w:val="ru-RU"/>
        </w:rPr>
      </w:pPr>
      <w:r w:rsidRPr="007911BE">
        <w:rPr>
          <w:sz w:val="28"/>
          <w:lang w:val="ru-RU"/>
        </w:rPr>
        <w:t xml:space="preserve">Для управленческого сопровождения нацпроекта необходимо утвердить методологический протокол оценки, включающий теорию изменений, минимальный набор данных, правила регионального сопоставления, формулы целевых разрывов, дизайн причинной оценки и перечень обязательных контрольных переменных. Такой протокол должен быть принят не после завершения проекта, а в ходе его реализации, поскольку часть мероприятий уже </w:t>
      </w:r>
      <w:r w:rsidRPr="007911BE">
        <w:rPr>
          <w:sz w:val="28"/>
          <w:lang w:val="ru-RU"/>
        </w:rPr>
        <w:lastRenderedPageBreak/>
        <w:t xml:space="preserve">стартовала и возможность построения корректного </w:t>
      </w:r>
      <w:proofErr w:type="spellStart"/>
      <w:r w:rsidRPr="007911BE">
        <w:rPr>
          <w:sz w:val="28"/>
          <w:lang w:val="ru-RU"/>
        </w:rPr>
        <w:t>контрфакта</w:t>
      </w:r>
      <w:proofErr w:type="spellEnd"/>
      <w:r w:rsidRPr="007911BE">
        <w:rPr>
          <w:sz w:val="28"/>
          <w:lang w:val="ru-RU"/>
        </w:rPr>
        <w:t xml:space="preserve"> быстро теряется.</w:t>
      </w:r>
    </w:p>
    <w:p w14:paraId="0E2474DE" w14:textId="77777777" w:rsidR="00F12170" w:rsidRPr="007911BE" w:rsidRDefault="00000000">
      <w:pPr>
        <w:rPr>
          <w:lang w:val="ru-RU"/>
        </w:rPr>
      </w:pPr>
      <w:r w:rsidRPr="007911BE">
        <w:rPr>
          <w:sz w:val="28"/>
          <w:lang w:val="ru-RU"/>
        </w:rPr>
        <w:t xml:space="preserve">Рекомендуется разделить мониторинг на три слоя: оперативный мониторинг непосредственных результатов, стратегический мониторинг промежуточных результатов и независимую оценку воздействия. Это позволит не смешивать число построенных объектов, число получателей поддержки, изменение качества жизни семей и изменение собственно рождаемости. В паспорте проекта следует явно зафиксировать, какие показатели используются для управления исполнением, какие </w:t>
      </w:r>
      <w:r w:rsidR="00387CF6" w:rsidRPr="007911BE">
        <w:rPr>
          <w:sz w:val="28"/>
          <w:lang w:val="ru-RU"/>
        </w:rPr>
        <w:t xml:space="preserve">– </w:t>
      </w:r>
      <w:r w:rsidRPr="007911BE">
        <w:rPr>
          <w:sz w:val="28"/>
          <w:lang w:val="ru-RU"/>
        </w:rPr>
        <w:t xml:space="preserve"> для оценки социального эффекта, а какие </w:t>
      </w:r>
      <w:r w:rsidR="00387CF6" w:rsidRPr="007911BE">
        <w:rPr>
          <w:sz w:val="28"/>
          <w:lang w:val="ru-RU"/>
        </w:rPr>
        <w:t xml:space="preserve">– </w:t>
      </w:r>
      <w:r w:rsidRPr="007911BE">
        <w:rPr>
          <w:sz w:val="28"/>
          <w:lang w:val="ru-RU"/>
        </w:rPr>
        <w:t xml:space="preserve"> для оценки демографического воздействия.</w:t>
      </w:r>
    </w:p>
    <w:p w14:paraId="27A420B2" w14:textId="77777777" w:rsidR="00F12170" w:rsidRPr="007911BE" w:rsidRDefault="00000000" w:rsidP="00585C06">
      <w:pPr>
        <w:pStyle w:val="1"/>
      </w:pPr>
      <w:bookmarkStart w:id="5" w:name="_Toc228134051"/>
      <w:r w:rsidRPr="007911BE">
        <w:t>2. Нормативно-логическая модель национального проекта</w:t>
      </w:r>
      <w:bookmarkEnd w:id="5"/>
    </w:p>
    <w:p w14:paraId="5E872168" w14:textId="77777777" w:rsidR="00F12170" w:rsidRPr="007911BE" w:rsidRDefault="00000000" w:rsidP="00585C06">
      <w:pPr>
        <w:pStyle w:val="21"/>
      </w:pPr>
      <w:bookmarkStart w:id="6" w:name="_Toc228134052"/>
      <w:r w:rsidRPr="007911BE">
        <w:t>2.1. Методика</w:t>
      </w:r>
      <w:bookmarkEnd w:id="6"/>
    </w:p>
    <w:p w14:paraId="01197D55" w14:textId="77777777" w:rsidR="00F12170" w:rsidRPr="007911BE" w:rsidRDefault="00000000">
      <w:pPr>
        <w:rPr>
          <w:sz w:val="28"/>
          <w:szCs w:val="28"/>
          <w:lang w:val="ru-RU"/>
        </w:rPr>
      </w:pPr>
      <w:r w:rsidRPr="007911BE">
        <w:rPr>
          <w:sz w:val="28"/>
          <w:szCs w:val="28"/>
          <w:lang w:val="ru-RU"/>
        </w:rPr>
        <w:t>Нормативно-логическая экспертиза выполнена как разбор проекта «по цепочке решений». Для этого были сопоставлены паспорт национального проекта, презентация ключевых мероприятий, Стратегия семейной и демографической политики до 2036 года и Стратегия действий в интересах граждан старшего поколения до 2030 года. Задача состояла не в пересказе документов, а в проверке того, образуют ли они единую управленческую систему.</w:t>
      </w:r>
    </w:p>
    <w:p w14:paraId="49E9E498" w14:textId="77777777" w:rsidR="00F12170" w:rsidRPr="007911BE" w:rsidRDefault="00000000">
      <w:pPr>
        <w:rPr>
          <w:sz w:val="28"/>
          <w:szCs w:val="28"/>
          <w:lang w:val="ru-RU"/>
        </w:rPr>
      </w:pPr>
      <w:r w:rsidRPr="007911BE">
        <w:rPr>
          <w:sz w:val="28"/>
          <w:szCs w:val="28"/>
          <w:lang w:val="ru-RU"/>
        </w:rPr>
        <w:t xml:space="preserve">Практически это означало восстановление связки «национальная цель </w:t>
      </w:r>
      <w:r w:rsidR="00387CF6" w:rsidRPr="007911BE">
        <w:rPr>
          <w:sz w:val="28"/>
          <w:szCs w:val="28"/>
          <w:lang w:val="ru-RU"/>
        </w:rPr>
        <w:t xml:space="preserve">– </w:t>
      </w:r>
      <w:r w:rsidRPr="007911BE">
        <w:rPr>
          <w:sz w:val="28"/>
          <w:szCs w:val="28"/>
          <w:lang w:val="ru-RU"/>
        </w:rPr>
        <w:t xml:space="preserve"> задача </w:t>
      </w:r>
      <w:r w:rsidR="00387CF6" w:rsidRPr="007911BE">
        <w:rPr>
          <w:sz w:val="28"/>
          <w:szCs w:val="28"/>
          <w:lang w:val="ru-RU"/>
        </w:rPr>
        <w:t xml:space="preserve">– </w:t>
      </w:r>
      <w:r w:rsidRPr="007911BE">
        <w:rPr>
          <w:sz w:val="28"/>
          <w:szCs w:val="28"/>
          <w:lang w:val="ru-RU"/>
        </w:rPr>
        <w:t xml:space="preserve"> федеральный проект </w:t>
      </w:r>
      <w:r w:rsidR="00387CF6" w:rsidRPr="007911BE">
        <w:rPr>
          <w:sz w:val="28"/>
          <w:szCs w:val="28"/>
          <w:lang w:val="ru-RU"/>
        </w:rPr>
        <w:t xml:space="preserve">– </w:t>
      </w:r>
      <w:r w:rsidRPr="007911BE">
        <w:rPr>
          <w:sz w:val="28"/>
          <w:szCs w:val="28"/>
          <w:lang w:val="ru-RU"/>
        </w:rPr>
        <w:t xml:space="preserve"> мероприятие </w:t>
      </w:r>
      <w:r w:rsidR="00387CF6" w:rsidRPr="007911BE">
        <w:rPr>
          <w:sz w:val="28"/>
          <w:szCs w:val="28"/>
          <w:lang w:val="ru-RU"/>
        </w:rPr>
        <w:t xml:space="preserve">– </w:t>
      </w:r>
      <w:r w:rsidRPr="007911BE">
        <w:rPr>
          <w:sz w:val="28"/>
          <w:szCs w:val="28"/>
          <w:lang w:val="ru-RU"/>
        </w:rPr>
        <w:t xml:space="preserve"> результат </w:t>
      </w:r>
      <w:r w:rsidR="00387CF6" w:rsidRPr="007911BE">
        <w:rPr>
          <w:sz w:val="28"/>
          <w:szCs w:val="28"/>
          <w:lang w:val="ru-RU"/>
        </w:rPr>
        <w:t xml:space="preserve">– </w:t>
      </w:r>
      <w:r w:rsidRPr="007911BE">
        <w:rPr>
          <w:sz w:val="28"/>
          <w:szCs w:val="28"/>
          <w:lang w:val="ru-RU"/>
        </w:rPr>
        <w:t xml:space="preserve"> показатель </w:t>
      </w:r>
      <w:r w:rsidR="00387CF6" w:rsidRPr="007911BE">
        <w:rPr>
          <w:sz w:val="28"/>
          <w:szCs w:val="28"/>
          <w:lang w:val="ru-RU"/>
        </w:rPr>
        <w:t xml:space="preserve">– </w:t>
      </w:r>
      <w:r w:rsidRPr="007911BE">
        <w:rPr>
          <w:sz w:val="28"/>
          <w:szCs w:val="28"/>
          <w:lang w:val="ru-RU"/>
        </w:rPr>
        <w:t xml:space="preserve"> источник данных». Если одно звено цепи отсутствует, возникает управленческий риск. Например, мера может быть профинансирована, но не иметь ясного показателя; показатель может быть вынесен в паспорт, но не иметь понятного механизма достижения; целевая группа может быть названа, но не получить отдельного набора инструментов.</w:t>
      </w:r>
    </w:p>
    <w:p w14:paraId="2CF37656" w14:textId="77777777" w:rsidR="00F12170" w:rsidRPr="007911BE" w:rsidRDefault="00000000">
      <w:pPr>
        <w:rPr>
          <w:sz w:val="28"/>
          <w:szCs w:val="28"/>
          <w:lang w:val="ru-RU"/>
        </w:rPr>
      </w:pPr>
      <w:r w:rsidRPr="007911BE">
        <w:rPr>
          <w:sz w:val="28"/>
          <w:szCs w:val="28"/>
          <w:lang w:val="ru-RU"/>
        </w:rPr>
        <w:t xml:space="preserve">Отдельно проверялась согласованность документов между собой. Мы смотрели, одинаково ли в них понимаются приоритеты проекта, не расходятся ли формулировки целевых эффектов, не подменяется ли причинная логика перечнем действий и не остаются ли важные темы только на уровне декларации без управленческой </w:t>
      </w:r>
      <w:proofErr w:type="spellStart"/>
      <w:r w:rsidRPr="007911BE">
        <w:rPr>
          <w:sz w:val="28"/>
          <w:szCs w:val="28"/>
          <w:lang w:val="ru-RU"/>
        </w:rPr>
        <w:t>операционализации</w:t>
      </w:r>
      <w:proofErr w:type="spellEnd"/>
      <w:r w:rsidRPr="007911BE">
        <w:rPr>
          <w:sz w:val="28"/>
          <w:szCs w:val="28"/>
          <w:lang w:val="ru-RU"/>
        </w:rPr>
        <w:t>. Такой разбор позволяет отличить формально полный проект от проекта, в котором действительно прослеживается логика реализации.</w:t>
      </w:r>
    </w:p>
    <w:p w14:paraId="130F7B64" w14:textId="77777777" w:rsidR="008A6905" w:rsidRPr="007911BE" w:rsidRDefault="008A6905" w:rsidP="00B408C8">
      <w:pPr>
        <w:ind w:firstLine="0"/>
        <w:rPr>
          <w:sz w:val="28"/>
          <w:szCs w:val="28"/>
          <w:lang w:val="ru-RU"/>
        </w:rPr>
      </w:pPr>
    </w:p>
    <w:p w14:paraId="53FD5D01" w14:textId="77777777" w:rsidR="00F12170" w:rsidRPr="007911BE" w:rsidRDefault="00000000">
      <w:pPr>
        <w:ind w:firstLine="0"/>
        <w:jc w:val="left"/>
        <w:rPr>
          <w:sz w:val="24"/>
          <w:szCs w:val="24"/>
          <w:lang w:val="ru-RU"/>
        </w:rPr>
      </w:pPr>
      <w:r w:rsidRPr="007911BE">
        <w:rPr>
          <w:sz w:val="24"/>
          <w:szCs w:val="24"/>
          <w:lang w:val="ru-RU"/>
        </w:rPr>
        <w:t xml:space="preserve">Таблица 3 </w:t>
      </w:r>
      <w:r w:rsidR="00387CF6" w:rsidRPr="007911BE">
        <w:rPr>
          <w:sz w:val="24"/>
          <w:szCs w:val="24"/>
          <w:lang w:val="ru-RU"/>
        </w:rPr>
        <w:t xml:space="preserve">– </w:t>
      </w:r>
      <w:r w:rsidRPr="007911BE">
        <w:rPr>
          <w:sz w:val="24"/>
          <w:szCs w:val="24"/>
          <w:lang w:val="ru-RU"/>
        </w:rPr>
        <w:t xml:space="preserve"> Федеральные проекты и их измерительный контур</w:t>
      </w:r>
    </w:p>
    <w:tbl>
      <w:tblPr>
        <w:tblStyle w:val="aff0"/>
        <w:tblW w:w="0" w:type="auto"/>
        <w:jc w:val="center"/>
        <w:tblLook w:val="04A0" w:firstRow="1" w:lastRow="0" w:firstColumn="1" w:lastColumn="0" w:noHBand="0" w:noVBand="1"/>
      </w:tblPr>
      <w:tblGrid>
        <w:gridCol w:w="2394"/>
        <w:gridCol w:w="3613"/>
        <w:gridCol w:w="3848"/>
      </w:tblGrid>
      <w:tr w:rsidR="00F12170" w:rsidRPr="007911BE" w14:paraId="14FF6606" w14:textId="77777777" w:rsidTr="00F41D89">
        <w:trPr>
          <w:tblHeader/>
          <w:jc w:val="center"/>
        </w:trPr>
        <w:tc>
          <w:tcPr>
            <w:tcW w:w="0" w:type="auto"/>
            <w:vAlign w:val="center"/>
          </w:tcPr>
          <w:p w14:paraId="39E5D99D" w14:textId="77777777" w:rsidR="00F12170" w:rsidRPr="007911BE" w:rsidRDefault="00000000">
            <w:pPr>
              <w:ind w:firstLine="0"/>
              <w:jc w:val="center"/>
            </w:pPr>
            <w:proofErr w:type="spellStart"/>
            <w:r w:rsidRPr="007911BE">
              <w:rPr>
                <w:b/>
                <w:sz w:val="24"/>
              </w:rPr>
              <w:t>Федеральный</w:t>
            </w:r>
            <w:proofErr w:type="spellEnd"/>
            <w:r w:rsidRPr="007911BE">
              <w:rPr>
                <w:b/>
                <w:sz w:val="24"/>
              </w:rPr>
              <w:t xml:space="preserve"> </w:t>
            </w:r>
            <w:proofErr w:type="spellStart"/>
            <w:r w:rsidRPr="007911BE">
              <w:rPr>
                <w:b/>
                <w:sz w:val="24"/>
              </w:rPr>
              <w:t>проект</w:t>
            </w:r>
            <w:proofErr w:type="spellEnd"/>
          </w:p>
        </w:tc>
        <w:tc>
          <w:tcPr>
            <w:tcW w:w="0" w:type="auto"/>
            <w:vAlign w:val="center"/>
          </w:tcPr>
          <w:p w14:paraId="41DA253E" w14:textId="77777777" w:rsidR="00F12170" w:rsidRPr="007911BE" w:rsidRDefault="00000000">
            <w:pPr>
              <w:ind w:firstLine="0"/>
              <w:jc w:val="center"/>
            </w:pPr>
            <w:proofErr w:type="spellStart"/>
            <w:r w:rsidRPr="007911BE">
              <w:rPr>
                <w:b/>
                <w:sz w:val="24"/>
              </w:rPr>
              <w:t>Содержательный</w:t>
            </w:r>
            <w:proofErr w:type="spellEnd"/>
            <w:r w:rsidRPr="007911BE">
              <w:rPr>
                <w:b/>
                <w:sz w:val="24"/>
              </w:rPr>
              <w:t xml:space="preserve"> </w:t>
            </w:r>
            <w:proofErr w:type="spellStart"/>
            <w:r w:rsidRPr="007911BE">
              <w:rPr>
                <w:b/>
                <w:sz w:val="24"/>
              </w:rPr>
              <w:t>фокус</w:t>
            </w:r>
            <w:proofErr w:type="spellEnd"/>
          </w:p>
        </w:tc>
        <w:tc>
          <w:tcPr>
            <w:tcW w:w="0" w:type="auto"/>
            <w:vAlign w:val="center"/>
          </w:tcPr>
          <w:p w14:paraId="68D380C1" w14:textId="77777777" w:rsidR="00F12170" w:rsidRPr="007911BE" w:rsidRDefault="00000000">
            <w:pPr>
              <w:ind w:firstLine="0"/>
              <w:jc w:val="center"/>
            </w:pPr>
            <w:proofErr w:type="spellStart"/>
            <w:r w:rsidRPr="007911BE">
              <w:rPr>
                <w:b/>
                <w:sz w:val="24"/>
              </w:rPr>
              <w:t>Связанные</w:t>
            </w:r>
            <w:proofErr w:type="spellEnd"/>
            <w:r w:rsidRPr="007911BE">
              <w:rPr>
                <w:b/>
                <w:sz w:val="24"/>
              </w:rPr>
              <w:t xml:space="preserve"> </w:t>
            </w:r>
            <w:proofErr w:type="spellStart"/>
            <w:r w:rsidRPr="007911BE">
              <w:rPr>
                <w:b/>
                <w:sz w:val="24"/>
              </w:rPr>
              <w:t>показатели</w:t>
            </w:r>
            <w:proofErr w:type="spellEnd"/>
          </w:p>
        </w:tc>
      </w:tr>
      <w:tr w:rsidR="00F12170" w:rsidRPr="00A27575" w14:paraId="2749A8D5" w14:textId="77777777" w:rsidTr="00F41D89">
        <w:trPr>
          <w:jc w:val="center"/>
        </w:trPr>
        <w:tc>
          <w:tcPr>
            <w:tcW w:w="0" w:type="auto"/>
            <w:vAlign w:val="center"/>
          </w:tcPr>
          <w:p w14:paraId="24F9BBF7" w14:textId="77777777" w:rsidR="00F12170" w:rsidRPr="007911BE" w:rsidRDefault="00000000">
            <w:pPr>
              <w:ind w:firstLine="0"/>
              <w:jc w:val="left"/>
            </w:pPr>
            <w:proofErr w:type="spellStart"/>
            <w:r w:rsidRPr="007911BE">
              <w:rPr>
                <w:sz w:val="24"/>
              </w:rPr>
              <w:t>Поддержка</w:t>
            </w:r>
            <w:proofErr w:type="spellEnd"/>
            <w:r w:rsidRPr="007911BE">
              <w:rPr>
                <w:sz w:val="24"/>
              </w:rPr>
              <w:t xml:space="preserve"> </w:t>
            </w:r>
            <w:proofErr w:type="spellStart"/>
            <w:r w:rsidRPr="007911BE">
              <w:rPr>
                <w:sz w:val="24"/>
              </w:rPr>
              <w:t>семьи</w:t>
            </w:r>
            <w:proofErr w:type="spellEnd"/>
          </w:p>
        </w:tc>
        <w:tc>
          <w:tcPr>
            <w:tcW w:w="0" w:type="auto"/>
            <w:vAlign w:val="center"/>
          </w:tcPr>
          <w:p w14:paraId="1BACA6A9" w14:textId="77777777" w:rsidR="00F12170" w:rsidRPr="007911BE" w:rsidRDefault="00000000">
            <w:pPr>
              <w:ind w:firstLine="0"/>
              <w:jc w:val="left"/>
              <w:rPr>
                <w:lang w:val="ru-RU"/>
              </w:rPr>
            </w:pPr>
            <w:r w:rsidRPr="007911BE">
              <w:rPr>
                <w:sz w:val="24"/>
                <w:lang w:val="ru-RU"/>
              </w:rPr>
              <w:t>Социальная и жилищная поддержка семей, детская инфраструктура, студенческие семьи</w:t>
            </w:r>
          </w:p>
        </w:tc>
        <w:tc>
          <w:tcPr>
            <w:tcW w:w="0" w:type="auto"/>
            <w:vAlign w:val="center"/>
          </w:tcPr>
          <w:p w14:paraId="49825026" w14:textId="77777777" w:rsidR="00F12170" w:rsidRPr="007911BE" w:rsidRDefault="00000000">
            <w:pPr>
              <w:ind w:firstLine="0"/>
              <w:jc w:val="left"/>
              <w:rPr>
                <w:lang w:val="ru-RU"/>
              </w:rPr>
            </w:pPr>
            <w:r w:rsidRPr="007911BE">
              <w:rPr>
                <w:sz w:val="24"/>
                <w:lang w:val="ru-RU"/>
              </w:rPr>
              <w:t>СКР; бедность многодетных; проактивность мер; ремонт детсадов; поддержка студенческих семей</w:t>
            </w:r>
          </w:p>
        </w:tc>
      </w:tr>
      <w:tr w:rsidR="00F12170" w:rsidRPr="00A27575" w14:paraId="1EBFD45A" w14:textId="77777777" w:rsidTr="00F41D89">
        <w:trPr>
          <w:jc w:val="center"/>
        </w:trPr>
        <w:tc>
          <w:tcPr>
            <w:tcW w:w="0" w:type="auto"/>
            <w:vAlign w:val="center"/>
          </w:tcPr>
          <w:p w14:paraId="4FDEC3DA" w14:textId="77777777" w:rsidR="00F12170" w:rsidRPr="007911BE" w:rsidRDefault="00000000">
            <w:pPr>
              <w:ind w:firstLine="0"/>
              <w:jc w:val="left"/>
            </w:pPr>
            <w:proofErr w:type="spellStart"/>
            <w:r w:rsidRPr="007911BE">
              <w:rPr>
                <w:sz w:val="24"/>
              </w:rPr>
              <w:t>Многодетная</w:t>
            </w:r>
            <w:proofErr w:type="spellEnd"/>
            <w:r w:rsidRPr="007911BE">
              <w:rPr>
                <w:sz w:val="24"/>
              </w:rPr>
              <w:t xml:space="preserve"> </w:t>
            </w:r>
            <w:proofErr w:type="spellStart"/>
            <w:r w:rsidRPr="007911BE">
              <w:rPr>
                <w:sz w:val="24"/>
              </w:rPr>
              <w:t>семья</w:t>
            </w:r>
            <w:proofErr w:type="spellEnd"/>
          </w:p>
        </w:tc>
        <w:tc>
          <w:tcPr>
            <w:tcW w:w="0" w:type="auto"/>
            <w:vAlign w:val="center"/>
          </w:tcPr>
          <w:p w14:paraId="300C5F2F" w14:textId="77777777" w:rsidR="00F12170" w:rsidRPr="007911BE" w:rsidRDefault="00000000">
            <w:pPr>
              <w:ind w:firstLine="0"/>
              <w:jc w:val="left"/>
              <w:rPr>
                <w:lang w:val="ru-RU"/>
              </w:rPr>
            </w:pPr>
            <w:r w:rsidRPr="007911BE">
              <w:rPr>
                <w:sz w:val="24"/>
                <w:lang w:val="ru-RU"/>
              </w:rPr>
              <w:t xml:space="preserve">Меры поддержки многодетности, </w:t>
            </w:r>
            <w:proofErr w:type="spellStart"/>
            <w:r w:rsidRPr="007911BE">
              <w:rPr>
                <w:sz w:val="24"/>
                <w:lang w:val="ru-RU"/>
              </w:rPr>
              <w:t>соцконтракт</w:t>
            </w:r>
            <w:proofErr w:type="spellEnd"/>
            <w:r w:rsidRPr="007911BE">
              <w:rPr>
                <w:sz w:val="24"/>
                <w:lang w:val="ru-RU"/>
              </w:rPr>
              <w:t xml:space="preserve">, региональные программы, </w:t>
            </w:r>
            <w:r w:rsidRPr="007911BE">
              <w:rPr>
                <w:sz w:val="24"/>
                <w:lang w:val="ru-RU"/>
              </w:rPr>
              <w:lastRenderedPageBreak/>
              <w:t>ипотечная выплата, продленный день</w:t>
            </w:r>
          </w:p>
        </w:tc>
        <w:tc>
          <w:tcPr>
            <w:tcW w:w="0" w:type="auto"/>
            <w:vAlign w:val="center"/>
          </w:tcPr>
          <w:p w14:paraId="65AC5182" w14:textId="77777777" w:rsidR="00F12170" w:rsidRPr="007911BE" w:rsidRDefault="00000000">
            <w:pPr>
              <w:ind w:firstLine="0"/>
              <w:jc w:val="left"/>
              <w:rPr>
                <w:lang w:val="ru-RU"/>
              </w:rPr>
            </w:pPr>
            <w:r w:rsidRPr="007911BE">
              <w:rPr>
                <w:sz w:val="24"/>
                <w:lang w:val="ru-RU"/>
              </w:rPr>
              <w:lastRenderedPageBreak/>
              <w:t xml:space="preserve">СКР третьих и последующих детей; региональные темпы повышения СКР; темп прироста </w:t>
            </w:r>
            <w:r w:rsidRPr="007911BE">
              <w:rPr>
                <w:sz w:val="24"/>
                <w:lang w:val="ru-RU"/>
              </w:rPr>
              <w:lastRenderedPageBreak/>
              <w:t>многодетных семей</w:t>
            </w:r>
          </w:p>
        </w:tc>
      </w:tr>
      <w:tr w:rsidR="00F12170" w:rsidRPr="00A27575" w14:paraId="15E3DB9D" w14:textId="77777777" w:rsidTr="00F41D89">
        <w:trPr>
          <w:jc w:val="center"/>
        </w:trPr>
        <w:tc>
          <w:tcPr>
            <w:tcW w:w="0" w:type="auto"/>
            <w:vAlign w:val="center"/>
          </w:tcPr>
          <w:p w14:paraId="4042384B" w14:textId="77777777" w:rsidR="00F12170" w:rsidRPr="007911BE" w:rsidRDefault="00000000">
            <w:pPr>
              <w:ind w:firstLine="0"/>
              <w:jc w:val="left"/>
            </w:pPr>
            <w:proofErr w:type="spellStart"/>
            <w:r w:rsidRPr="007911BE">
              <w:rPr>
                <w:sz w:val="24"/>
              </w:rPr>
              <w:lastRenderedPageBreak/>
              <w:t>Охрана</w:t>
            </w:r>
            <w:proofErr w:type="spellEnd"/>
            <w:r w:rsidRPr="007911BE">
              <w:rPr>
                <w:sz w:val="24"/>
              </w:rPr>
              <w:t xml:space="preserve"> </w:t>
            </w:r>
            <w:proofErr w:type="spellStart"/>
            <w:r w:rsidRPr="007911BE">
              <w:rPr>
                <w:sz w:val="24"/>
              </w:rPr>
              <w:t>материнства</w:t>
            </w:r>
            <w:proofErr w:type="spellEnd"/>
            <w:r w:rsidRPr="007911BE">
              <w:rPr>
                <w:sz w:val="24"/>
              </w:rPr>
              <w:t xml:space="preserve"> и </w:t>
            </w:r>
            <w:proofErr w:type="spellStart"/>
            <w:r w:rsidRPr="007911BE">
              <w:rPr>
                <w:sz w:val="24"/>
              </w:rPr>
              <w:t>детства</w:t>
            </w:r>
            <w:proofErr w:type="spellEnd"/>
          </w:p>
        </w:tc>
        <w:tc>
          <w:tcPr>
            <w:tcW w:w="0" w:type="auto"/>
            <w:vAlign w:val="center"/>
          </w:tcPr>
          <w:p w14:paraId="4776668B" w14:textId="77777777" w:rsidR="00F12170" w:rsidRPr="007911BE" w:rsidRDefault="00000000">
            <w:pPr>
              <w:ind w:firstLine="0"/>
              <w:jc w:val="left"/>
              <w:rPr>
                <w:lang w:val="ru-RU"/>
              </w:rPr>
            </w:pPr>
            <w:r w:rsidRPr="007911BE">
              <w:rPr>
                <w:sz w:val="24"/>
                <w:lang w:val="ru-RU"/>
              </w:rPr>
              <w:t>Репродуктивное здоровье, женские консультации, перинатальная и детская помощь, ЭКО</w:t>
            </w:r>
          </w:p>
        </w:tc>
        <w:tc>
          <w:tcPr>
            <w:tcW w:w="0" w:type="auto"/>
            <w:vAlign w:val="center"/>
          </w:tcPr>
          <w:p w14:paraId="2448BF69" w14:textId="77777777" w:rsidR="00F12170" w:rsidRPr="007911BE" w:rsidRDefault="00000000">
            <w:pPr>
              <w:ind w:firstLine="0"/>
              <w:jc w:val="left"/>
              <w:rPr>
                <w:lang w:val="ru-RU"/>
              </w:rPr>
            </w:pPr>
            <w:r w:rsidRPr="007911BE">
              <w:rPr>
                <w:sz w:val="24"/>
                <w:lang w:val="ru-RU"/>
              </w:rPr>
              <w:t>Охват диспансеризацией; сельские консультации; младенческая смертность; диспансерное наблюдение детей</w:t>
            </w:r>
          </w:p>
        </w:tc>
      </w:tr>
      <w:tr w:rsidR="00F12170" w:rsidRPr="007911BE" w14:paraId="4FD62FC9" w14:textId="77777777" w:rsidTr="00F41D89">
        <w:trPr>
          <w:jc w:val="center"/>
        </w:trPr>
        <w:tc>
          <w:tcPr>
            <w:tcW w:w="0" w:type="auto"/>
            <w:vAlign w:val="center"/>
          </w:tcPr>
          <w:p w14:paraId="616CDFEA" w14:textId="77777777" w:rsidR="00F12170" w:rsidRPr="007911BE" w:rsidRDefault="00000000">
            <w:pPr>
              <w:ind w:firstLine="0"/>
              <w:jc w:val="left"/>
            </w:pPr>
            <w:proofErr w:type="spellStart"/>
            <w:r w:rsidRPr="007911BE">
              <w:rPr>
                <w:sz w:val="24"/>
              </w:rPr>
              <w:t>Старшее</w:t>
            </w:r>
            <w:proofErr w:type="spellEnd"/>
            <w:r w:rsidRPr="007911BE">
              <w:rPr>
                <w:sz w:val="24"/>
              </w:rPr>
              <w:t xml:space="preserve"> </w:t>
            </w:r>
            <w:proofErr w:type="spellStart"/>
            <w:r w:rsidRPr="007911BE">
              <w:rPr>
                <w:sz w:val="24"/>
              </w:rPr>
              <w:t>поколение</w:t>
            </w:r>
            <w:proofErr w:type="spellEnd"/>
          </w:p>
        </w:tc>
        <w:tc>
          <w:tcPr>
            <w:tcW w:w="0" w:type="auto"/>
            <w:vAlign w:val="center"/>
          </w:tcPr>
          <w:p w14:paraId="28D6F198" w14:textId="77777777" w:rsidR="00F12170" w:rsidRPr="007911BE" w:rsidRDefault="00000000">
            <w:pPr>
              <w:ind w:firstLine="0"/>
              <w:jc w:val="left"/>
              <w:rPr>
                <w:lang w:val="ru-RU"/>
              </w:rPr>
            </w:pPr>
            <w:r w:rsidRPr="007911BE">
              <w:rPr>
                <w:sz w:val="24"/>
                <w:lang w:val="ru-RU"/>
              </w:rPr>
              <w:t>Активное долголетие, долговременный уход, стационарные объекты, центры общения</w:t>
            </w:r>
          </w:p>
        </w:tc>
        <w:tc>
          <w:tcPr>
            <w:tcW w:w="0" w:type="auto"/>
            <w:vAlign w:val="center"/>
          </w:tcPr>
          <w:p w14:paraId="58FF2909" w14:textId="77777777" w:rsidR="00F12170" w:rsidRPr="007911BE" w:rsidRDefault="00000000">
            <w:pPr>
              <w:ind w:firstLine="0"/>
              <w:jc w:val="left"/>
            </w:pPr>
            <w:proofErr w:type="spellStart"/>
            <w:r w:rsidRPr="007911BE">
              <w:rPr>
                <w:sz w:val="24"/>
              </w:rPr>
              <w:t>Долговременный</w:t>
            </w:r>
            <w:proofErr w:type="spellEnd"/>
            <w:r w:rsidRPr="007911BE">
              <w:rPr>
                <w:sz w:val="24"/>
              </w:rPr>
              <w:t xml:space="preserve"> </w:t>
            </w:r>
            <w:proofErr w:type="spellStart"/>
            <w:r w:rsidRPr="007911BE">
              <w:rPr>
                <w:sz w:val="24"/>
              </w:rPr>
              <w:t>уход</w:t>
            </w:r>
            <w:proofErr w:type="spellEnd"/>
            <w:r w:rsidRPr="007911BE">
              <w:rPr>
                <w:sz w:val="24"/>
              </w:rPr>
              <w:t xml:space="preserve">; </w:t>
            </w:r>
            <w:proofErr w:type="spellStart"/>
            <w:r w:rsidRPr="007911BE">
              <w:rPr>
                <w:sz w:val="24"/>
              </w:rPr>
              <w:t>активное</w:t>
            </w:r>
            <w:proofErr w:type="spellEnd"/>
            <w:r w:rsidRPr="007911BE">
              <w:rPr>
                <w:sz w:val="24"/>
              </w:rPr>
              <w:t xml:space="preserve"> </w:t>
            </w:r>
            <w:proofErr w:type="spellStart"/>
            <w:r w:rsidRPr="007911BE">
              <w:rPr>
                <w:sz w:val="24"/>
              </w:rPr>
              <w:t>долголетие</w:t>
            </w:r>
            <w:proofErr w:type="spellEnd"/>
          </w:p>
        </w:tc>
      </w:tr>
      <w:tr w:rsidR="00F12170" w:rsidRPr="00A27575" w14:paraId="51DB1A29" w14:textId="77777777" w:rsidTr="00F41D89">
        <w:trPr>
          <w:jc w:val="center"/>
        </w:trPr>
        <w:tc>
          <w:tcPr>
            <w:tcW w:w="0" w:type="auto"/>
            <w:vAlign w:val="center"/>
          </w:tcPr>
          <w:p w14:paraId="66F412FA" w14:textId="77777777" w:rsidR="00F12170" w:rsidRPr="007911BE" w:rsidRDefault="00000000">
            <w:pPr>
              <w:ind w:firstLine="0"/>
              <w:jc w:val="left"/>
              <w:rPr>
                <w:lang w:val="ru-RU"/>
              </w:rPr>
            </w:pPr>
            <w:r w:rsidRPr="007911BE">
              <w:rPr>
                <w:sz w:val="24"/>
                <w:lang w:val="ru-RU"/>
              </w:rPr>
              <w:t>Семейные ценности и инфраструктура культуры</w:t>
            </w:r>
          </w:p>
        </w:tc>
        <w:tc>
          <w:tcPr>
            <w:tcW w:w="0" w:type="auto"/>
            <w:vAlign w:val="center"/>
          </w:tcPr>
          <w:p w14:paraId="3C88DC4F" w14:textId="77777777" w:rsidR="00F12170" w:rsidRPr="007911BE" w:rsidRDefault="00000000">
            <w:pPr>
              <w:ind w:firstLine="0"/>
              <w:jc w:val="left"/>
              <w:rPr>
                <w:lang w:val="ru-RU"/>
              </w:rPr>
            </w:pPr>
            <w:r w:rsidRPr="007911BE">
              <w:rPr>
                <w:sz w:val="24"/>
                <w:lang w:val="ru-RU"/>
              </w:rPr>
              <w:t>Культурная инфраструктура, семейный досуг, ценности, Пушкинская карта, семейный конкурс</w:t>
            </w:r>
          </w:p>
        </w:tc>
        <w:tc>
          <w:tcPr>
            <w:tcW w:w="0" w:type="auto"/>
            <w:vAlign w:val="center"/>
          </w:tcPr>
          <w:p w14:paraId="69789438" w14:textId="77777777" w:rsidR="00F12170" w:rsidRPr="007911BE" w:rsidRDefault="00000000">
            <w:pPr>
              <w:ind w:firstLine="0"/>
              <w:jc w:val="left"/>
              <w:rPr>
                <w:lang w:val="ru-RU"/>
              </w:rPr>
            </w:pPr>
            <w:r w:rsidRPr="007911BE">
              <w:rPr>
                <w:sz w:val="24"/>
                <w:lang w:val="ru-RU"/>
              </w:rPr>
              <w:t>Удовлетворённость организациями культуры; центры аудиовизуального контента; посещения культуры; ценность семьи</w:t>
            </w:r>
          </w:p>
        </w:tc>
      </w:tr>
    </w:tbl>
    <w:p w14:paraId="5D876D5C" w14:textId="77777777" w:rsidR="00F12170" w:rsidRPr="007911BE" w:rsidRDefault="00000000">
      <w:pPr>
        <w:ind w:firstLine="0"/>
        <w:jc w:val="left"/>
        <w:rPr>
          <w:lang w:val="ru-RU"/>
        </w:rPr>
      </w:pPr>
      <w:r w:rsidRPr="007911BE">
        <w:rPr>
          <w:i/>
          <w:sz w:val="24"/>
          <w:lang w:val="ru-RU"/>
        </w:rPr>
        <w:t>Источник: паспорт и презентация национального проекта</w:t>
      </w:r>
    </w:p>
    <w:p w14:paraId="2F7B53CA" w14:textId="77777777" w:rsidR="00F12170" w:rsidRPr="007911BE" w:rsidRDefault="00000000" w:rsidP="00585C06">
      <w:pPr>
        <w:pStyle w:val="21"/>
      </w:pPr>
      <w:bookmarkStart w:id="7" w:name="_Toc228134053"/>
      <w:r w:rsidRPr="007911BE">
        <w:t>2.2. Результаты</w:t>
      </w:r>
      <w:bookmarkEnd w:id="7"/>
    </w:p>
    <w:p w14:paraId="294A3F68" w14:textId="77777777" w:rsidR="00F12170" w:rsidRPr="007911BE" w:rsidRDefault="00000000">
      <w:pPr>
        <w:rPr>
          <w:lang w:val="ru-RU"/>
        </w:rPr>
      </w:pPr>
      <w:r w:rsidRPr="007911BE">
        <w:rPr>
          <w:sz w:val="28"/>
          <w:lang w:val="ru-RU"/>
        </w:rPr>
        <w:t>Реконструкция логики показывает, что проект имеет широкую социальную рамку, но его демографическая часть строится вокруг двух итоговых индикаторов: суммарного коэффициента рождаемости и суммарного коэффициента рождаемости третьих и последующих детей. При этом Стратегия до 2036 года прямо указывает, что снижение рождаемости обусловлено не только ценностными установками, но и демографическими волнами, сокращением числа женщин репродуктивного возраста, отложенным родительством, доходами, закредитованностью, жилищными условиями, урбанизацией и сельской инфраструктурой [3].</w:t>
      </w:r>
    </w:p>
    <w:p w14:paraId="206F3626" w14:textId="77777777" w:rsidR="00F12170" w:rsidRPr="007911BE" w:rsidRDefault="00000000">
      <w:pPr>
        <w:rPr>
          <w:lang w:val="ru-RU"/>
        </w:rPr>
      </w:pPr>
      <w:r w:rsidRPr="007911BE">
        <w:rPr>
          <w:sz w:val="28"/>
          <w:lang w:val="ru-RU"/>
        </w:rPr>
        <w:t>Тем самым проектная логика сталкивается с асимметрией: часть факторов признана стратегией, но не полностью встроена в паспорт как измеримые обязательства. Например, жилищная доступность представлена через ипотечные инструменты, но слабее представлены арендное и социальное жильё; рынок труда представлен через отдельные меры совмещения, но нет полноценного показателя карьерных и доходных потерь родителей; отцовство и мужское репродуктивное здоровье упомянуты, но не имеют самостоятельного операционного блока.</w:t>
      </w:r>
    </w:p>
    <w:p w14:paraId="657D2093" w14:textId="77777777" w:rsidR="00F12170" w:rsidRPr="007911BE" w:rsidRDefault="00000000">
      <w:pPr>
        <w:rPr>
          <w:lang w:val="ru-RU"/>
        </w:rPr>
      </w:pPr>
      <w:r w:rsidRPr="007911BE">
        <w:rPr>
          <w:sz w:val="28"/>
          <w:lang w:val="ru-RU"/>
        </w:rPr>
        <w:t>Блок старшего поколения методологически оправдан как часть семейной политики, поскольку долговременный уход снижает нагрузку на домохозяйства и может косвенно влиять на занятость и репродуктивные решения поколений среднего возраста. Однако его связь с рождаемостью должна трактоваться как опосредованная, а не прямая. Стратегия старшего поколения сама рассматривает долговременный уход как фактор качества жизни граждан старшего поколения и снижения выпадения родственников из рынка труда [4].</w:t>
      </w:r>
    </w:p>
    <w:p w14:paraId="0C57A044" w14:textId="77777777" w:rsidR="00F12170" w:rsidRPr="007911BE" w:rsidRDefault="00000000" w:rsidP="00585C06">
      <w:pPr>
        <w:pStyle w:val="21"/>
      </w:pPr>
      <w:bookmarkStart w:id="8" w:name="_Toc228134054"/>
      <w:r w:rsidRPr="007911BE">
        <w:lastRenderedPageBreak/>
        <w:t>2.3. Выводы и рекомендации</w:t>
      </w:r>
      <w:bookmarkEnd w:id="8"/>
    </w:p>
    <w:p w14:paraId="18AC03A8" w14:textId="77777777" w:rsidR="00F12170" w:rsidRPr="007911BE" w:rsidRDefault="00000000">
      <w:pPr>
        <w:rPr>
          <w:lang w:val="ru-RU"/>
        </w:rPr>
      </w:pPr>
      <w:r w:rsidRPr="007911BE">
        <w:rPr>
          <w:sz w:val="28"/>
          <w:lang w:val="ru-RU"/>
        </w:rPr>
        <w:t xml:space="preserve">Главная рекомендация по логической модели </w:t>
      </w:r>
      <w:r w:rsidR="00387CF6" w:rsidRPr="007911BE">
        <w:rPr>
          <w:sz w:val="28"/>
          <w:lang w:val="ru-RU"/>
        </w:rPr>
        <w:t xml:space="preserve">– </w:t>
      </w:r>
      <w:r w:rsidRPr="007911BE">
        <w:rPr>
          <w:sz w:val="28"/>
          <w:lang w:val="ru-RU"/>
        </w:rPr>
        <w:t xml:space="preserve"> оформить в паспорте проекта полноценную цепочку результатов для каждого федерального проекта: мероприятие </w:t>
      </w:r>
      <w:r w:rsidR="00387CF6" w:rsidRPr="007911BE">
        <w:rPr>
          <w:sz w:val="28"/>
          <w:lang w:val="ru-RU"/>
        </w:rPr>
        <w:t xml:space="preserve">– </w:t>
      </w:r>
      <w:r w:rsidRPr="007911BE">
        <w:rPr>
          <w:sz w:val="28"/>
          <w:lang w:val="ru-RU"/>
        </w:rPr>
        <w:t xml:space="preserve"> целевая группа </w:t>
      </w:r>
      <w:r w:rsidR="00387CF6" w:rsidRPr="007911BE">
        <w:rPr>
          <w:sz w:val="28"/>
          <w:lang w:val="ru-RU"/>
        </w:rPr>
        <w:t xml:space="preserve">– </w:t>
      </w:r>
      <w:r w:rsidRPr="007911BE">
        <w:rPr>
          <w:sz w:val="28"/>
          <w:lang w:val="ru-RU"/>
        </w:rPr>
        <w:t xml:space="preserve"> непосредственный результат </w:t>
      </w:r>
      <w:r w:rsidR="00387CF6" w:rsidRPr="007911BE">
        <w:rPr>
          <w:sz w:val="28"/>
          <w:lang w:val="ru-RU"/>
        </w:rPr>
        <w:t xml:space="preserve">– </w:t>
      </w:r>
      <w:r w:rsidRPr="007911BE">
        <w:rPr>
          <w:sz w:val="28"/>
          <w:lang w:val="ru-RU"/>
        </w:rPr>
        <w:t xml:space="preserve"> промежуточный результат </w:t>
      </w:r>
      <w:r w:rsidR="00387CF6" w:rsidRPr="007911BE">
        <w:rPr>
          <w:sz w:val="28"/>
          <w:lang w:val="ru-RU"/>
        </w:rPr>
        <w:t xml:space="preserve">– </w:t>
      </w:r>
      <w:r w:rsidRPr="007911BE">
        <w:rPr>
          <w:sz w:val="28"/>
          <w:lang w:val="ru-RU"/>
        </w:rPr>
        <w:t xml:space="preserve"> конечный показатель </w:t>
      </w:r>
      <w:r w:rsidR="00387CF6" w:rsidRPr="007911BE">
        <w:rPr>
          <w:sz w:val="28"/>
          <w:lang w:val="ru-RU"/>
        </w:rPr>
        <w:t xml:space="preserve">– </w:t>
      </w:r>
      <w:r w:rsidRPr="007911BE">
        <w:rPr>
          <w:sz w:val="28"/>
          <w:lang w:val="ru-RU"/>
        </w:rPr>
        <w:t xml:space="preserve"> источник данных </w:t>
      </w:r>
      <w:r w:rsidR="00387CF6" w:rsidRPr="007911BE">
        <w:rPr>
          <w:sz w:val="28"/>
          <w:lang w:val="ru-RU"/>
        </w:rPr>
        <w:t xml:space="preserve">– </w:t>
      </w:r>
      <w:r w:rsidRPr="007911BE">
        <w:rPr>
          <w:sz w:val="28"/>
          <w:lang w:val="ru-RU"/>
        </w:rPr>
        <w:t xml:space="preserve"> лаг эффекта. Без такой цепочки проект остаётся управляемым по исполнению, но недостаточно доказательным по воздействию.</w:t>
      </w:r>
    </w:p>
    <w:p w14:paraId="1A150B4A" w14:textId="77777777" w:rsidR="00F12170" w:rsidRPr="007911BE" w:rsidRDefault="00000000">
      <w:pPr>
        <w:rPr>
          <w:sz w:val="28"/>
          <w:szCs w:val="28"/>
          <w:lang w:val="ru-RU"/>
        </w:rPr>
      </w:pPr>
      <w:r w:rsidRPr="007911BE">
        <w:rPr>
          <w:sz w:val="28"/>
          <w:szCs w:val="28"/>
          <w:lang w:val="ru-RU"/>
        </w:rPr>
        <w:t>Следует также дополнить паспорт промежуточными демографическими индикаторами: СКР первых детей (СКР1), СКР вторых детей (СКР2), СКР третьих детей (СКР3), СКР третьих и последующих детей (СКР3+), средний возраст матери при рождении первого ребёнка, долю женщин 30–39 лет без детей, долю семей с одним ребёнком, желаемое и ожидаемое число детей. Переходы к рождению следующего ребёнка необходимо рассчитывать не как простое отношение текущих СКР разных очередностей, а по данным о поколениях, интервалах между рождениями и, по возможности, по связанным регистрационным записям о матерях.</w:t>
      </w:r>
    </w:p>
    <w:p w14:paraId="345EE5C2" w14:textId="77777777" w:rsidR="00201AF2" w:rsidRPr="007911BE" w:rsidRDefault="00000000">
      <w:pPr>
        <w:rPr>
          <w:sz w:val="28"/>
          <w:szCs w:val="28"/>
          <w:lang w:val="ru-RU"/>
        </w:rPr>
      </w:pPr>
      <w:r w:rsidRPr="007911BE">
        <w:rPr>
          <w:sz w:val="28"/>
          <w:szCs w:val="28"/>
          <w:lang w:val="ru-RU"/>
        </w:rPr>
        <w:t>При наличии СКР, СКР2 и СКР3+ показатель СКР1 может быть восстановлен как разность:</w:t>
      </w:r>
    </w:p>
    <w:p w14:paraId="37A10F14" w14:textId="77777777" w:rsidR="00201AF2" w:rsidRPr="007911BE" w:rsidRDefault="00000000">
      <w:pPr>
        <w:spacing w:line="360" w:lineRule="auto"/>
        <w:ind w:firstLine="0"/>
        <w:jc w:val="center"/>
        <w:rPr>
          <w:bCs/>
          <w:sz w:val="28"/>
          <w:szCs w:val="28"/>
          <w:lang w:val="ru-RU"/>
        </w:rPr>
      </w:pPr>
      <w:r w:rsidRPr="007911BE">
        <w:rPr>
          <w:bCs/>
          <w:sz w:val="28"/>
          <w:szCs w:val="28"/>
          <w:lang w:val="ru-RU"/>
        </w:rPr>
        <w:t>СКР1 = СКР – СКР2 – СКР3+</w:t>
      </w:r>
    </w:p>
    <w:p w14:paraId="38CC56AC" w14:textId="77777777" w:rsidR="00201AF2" w:rsidRPr="007911BE" w:rsidRDefault="00000000">
      <w:pPr>
        <w:rPr>
          <w:sz w:val="28"/>
          <w:szCs w:val="28"/>
          <w:lang w:val="ru-RU"/>
        </w:rPr>
      </w:pPr>
      <w:r w:rsidRPr="007911BE">
        <w:rPr>
          <w:sz w:val="28"/>
          <w:szCs w:val="28"/>
          <w:lang w:val="ru-RU"/>
        </w:rPr>
        <w:t xml:space="preserve">Это позволяет сделать мониторинг первых рождений </w:t>
      </w:r>
      <w:proofErr w:type="spellStart"/>
      <w:r w:rsidRPr="007911BE">
        <w:rPr>
          <w:sz w:val="28"/>
          <w:szCs w:val="28"/>
          <w:lang w:val="ru-RU"/>
        </w:rPr>
        <w:t>операциональным</w:t>
      </w:r>
      <w:proofErr w:type="spellEnd"/>
      <w:r w:rsidRPr="007911BE">
        <w:rPr>
          <w:sz w:val="28"/>
          <w:szCs w:val="28"/>
          <w:lang w:val="ru-RU"/>
        </w:rPr>
        <w:t xml:space="preserve"> уже на текущем статистическом массиве, а включение в ЕМИСС отдельного показателя СКР3 даст возможность напрямую отслеживать долю женщин, доходящих до рождения третьего ребёнка.</w:t>
      </w:r>
    </w:p>
    <w:p w14:paraId="1225C740" w14:textId="77777777" w:rsidR="00F12170" w:rsidRPr="007911BE" w:rsidRDefault="00000000" w:rsidP="00585C06">
      <w:pPr>
        <w:pStyle w:val="1"/>
      </w:pPr>
      <w:bookmarkStart w:id="9" w:name="_Toc228134055"/>
      <w:r w:rsidRPr="007911BE">
        <w:t>3. Аудит данных, показателей и системы мониторинга</w:t>
      </w:r>
      <w:bookmarkEnd w:id="9"/>
    </w:p>
    <w:p w14:paraId="4E598FA8" w14:textId="77777777" w:rsidR="00F12170" w:rsidRPr="007911BE" w:rsidRDefault="00000000" w:rsidP="00585C06">
      <w:pPr>
        <w:pStyle w:val="21"/>
      </w:pPr>
      <w:bookmarkStart w:id="10" w:name="_Toc228134056"/>
      <w:r w:rsidRPr="007911BE">
        <w:t>3.1. Методика</w:t>
      </w:r>
      <w:bookmarkEnd w:id="10"/>
    </w:p>
    <w:p w14:paraId="5CE8FCB7" w14:textId="77777777" w:rsidR="00F12170" w:rsidRPr="007911BE" w:rsidRDefault="00000000">
      <w:pPr>
        <w:rPr>
          <w:sz w:val="28"/>
          <w:szCs w:val="28"/>
          <w:lang w:val="ru-RU"/>
        </w:rPr>
      </w:pPr>
      <w:r w:rsidRPr="007911BE">
        <w:rPr>
          <w:sz w:val="28"/>
          <w:szCs w:val="28"/>
          <w:lang w:val="ru-RU"/>
        </w:rPr>
        <w:t>Аудит данных проведён на основе унифицированной базы ЕМИСС. Каждая исходная выгрузка приводилась к единому машиночитаемому виду: для каждой строки фиксировались код и название показателя, территория, период, тип периода, единица измерения, исходное текстовое значение и числовое значение. Иными словами, разрозненные таблицы сначала были переведены в сопоставимый рабочий формат, пригодный для дальнейшего анализа.</w:t>
      </w:r>
    </w:p>
    <w:p w14:paraId="7133ECC4" w14:textId="77777777" w:rsidR="00F12170" w:rsidRPr="007911BE" w:rsidRDefault="00000000">
      <w:pPr>
        <w:rPr>
          <w:sz w:val="28"/>
          <w:szCs w:val="28"/>
          <w:lang w:val="ru-RU"/>
        </w:rPr>
      </w:pPr>
      <w:r w:rsidRPr="007911BE">
        <w:rPr>
          <w:sz w:val="28"/>
          <w:szCs w:val="28"/>
          <w:lang w:val="ru-RU"/>
        </w:rPr>
        <w:t xml:space="preserve">После приведения к единому формату для каждого показателя оценивались четыре ключевых свойства. Первое </w:t>
      </w:r>
      <w:r w:rsidR="00387CF6" w:rsidRPr="007911BE">
        <w:rPr>
          <w:sz w:val="28"/>
          <w:szCs w:val="28"/>
          <w:lang w:val="ru-RU"/>
        </w:rPr>
        <w:t xml:space="preserve">– </w:t>
      </w:r>
      <w:r w:rsidRPr="007911BE">
        <w:rPr>
          <w:sz w:val="28"/>
          <w:szCs w:val="28"/>
          <w:lang w:val="ru-RU"/>
        </w:rPr>
        <w:t xml:space="preserve"> полнота, то есть насколько регулярно публикуются значения без больших провалов. Второе </w:t>
      </w:r>
      <w:r w:rsidR="00387CF6" w:rsidRPr="007911BE">
        <w:rPr>
          <w:sz w:val="28"/>
          <w:szCs w:val="28"/>
          <w:lang w:val="ru-RU"/>
        </w:rPr>
        <w:t xml:space="preserve">– </w:t>
      </w:r>
      <w:r w:rsidRPr="007911BE">
        <w:rPr>
          <w:sz w:val="28"/>
          <w:szCs w:val="28"/>
          <w:lang w:val="ru-RU"/>
        </w:rPr>
        <w:t xml:space="preserve"> территориальная детализация, то есть можно ли видеть ситуацию по субъектам РФ, а не только по стране в целом. Третье </w:t>
      </w:r>
      <w:r w:rsidR="00387CF6" w:rsidRPr="007911BE">
        <w:rPr>
          <w:sz w:val="28"/>
          <w:szCs w:val="28"/>
          <w:lang w:val="ru-RU"/>
        </w:rPr>
        <w:t xml:space="preserve">– </w:t>
      </w:r>
      <w:r w:rsidRPr="007911BE">
        <w:rPr>
          <w:sz w:val="28"/>
          <w:szCs w:val="28"/>
          <w:lang w:val="ru-RU"/>
        </w:rPr>
        <w:t xml:space="preserve"> временная глубина, то есть достаточна ли длина ряда для анализа динамики и прогноза. Четвёртое </w:t>
      </w:r>
      <w:r w:rsidR="00387CF6" w:rsidRPr="007911BE">
        <w:rPr>
          <w:sz w:val="28"/>
          <w:szCs w:val="28"/>
          <w:lang w:val="ru-RU"/>
        </w:rPr>
        <w:t xml:space="preserve">– </w:t>
      </w:r>
      <w:r w:rsidRPr="007911BE">
        <w:rPr>
          <w:sz w:val="28"/>
          <w:szCs w:val="28"/>
          <w:lang w:val="ru-RU"/>
        </w:rPr>
        <w:t xml:space="preserve"> наблюдаемость, то есть возможно ли реально использовать показатель для управленческого мониторинга, а не просто формально указать его в паспорте.</w:t>
      </w:r>
    </w:p>
    <w:p w14:paraId="700F17CE" w14:textId="77777777" w:rsidR="00F12170" w:rsidRPr="007911BE" w:rsidRDefault="00000000">
      <w:pPr>
        <w:rPr>
          <w:sz w:val="28"/>
          <w:szCs w:val="28"/>
          <w:lang w:val="ru-RU"/>
        </w:rPr>
      </w:pPr>
      <w:r w:rsidRPr="007911BE">
        <w:rPr>
          <w:sz w:val="28"/>
          <w:szCs w:val="28"/>
          <w:lang w:val="ru-RU"/>
        </w:rPr>
        <w:t xml:space="preserve">Отдельный блок работы был посвящён сопоставлению данных с территориальным справочником 89 субъектов Российской Федерации. Это важно, потому что карта без полного покрытия создаёт иллюзию отсутствия </w:t>
      </w:r>
      <w:r w:rsidRPr="007911BE">
        <w:rPr>
          <w:sz w:val="28"/>
          <w:szCs w:val="28"/>
          <w:lang w:val="ru-RU"/>
        </w:rPr>
        <w:lastRenderedPageBreak/>
        <w:t>проблемы там, где на самом деле отсутствуют не регионы, а данные. Поэтому в картографическом и региональном анализе каждый субъект присутствует в контуре отчёта, а отсутствие значения показывается как особый режим наблюдения.</w:t>
      </w:r>
    </w:p>
    <w:p w14:paraId="0E113CBD" w14:textId="77777777" w:rsidR="00F12170" w:rsidRPr="007911BE" w:rsidRDefault="00000000">
      <w:pPr>
        <w:rPr>
          <w:sz w:val="28"/>
          <w:szCs w:val="28"/>
          <w:lang w:val="ru-RU"/>
        </w:rPr>
      </w:pPr>
      <w:r w:rsidRPr="007911BE">
        <w:rPr>
          <w:sz w:val="28"/>
          <w:szCs w:val="28"/>
          <w:lang w:val="ru-RU"/>
        </w:rPr>
        <w:t xml:space="preserve">Такая процедура позволяет отличить две разные ситуации, которые в обычной отчётности часто смешиваются. Первая </w:t>
      </w:r>
      <w:r w:rsidR="00387CF6" w:rsidRPr="007911BE">
        <w:rPr>
          <w:sz w:val="28"/>
          <w:szCs w:val="28"/>
          <w:lang w:val="ru-RU"/>
        </w:rPr>
        <w:t xml:space="preserve">– </w:t>
      </w:r>
      <w:r w:rsidRPr="007911BE">
        <w:rPr>
          <w:sz w:val="28"/>
          <w:szCs w:val="28"/>
          <w:lang w:val="ru-RU"/>
        </w:rPr>
        <w:t xml:space="preserve"> показатель действительно благополучен. Вторая </w:t>
      </w:r>
      <w:r w:rsidR="00387CF6" w:rsidRPr="007911BE">
        <w:rPr>
          <w:sz w:val="28"/>
          <w:szCs w:val="28"/>
          <w:lang w:val="ru-RU"/>
        </w:rPr>
        <w:t xml:space="preserve">– </w:t>
      </w:r>
      <w:r w:rsidRPr="007911BE">
        <w:rPr>
          <w:sz w:val="28"/>
          <w:szCs w:val="28"/>
          <w:lang w:val="ru-RU"/>
        </w:rPr>
        <w:t xml:space="preserve"> показатель просто плохо измеряется, публикуется с лагом или не имеет регионального слоя. Для государственного управления это принципиальное различие: отсутствие наблюдаемости нельзя принимать за отсутствие проблемы.</w:t>
      </w:r>
    </w:p>
    <w:p w14:paraId="4653DEB9" w14:textId="77777777" w:rsidR="00B408C8" w:rsidRPr="007911BE" w:rsidRDefault="00B408C8">
      <w:pPr>
        <w:ind w:firstLine="0"/>
        <w:jc w:val="left"/>
        <w:rPr>
          <w:lang w:val="ru-RU"/>
        </w:rPr>
      </w:pPr>
    </w:p>
    <w:p w14:paraId="1A9444AA" w14:textId="77777777" w:rsidR="00F12170" w:rsidRPr="007911BE" w:rsidRDefault="00000000">
      <w:pPr>
        <w:ind w:firstLine="0"/>
        <w:jc w:val="left"/>
        <w:rPr>
          <w:sz w:val="24"/>
          <w:szCs w:val="24"/>
          <w:lang w:val="ru-RU"/>
        </w:rPr>
      </w:pPr>
      <w:r w:rsidRPr="007911BE">
        <w:rPr>
          <w:sz w:val="24"/>
          <w:szCs w:val="24"/>
          <w:lang w:val="ru-RU"/>
        </w:rPr>
        <w:t xml:space="preserve">Таблица 4 </w:t>
      </w:r>
      <w:r w:rsidR="00387CF6" w:rsidRPr="007911BE">
        <w:rPr>
          <w:sz w:val="24"/>
          <w:szCs w:val="24"/>
          <w:lang w:val="ru-RU"/>
        </w:rPr>
        <w:t xml:space="preserve">– </w:t>
      </w:r>
      <w:r w:rsidRPr="007911BE">
        <w:rPr>
          <w:sz w:val="24"/>
          <w:szCs w:val="24"/>
          <w:lang w:val="ru-RU"/>
        </w:rPr>
        <w:t xml:space="preserve"> Наблюдаемость показателей национального проекта в сформированной базе ЕМИСС</w:t>
      </w:r>
    </w:p>
    <w:tbl>
      <w:tblPr>
        <w:tblStyle w:val="aff0"/>
        <w:tblW w:w="0" w:type="auto"/>
        <w:jc w:val="center"/>
        <w:tblCellMar>
          <w:left w:w="28" w:type="dxa"/>
          <w:right w:w="28" w:type="dxa"/>
        </w:tblCellMar>
        <w:tblLook w:val="04A0" w:firstRow="1" w:lastRow="0" w:firstColumn="1" w:lastColumn="0" w:noHBand="0" w:noVBand="1"/>
      </w:tblPr>
      <w:tblGrid>
        <w:gridCol w:w="997"/>
        <w:gridCol w:w="2897"/>
        <w:gridCol w:w="1444"/>
        <w:gridCol w:w="1207"/>
        <w:gridCol w:w="1191"/>
        <w:gridCol w:w="1959"/>
      </w:tblGrid>
      <w:tr w:rsidR="00F12170" w:rsidRPr="007911BE" w14:paraId="2A314279" w14:textId="77777777" w:rsidTr="00F41D89">
        <w:trPr>
          <w:tblHeader/>
          <w:jc w:val="center"/>
        </w:trPr>
        <w:tc>
          <w:tcPr>
            <w:tcW w:w="0" w:type="auto"/>
            <w:vAlign w:val="center"/>
          </w:tcPr>
          <w:p w14:paraId="451ADEFC" w14:textId="77777777" w:rsidR="00F12170" w:rsidRPr="007911BE" w:rsidRDefault="00000000">
            <w:pPr>
              <w:ind w:firstLine="0"/>
              <w:jc w:val="center"/>
            </w:pPr>
            <w:proofErr w:type="spellStart"/>
            <w:r w:rsidRPr="007911BE">
              <w:rPr>
                <w:b/>
                <w:sz w:val="24"/>
              </w:rPr>
              <w:t>Код</w:t>
            </w:r>
            <w:proofErr w:type="spellEnd"/>
          </w:p>
        </w:tc>
        <w:tc>
          <w:tcPr>
            <w:tcW w:w="0" w:type="auto"/>
            <w:vAlign w:val="center"/>
          </w:tcPr>
          <w:p w14:paraId="32E9505A" w14:textId="77777777" w:rsidR="00F12170" w:rsidRPr="007911BE" w:rsidRDefault="00000000">
            <w:pPr>
              <w:ind w:firstLine="0"/>
              <w:jc w:val="center"/>
            </w:pPr>
            <w:proofErr w:type="spellStart"/>
            <w:r w:rsidRPr="007911BE">
              <w:rPr>
                <w:b/>
                <w:sz w:val="24"/>
              </w:rPr>
              <w:t>Показатель</w:t>
            </w:r>
            <w:proofErr w:type="spellEnd"/>
          </w:p>
        </w:tc>
        <w:tc>
          <w:tcPr>
            <w:tcW w:w="0" w:type="auto"/>
            <w:vAlign w:val="center"/>
          </w:tcPr>
          <w:p w14:paraId="3BBC4844" w14:textId="77777777" w:rsidR="00F12170" w:rsidRPr="007911BE" w:rsidRDefault="00000000">
            <w:pPr>
              <w:ind w:firstLine="0"/>
              <w:jc w:val="center"/>
            </w:pPr>
            <w:proofErr w:type="spellStart"/>
            <w:r w:rsidRPr="007911BE">
              <w:rPr>
                <w:b/>
                <w:sz w:val="24"/>
              </w:rPr>
              <w:t>Наблюдений</w:t>
            </w:r>
            <w:proofErr w:type="spellEnd"/>
          </w:p>
        </w:tc>
        <w:tc>
          <w:tcPr>
            <w:tcW w:w="0" w:type="auto"/>
            <w:vAlign w:val="center"/>
          </w:tcPr>
          <w:p w14:paraId="412D1BB0" w14:textId="77777777" w:rsidR="00F12170" w:rsidRPr="007911BE" w:rsidRDefault="00000000">
            <w:pPr>
              <w:ind w:firstLine="0"/>
              <w:jc w:val="center"/>
            </w:pPr>
            <w:proofErr w:type="spellStart"/>
            <w:r w:rsidRPr="007911BE">
              <w:rPr>
                <w:b/>
                <w:sz w:val="24"/>
              </w:rPr>
              <w:t>Регионов</w:t>
            </w:r>
            <w:proofErr w:type="spellEnd"/>
            <w:r w:rsidRPr="007911BE">
              <w:rPr>
                <w:b/>
                <w:sz w:val="24"/>
              </w:rPr>
              <w:t xml:space="preserve"> с </w:t>
            </w:r>
            <w:proofErr w:type="spellStart"/>
            <w:r w:rsidRPr="007911BE">
              <w:rPr>
                <w:b/>
                <w:sz w:val="24"/>
              </w:rPr>
              <w:t>данными</w:t>
            </w:r>
            <w:proofErr w:type="spellEnd"/>
          </w:p>
        </w:tc>
        <w:tc>
          <w:tcPr>
            <w:tcW w:w="0" w:type="auto"/>
            <w:vAlign w:val="center"/>
          </w:tcPr>
          <w:p w14:paraId="7A8C179C" w14:textId="77777777" w:rsidR="00F12170" w:rsidRPr="007911BE" w:rsidRDefault="00000000">
            <w:pPr>
              <w:ind w:firstLine="0"/>
              <w:jc w:val="center"/>
            </w:pPr>
            <w:proofErr w:type="spellStart"/>
            <w:r w:rsidRPr="007911BE">
              <w:rPr>
                <w:b/>
                <w:sz w:val="24"/>
              </w:rPr>
              <w:t>Лет</w:t>
            </w:r>
            <w:proofErr w:type="spellEnd"/>
            <w:r w:rsidRPr="007911BE">
              <w:rPr>
                <w:b/>
                <w:sz w:val="24"/>
              </w:rPr>
              <w:t xml:space="preserve"> с </w:t>
            </w:r>
            <w:proofErr w:type="spellStart"/>
            <w:r w:rsidRPr="007911BE">
              <w:rPr>
                <w:b/>
                <w:sz w:val="24"/>
              </w:rPr>
              <w:t>рег</w:t>
            </w:r>
            <w:proofErr w:type="spellEnd"/>
            <w:r w:rsidRPr="007911BE">
              <w:rPr>
                <w:b/>
                <w:sz w:val="24"/>
              </w:rPr>
              <w:t xml:space="preserve">. </w:t>
            </w:r>
            <w:proofErr w:type="spellStart"/>
            <w:r w:rsidRPr="007911BE">
              <w:rPr>
                <w:b/>
                <w:sz w:val="24"/>
              </w:rPr>
              <w:t>данными</w:t>
            </w:r>
            <w:proofErr w:type="spellEnd"/>
          </w:p>
        </w:tc>
        <w:tc>
          <w:tcPr>
            <w:tcW w:w="0" w:type="auto"/>
            <w:vAlign w:val="center"/>
          </w:tcPr>
          <w:p w14:paraId="6B72B25B" w14:textId="77777777" w:rsidR="00F12170" w:rsidRPr="007911BE" w:rsidRDefault="00000000">
            <w:pPr>
              <w:ind w:firstLine="0"/>
              <w:jc w:val="center"/>
            </w:pPr>
            <w:proofErr w:type="spellStart"/>
            <w:r w:rsidRPr="007911BE">
              <w:rPr>
                <w:b/>
                <w:sz w:val="24"/>
              </w:rPr>
              <w:t>Периодичность</w:t>
            </w:r>
            <w:proofErr w:type="spellEnd"/>
          </w:p>
        </w:tc>
      </w:tr>
      <w:tr w:rsidR="00F12170" w:rsidRPr="007911BE" w14:paraId="2596AC48" w14:textId="77777777" w:rsidTr="00B408C8">
        <w:trPr>
          <w:jc w:val="center"/>
        </w:trPr>
        <w:tc>
          <w:tcPr>
            <w:tcW w:w="0" w:type="auto"/>
            <w:vAlign w:val="center"/>
          </w:tcPr>
          <w:p w14:paraId="3ECFE7B6" w14:textId="77777777" w:rsidR="00F12170" w:rsidRPr="007911BE" w:rsidRDefault="00000000">
            <w:pPr>
              <w:ind w:firstLine="0"/>
              <w:jc w:val="left"/>
            </w:pPr>
            <w:r w:rsidRPr="007911BE">
              <w:rPr>
                <w:sz w:val="24"/>
              </w:rPr>
              <w:t>2.14.Я.4</w:t>
            </w:r>
          </w:p>
        </w:tc>
        <w:tc>
          <w:tcPr>
            <w:tcW w:w="0" w:type="auto"/>
            <w:vAlign w:val="center"/>
          </w:tcPr>
          <w:p w14:paraId="48F8FD18" w14:textId="77777777" w:rsidR="00F12170" w:rsidRPr="007911BE" w:rsidRDefault="00000000">
            <w:pPr>
              <w:ind w:firstLine="0"/>
              <w:jc w:val="left"/>
              <w:rPr>
                <w:lang w:val="ru-RU"/>
              </w:rPr>
            </w:pPr>
            <w:r w:rsidRPr="007911BE">
              <w:rPr>
                <w:sz w:val="24"/>
                <w:lang w:val="ru-RU"/>
              </w:rPr>
              <w:t xml:space="preserve">Доля пожилых граждан и инвалидов, получающих долговременный уход, от общего </w:t>
            </w:r>
            <w:proofErr w:type="spellStart"/>
            <w:r w:rsidRPr="007911BE">
              <w:rPr>
                <w:sz w:val="24"/>
                <w:lang w:val="ru-RU"/>
              </w:rPr>
              <w:t>чис</w:t>
            </w:r>
            <w:proofErr w:type="spellEnd"/>
            <w:r w:rsidRPr="007911BE">
              <w:rPr>
                <w:sz w:val="24"/>
                <w:lang w:val="ru-RU"/>
              </w:rPr>
              <w:t>…</w:t>
            </w:r>
          </w:p>
        </w:tc>
        <w:tc>
          <w:tcPr>
            <w:tcW w:w="0" w:type="auto"/>
            <w:vAlign w:val="center"/>
          </w:tcPr>
          <w:p w14:paraId="1312629B" w14:textId="77777777" w:rsidR="00F12170" w:rsidRPr="007911BE" w:rsidRDefault="00000000" w:rsidP="00B408C8">
            <w:pPr>
              <w:ind w:firstLine="0"/>
              <w:jc w:val="center"/>
            </w:pPr>
            <w:r w:rsidRPr="007911BE">
              <w:rPr>
                <w:sz w:val="24"/>
              </w:rPr>
              <w:t>1350</w:t>
            </w:r>
          </w:p>
        </w:tc>
        <w:tc>
          <w:tcPr>
            <w:tcW w:w="0" w:type="auto"/>
            <w:vAlign w:val="center"/>
          </w:tcPr>
          <w:p w14:paraId="435D8277" w14:textId="77777777" w:rsidR="00F12170" w:rsidRPr="007911BE" w:rsidRDefault="00000000" w:rsidP="00B408C8">
            <w:pPr>
              <w:ind w:firstLine="0"/>
              <w:jc w:val="center"/>
            </w:pPr>
            <w:r w:rsidRPr="007911BE">
              <w:rPr>
                <w:sz w:val="24"/>
              </w:rPr>
              <w:t>89</w:t>
            </w:r>
          </w:p>
        </w:tc>
        <w:tc>
          <w:tcPr>
            <w:tcW w:w="0" w:type="auto"/>
            <w:vAlign w:val="center"/>
          </w:tcPr>
          <w:p w14:paraId="7562E4DF" w14:textId="77777777" w:rsidR="00F12170" w:rsidRPr="007911BE" w:rsidRDefault="00000000" w:rsidP="00B408C8">
            <w:pPr>
              <w:ind w:firstLine="0"/>
              <w:jc w:val="center"/>
            </w:pPr>
            <w:r w:rsidRPr="007911BE">
              <w:rPr>
                <w:sz w:val="24"/>
              </w:rPr>
              <w:t>2</w:t>
            </w:r>
          </w:p>
        </w:tc>
        <w:tc>
          <w:tcPr>
            <w:tcW w:w="0" w:type="auto"/>
            <w:vAlign w:val="center"/>
          </w:tcPr>
          <w:p w14:paraId="6DF33073" w14:textId="77777777" w:rsidR="00F12170" w:rsidRPr="007911BE" w:rsidRDefault="00000000" w:rsidP="00B408C8">
            <w:pPr>
              <w:ind w:firstLine="0"/>
              <w:jc w:val="center"/>
            </w:pPr>
            <w:proofErr w:type="spellStart"/>
            <w:r w:rsidRPr="007911BE">
              <w:rPr>
                <w:sz w:val="24"/>
              </w:rPr>
              <w:t>месяц</w:t>
            </w:r>
            <w:proofErr w:type="spellEnd"/>
          </w:p>
        </w:tc>
      </w:tr>
      <w:tr w:rsidR="00F12170" w:rsidRPr="007911BE" w14:paraId="463231D8" w14:textId="77777777" w:rsidTr="00B408C8">
        <w:trPr>
          <w:jc w:val="center"/>
        </w:trPr>
        <w:tc>
          <w:tcPr>
            <w:tcW w:w="0" w:type="auto"/>
            <w:vAlign w:val="center"/>
          </w:tcPr>
          <w:p w14:paraId="205C0D6A" w14:textId="77777777" w:rsidR="00F12170" w:rsidRPr="007911BE" w:rsidRDefault="00000000">
            <w:pPr>
              <w:ind w:firstLine="0"/>
              <w:jc w:val="left"/>
            </w:pPr>
            <w:r w:rsidRPr="007911BE">
              <w:rPr>
                <w:sz w:val="24"/>
              </w:rPr>
              <w:t>2.14.Я.6</w:t>
            </w:r>
          </w:p>
        </w:tc>
        <w:tc>
          <w:tcPr>
            <w:tcW w:w="0" w:type="auto"/>
            <w:vAlign w:val="center"/>
          </w:tcPr>
          <w:p w14:paraId="067B6B63" w14:textId="77777777" w:rsidR="00F12170" w:rsidRPr="007911BE" w:rsidRDefault="00000000">
            <w:pPr>
              <w:ind w:firstLine="0"/>
              <w:jc w:val="left"/>
              <w:rPr>
                <w:lang w:val="ru-RU"/>
              </w:rPr>
            </w:pPr>
            <w:r w:rsidRPr="007911BE">
              <w:rPr>
                <w:sz w:val="24"/>
                <w:lang w:val="ru-RU"/>
              </w:rPr>
              <w:t>Уровень удовлетворенности граждан работой государственных и муниципальных орган…</w:t>
            </w:r>
          </w:p>
        </w:tc>
        <w:tc>
          <w:tcPr>
            <w:tcW w:w="0" w:type="auto"/>
            <w:vAlign w:val="center"/>
          </w:tcPr>
          <w:p w14:paraId="47D35A34" w14:textId="77777777" w:rsidR="00F12170" w:rsidRPr="007911BE" w:rsidRDefault="00000000" w:rsidP="00B408C8">
            <w:pPr>
              <w:ind w:firstLine="0"/>
              <w:jc w:val="center"/>
            </w:pPr>
            <w:r w:rsidRPr="007911BE">
              <w:rPr>
                <w:sz w:val="24"/>
              </w:rPr>
              <w:t>1376</w:t>
            </w:r>
          </w:p>
        </w:tc>
        <w:tc>
          <w:tcPr>
            <w:tcW w:w="0" w:type="auto"/>
            <w:vAlign w:val="center"/>
          </w:tcPr>
          <w:p w14:paraId="1238614C" w14:textId="77777777" w:rsidR="00F12170" w:rsidRPr="007911BE" w:rsidRDefault="00000000" w:rsidP="00B408C8">
            <w:pPr>
              <w:ind w:firstLine="0"/>
              <w:jc w:val="center"/>
            </w:pPr>
            <w:r w:rsidRPr="007911BE">
              <w:rPr>
                <w:sz w:val="24"/>
              </w:rPr>
              <w:t>85</w:t>
            </w:r>
          </w:p>
        </w:tc>
        <w:tc>
          <w:tcPr>
            <w:tcW w:w="0" w:type="auto"/>
            <w:vAlign w:val="center"/>
          </w:tcPr>
          <w:p w14:paraId="17F96360" w14:textId="77777777" w:rsidR="00F12170" w:rsidRPr="007911BE" w:rsidRDefault="00000000" w:rsidP="00B408C8">
            <w:pPr>
              <w:ind w:firstLine="0"/>
              <w:jc w:val="center"/>
            </w:pPr>
            <w:r w:rsidRPr="007911BE">
              <w:rPr>
                <w:sz w:val="24"/>
              </w:rPr>
              <w:t>2</w:t>
            </w:r>
          </w:p>
        </w:tc>
        <w:tc>
          <w:tcPr>
            <w:tcW w:w="0" w:type="auto"/>
            <w:vAlign w:val="center"/>
          </w:tcPr>
          <w:p w14:paraId="55660748" w14:textId="77777777" w:rsidR="00F12170" w:rsidRPr="007911BE" w:rsidRDefault="00000000" w:rsidP="00B408C8">
            <w:pPr>
              <w:ind w:firstLine="0"/>
              <w:jc w:val="center"/>
            </w:pPr>
            <w:proofErr w:type="spellStart"/>
            <w:r w:rsidRPr="007911BE">
              <w:rPr>
                <w:sz w:val="24"/>
              </w:rPr>
              <w:t>год</w:t>
            </w:r>
            <w:proofErr w:type="spellEnd"/>
            <w:r w:rsidRPr="007911BE">
              <w:rPr>
                <w:sz w:val="24"/>
              </w:rPr>
              <w:t xml:space="preserve">; </w:t>
            </w:r>
            <w:proofErr w:type="spellStart"/>
            <w:r w:rsidRPr="007911BE">
              <w:rPr>
                <w:sz w:val="24"/>
              </w:rPr>
              <w:t>месяц</w:t>
            </w:r>
            <w:proofErr w:type="spellEnd"/>
          </w:p>
        </w:tc>
      </w:tr>
      <w:tr w:rsidR="00F12170" w:rsidRPr="007911BE" w14:paraId="13626468" w14:textId="77777777" w:rsidTr="00B408C8">
        <w:trPr>
          <w:jc w:val="center"/>
        </w:trPr>
        <w:tc>
          <w:tcPr>
            <w:tcW w:w="0" w:type="auto"/>
            <w:vAlign w:val="center"/>
          </w:tcPr>
          <w:p w14:paraId="0EAEF966" w14:textId="77777777" w:rsidR="00F12170" w:rsidRPr="007911BE" w:rsidRDefault="00000000">
            <w:pPr>
              <w:ind w:firstLine="0"/>
              <w:jc w:val="left"/>
            </w:pPr>
            <w:r w:rsidRPr="007911BE">
              <w:rPr>
                <w:sz w:val="24"/>
              </w:rPr>
              <w:t>2.14.Я5.2</w:t>
            </w:r>
          </w:p>
        </w:tc>
        <w:tc>
          <w:tcPr>
            <w:tcW w:w="0" w:type="auto"/>
            <w:vAlign w:val="center"/>
          </w:tcPr>
          <w:p w14:paraId="69A26DEF" w14:textId="77777777" w:rsidR="00F12170" w:rsidRPr="007911BE" w:rsidRDefault="00000000">
            <w:pPr>
              <w:ind w:firstLine="0"/>
              <w:jc w:val="left"/>
              <w:rPr>
                <w:lang w:val="ru-RU"/>
              </w:rPr>
            </w:pPr>
            <w:r w:rsidRPr="007911BE">
              <w:rPr>
                <w:sz w:val="24"/>
                <w:lang w:val="ru-RU"/>
              </w:rPr>
              <w:t>Увеличение числа посещений организаций культуры по отношению к 2023 году</w:t>
            </w:r>
          </w:p>
        </w:tc>
        <w:tc>
          <w:tcPr>
            <w:tcW w:w="0" w:type="auto"/>
            <w:vAlign w:val="center"/>
          </w:tcPr>
          <w:p w14:paraId="1760464A" w14:textId="77777777" w:rsidR="00F12170" w:rsidRPr="007911BE" w:rsidRDefault="00000000" w:rsidP="00B408C8">
            <w:pPr>
              <w:ind w:firstLine="0"/>
              <w:jc w:val="center"/>
            </w:pPr>
            <w:r w:rsidRPr="007911BE">
              <w:rPr>
                <w:sz w:val="24"/>
              </w:rPr>
              <w:t>1290</w:t>
            </w:r>
          </w:p>
        </w:tc>
        <w:tc>
          <w:tcPr>
            <w:tcW w:w="0" w:type="auto"/>
            <w:vAlign w:val="center"/>
          </w:tcPr>
          <w:p w14:paraId="63753DE7" w14:textId="77777777" w:rsidR="00F12170" w:rsidRPr="007911BE" w:rsidRDefault="00000000" w:rsidP="00B408C8">
            <w:pPr>
              <w:ind w:firstLine="0"/>
              <w:jc w:val="center"/>
            </w:pPr>
            <w:r w:rsidRPr="007911BE">
              <w:rPr>
                <w:sz w:val="24"/>
              </w:rPr>
              <w:t>85</w:t>
            </w:r>
          </w:p>
        </w:tc>
        <w:tc>
          <w:tcPr>
            <w:tcW w:w="0" w:type="auto"/>
            <w:vAlign w:val="center"/>
          </w:tcPr>
          <w:p w14:paraId="23D4A987" w14:textId="77777777" w:rsidR="00F12170" w:rsidRPr="007911BE" w:rsidRDefault="00000000" w:rsidP="00B408C8">
            <w:pPr>
              <w:ind w:firstLine="0"/>
              <w:jc w:val="center"/>
            </w:pPr>
            <w:r w:rsidRPr="007911BE">
              <w:rPr>
                <w:sz w:val="24"/>
              </w:rPr>
              <w:t>2</w:t>
            </w:r>
          </w:p>
        </w:tc>
        <w:tc>
          <w:tcPr>
            <w:tcW w:w="0" w:type="auto"/>
            <w:vAlign w:val="center"/>
          </w:tcPr>
          <w:p w14:paraId="30785505" w14:textId="77777777" w:rsidR="00F12170" w:rsidRPr="007911BE" w:rsidRDefault="00000000" w:rsidP="00B408C8">
            <w:pPr>
              <w:ind w:firstLine="0"/>
              <w:jc w:val="center"/>
            </w:pPr>
            <w:proofErr w:type="spellStart"/>
            <w:r w:rsidRPr="007911BE">
              <w:rPr>
                <w:sz w:val="24"/>
              </w:rPr>
              <w:t>месяц</w:t>
            </w:r>
            <w:proofErr w:type="spellEnd"/>
          </w:p>
        </w:tc>
      </w:tr>
      <w:tr w:rsidR="00F12170" w:rsidRPr="007911BE" w14:paraId="7BAE7706" w14:textId="77777777" w:rsidTr="00B408C8">
        <w:trPr>
          <w:jc w:val="center"/>
        </w:trPr>
        <w:tc>
          <w:tcPr>
            <w:tcW w:w="0" w:type="auto"/>
            <w:vAlign w:val="center"/>
          </w:tcPr>
          <w:p w14:paraId="40B2971D" w14:textId="77777777" w:rsidR="00F12170" w:rsidRPr="007911BE" w:rsidRDefault="00000000">
            <w:pPr>
              <w:ind w:firstLine="0"/>
              <w:jc w:val="left"/>
            </w:pPr>
            <w:r w:rsidRPr="007911BE">
              <w:rPr>
                <w:sz w:val="24"/>
              </w:rPr>
              <w:t>2.14.Я3.4</w:t>
            </w:r>
          </w:p>
        </w:tc>
        <w:tc>
          <w:tcPr>
            <w:tcW w:w="0" w:type="auto"/>
            <w:vAlign w:val="center"/>
          </w:tcPr>
          <w:p w14:paraId="1E5C0941" w14:textId="77777777" w:rsidR="00F12170" w:rsidRPr="007911BE" w:rsidRDefault="00000000">
            <w:pPr>
              <w:ind w:firstLine="0"/>
              <w:jc w:val="left"/>
              <w:rPr>
                <w:lang w:val="ru-RU"/>
              </w:rPr>
            </w:pPr>
            <w:r w:rsidRPr="007911BE">
              <w:rPr>
                <w:sz w:val="24"/>
                <w:lang w:val="ru-RU"/>
              </w:rPr>
              <w:t>Доля взятых под диспансерное наблюдение детей в возрасте 0–17 лет с впервые в ж…</w:t>
            </w:r>
          </w:p>
        </w:tc>
        <w:tc>
          <w:tcPr>
            <w:tcW w:w="0" w:type="auto"/>
            <w:vAlign w:val="center"/>
          </w:tcPr>
          <w:p w14:paraId="4BDBD4A9" w14:textId="77777777" w:rsidR="00F12170" w:rsidRPr="007911BE" w:rsidRDefault="00000000" w:rsidP="00B408C8">
            <w:pPr>
              <w:ind w:firstLine="0"/>
              <w:jc w:val="center"/>
            </w:pPr>
            <w:r w:rsidRPr="007911BE">
              <w:rPr>
                <w:sz w:val="24"/>
              </w:rPr>
              <w:t>1290</w:t>
            </w:r>
          </w:p>
        </w:tc>
        <w:tc>
          <w:tcPr>
            <w:tcW w:w="0" w:type="auto"/>
            <w:vAlign w:val="center"/>
          </w:tcPr>
          <w:p w14:paraId="4B7A2D43" w14:textId="77777777" w:rsidR="00F12170" w:rsidRPr="007911BE" w:rsidRDefault="00000000" w:rsidP="00B408C8">
            <w:pPr>
              <w:ind w:firstLine="0"/>
              <w:jc w:val="center"/>
            </w:pPr>
            <w:r w:rsidRPr="007911BE">
              <w:rPr>
                <w:sz w:val="24"/>
              </w:rPr>
              <w:t>85</w:t>
            </w:r>
          </w:p>
        </w:tc>
        <w:tc>
          <w:tcPr>
            <w:tcW w:w="0" w:type="auto"/>
            <w:vAlign w:val="center"/>
          </w:tcPr>
          <w:p w14:paraId="29274353" w14:textId="77777777" w:rsidR="00F12170" w:rsidRPr="007911BE" w:rsidRDefault="00000000" w:rsidP="00B408C8">
            <w:pPr>
              <w:ind w:firstLine="0"/>
              <w:jc w:val="center"/>
            </w:pPr>
            <w:r w:rsidRPr="007911BE">
              <w:rPr>
                <w:sz w:val="24"/>
              </w:rPr>
              <w:t>2</w:t>
            </w:r>
          </w:p>
        </w:tc>
        <w:tc>
          <w:tcPr>
            <w:tcW w:w="0" w:type="auto"/>
            <w:vAlign w:val="center"/>
          </w:tcPr>
          <w:p w14:paraId="624E94C7" w14:textId="77777777" w:rsidR="00F12170" w:rsidRPr="007911BE" w:rsidRDefault="00000000" w:rsidP="00B408C8">
            <w:pPr>
              <w:ind w:firstLine="0"/>
              <w:jc w:val="center"/>
            </w:pPr>
            <w:proofErr w:type="spellStart"/>
            <w:r w:rsidRPr="007911BE">
              <w:rPr>
                <w:sz w:val="24"/>
              </w:rPr>
              <w:t>месяц</w:t>
            </w:r>
            <w:proofErr w:type="spellEnd"/>
          </w:p>
        </w:tc>
      </w:tr>
      <w:tr w:rsidR="00F12170" w:rsidRPr="007911BE" w14:paraId="67E9604D" w14:textId="77777777" w:rsidTr="00B408C8">
        <w:trPr>
          <w:jc w:val="center"/>
        </w:trPr>
        <w:tc>
          <w:tcPr>
            <w:tcW w:w="0" w:type="auto"/>
            <w:vAlign w:val="center"/>
          </w:tcPr>
          <w:p w14:paraId="6F190E1F" w14:textId="77777777" w:rsidR="00F12170" w:rsidRPr="007911BE" w:rsidRDefault="00000000">
            <w:pPr>
              <w:ind w:firstLine="0"/>
              <w:jc w:val="left"/>
            </w:pPr>
            <w:r w:rsidRPr="007911BE">
              <w:rPr>
                <w:sz w:val="24"/>
              </w:rPr>
              <w:t>2.14.Я3.5</w:t>
            </w:r>
          </w:p>
        </w:tc>
        <w:tc>
          <w:tcPr>
            <w:tcW w:w="0" w:type="auto"/>
            <w:vAlign w:val="center"/>
          </w:tcPr>
          <w:p w14:paraId="2F3FBFA9" w14:textId="77777777" w:rsidR="00F12170" w:rsidRPr="007911BE" w:rsidRDefault="00000000">
            <w:pPr>
              <w:ind w:firstLine="0"/>
              <w:jc w:val="left"/>
              <w:rPr>
                <w:lang w:val="ru-RU"/>
              </w:rPr>
            </w:pPr>
            <w:r w:rsidRPr="007911BE">
              <w:rPr>
                <w:sz w:val="24"/>
                <w:lang w:val="ru-RU"/>
              </w:rPr>
              <w:t xml:space="preserve">Доля беременных женщин, обратившихся в медицинские организации в ситуации </w:t>
            </w:r>
            <w:proofErr w:type="spellStart"/>
            <w:r w:rsidRPr="007911BE">
              <w:rPr>
                <w:sz w:val="24"/>
                <w:lang w:val="ru-RU"/>
              </w:rPr>
              <w:t>репро</w:t>
            </w:r>
            <w:proofErr w:type="spellEnd"/>
            <w:r w:rsidRPr="007911BE">
              <w:rPr>
                <w:sz w:val="24"/>
                <w:lang w:val="ru-RU"/>
              </w:rPr>
              <w:t>…</w:t>
            </w:r>
          </w:p>
        </w:tc>
        <w:tc>
          <w:tcPr>
            <w:tcW w:w="0" w:type="auto"/>
            <w:vAlign w:val="center"/>
          </w:tcPr>
          <w:p w14:paraId="3BA88EBC" w14:textId="77777777" w:rsidR="00F12170" w:rsidRPr="007911BE" w:rsidRDefault="00000000" w:rsidP="00B408C8">
            <w:pPr>
              <w:ind w:firstLine="0"/>
              <w:jc w:val="center"/>
            </w:pPr>
            <w:r w:rsidRPr="007911BE">
              <w:rPr>
                <w:sz w:val="24"/>
              </w:rPr>
              <w:t>1290</w:t>
            </w:r>
          </w:p>
        </w:tc>
        <w:tc>
          <w:tcPr>
            <w:tcW w:w="0" w:type="auto"/>
            <w:vAlign w:val="center"/>
          </w:tcPr>
          <w:p w14:paraId="4C78A20E" w14:textId="77777777" w:rsidR="00F12170" w:rsidRPr="007911BE" w:rsidRDefault="00000000" w:rsidP="00B408C8">
            <w:pPr>
              <w:ind w:firstLine="0"/>
              <w:jc w:val="center"/>
            </w:pPr>
            <w:r w:rsidRPr="007911BE">
              <w:rPr>
                <w:sz w:val="24"/>
              </w:rPr>
              <w:t>85</w:t>
            </w:r>
          </w:p>
        </w:tc>
        <w:tc>
          <w:tcPr>
            <w:tcW w:w="0" w:type="auto"/>
            <w:vAlign w:val="center"/>
          </w:tcPr>
          <w:p w14:paraId="4AEDD22B" w14:textId="77777777" w:rsidR="00F12170" w:rsidRPr="007911BE" w:rsidRDefault="00000000" w:rsidP="00B408C8">
            <w:pPr>
              <w:ind w:firstLine="0"/>
              <w:jc w:val="center"/>
            </w:pPr>
            <w:r w:rsidRPr="007911BE">
              <w:rPr>
                <w:sz w:val="24"/>
              </w:rPr>
              <w:t>2</w:t>
            </w:r>
          </w:p>
        </w:tc>
        <w:tc>
          <w:tcPr>
            <w:tcW w:w="0" w:type="auto"/>
            <w:vAlign w:val="center"/>
          </w:tcPr>
          <w:p w14:paraId="20A4A8B8" w14:textId="77777777" w:rsidR="00F12170" w:rsidRPr="007911BE" w:rsidRDefault="00000000" w:rsidP="00B408C8">
            <w:pPr>
              <w:ind w:firstLine="0"/>
              <w:jc w:val="center"/>
            </w:pPr>
            <w:proofErr w:type="spellStart"/>
            <w:r w:rsidRPr="007911BE">
              <w:rPr>
                <w:sz w:val="24"/>
              </w:rPr>
              <w:t>месяц</w:t>
            </w:r>
            <w:proofErr w:type="spellEnd"/>
          </w:p>
        </w:tc>
      </w:tr>
      <w:tr w:rsidR="00F12170" w:rsidRPr="007911BE" w14:paraId="0F91DD0D" w14:textId="77777777" w:rsidTr="00B408C8">
        <w:trPr>
          <w:jc w:val="center"/>
        </w:trPr>
        <w:tc>
          <w:tcPr>
            <w:tcW w:w="0" w:type="auto"/>
            <w:vAlign w:val="center"/>
          </w:tcPr>
          <w:p w14:paraId="7F20526B" w14:textId="77777777" w:rsidR="00F12170" w:rsidRPr="007911BE" w:rsidRDefault="00000000">
            <w:pPr>
              <w:ind w:firstLine="0"/>
              <w:jc w:val="left"/>
            </w:pPr>
            <w:r w:rsidRPr="007911BE">
              <w:rPr>
                <w:sz w:val="24"/>
              </w:rPr>
              <w:t>2.14.Я3.1</w:t>
            </w:r>
          </w:p>
        </w:tc>
        <w:tc>
          <w:tcPr>
            <w:tcW w:w="0" w:type="auto"/>
            <w:vAlign w:val="center"/>
          </w:tcPr>
          <w:p w14:paraId="1606DB05" w14:textId="77777777" w:rsidR="00F12170" w:rsidRPr="007911BE" w:rsidRDefault="00000000">
            <w:pPr>
              <w:ind w:firstLine="0"/>
              <w:jc w:val="left"/>
              <w:rPr>
                <w:lang w:val="ru-RU"/>
              </w:rPr>
            </w:pPr>
            <w:r w:rsidRPr="007911BE">
              <w:rPr>
                <w:sz w:val="24"/>
                <w:lang w:val="ru-RU"/>
              </w:rPr>
              <w:t xml:space="preserve">Охват граждан репродуктивного возраста (18–49 лет) диспансеризацией с целью </w:t>
            </w:r>
            <w:proofErr w:type="spellStart"/>
            <w:r w:rsidRPr="007911BE">
              <w:rPr>
                <w:sz w:val="24"/>
                <w:lang w:val="ru-RU"/>
              </w:rPr>
              <w:t>оце</w:t>
            </w:r>
            <w:proofErr w:type="spellEnd"/>
            <w:r w:rsidRPr="007911BE">
              <w:rPr>
                <w:sz w:val="24"/>
                <w:lang w:val="ru-RU"/>
              </w:rPr>
              <w:t>…</w:t>
            </w:r>
          </w:p>
        </w:tc>
        <w:tc>
          <w:tcPr>
            <w:tcW w:w="0" w:type="auto"/>
            <w:vAlign w:val="center"/>
          </w:tcPr>
          <w:p w14:paraId="200D03F1" w14:textId="77777777" w:rsidR="00F12170" w:rsidRPr="007911BE" w:rsidRDefault="00000000" w:rsidP="00B408C8">
            <w:pPr>
              <w:ind w:firstLine="0"/>
              <w:jc w:val="center"/>
            </w:pPr>
            <w:r w:rsidRPr="007911BE">
              <w:rPr>
                <w:sz w:val="24"/>
              </w:rPr>
              <w:t>1290</w:t>
            </w:r>
          </w:p>
        </w:tc>
        <w:tc>
          <w:tcPr>
            <w:tcW w:w="0" w:type="auto"/>
            <w:vAlign w:val="center"/>
          </w:tcPr>
          <w:p w14:paraId="2E5D0613" w14:textId="77777777" w:rsidR="00F12170" w:rsidRPr="007911BE" w:rsidRDefault="00000000" w:rsidP="00B408C8">
            <w:pPr>
              <w:ind w:firstLine="0"/>
              <w:jc w:val="center"/>
            </w:pPr>
            <w:r w:rsidRPr="007911BE">
              <w:rPr>
                <w:sz w:val="24"/>
              </w:rPr>
              <w:t>85</w:t>
            </w:r>
          </w:p>
        </w:tc>
        <w:tc>
          <w:tcPr>
            <w:tcW w:w="0" w:type="auto"/>
            <w:vAlign w:val="center"/>
          </w:tcPr>
          <w:p w14:paraId="41BED25B" w14:textId="77777777" w:rsidR="00F12170" w:rsidRPr="007911BE" w:rsidRDefault="00000000" w:rsidP="00B408C8">
            <w:pPr>
              <w:ind w:firstLine="0"/>
              <w:jc w:val="center"/>
            </w:pPr>
            <w:r w:rsidRPr="007911BE">
              <w:rPr>
                <w:sz w:val="24"/>
              </w:rPr>
              <w:t>2</w:t>
            </w:r>
          </w:p>
        </w:tc>
        <w:tc>
          <w:tcPr>
            <w:tcW w:w="0" w:type="auto"/>
            <w:vAlign w:val="center"/>
          </w:tcPr>
          <w:p w14:paraId="5098C386" w14:textId="77777777" w:rsidR="00F12170" w:rsidRPr="007911BE" w:rsidRDefault="00000000" w:rsidP="00B408C8">
            <w:pPr>
              <w:ind w:firstLine="0"/>
              <w:jc w:val="center"/>
            </w:pPr>
            <w:proofErr w:type="spellStart"/>
            <w:r w:rsidRPr="007911BE">
              <w:rPr>
                <w:sz w:val="24"/>
              </w:rPr>
              <w:t>месяц</w:t>
            </w:r>
            <w:proofErr w:type="spellEnd"/>
          </w:p>
        </w:tc>
      </w:tr>
      <w:tr w:rsidR="00F12170" w:rsidRPr="007911BE" w14:paraId="3D93862C" w14:textId="77777777" w:rsidTr="00B408C8">
        <w:trPr>
          <w:jc w:val="center"/>
        </w:trPr>
        <w:tc>
          <w:tcPr>
            <w:tcW w:w="0" w:type="auto"/>
            <w:vAlign w:val="center"/>
          </w:tcPr>
          <w:p w14:paraId="69D9E861" w14:textId="77777777" w:rsidR="00F12170" w:rsidRPr="007911BE" w:rsidRDefault="00000000">
            <w:pPr>
              <w:ind w:firstLine="0"/>
              <w:jc w:val="left"/>
            </w:pPr>
            <w:r w:rsidRPr="007911BE">
              <w:rPr>
                <w:sz w:val="24"/>
              </w:rPr>
              <w:t>2.14.Я3.2</w:t>
            </w:r>
          </w:p>
        </w:tc>
        <w:tc>
          <w:tcPr>
            <w:tcW w:w="0" w:type="auto"/>
            <w:vAlign w:val="center"/>
          </w:tcPr>
          <w:p w14:paraId="67B4B4F7" w14:textId="77777777" w:rsidR="00F12170" w:rsidRPr="007911BE" w:rsidRDefault="00000000">
            <w:pPr>
              <w:ind w:firstLine="0"/>
              <w:jc w:val="left"/>
              <w:rPr>
                <w:lang w:val="ru-RU"/>
              </w:rPr>
            </w:pPr>
            <w:r w:rsidRPr="007911BE">
              <w:rPr>
                <w:sz w:val="24"/>
                <w:lang w:val="ru-RU"/>
              </w:rPr>
              <w:t>Доля женщин, проживающих в сельской местности, поселках городского типа и малых…</w:t>
            </w:r>
          </w:p>
        </w:tc>
        <w:tc>
          <w:tcPr>
            <w:tcW w:w="0" w:type="auto"/>
            <w:vAlign w:val="center"/>
          </w:tcPr>
          <w:p w14:paraId="1A8F5EDE" w14:textId="77777777" w:rsidR="00F12170" w:rsidRPr="007911BE" w:rsidRDefault="00000000" w:rsidP="00B408C8">
            <w:pPr>
              <w:ind w:firstLine="0"/>
              <w:jc w:val="center"/>
            </w:pPr>
            <w:r w:rsidRPr="007911BE">
              <w:rPr>
                <w:sz w:val="24"/>
              </w:rPr>
              <w:t>1376</w:t>
            </w:r>
          </w:p>
        </w:tc>
        <w:tc>
          <w:tcPr>
            <w:tcW w:w="0" w:type="auto"/>
            <w:vAlign w:val="center"/>
          </w:tcPr>
          <w:p w14:paraId="09373D26" w14:textId="77777777" w:rsidR="00F12170" w:rsidRPr="007911BE" w:rsidRDefault="00000000" w:rsidP="00B408C8">
            <w:pPr>
              <w:ind w:firstLine="0"/>
              <w:jc w:val="center"/>
            </w:pPr>
            <w:r w:rsidRPr="007911BE">
              <w:rPr>
                <w:sz w:val="24"/>
              </w:rPr>
              <w:t>85</w:t>
            </w:r>
          </w:p>
        </w:tc>
        <w:tc>
          <w:tcPr>
            <w:tcW w:w="0" w:type="auto"/>
            <w:vAlign w:val="center"/>
          </w:tcPr>
          <w:p w14:paraId="27318DC2" w14:textId="77777777" w:rsidR="00F12170" w:rsidRPr="007911BE" w:rsidRDefault="00000000" w:rsidP="00B408C8">
            <w:pPr>
              <w:ind w:firstLine="0"/>
              <w:jc w:val="center"/>
            </w:pPr>
            <w:r w:rsidRPr="007911BE">
              <w:rPr>
                <w:sz w:val="24"/>
              </w:rPr>
              <w:t>3</w:t>
            </w:r>
          </w:p>
        </w:tc>
        <w:tc>
          <w:tcPr>
            <w:tcW w:w="0" w:type="auto"/>
            <w:vAlign w:val="center"/>
          </w:tcPr>
          <w:p w14:paraId="331812BC" w14:textId="77777777" w:rsidR="00F12170" w:rsidRPr="007911BE" w:rsidRDefault="00000000" w:rsidP="00B408C8">
            <w:pPr>
              <w:ind w:firstLine="0"/>
              <w:jc w:val="center"/>
            </w:pPr>
            <w:proofErr w:type="spellStart"/>
            <w:r w:rsidRPr="007911BE">
              <w:rPr>
                <w:sz w:val="24"/>
              </w:rPr>
              <w:t>год</w:t>
            </w:r>
            <w:proofErr w:type="spellEnd"/>
            <w:r w:rsidRPr="007911BE">
              <w:rPr>
                <w:sz w:val="24"/>
              </w:rPr>
              <w:t xml:space="preserve">; </w:t>
            </w:r>
            <w:proofErr w:type="spellStart"/>
            <w:r w:rsidRPr="007911BE">
              <w:rPr>
                <w:sz w:val="24"/>
              </w:rPr>
              <w:t>месяц</w:t>
            </w:r>
            <w:proofErr w:type="spellEnd"/>
          </w:p>
        </w:tc>
      </w:tr>
      <w:tr w:rsidR="00F12170" w:rsidRPr="007911BE" w14:paraId="1DE0F682" w14:textId="77777777" w:rsidTr="00B408C8">
        <w:trPr>
          <w:jc w:val="center"/>
        </w:trPr>
        <w:tc>
          <w:tcPr>
            <w:tcW w:w="0" w:type="auto"/>
            <w:vAlign w:val="center"/>
          </w:tcPr>
          <w:p w14:paraId="5F8F1196" w14:textId="77777777" w:rsidR="00F12170" w:rsidRPr="007911BE" w:rsidRDefault="00000000">
            <w:pPr>
              <w:ind w:firstLine="0"/>
              <w:jc w:val="left"/>
            </w:pPr>
            <w:r w:rsidRPr="007911BE">
              <w:rPr>
                <w:sz w:val="24"/>
              </w:rPr>
              <w:t>2.14.Я.1</w:t>
            </w:r>
          </w:p>
        </w:tc>
        <w:tc>
          <w:tcPr>
            <w:tcW w:w="0" w:type="auto"/>
            <w:vAlign w:val="center"/>
          </w:tcPr>
          <w:p w14:paraId="0EA28BE6" w14:textId="77777777" w:rsidR="00F12170" w:rsidRPr="007911BE" w:rsidRDefault="00000000">
            <w:pPr>
              <w:ind w:firstLine="0"/>
              <w:jc w:val="left"/>
              <w:rPr>
                <w:lang w:val="ru-RU"/>
              </w:rPr>
            </w:pPr>
            <w:r w:rsidRPr="007911BE">
              <w:rPr>
                <w:sz w:val="24"/>
                <w:lang w:val="ru-RU"/>
              </w:rPr>
              <w:t>Уровень бедности среди многодетных семей</w:t>
            </w:r>
          </w:p>
        </w:tc>
        <w:tc>
          <w:tcPr>
            <w:tcW w:w="0" w:type="auto"/>
            <w:vAlign w:val="center"/>
          </w:tcPr>
          <w:p w14:paraId="0CDDB952" w14:textId="77777777" w:rsidR="00F12170" w:rsidRPr="007911BE" w:rsidRDefault="00000000" w:rsidP="00B408C8">
            <w:pPr>
              <w:ind w:firstLine="0"/>
              <w:jc w:val="center"/>
            </w:pPr>
            <w:r w:rsidRPr="007911BE">
              <w:rPr>
                <w:sz w:val="24"/>
              </w:rPr>
              <w:t>89</w:t>
            </w:r>
          </w:p>
        </w:tc>
        <w:tc>
          <w:tcPr>
            <w:tcW w:w="0" w:type="auto"/>
            <w:vAlign w:val="center"/>
          </w:tcPr>
          <w:p w14:paraId="311B2C32" w14:textId="77777777" w:rsidR="00F12170" w:rsidRPr="007911BE" w:rsidRDefault="00000000" w:rsidP="00B408C8">
            <w:pPr>
              <w:ind w:firstLine="0"/>
              <w:jc w:val="center"/>
            </w:pPr>
            <w:r w:rsidRPr="007911BE">
              <w:rPr>
                <w:sz w:val="24"/>
              </w:rPr>
              <w:t>85</w:t>
            </w:r>
          </w:p>
        </w:tc>
        <w:tc>
          <w:tcPr>
            <w:tcW w:w="0" w:type="auto"/>
            <w:vAlign w:val="center"/>
          </w:tcPr>
          <w:p w14:paraId="7A7B56D9" w14:textId="77777777" w:rsidR="00F12170" w:rsidRPr="007911BE" w:rsidRDefault="00000000" w:rsidP="00B408C8">
            <w:pPr>
              <w:ind w:firstLine="0"/>
              <w:jc w:val="center"/>
            </w:pPr>
            <w:r w:rsidRPr="007911BE">
              <w:rPr>
                <w:sz w:val="24"/>
              </w:rPr>
              <w:t>1</w:t>
            </w:r>
          </w:p>
        </w:tc>
        <w:tc>
          <w:tcPr>
            <w:tcW w:w="0" w:type="auto"/>
            <w:vAlign w:val="center"/>
          </w:tcPr>
          <w:p w14:paraId="68BFB71E" w14:textId="77777777" w:rsidR="00F12170" w:rsidRPr="007911BE" w:rsidRDefault="00000000" w:rsidP="00B408C8">
            <w:pPr>
              <w:ind w:firstLine="0"/>
              <w:jc w:val="center"/>
            </w:pPr>
            <w:proofErr w:type="spellStart"/>
            <w:r w:rsidRPr="007911BE">
              <w:rPr>
                <w:sz w:val="24"/>
              </w:rPr>
              <w:t>год</w:t>
            </w:r>
            <w:proofErr w:type="spellEnd"/>
          </w:p>
        </w:tc>
      </w:tr>
      <w:tr w:rsidR="00F12170" w:rsidRPr="007911BE" w14:paraId="4CE8B51F" w14:textId="77777777" w:rsidTr="00B408C8">
        <w:trPr>
          <w:jc w:val="center"/>
        </w:trPr>
        <w:tc>
          <w:tcPr>
            <w:tcW w:w="0" w:type="auto"/>
            <w:vAlign w:val="center"/>
          </w:tcPr>
          <w:p w14:paraId="5A5D8F53" w14:textId="77777777" w:rsidR="00F12170" w:rsidRPr="007911BE" w:rsidRDefault="00000000">
            <w:pPr>
              <w:ind w:firstLine="0"/>
              <w:jc w:val="left"/>
            </w:pPr>
            <w:r w:rsidRPr="007911BE">
              <w:rPr>
                <w:sz w:val="24"/>
              </w:rPr>
              <w:t>2.14.Я.3</w:t>
            </w:r>
          </w:p>
        </w:tc>
        <w:tc>
          <w:tcPr>
            <w:tcW w:w="0" w:type="auto"/>
            <w:vAlign w:val="center"/>
          </w:tcPr>
          <w:p w14:paraId="52504289" w14:textId="77777777" w:rsidR="00F12170" w:rsidRPr="007911BE" w:rsidRDefault="00000000">
            <w:pPr>
              <w:ind w:firstLine="0"/>
              <w:jc w:val="left"/>
              <w:rPr>
                <w:lang w:val="ru-RU"/>
              </w:rPr>
            </w:pPr>
            <w:r w:rsidRPr="007911BE">
              <w:rPr>
                <w:sz w:val="24"/>
                <w:lang w:val="ru-RU"/>
              </w:rPr>
              <w:t xml:space="preserve">Суммарный коэффициент рождаемости третьих и </w:t>
            </w:r>
            <w:r w:rsidRPr="007911BE">
              <w:rPr>
                <w:sz w:val="24"/>
                <w:lang w:val="ru-RU"/>
              </w:rPr>
              <w:lastRenderedPageBreak/>
              <w:t>последующих детей (Я2)</w:t>
            </w:r>
          </w:p>
        </w:tc>
        <w:tc>
          <w:tcPr>
            <w:tcW w:w="0" w:type="auto"/>
            <w:vAlign w:val="center"/>
          </w:tcPr>
          <w:p w14:paraId="6C15645F" w14:textId="77777777" w:rsidR="00F12170" w:rsidRPr="007911BE" w:rsidRDefault="00000000" w:rsidP="00B408C8">
            <w:pPr>
              <w:ind w:firstLine="0"/>
              <w:jc w:val="center"/>
            </w:pPr>
            <w:r w:rsidRPr="007911BE">
              <w:rPr>
                <w:sz w:val="24"/>
              </w:rPr>
              <w:lastRenderedPageBreak/>
              <w:t>1536</w:t>
            </w:r>
          </w:p>
        </w:tc>
        <w:tc>
          <w:tcPr>
            <w:tcW w:w="0" w:type="auto"/>
            <w:vAlign w:val="center"/>
          </w:tcPr>
          <w:p w14:paraId="0BB89237" w14:textId="77777777" w:rsidR="00F12170" w:rsidRPr="007911BE" w:rsidRDefault="00000000" w:rsidP="00B408C8">
            <w:pPr>
              <w:ind w:firstLine="0"/>
              <w:jc w:val="center"/>
            </w:pPr>
            <w:r w:rsidRPr="007911BE">
              <w:rPr>
                <w:sz w:val="24"/>
              </w:rPr>
              <w:t>85</w:t>
            </w:r>
          </w:p>
        </w:tc>
        <w:tc>
          <w:tcPr>
            <w:tcW w:w="0" w:type="auto"/>
            <w:vAlign w:val="center"/>
          </w:tcPr>
          <w:p w14:paraId="42CE0BA4" w14:textId="77777777" w:rsidR="00F12170" w:rsidRPr="007911BE" w:rsidRDefault="00000000" w:rsidP="00B408C8">
            <w:pPr>
              <w:ind w:firstLine="0"/>
              <w:jc w:val="center"/>
            </w:pPr>
            <w:r w:rsidRPr="007911BE">
              <w:rPr>
                <w:sz w:val="24"/>
              </w:rPr>
              <w:t>2</w:t>
            </w:r>
          </w:p>
        </w:tc>
        <w:tc>
          <w:tcPr>
            <w:tcW w:w="0" w:type="auto"/>
            <w:vAlign w:val="center"/>
          </w:tcPr>
          <w:p w14:paraId="75A16D3D" w14:textId="77777777" w:rsidR="00F12170" w:rsidRPr="007911BE" w:rsidRDefault="00000000" w:rsidP="00B408C8">
            <w:pPr>
              <w:ind w:firstLine="0"/>
              <w:jc w:val="center"/>
            </w:pPr>
            <w:proofErr w:type="spellStart"/>
            <w:r w:rsidRPr="007911BE">
              <w:rPr>
                <w:sz w:val="24"/>
              </w:rPr>
              <w:t>год</w:t>
            </w:r>
            <w:proofErr w:type="spellEnd"/>
            <w:r w:rsidRPr="007911BE">
              <w:rPr>
                <w:sz w:val="24"/>
              </w:rPr>
              <w:t xml:space="preserve">; </w:t>
            </w:r>
            <w:proofErr w:type="spellStart"/>
            <w:r w:rsidRPr="007911BE">
              <w:rPr>
                <w:sz w:val="24"/>
              </w:rPr>
              <w:t>месяц</w:t>
            </w:r>
            <w:proofErr w:type="spellEnd"/>
          </w:p>
        </w:tc>
      </w:tr>
      <w:tr w:rsidR="00F12170" w:rsidRPr="007911BE" w14:paraId="494FDBA6" w14:textId="77777777" w:rsidTr="00B408C8">
        <w:trPr>
          <w:jc w:val="center"/>
        </w:trPr>
        <w:tc>
          <w:tcPr>
            <w:tcW w:w="0" w:type="auto"/>
            <w:vAlign w:val="center"/>
          </w:tcPr>
          <w:p w14:paraId="167938C3" w14:textId="77777777" w:rsidR="00F12170" w:rsidRPr="007911BE" w:rsidRDefault="00000000">
            <w:pPr>
              <w:ind w:firstLine="0"/>
              <w:jc w:val="left"/>
            </w:pPr>
            <w:r w:rsidRPr="007911BE">
              <w:rPr>
                <w:sz w:val="24"/>
              </w:rPr>
              <w:t>2.14.Я.2</w:t>
            </w:r>
          </w:p>
        </w:tc>
        <w:tc>
          <w:tcPr>
            <w:tcW w:w="0" w:type="auto"/>
            <w:vAlign w:val="center"/>
          </w:tcPr>
          <w:p w14:paraId="438343CB" w14:textId="77777777" w:rsidR="00F12170" w:rsidRPr="007911BE" w:rsidRDefault="00000000">
            <w:pPr>
              <w:ind w:firstLine="0"/>
              <w:jc w:val="left"/>
            </w:pPr>
            <w:proofErr w:type="spellStart"/>
            <w:r w:rsidRPr="007911BE">
              <w:rPr>
                <w:sz w:val="24"/>
              </w:rPr>
              <w:t>Суммарный</w:t>
            </w:r>
            <w:proofErr w:type="spellEnd"/>
            <w:r w:rsidRPr="007911BE">
              <w:rPr>
                <w:sz w:val="24"/>
              </w:rPr>
              <w:t xml:space="preserve"> </w:t>
            </w:r>
            <w:proofErr w:type="spellStart"/>
            <w:r w:rsidRPr="007911BE">
              <w:rPr>
                <w:sz w:val="24"/>
              </w:rPr>
              <w:t>коэффициент</w:t>
            </w:r>
            <w:proofErr w:type="spellEnd"/>
            <w:r w:rsidRPr="007911BE">
              <w:rPr>
                <w:sz w:val="24"/>
              </w:rPr>
              <w:t xml:space="preserve"> </w:t>
            </w:r>
            <w:proofErr w:type="spellStart"/>
            <w:r w:rsidRPr="007911BE">
              <w:rPr>
                <w:sz w:val="24"/>
              </w:rPr>
              <w:t>рождаемости</w:t>
            </w:r>
            <w:proofErr w:type="spellEnd"/>
            <w:r w:rsidRPr="007911BE">
              <w:rPr>
                <w:sz w:val="24"/>
              </w:rPr>
              <w:t xml:space="preserve"> (Я1)</w:t>
            </w:r>
          </w:p>
        </w:tc>
        <w:tc>
          <w:tcPr>
            <w:tcW w:w="0" w:type="auto"/>
            <w:vAlign w:val="center"/>
          </w:tcPr>
          <w:p w14:paraId="1DCC8A01" w14:textId="77777777" w:rsidR="00F12170" w:rsidRPr="007911BE" w:rsidRDefault="00000000" w:rsidP="00B408C8">
            <w:pPr>
              <w:ind w:firstLine="0"/>
              <w:jc w:val="center"/>
            </w:pPr>
            <w:r w:rsidRPr="007911BE">
              <w:rPr>
                <w:sz w:val="24"/>
              </w:rPr>
              <w:t>1536</w:t>
            </w:r>
          </w:p>
        </w:tc>
        <w:tc>
          <w:tcPr>
            <w:tcW w:w="0" w:type="auto"/>
            <w:vAlign w:val="center"/>
          </w:tcPr>
          <w:p w14:paraId="4AD7183D" w14:textId="77777777" w:rsidR="00F12170" w:rsidRPr="007911BE" w:rsidRDefault="00000000" w:rsidP="00B408C8">
            <w:pPr>
              <w:ind w:firstLine="0"/>
              <w:jc w:val="center"/>
            </w:pPr>
            <w:r w:rsidRPr="007911BE">
              <w:rPr>
                <w:sz w:val="24"/>
              </w:rPr>
              <w:t>85</w:t>
            </w:r>
          </w:p>
        </w:tc>
        <w:tc>
          <w:tcPr>
            <w:tcW w:w="0" w:type="auto"/>
            <w:vAlign w:val="center"/>
          </w:tcPr>
          <w:p w14:paraId="38C9A7C3" w14:textId="77777777" w:rsidR="00F12170" w:rsidRPr="007911BE" w:rsidRDefault="00000000" w:rsidP="00B408C8">
            <w:pPr>
              <w:ind w:firstLine="0"/>
              <w:jc w:val="center"/>
            </w:pPr>
            <w:r w:rsidRPr="007911BE">
              <w:rPr>
                <w:sz w:val="24"/>
              </w:rPr>
              <w:t>2</w:t>
            </w:r>
          </w:p>
        </w:tc>
        <w:tc>
          <w:tcPr>
            <w:tcW w:w="0" w:type="auto"/>
            <w:vAlign w:val="center"/>
          </w:tcPr>
          <w:p w14:paraId="2B35C83F" w14:textId="77777777" w:rsidR="00F12170" w:rsidRPr="007911BE" w:rsidRDefault="00000000" w:rsidP="00B408C8">
            <w:pPr>
              <w:ind w:firstLine="0"/>
              <w:jc w:val="center"/>
            </w:pPr>
            <w:proofErr w:type="spellStart"/>
            <w:r w:rsidRPr="007911BE">
              <w:rPr>
                <w:sz w:val="24"/>
              </w:rPr>
              <w:t>год</w:t>
            </w:r>
            <w:proofErr w:type="spellEnd"/>
            <w:r w:rsidRPr="007911BE">
              <w:rPr>
                <w:sz w:val="24"/>
              </w:rPr>
              <w:t xml:space="preserve">; </w:t>
            </w:r>
            <w:proofErr w:type="spellStart"/>
            <w:r w:rsidRPr="007911BE">
              <w:rPr>
                <w:sz w:val="24"/>
              </w:rPr>
              <w:t>месяц</w:t>
            </w:r>
            <w:proofErr w:type="spellEnd"/>
          </w:p>
        </w:tc>
      </w:tr>
      <w:tr w:rsidR="00F12170" w:rsidRPr="00A27575" w14:paraId="618A7059" w14:textId="77777777" w:rsidTr="00B408C8">
        <w:trPr>
          <w:jc w:val="center"/>
        </w:trPr>
        <w:tc>
          <w:tcPr>
            <w:tcW w:w="0" w:type="auto"/>
            <w:vAlign w:val="center"/>
          </w:tcPr>
          <w:p w14:paraId="17AA4314" w14:textId="77777777" w:rsidR="00F12170" w:rsidRPr="007911BE" w:rsidRDefault="00000000">
            <w:pPr>
              <w:ind w:firstLine="0"/>
              <w:jc w:val="left"/>
            </w:pPr>
            <w:r w:rsidRPr="007911BE">
              <w:rPr>
                <w:sz w:val="24"/>
              </w:rPr>
              <w:t>2.14.Я3.3</w:t>
            </w:r>
          </w:p>
        </w:tc>
        <w:tc>
          <w:tcPr>
            <w:tcW w:w="0" w:type="auto"/>
            <w:vAlign w:val="center"/>
          </w:tcPr>
          <w:p w14:paraId="79DC0C96" w14:textId="77777777" w:rsidR="00F12170" w:rsidRPr="007911BE" w:rsidRDefault="00000000">
            <w:pPr>
              <w:ind w:firstLine="0"/>
              <w:jc w:val="left"/>
            </w:pPr>
            <w:proofErr w:type="spellStart"/>
            <w:r w:rsidRPr="007911BE">
              <w:rPr>
                <w:sz w:val="24"/>
              </w:rPr>
              <w:t>Младенческая</w:t>
            </w:r>
            <w:proofErr w:type="spellEnd"/>
            <w:r w:rsidRPr="007911BE">
              <w:rPr>
                <w:sz w:val="24"/>
              </w:rPr>
              <w:t xml:space="preserve"> </w:t>
            </w:r>
            <w:proofErr w:type="spellStart"/>
            <w:r w:rsidRPr="007911BE">
              <w:rPr>
                <w:sz w:val="24"/>
              </w:rPr>
              <w:t>смертность</w:t>
            </w:r>
            <w:proofErr w:type="spellEnd"/>
          </w:p>
        </w:tc>
        <w:tc>
          <w:tcPr>
            <w:tcW w:w="0" w:type="auto"/>
            <w:vAlign w:val="center"/>
          </w:tcPr>
          <w:p w14:paraId="09DBCAC9" w14:textId="77777777" w:rsidR="00F12170" w:rsidRPr="007911BE" w:rsidRDefault="00000000" w:rsidP="00B408C8">
            <w:pPr>
              <w:ind w:firstLine="0"/>
              <w:jc w:val="center"/>
            </w:pPr>
            <w:r w:rsidRPr="007911BE">
              <w:rPr>
                <w:sz w:val="24"/>
              </w:rPr>
              <w:t>7317</w:t>
            </w:r>
          </w:p>
        </w:tc>
        <w:tc>
          <w:tcPr>
            <w:tcW w:w="0" w:type="auto"/>
            <w:vAlign w:val="center"/>
          </w:tcPr>
          <w:p w14:paraId="4FFF30E6" w14:textId="77777777" w:rsidR="00F12170" w:rsidRPr="007911BE" w:rsidRDefault="00000000" w:rsidP="00B408C8">
            <w:pPr>
              <w:ind w:firstLine="0"/>
              <w:jc w:val="center"/>
            </w:pPr>
            <w:r w:rsidRPr="007911BE">
              <w:rPr>
                <w:sz w:val="24"/>
              </w:rPr>
              <w:t>85</w:t>
            </w:r>
          </w:p>
        </w:tc>
        <w:tc>
          <w:tcPr>
            <w:tcW w:w="0" w:type="auto"/>
            <w:vAlign w:val="center"/>
          </w:tcPr>
          <w:p w14:paraId="0C03C405" w14:textId="77777777" w:rsidR="00F12170" w:rsidRPr="007911BE" w:rsidRDefault="00000000" w:rsidP="00B408C8">
            <w:pPr>
              <w:ind w:firstLine="0"/>
              <w:jc w:val="center"/>
            </w:pPr>
            <w:r w:rsidRPr="007911BE">
              <w:rPr>
                <w:sz w:val="24"/>
              </w:rPr>
              <w:t>15</w:t>
            </w:r>
          </w:p>
        </w:tc>
        <w:tc>
          <w:tcPr>
            <w:tcW w:w="0" w:type="auto"/>
            <w:vAlign w:val="center"/>
          </w:tcPr>
          <w:p w14:paraId="0783ACD7" w14:textId="77777777" w:rsidR="00F12170" w:rsidRPr="007911BE" w:rsidRDefault="00000000" w:rsidP="00B408C8">
            <w:pPr>
              <w:ind w:firstLine="0"/>
              <w:jc w:val="center"/>
              <w:rPr>
                <w:lang w:val="ru-RU"/>
              </w:rPr>
            </w:pPr>
            <w:r w:rsidRPr="007911BE">
              <w:rPr>
                <w:sz w:val="24"/>
                <w:lang w:val="ru-RU"/>
              </w:rPr>
              <w:t xml:space="preserve">год; месяц; </w:t>
            </w:r>
            <w:proofErr w:type="spellStart"/>
            <w:r w:rsidRPr="007911BE">
              <w:rPr>
                <w:sz w:val="24"/>
                <w:lang w:val="ru-RU"/>
              </w:rPr>
              <w:t>накопительно</w:t>
            </w:r>
            <w:proofErr w:type="spellEnd"/>
            <w:r w:rsidRPr="007911BE">
              <w:rPr>
                <w:sz w:val="24"/>
                <w:lang w:val="ru-RU"/>
              </w:rPr>
              <w:t xml:space="preserve"> с января</w:t>
            </w:r>
          </w:p>
        </w:tc>
      </w:tr>
      <w:tr w:rsidR="00F12170" w:rsidRPr="007911BE" w14:paraId="05EBAFA3" w14:textId="77777777" w:rsidTr="00B408C8">
        <w:trPr>
          <w:jc w:val="center"/>
        </w:trPr>
        <w:tc>
          <w:tcPr>
            <w:tcW w:w="0" w:type="auto"/>
            <w:vAlign w:val="center"/>
          </w:tcPr>
          <w:p w14:paraId="1704E1AC" w14:textId="77777777" w:rsidR="00F12170" w:rsidRPr="007911BE" w:rsidRDefault="00000000">
            <w:pPr>
              <w:ind w:firstLine="0"/>
              <w:jc w:val="left"/>
            </w:pPr>
            <w:r w:rsidRPr="007911BE">
              <w:rPr>
                <w:sz w:val="24"/>
              </w:rPr>
              <w:t>2.14.Я1.2</w:t>
            </w:r>
          </w:p>
        </w:tc>
        <w:tc>
          <w:tcPr>
            <w:tcW w:w="0" w:type="auto"/>
            <w:vAlign w:val="center"/>
          </w:tcPr>
          <w:p w14:paraId="31524712" w14:textId="77777777" w:rsidR="00F12170" w:rsidRPr="007911BE" w:rsidRDefault="00000000">
            <w:pPr>
              <w:ind w:firstLine="0"/>
              <w:jc w:val="left"/>
              <w:rPr>
                <w:lang w:val="ru-RU"/>
              </w:rPr>
            </w:pPr>
            <w:r w:rsidRPr="007911BE">
              <w:rPr>
                <w:sz w:val="24"/>
                <w:lang w:val="ru-RU"/>
              </w:rPr>
              <w:t>Доля семей с детьми, получивших меры социальной поддержки на детей на основании…</w:t>
            </w:r>
          </w:p>
        </w:tc>
        <w:tc>
          <w:tcPr>
            <w:tcW w:w="0" w:type="auto"/>
            <w:vAlign w:val="center"/>
          </w:tcPr>
          <w:p w14:paraId="3C7D513C" w14:textId="77777777" w:rsidR="00F12170" w:rsidRPr="007911BE" w:rsidRDefault="00000000" w:rsidP="00B408C8">
            <w:pPr>
              <w:ind w:firstLine="0"/>
              <w:jc w:val="center"/>
            </w:pPr>
            <w:r w:rsidRPr="007911BE">
              <w:rPr>
                <w:sz w:val="24"/>
              </w:rPr>
              <w:t>16</w:t>
            </w:r>
          </w:p>
        </w:tc>
        <w:tc>
          <w:tcPr>
            <w:tcW w:w="0" w:type="auto"/>
            <w:vAlign w:val="center"/>
          </w:tcPr>
          <w:p w14:paraId="2EA24084" w14:textId="77777777" w:rsidR="00F12170" w:rsidRPr="007911BE" w:rsidRDefault="00000000" w:rsidP="00B408C8">
            <w:pPr>
              <w:ind w:firstLine="0"/>
              <w:jc w:val="center"/>
            </w:pPr>
            <w:r w:rsidRPr="007911BE">
              <w:rPr>
                <w:sz w:val="24"/>
              </w:rPr>
              <w:t>0</w:t>
            </w:r>
          </w:p>
        </w:tc>
        <w:tc>
          <w:tcPr>
            <w:tcW w:w="0" w:type="auto"/>
            <w:vAlign w:val="center"/>
          </w:tcPr>
          <w:p w14:paraId="2191DA00" w14:textId="77777777" w:rsidR="00F12170" w:rsidRPr="007911BE" w:rsidRDefault="00000000" w:rsidP="00B408C8">
            <w:pPr>
              <w:ind w:firstLine="0"/>
              <w:jc w:val="center"/>
            </w:pPr>
            <w:r w:rsidRPr="007911BE">
              <w:rPr>
                <w:sz w:val="24"/>
              </w:rPr>
              <w:t>0</w:t>
            </w:r>
          </w:p>
        </w:tc>
        <w:tc>
          <w:tcPr>
            <w:tcW w:w="0" w:type="auto"/>
            <w:vAlign w:val="center"/>
          </w:tcPr>
          <w:p w14:paraId="736507DD" w14:textId="77777777" w:rsidR="00F12170" w:rsidRPr="007911BE" w:rsidRDefault="00000000" w:rsidP="00B408C8">
            <w:pPr>
              <w:ind w:firstLine="0"/>
              <w:jc w:val="center"/>
            </w:pPr>
            <w:proofErr w:type="spellStart"/>
            <w:r w:rsidRPr="007911BE">
              <w:rPr>
                <w:sz w:val="24"/>
              </w:rPr>
              <w:t>год</w:t>
            </w:r>
            <w:proofErr w:type="spellEnd"/>
            <w:r w:rsidRPr="007911BE">
              <w:rPr>
                <w:sz w:val="24"/>
              </w:rPr>
              <w:t xml:space="preserve">; </w:t>
            </w:r>
            <w:proofErr w:type="spellStart"/>
            <w:r w:rsidRPr="007911BE">
              <w:rPr>
                <w:sz w:val="24"/>
              </w:rPr>
              <w:t>месяц</w:t>
            </w:r>
            <w:proofErr w:type="spellEnd"/>
          </w:p>
        </w:tc>
      </w:tr>
      <w:tr w:rsidR="00F12170" w:rsidRPr="007911BE" w14:paraId="592CCB82" w14:textId="77777777" w:rsidTr="00B408C8">
        <w:trPr>
          <w:jc w:val="center"/>
        </w:trPr>
        <w:tc>
          <w:tcPr>
            <w:tcW w:w="0" w:type="auto"/>
            <w:vAlign w:val="center"/>
          </w:tcPr>
          <w:p w14:paraId="3DBDA78D" w14:textId="77777777" w:rsidR="00F12170" w:rsidRPr="007911BE" w:rsidRDefault="00000000">
            <w:pPr>
              <w:ind w:firstLine="0"/>
              <w:jc w:val="left"/>
            </w:pPr>
            <w:r w:rsidRPr="007911BE">
              <w:rPr>
                <w:sz w:val="24"/>
              </w:rPr>
              <w:t>2.14.Я.5</w:t>
            </w:r>
          </w:p>
        </w:tc>
        <w:tc>
          <w:tcPr>
            <w:tcW w:w="0" w:type="auto"/>
            <w:vAlign w:val="center"/>
          </w:tcPr>
          <w:p w14:paraId="2FD1B3ED" w14:textId="77777777" w:rsidR="00F12170" w:rsidRPr="007911BE" w:rsidRDefault="00000000">
            <w:pPr>
              <w:ind w:firstLine="0"/>
              <w:jc w:val="left"/>
              <w:rPr>
                <w:lang w:val="ru-RU"/>
              </w:rPr>
            </w:pPr>
            <w:r w:rsidRPr="007911BE">
              <w:rPr>
                <w:sz w:val="24"/>
                <w:lang w:val="ru-RU"/>
              </w:rPr>
              <w:t>Количество созданных центров воспроизведения аудиовизуального контента в малых …</w:t>
            </w:r>
          </w:p>
        </w:tc>
        <w:tc>
          <w:tcPr>
            <w:tcW w:w="0" w:type="auto"/>
            <w:vAlign w:val="center"/>
          </w:tcPr>
          <w:p w14:paraId="1AF04D90" w14:textId="77777777" w:rsidR="00F12170" w:rsidRPr="007911BE" w:rsidRDefault="00000000" w:rsidP="00B408C8">
            <w:pPr>
              <w:ind w:firstLine="0"/>
              <w:jc w:val="center"/>
            </w:pPr>
            <w:r w:rsidRPr="007911BE">
              <w:rPr>
                <w:sz w:val="24"/>
              </w:rPr>
              <w:t>15</w:t>
            </w:r>
          </w:p>
        </w:tc>
        <w:tc>
          <w:tcPr>
            <w:tcW w:w="0" w:type="auto"/>
            <w:vAlign w:val="center"/>
          </w:tcPr>
          <w:p w14:paraId="0FDC4536" w14:textId="77777777" w:rsidR="00F12170" w:rsidRPr="007911BE" w:rsidRDefault="00000000" w:rsidP="00B408C8">
            <w:pPr>
              <w:ind w:firstLine="0"/>
              <w:jc w:val="center"/>
            </w:pPr>
            <w:r w:rsidRPr="007911BE">
              <w:rPr>
                <w:sz w:val="24"/>
              </w:rPr>
              <w:t>0</w:t>
            </w:r>
          </w:p>
        </w:tc>
        <w:tc>
          <w:tcPr>
            <w:tcW w:w="0" w:type="auto"/>
            <w:vAlign w:val="center"/>
          </w:tcPr>
          <w:p w14:paraId="1057EF6D" w14:textId="77777777" w:rsidR="00F12170" w:rsidRPr="007911BE" w:rsidRDefault="00000000" w:rsidP="00B408C8">
            <w:pPr>
              <w:ind w:firstLine="0"/>
              <w:jc w:val="center"/>
            </w:pPr>
            <w:r w:rsidRPr="007911BE">
              <w:rPr>
                <w:sz w:val="24"/>
              </w:rPr>
              <w:t>0</w:t>
            </w:r>
          </w:p>
        </w:tc>
        <w:tc>
          <w:tcPr>
            <w:tcW w:w="0" w:type="auto"/>
            <w:vAlign w:val="center"/>
          </w:tcPr>
          <w:p w14:paraId="1888F507" w14:textId="77777777" w:rsidR="00F12170" w:rsidRPr="007911BE" w:rsidRDefault="00000000" w:rsidP="00B408C8">
            <w:pPr>
              <w:ind w:firstLine="0"/>
              <w:jc w:val="center"/>
            </w:pPr>
            <w:proofErr w:type="spellStart"/>
            <w:r w:rsidRPr="007911BE">
              <w:rPr>
                <w:sz w:val="24"/>
              </w:rPr>
              <w:t>месяц</w:t>
            </w:r>
            <w:proofErr w:type="spellEnd"/>
          </w:p>
        </w:tc>
      </w:tr>
      <w:tr w:rsidR="00F12170" w:rsidRPr="007911BE" w14:paraId="563F1F0D" w14:textId="77777777" w:rsidTr="00B408C8">
        <w:trPr>
          <w:jc w:val="center"/>
        </w:trPr>
        <w:tc>
          <w:tcPr>
            <w:tcW w:w="0" w:type="auto"/>
            <w:vAlign w:val="center"/>
          </w:tcPr>
          <w:p w14:paraId="26881C62" w14:textId="77777777" w:rsidR="00F12170" w:rsidRPr="007911BE" w:rsidRDefault="00000000">
            <w:pPr>
              <w:ind w:firstLine="0"/>
              <w:jc w:val="left"/>
            </w:pPr>
            <w:r w:rsidRPr="007911BE">
              <w:rPr>
                <w:sz w:val="24"/>
              </w:rPr>
              <w:t>2.14.Я1.3</w:t>
            </w:r>
          </w:p>
        </w:tc>
        <w:tc>
          <w:tcPr>
            <w:tcW w:w="0" w:type="auto"/>
            <w:vAlign w:val="center"/>
          </w:tcPr>
          <w:p w14:paraId="4EB5B37E" w14:textId="77777777" w:rsidR="00F12170" w:rsidRPr="007911BE" w:rsidRDefault="00000000">
            <w:pPr>
              <w:ind w:firstLine="0"/>
              <w:jc w:val="left"/>
              <w:rPr>
                <w:lang w:val="ru-RU"/>
              </w:rPr>
            </w:pPr>
            <w:r w:rsidRPr="007911BE">
              <w:rPr>
                <w:sz w:val="24"/>
                <w:lang w:val="ru-RU"/>
              </w:rPr>
              <w:t>Доля зданий дошкольных образовательных организаций, в которых проведен капиталь…</w:t>
            </w:r>
          </w:p>
        </w:tc>
        <w:tc>
          <w:tcPr>
            <w:tcW w:w="0" w:type="auto"/>
            <w:vAlign w:val="center"/>
          </w:tcPr>
          <w:p w14:paraId="2BB3C516" w14:textId="77777777" w:rsidR="00F12170" w:rsidRPr="007911BE" w:rsidRDefault="00000000" w:rsidP="00B408C8">
            <w:pPr>
              <w:ind w:firstLine="0"/>
              <w:jc w:val="center"/>
            </w:pPr>
            <w:r w:rsidRPr="007911BE">
              <w:rPr>
                <w:sz w:val="24"/>
              </w:rPr>
              <w:t>15</w:t>
            </w:r>
          </w:p>
        </w:tc>
        <w:tc>
          <w:tcPr>
            <w:tcW w:w="0" w:type="auto"/>
            <w:vAlign w:val="center"/>
          </w:tcPr>
          <w:p w14:paraId="2A9CAE71" w14:textId="77777777" w:rsidR="00F12170" w:rsidRPr="007911BE" w:rsidRDefault="00000000" w:rsidP="00B408C8">
            <w:pPr>
              <w:ind w:firstLine="0"/>
              <w:jc w:val="center"/>
            </w:pPr>
            <w:r w:rsidRPr="007911BE">
              <w:rPr>
                <w:sz w:val="24"/>
              </w:rPr>
              <w:t>0</w:t>
            </w:r>
          </w:p>
        </w:tc>
        <w:tc>
          <w:tcPr>
            <w:tcW w:w="0" w:type="auto"/>
            <w:vAlign w:val="center"/>
          </w:tcPr>
          <w:p w14:paraId="57DCE989" w14:textId="77777777" w:rsidR="00F12170" w:rsidRPr="007911BE" w:rsidRDefault="00000000" w:rsidP="00B408C8">
            <w:pPr>
              <w:ind w:firstLine="0"/>
              <w:jc w:val="center"/>
            </w:pPr>
            <w:r w:rsidRPr="007911BE">
              <w:rPr>
                <w:sz w:val="24"/>
              </w:rPr>
              <w:t>0</w:t>
            </w:r>
          </w:p>
        </w:tc>
        <w:tc>
          <w:tcPr>
            <w:tcW w:w="0" w:type="auto"/>
            <w:vAlign w:val="center"/>
          </w:tcPr>
          <w:p w14:paraId="50F8075B" w14:textId="77777777" w:rsidR="00F12170" w:rsidRPr="007911BE" w:rsidRDefault="00000000" w:rsidP="00B408C8">
            <w:pPr>
              <w:ind w:firstLine="0"/>
              <w:jc w:val="center"/>
            </w:pPr>
            <w:proofErr w:type="spellStart"/>
            <w:r w:rsidRPr="007911BE">
              <w:rPr>
                <w:sz w:val="24"/>
              </w:rPr>
              <w:t>месяц</w:t>
            </w:r>
            <w:proofErr w:type="spellEnd"/>
          </w:p>
        </w:tc>
      </w:tr>
      <w:tr w:rsidR="00F12170" w:rsidRPr="007911BE" w14:paraId="43778683" w14:textId="77777777" w:rsidTr="00B408C8">
        <w:trPr>
          <w:jc w:val="center"/>
        </w:trPr>
        <w:tc>
          <w:tcPr>
            <w:tcW w:w="0" w:type="auto"/>
            <w:vAlign w:val="center"/>
          </w:tcPr>
          <w:p w14:paraId="4E970C44" w14:textId="77777777" w:rsidR="00F12170" w:rsidRPr="007911BE" w:rsidRDefault="00000000">
            <w:pPr>
              <w:ind w:firstLine="0"/>
              <w:jc w:val="left"/>
            </w:pPr>
            <w:r w:rsidRPr="007911BE">
              <w:rPr>
                <w:sz w:val="24"/>
              </w:rPr>
              <w:t>2.14.Я2.4</w:t>
            </w:r>
          </w:p>
        </w:tc>
        <w:tc>
          <w:tcPr>
            <w:tcW w:w="0" w:type="auto"/>
            <w:vAlign w:val="center"/>
          </w:tcPr>
          <w:p w14:paraId="13BE5EAD" w14:textId="77777777" w:rsidR="00F12170" w:rsidRPr="007911BE" w:rsidRDefault="00000000">
            <w:pPr>
              <w:ind w:firstLine="0"/>
              <w:jc w:val="left"/>
              <w:rPr>
                <w:lang w:val="ru-RU"/>
              </w:rPr>
            </w:pPr>
            <w:r w:rsidRPr="007911BE">
              <w:rPr>
                <w:sz w:val="24"/>
                <w:lang w:val="ru-RU"/>
              </w:rPr>
              <w:t>Доля регионов, обеспечивших не ниже среднероссийских темпы повышения суммарного…</w:t>
            </w:r>
          </w:p>
        </w:tc>
        <w:tc>
          <w:tcPr>
            <w:tcW w:w="0" w:type="auto"/>
            <w:vAlign w:val="center"/>
          </w:tcPr>
          <w:p w14:paraId="0942E1C0" w14:textId="77777777" w:rsidR="00F12170" w:rsidRPr="007911BE" w:rsidRDefault="00000000" w:rsidP="00B408C8">
            <w:pPr>
              <w:ind w:firstLine="0"/>
              <w:jc w:val="center"/>
            </w:pPr>
            <w:r w:rsidRPr="007911BE">
              <w:rPr>
                <w:sz w:val="24"/>
              </w:rPr>
              <w:t>15</w:t>
            </w:r>
          </w:p>
        </w:tc>
        <w:tc>
          <w:tcPr>
            <w:tcW w:w="0" w:type="auto"/>
            <w:vAlign w:val="center"/>
          </w:tcPr>
          <w:p w14:paraId="65DB407D" w14:textId="77777777" w:rsidR="00F12170" w:rsidRPr="007911BE" w:rsidRDefault="00000000" w:rsidP="00B408C8">
            <w:pPr>
              <w:ind w:firstLine="0"/>
              <w:jc w:val="center"/>
            </w:pPr>
            <w:r w:rsidRPr="007911BE">
              <w:rPr>
                <w:sz w:val="24"/>
              </w:rPr>
              <w:t>0</w:t>
            </w:r>
          </w:p>
        </w:tc>
        <w:tc>
          <w:tcPr>
            <w:tcW w:w="0" w:type="auto"/>
            <w:vAlign w:val="center"/>
          </w:tcPr>
          <w:p w14:paraId="2745EF07" w14:textId="77777777" w:rsidR="00F12170" w:rsidRPr="007911BE" w:rsidRDefault="00000000" w:rsidP="00B408C8">
            <w:pPr>
              <w:ind w:firstLine="0"/>
              <w:jc w:val="center"/>
            </w:pPr>
            <w:r w:rsidRPr="007911BE">
              <w:rPr>
                <w:sz w:val="24"/>
              </w:rPr>
              <w:t>0</w:t>
            </w:r>
          </w:p>
        </w:tc>
        <w:tc>
          <w:tcPr>
            <w:tcW w:w="0" w:type="auto"/>
            <w:vAlign w:val="center"/>
          </w:tcPr>
          <w:p w14:paraId="40EF9D6F" w14:textId="77777777" w:rsidR="00F12170" w:rsidRPr="007911BE" w:rsidRDefault="00000000" w:rsidP="00B408C8">
            <w:pPr>
              <w:ind w:firstLine="0"/>
              <w:jc w:val="center"/>
            </w:pPr>
            <w:proofErr w:type="spellStart"/>
            <w:r w:rsidRPr="007911BE">
              <w:rPr>
                <w:sz w:val="24"/>
              </w:rPr>
              <w:t>месяц</w:t>
            </w:r>
            <w:proofErr w:type="spellEnd"/>
          </w:p>
        </w:tc>
      </w:tr>
    </w:tbl>
    <w:p w14:paraId="5B702B9A" w14:textId="77777777" w:rsidR="00F12170" w:rsidRPr="007911BE" w:rsidRDefault="00000000">
      <w:pPr>
        <w:ind w:firstLine="0"/>
        <w:jc w:val="left"/>
        <w:rPr>
          <w:lang w:val="ru-RU"/>
        </w:rPr>
      </w:pPr>
      <w:r w:rsidRPr="007911BE">
        <w:rPr>
          <w:i/>
          <w:sz w:val="24"/>
          <w:lang w:val="ru-RU"/>
        </w:rPr>
        <w:t>Источник: расчёты по базе ЕМИСС</w:t>
      </w:r>
    </w:p>
    <w:p w14:paraId="79458EE1" w14:textId="77777777" w:rsidR="00F12170" w:rsidRPr="007911BE" w:rsidRDefault="00000000">
      <w:pPr>
        <w:ind w:firstLine="0"/>
        <w:jc w:val="center"/>
      </w:pPr>
      <w:r w:rsidRPr="007911BE">
        <w:rPr>
          <w:noProof/>
        </w:rPr>
        <w:drawing>
          <wp:inline distT="0" distB="0" distL="0" distR="0" wp14:anchorId="1A6F8FDC" wp14:editId="44EEB6AD">
            <wp:extent cx="5580000" cy="33198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cator_regional_coverage.png"/>
                    <pic:cNvPicPr/>
                  </pic:nvPicPr>
                  <pic:blipFill>
                    <a:blip r:embed="rId9"/>
                    <a:stretch>
                      <a:fillRect/>
                    </a:stretch>
                  </pic:blipFill>
                  <pic:spPr>
                    <a:xfrm>
                      <a:off x="0" y="0"/>
                      <a:ext cx="5580000" cy="3319818"/>
                    </a:xfrm>
                    <a:prstGeom prst="rect">
                      <a:avLst/>
                    </a:prstGeom>
                  </pic:spPr>
                </pic:pic>
              </a:graphicData>
            </a:graphic>
          </wp:inline>
        </w:drawing>
      </w:r>
    </w:p>
    <w:p w14:paraId="7C874911" w14:textId="77777777" w:rsidR="00F12170" w:rsidRPr="007911BE" w:rsidRDefault="00000000">
      <w:pPr>
        <w:ind w:firstLine="0"/>
        <w:jc w:val="center"/>
        <w:rPr>
          <w:lang w:val="ru-RU"/>
        </w:rPr>
      </w:pPr>
      <w:r w:rsidRPr="007911BE">
        <w:rPr>
          <w:lang w:val="ru-RU"/>
        </w:rPr>
        <w:t xml:space="preserve">Рисунок 2 </w:t>
      </w:r>
      <w:r w:rsidR="00387CF6" w:rsidRPr="007911BE">
        <w:rPr>
          <w:lang w:val="ru-RU"/>
        </w:rPr>
        <w:t xml:space="preserve">– </w:t>
      </w:r>
      <w:r w:rsidRPr="007911BE">
        <w:rPr>
          <w:lang w:val="ru-RU"/>
        </w:rPr>
        <w:t xml:space="preserve"> Региональный охват показателей ЕМИСС</w:t>
      </w:r>
    </w:p>
    <w:p w14:paraId="6D0B10C7" w14:textId="77777777" w:rsidR="00F12170" w:rsidRPr="007911BE" w:rsidRDefault="00000000">
      <w:pPr>
        <w:ind w:firstLine="0"/>
        <w:jc w:val="center"/>
        <w:rPr>
          <w:lang w:val="ru-RU"/>
        </w:rPr>
      </w:pPr>
      <w:r w:rsidRPr="007911BE">
        <w:rPr>
          <w:i/>
          <w:sz w:val="24"/>
          <w:lang w:val="ru-RU"/>
        </w:rPr>
        <w:t>Источник: расчёты по базе ЕМИСС</w:t>
      </w:r>
    </w:p>
    <w:p w14:paraId="5C8F8905" w14:textId="77777777" w:rsidR="00F12170" w:rsidRPr="007911BE" w:rsidRDefault="00000000" w:rsidP="00585C06">
      <w:pPr>
        <w:pStyle w:val="21"/>
      </w:pPr>
      <w:bookmarkStart w:id="11" w:name="_Toc228134057"/>
      <w:r w:rsidRPr="007911BE">
        <w:t>3.2. Результаты</w:t>
      </w:r>
      <w:bookmarkEnd w:id="11"/>
    </w:p>
    <w:p w14:paraId="09885FDC" w14:textId="77777777" w:rsidR="00F12170" w:rsidRPr="007911BE" w:rsidRDefault="00000000">
      <w:pPr>
        <w:rPr>
          <w:lang w:val="ru-RU"/>
        </w:rPr>
      </w:pPr>
      <w:r w:rsidRPr="007911BE">
        <w:rPr>
          <w:sz w:val="28"/>
          <w:lang w:val="ru-RU"/>
        </w:rPr>
        <w:t xml:space="preserve">Аудит показал значительную неоднородность системы мониторинга. Часть показателей имеет региональный охват 85–89 субъектов и помесячную </w:t>
      </w:r>
      <w:r w:rsidRPr="007911BE">
        <w:rPr>
          <w:sz w:val="28"/>
          <w:lang w:val="ru-RU"/>
        </w:rPr>
        <w:lastRenderedPageBreak/>
        <w:t>периодичность, тогда как часть показателей представлена только федеральными значениями. Показатели «Уровень бедности среди многодетных семей», «СКР», «СКР третьих и последующих детей», «Долговременный уход», «Удовлетворённость организациями культуры», «Охват диспансеризацией», «Медицинская помощь женщинам в сельской местности», «Младенческая смертность», «Диспансерное наблюдение детей», «Беременные в ситуации репродуктивного выбора» и «Посещения организаций культуры» имеют территориальный слой. Однако показатели студенческих семей, ряда мер поддержки, групп продлённого дня и темпа прироста многодетных семей либо отсутствуют в ЕМИСС, либо пока не доступны в сформированной базе.</w:t>
      </w:r>
    </w:p>
    <w:p w14:paraId="4FD222A2" w14:textId="77777777" w:rsidR="00F12170" w:rsidRPr="007911BE" w:rsidRDefault="00000000">
      <w:pPr>
        <w:rPr>
          <w:lang w:val="ru-RU"/>
        </w:rPr>
      </w:pPr>
      <w:r w:rsidRPr="007911BE">
        <w:rPr>
          <w:sz w:val="28"/>
          <w:lang w:val="ru-RU"/>
        </w:rPr>
        <w:t>Особое значение имеет расхождение базовых значений. По уровню бедности многодетных семей паспорт фиксирует 27,2% за 2023 год, тогда как в базе ЕМИСС присутствует 21,5% за 2023 год для Российской Федерации без учёта новых субъектов. Это не означает ошибку автоматически, но требует методологического пояснения: различие может быть связано с территориальным охватом, методикой расчёта или версией данных. Для управленческой системы такое расхождение критично, поскольку меняет величину требуемого сокращения бедности.</w:t>
      </w:r>
    </w:p>
    <w:p w14:paraId="4B878508" w14:textId="77777777" w:rsidR="00F12170" w:rsidRPr="007911BE" w:rsidRDefault="00000000">
      <w:pPr>
        <w:ind w:firstLine="0"/>
        <w:jc w:val="center"/>
      </w:pPr>
      <w:r w:rsidRPr="007911BE">
        <w:rPr>
          <w:noProof/>
        </w:rPr>
        <w:drawing>
          <wp:inline distT="0" distB="0" distL="0" distR="0" wp14:anchorId="14E2D6D4" wp14:editId="5D583D88">
            <wp:extent cx="5580000" cy="50417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cator_observability_heatmap.png"/>
                    <pic:cNvPicPr/>
                  </pic:nvPicPr>
                  <pic:blipFill>
                    <a:blip r:embed="rId10"/>
                    <a:stretch>
                      <a:fillRect/>
                    </a:stretch>
                  </pic:blipFill>
                  <pic:spPr>
                    <a:xfrm>
                      <a:off x="0" y="0"/>
                      <a:ext cx="5580000" cy="5041712"/>
                    </a:xfrm>
                    <a:prstGeom prst="rect">
                      <a:avLst/>
                    </a:prstGeom>
                  </pic:spPr>
                </pic:pic>
              </a:graphicData>
            </a:graphic>
          </wp:inline>
        </w:drawing>
      </w:r>
    </w:p>
    <w:p w14:paraId="29075821" w14:textId="77777777" w:rsidR="00F12170" w:rsidRPr="007911BE" w:rsidRDefault="00000000">
      <w:pPr>
        <w:ind w:firstLine="0"/>
        <w:jc w:val="center"/>
        <w:rPr>
          <w:lang w:val="ru-RU"/>
        </w:rPr>
      </w:pPr>
      <w:r w:rsidRPr="007911BE">
        <w:rPr>
          <w:lang w:val="ru-RU"/>
        </w:rPr>
        <w:t xml:space="preserve">Рисунок 3 </w:t>
      </w:r>
      <w:r w:rsidR="00387CF6" w:rsidRPr="007911BE">
        <w:rPr>
          <w:lang w:val="ru-RU"/>
        </w:rPr>
        <w:t xml:space="preserve">– </w:t>
      </w:r>
      <w:r w:rsidRPr="007911BE">
        <w:rPr>
          <w:lang w:val="ru-RU"/>
        </w:rPr>
        <w:t xml:space="preserve"> Аудит измеримости и наблюдаемости показателей</w:t>
      </w:r>
    </w:p>
    <w:p w14:paraId="19CCA3C3" w14:textId="77777777" w:rsidR="00F12170" w:rsidRPr="007911BE" w:rsidRDefault="00000000">
      <w:pPr>
        <w:ind w:firstLine="0"/>
        <w:jc w:val="center"/>
        <w:rPr>
          <w:lang w:val="ru-RU"/>
        </w:rPr>
      </w:pPr>
      <w:r w:rsidRPr="007911BE">
        <w:rPr>
          <w:i/>
          <w:sz w:val="24"/>
          <w:lang w:val="ru-RU"/>
        </w:rPr>
        <w:t>Источник: расчёты по базе ЕМИСС</w:t>
      </w:r>
    </w:p>
    <w:p w14:paraId="5AB3250A" w14:textId="77777777" w:rsidR="00F12170" w:rsidRPr="007911BE" w:rsidRDefault="00585C06" w:rsidP="00585C06">
      <w:pPr>
        <w:pStyle w:val="21"/>
      </w:pPr>
      <w:bookmarkStart w:id="12" w:name="_Toc228134058"/>
      <w:r w:rsidRPr="007911BE">
        <w:lastRenderedPageBreak/>
        <w:t>3.3. Расширенный профиль измеримости и полноты покрытия показателей</w:t>
      </w:r>
      <w:bookmarkEnd w:id="12"/>
    </w:p>
    <w:p w14:paraId="25A0C920" w14:textId="77777777" w:rsidR="00F12170" w:rsidRPr="007911BE" w:rsidRDefault="00000000">
      <w:pPr>
        <w:rPr>
          <w:sz w:val="28"/>
          <w:szCs w:val="28"/>
          <w:lang w:val="ru-RU"/>
        </w:rPr>
      </w:pPr>
      <w:r w:rsidRPr="007911BE">
        <w:rPr>
          <w:sz w:val="28"/>
          <w:szCs w:val="28"/>
          <w:lang w:val="ru-RU"/>
        </w:rPr>
        <w:t>Расширенный статистический аудит показывает, что доказательная база национального проекта существенно неоднородна. В контуре экспертизы проект включает 23 показателя. По 15 из них доступны статистические данные, ещё 5 показателей не имеют прямой привязки к ЕМИСС, по 2 направлениям ожидаемые таблицы отсутствуют, а по 1 показателю выявлено внутреннее противоречие перечня. Для экспертной интерпретации это означает, что в отчёте необходимо жёстко разделять наблюдаемые показатели, показатели с частичной трассировкой и показатели, по которым проект пока не располагает полноценным статистическим контуром.</w:t>
      </w:r>
    </w:p>
    <w:p w14:paraId="245097F5" w14:textId="77777777" w:rsidR="00F12170" w:rsidRPr="007911BE" w:rsidRDefault="00000000">
      <w:pPr>
        <w:rPr>
          <w:sz w:val="28"/>
          <w:szCs w:val="28"/>
          <w:lang w:val="ru-RU"/>
        </w:rPr>
      </w:pPr>
      <w:r w:rsidRPr="007911BE">
        <w:rPr>
          <w:sz w:val="28"/>
          <w:szCs w:val="28"/>
          <w:lang w:val="ru-RU"/>
        </w:rPr>
        <w:t>Даже внутри наблюдаемой части массива режимы измеримости различаются. Среди 15 показателей, по которым данные доступны, только один обладает длинным полноценным региональным рядом; 7 показателей представлены короткими, но почти полными региональными рядами; 2 индикатора имеют короткий ряд при неполном охвате субъектов; по одному индикатору имеется лишь одна региональная точка, и ещё 4 показателя наблюдаются только на федеральном уровне или фактически лишены регионального слоя. Следовательно, допустимая глубина выводов по разделам 3–6 должна зависеть не только от политической значимости показателя, но и от длины, полноты и регулярности ряда.</w:t>
      </w:r>
    </w:p>
    <w:p w14:paraId="42E268D9" w14:textId="77777777" w:rsidR="00B408C8" w:rsidRPr="007911BE" w:rsidRDefault="00B408C8" w:rsidP="00B408C8">
      <w:pPr>
        <w:spacing w:before="120" w:after="60"/>
        <w:ind w:firstLine="0"/>
        <w:rPr>
          <w:lang w:val="ru-RU"/>
        </w:rPr>
      </w:pPr>
    </w:p>
    <w:p w14:paraId="02DD1451" w14:textId="77777777" w:rsidR="00F12170" w:rsidRPr="007911BE" w:rsidRDefault="00000000" w:rsidP="00B408C8">
      <w:pPr>
        <w:spacing w:before="120" w:after="60"/>
        <w:ind w:firstLine="0"/>
        <w:rPr>
          <w:lang w:val="ru-RU"/>
        </w:rPr>
      </w:pPr>
      <w:r w:rsidRPr="007911BE">
        <w:rPr>
          <w:lang w:val="ru-RU"/>
        </w:rPr>
        <w:t xml:space="preserve">Таблица 5 </w:t>
      </w:r>
      <w:r w:rsidR="00387CF6" w:rsidRPr="007911BE">
        <w:rPr>
          <w:lang w:val="ru-RU"/>
        </w:rPr>
        <w:t xml:space="preserve">– </w:t>
      </w:r>
      <w:r w:rsidRPr="007911BE">
        <w:rPr>
          <w:lang w:val="ru-RU"/>
        </w:rPr>
        <w:t xml:space="preserve"> Полное покрытие 23 показателей национального проекта источниками ЕМИСС и дополнительными статистическими материалами</w:t>
      </w:r>
    </w:p>
    <w:tbl>
      <w:tblPr>
        <w:tblStyle w:val="aff0"/>
        <w:tblW w:w="0" w:type="auto"/>
        <w:jc w:val="center"/>
        <w:tblLook w:val="04A0" w:firstRow="1" w:lastRow="0" w:firstColumn="1" w:lastColumn="0" w:noHBand="0" w:noVBand="1"/>
      </w:tblPr>
      <w:tblGrid>
        <w:gridCol w:w="872"/>
        <w:gridCol w:w="3222"/>
        <w:gridCol w:w="2164"/>
        <w:gridCol w:w="880"/>
        <w:gridCol w:w="773"/>
        <w:gridCol w:w="1944"/>
      </w:tblGrid>
      <w:tr w:rsidR="00F12170" w:rsidRPr="007911BE" w14:paraId="3712E0CA" w14:textId="77777777">
        <w:trPr>
          <w:tblHeader/>
          <w:jc w:val="center"/>
        </w:trPr>
        <w:tc>
          <w:tcPr>
            <w:tcW w:w="907" w:type="dxa"/>
            <w:shd w:val="clear" w:color="auto" w:fill="D9EAF7"/>
            <w:vAlign w:val="center"/>
          </w:tcPr>
          <w:p w14:paraId="766125D7" w14:textId="77777777" w:rsidR="00F12170" w:rsidRPr="007911BE" w:rsidRDefault="00000000">
            <w:pPr>
              <w:ind w:firstLine="0"/>
              <w:jc w:val="center"/>
            </w:pPr>
            <w:proofErr w:type="spellStart"/>
            <w:r w:rsidRPr="007911BE">
              <w:rPr>
                <w:b/>
                <w:sz w:val="14"/>
              </w:rPr>
              <w:t>Код</w:t>
            </w:r>
            <w:proofErr w:type="spellEnd"/>
          </w:p>
        </w:tc>
        <w:tc>
          <w:tcPr>
            <w:tcW w:w="3855" w:type="dxa"/>
            <w:shd w:val="clear" w:color="auto" w:fill="D9EAF7"/>
            <w:vAlign w:val="center"/>
          </w:tcPr>
          <w:p w14:paraId="07F58EB7" w14:textId="77777777" w:rsidR="00F12170" w:rsidRPr="007911BE" w:rsidRDefault="00000000">
            <w:pPr>
              <w:ind w:firstLine="0"/>
              <w:jc w:val="center"/>
            </w:pPr>
            <w:proofErr w:type="spellStart"/>
            <w:r w:rsidRPr="007911BE">
              <w:rPr>
                <w:b/>
                <w:sz w:val="14"/>
              </w:rPr>
              <w:t>Показатель</w:t>
            </w:r>
            <w:proofErr w:type="spellEnd"/>
          </w:p>
        </w:tc>
        <w:tc>
          <w:tcPr>
            <w:tcW w:w="2438" w:type="dxa"/>
            <w:shd w:val="clear" w:color="auto" w:fill="D9EAF7"/>
            <w:vAlign w:val="center"/>
          </w:tcPr>
          <w:p w14:paraId="7270B25B" w14:textId="77777777" w:rsidR="00F12170" w:rsidRPr="007911BE" w:rsidRDefault="00000000">
            <w:pPr>
              <w:ind w:firstLine="0"/>
              <w:jc w:val="center"/>
            </w:pPr>
            <w:proofErr w:type="spellStart"/>
            <w:r w:rsidRPr="007911BE">
              <w:rPr>
                <w:b/>
                <w:sz w:val="14"/>
              </w:rPr>
              <w:t>Статус</w:t>
            </w:r>
            <w:proofErr w:type="spellEnd"/>
            <w:r w:rsidRPr="007911BE">
              <w:rPr>
                <w:b/>
                <w:sz w:val="14"/>
              </w:rPr>
              <w:t xml:space="preserve"> </w:t>
            </w:r>
            <w:proofErr w:type="spellStart"/>
            <w:r w:rsidRPr="007911BE">
              <w:rPr>
                <w:b/>
                <w:sz w:val="14"/>
              </w:rPr>
              <w:t>покрытия</w:t>
            </w:r>
            <w:proofErr w:type="spellEnd"/>
          </w:p>
        </w:tc>
        <w:tc>
          <w:tcPr>
            <w:tcW w:w="907" w:type="dxa"/>
            <w:shd w:val="clear" w:color="auto" w:fill="D9EAF7"/>
            <w:vAlign w:val="center"/>
          </w:tcPr>
          <w:p w14:paraId="68774FE2" w14:textId="77777777" w:rsidR="00F12170" w:rsidRPr="007911BE" w:rsidRDefault="00000000">
            <w:pPr>
              <w:ind w:firstLine="0"/>
              <w:jc w:val="center"/>
            </w:pPr>
            <w:proofErr w:type="spellStart"/>
            <w:r w:rsidRPr="007911BE">
              <w:rPr>
                <w:b/>
                <w:sz w:val="14"/>
              </w:rPr>
              <w:t>Заявлено</w:t>
            </w:r>
            <w:proofErr w:type="spellEnd"/>
            <w:r w:rsidRPr="007911BE">
              <w:rPr>
                <w:b/>
                <w:sz w:val="14"/>
              </w:rPr>
              <w:t xml:space="preserve"> </w:t>
            </w:r>
            <w:proofErr w:type="spellStart"/>
            <w:r w:rsidRPr="007911BE">
              <w:rPr>
                <w:b/>
                <w:sz w:val="14"/>
              </w:rPr>
              <w:t>таблиц</w:t>
            </w:r>
            <w:proofErr w:type="spellEnd"/>
            <w:r w:rsidRPr="007911BE">
              <w:rPr>
                <w:b/>
                <w:sz w:val="14"/>
              </w:rPr>
              <w:t xml:space="preserve"> ЕМИСС</w:t>
            </w:r>
          </w:p>
        </w:tc>
        <w:tc>
          <w:tcPr>
            <w:tcW w:w="794" w:type="dxa"/>
            <w:shd w:val="clear" w:color="auto" w:fill="D9EAF7"/>
            <w:vAlign w:val="center"/>
          </w:tcPr>
          <w:p w14:paraId="444070A3" w14:textId="77777777" w:rsidR="00F12170" w:rsidRPr="007911BE" w:rsidRDefault="00000000">
            <w:pPr>
              <w:ind w:firstLine="0"/>
              <w:jc w:val="center"/>
            </w:pPr>
            <w:proofErr w:type="spellStart"/>
            <w:r w:rsidRPr="007911BE">
              <w:rPr>
                <w:b/>
                <w:sz w:val="14"/>
              </w:rPr>
              <w:t>Файлов</w:t>
            </w:r>
            <w:proofErr w:type="spellEnd"/>
            <w:r w:rsidRPr="007911BE">
              <w:rPr>
                <w:b/>
                <w:sz w:val="14"/>
              </w:rPr>
              <w:t xml:space="preserve"> в </w:t>
            </w:r>
            <w:proofErr w:type="spellStart"/>
            <w:r w:rsidRPr="007911BE">
              <w:rPr>
                <w:b/>
                <w:sz w:val="14"/>
              </w:rPr>
              <w:t>архиве</w:t>
            </w:r>
            <w:proofErr w:type="spellEnd"/>
          </w:p>
        </w:tc>
        <w:tc>
          <w:tcPr>
            <w:tcW w:w="2154" w:type="dxa"/>
            <w:shd w:val="clear" w:color="auto" w:fill="D9EAF7"/>
            <w:vAlign w:val="center"/>
          </w:tcPr>
          <w:p w14:paraId="772DE764" w14:textId="77777777" w:rsidR="00F12170" w:rsidRPr="007911BE" w:rsidRDefault="00000000">
            <w:pPr>
              <w:ind w:firstLine="0"/>
              <w:jc w:val="center"/>
            </w:pPr>
            <w:proofErr w:type="spellStart"/>
            <w:r w:rsidRPr="007911BE">
              <w:rPr>
                <w:b/>
                <w:sz w:val="14"/>
              </w:rPr>
              <w:t>Примечание</w:t>
            </w:r>
            <w:proofErr w:type="spellEnd"/>
          </w:p>
        </w:tc>
      </w:tr>
      <w:tr w:rsidR="00F12170" w:rsidRPr="007911BE" w14:paraId="578218A3" w14:textId="77777777">
        <w:trPr>
          <w:jc w:val="center"/>
        </w:trPr>
        <w:tc>
          <w:tcPr>
            <w:tcW w:w="907" w:type="dxa"/>
            <w:vAlign w:val="center"/>
          </w:tcPr>
          <w:p w14:paraId="6A4669CA" w14:textId="77777777" w:rsidR="00F12170" w:rsidRPr="007911BE" w:rsidRDefault="00000000">
            <w:pPr>
              <w:ind w:firstLine="0"/>
              <w:jc w:val="left"/>
            </w:pPr>
            <w:r w:rsidRPr="007911BE">
              <w:rPr>
                <w:sz w:val="14"/>
              </w:rPr>
              <w:t>2.14.Я.1</w:t>
            </w:r>
          </w:p>
        </w:tc>
        <w:tc>
          <w:tcPr>
            <w:tcW w:w="3855" w:type="dxa"/>
            <w:vAlign w:val="center"/>
          </w:tcPr>
          <w:p w14:paraId="2A55645E" w14:textId="77777777" w:rsidR="00F12170" w:rsidRPr="007911BE" w:rsidRDefault="00000000">
            <w:pPr>
              <w:ind w:firstLine="0"/>
              <w:jc w:val="left"/>
              <w:rPr>
                <w:lang w:val="ru-RU"/>
              </w:rPr>
            </w:pPr>
            <w:r w:rsidRPr="007911BE">
              <w:rPr>
                <w:sz w:val="14"/>
                <w:lang w:val="ru-RU"/>
              </w:rPr>
              <w:t>Уровень бедности среди многодетных семей</w:t>
            </w:r>
          </w:p>
        </w:tc>
        <w:tc>
          <w:tcPr>
            <w:tcW w:w="2438" w:type="dxa"/>
            <w:vAlign w:val="center"/>
          </w:tcPr>
          <w:p w14:paraId="28F838E6"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55ABA5B9" w14:textId="77777777" w:rsidR="00F12170" w:rsidRPr="007911BE" w:rsidRDefault="00000000">
            <w:pPr>
              <w:ind w:firstLine="0"/>
              <w:jc w:val="center"/>
            </w:pPr>
            <w:r w:rsidRPr="007911BE">
              <w:rPr>
                <w:sz w:val="14"/>
              </w:rPr>
              <w:t>1</w:t>
            </w:r>
          </w:p>
        </w:tc>
        <w:tc>
          <w:tcPr>
            <w:tcW w:w="794" w:type="dxa"/>
            <w:vAlign w:val="center"/>
          </w:tcPr>
          <w:p w14:paraId="35017FB4" w14:textId="77777777" w:rsidR="00F12170" w:rsidRPr="007911BE" w:rsidRDefault="00000000">
            <w:pPr>
              <w:ind w:firstLine="0"/>
              <w:jc w:val="center"/>
            </w:pPr>
            <w:r w:rsidRPr="007911BE">
              <w:rPr>
                <w:sz w:val="14"/>
              </w:rPr>
              <w:t>1</w:t>
            </w:r>
          </w:p>
        </w:tc>
        <w:tc>
          <w:tcPr>
            <w:tcW w:w="2154" w:type="dxa"/>
            <w:vAlign w:val="center"/>
          </w:tcPr>
          <w:p w14:paraId="158CD989" w14:textId="77777777" w:rsidR="00F12170" w:rsidRPr="007911BE" w:rsidRDefault="00387CF6">
            <w:pPr>
              <w:ind w:firstLine="0"/>
              <w:jc w:val="left"/>
            </w:pPr>
            <w:r w:rsidRPr="007911BE">
              <w:rPr>
                <w:sz w:val="14"/>
              </w:rPr>
              <w:t xml:space="preserve">– </w:t>
            </w:r>
          </w:p>
        </w:tc>
      </w:tr>
      <w:tr w:rsidR="00F12170" w:rsidRPr="007911BE" w14:paraId="264104DB" w14:textId="77777777">
        <w:trPr>
          <w:jc w:val="center"/>
        </w:trPr>
        <w:tc>
          <w:tcPr>
            <w:tcW w:w="907" w:type="dxa"/>
            <w:vAlign w:val="center"/>
          </w:tcPr>
          <w:p w14:paraId="34F80413" w14:textId="77777777" w:rsidR="00F12170" w:rsidRPr="007911BE" w:rsidRDefault="00000000">
            <w:pPr>
              <w:ind w:firstLine="0"/>
              <w:jc w:val="left"/>
            </w:pPr>
            <w:r w:rsidRPr="007911BE">
              <w:rPr>
                <w:sz w:val="14"/>
              </w:rPr>
              <w:t>2.14.Я.2</w:t>
            </w:r>
          </w:p>
        </w:tc>
        <w:tc>
          <w:tcPr>
            <w:tcW w:w="3855" w:type="dxa"/>
            <w:vAlign w:val="center"/>
          </w:tcPr>
          <w:p w14:paraId="29C12518" w14:textId="77777777" w:rsidR="00F12170" w:rsidRPr="007911BE" w:rsidRDefault="00000000">
            <w:pPr>
              <w:ind w:firstLine="0"/>
              <w:jc w:val="left"/>
            </w:pPr>
            <w:proofErr w:type="spellStart"/>
            <w:r w:rsidRPr="007911BE">
              <w:rPr>
                <w:sz w:val="14"/>
              </w:rPr>
              <w:t>Суммарный</w:t>
            </w:r>
            <w:proofErr w:type="spellEnd"/>
            <w:r w:rsidRPr="007911BE">
              <w:rPr>
                <w:sz w:val="14"/>
              </w:rPr>
              <w:t xml:space="preserve"> </w:t>
            </w:r>
            <w:proofErr w:type="spellStart"/>
            <w:r w:rsidRPr="007911BE">
              <w:rPr>
                <w:sz w:val="14"/>
              </w:rPr>
              <w:t>коэффициент</w:t>
            </w:r>
            <w:proofErr w:type="spellEnd"/>
            <w:r w:rsidRPr="007911BE">
              <w:rPr>
                <w:sz w:val="14"/>
              </w:rPr>
              <w:t xml:space="preserve"> </w:t>
            </w:r>
            <w:proofErr w:type="spellStart"/>
            <w:r w:rsidRPr="007911BE">
              <w:rPr>
                <w:sz w:val="14"/>
              </w:rPr>
              <w:t>рождаемости</w:t>
            </w:r>
            <w:proofErr w:type="spellEnd"/>
            <w:r w:rsidRPr="007911BE">
              <w:rPr>
                <w:sz w:val="14"/>
              </w:rPr>
              <w:t xml:space="preserve"> (Я1)</w:t>
            </w:r>
          </w:p>
        </w:tc>
        <w:tc>
          <w:tcPr>
            <w:tcW w:w="2438" w:type="dxa"/>
            <w:vAlign w:val="center"/>
          </w:tcPr>
          <w:p w14:paraId="71B8DB8A"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5BCB2475" w14:textId="77777777" w:rsidR="00F12170" w:rsidRPr="007911BE" w:rsidRDefault="00000000">
            <w:pPr>
              <w:ind w:firstLine="0"/>
              <w:jc w:val="center"/>
            </w:pPr>
            <w:r w:rsidRPr="007911BE">
              <w:rPr>
                <w:sz w:val="14"/>
              </w:rPr>
              <w:t>1</w:t>
            </w:r>
          </w:p>
        </w:tc>
        <w:tc>
          <w:tcPr>
            <w:tcW w:w="794" w:type="dxa"/>
            <w:vAlign w:val="center"/>
          </w:tcPr>
          <w:p w14:paraId="1B4288ED" w14:textId="77777777" w:rsidR="00F12170" w:rsidRPr="007911BE" w:rsidRDefault="00000000">
            <w:pPr>
              <w:ind w:firstLine="0"/>
              <w:jc w:val="center"/>
            </w:pPr>
            <w:r w:rsidRPr="007911BE">
              <w:rPr>
                <w:sz w:val="14"/>
              </w:rPr>
              <w:t>1</w:t>
            </w:r>
          </w:p>
        </w:tc>
        <w:tc>
          <w:tcPr>
            <w:tcW w:w="2154" w:type="dxa"/>
            <w:vAlign w:val="center"/>
          </w:tcPr>
          <w:p w14:paraId="628BBF91" w14:textId="77777777" w:rsidR="00F12170" w:rsidRPr="007911BE" w:rsidRDefault="00387CF6">
            <w:pPr>
              <w:ind w:firstLine="0"/>
              <w:jc w:val="left"/>
            </w:pPr>
            <w:r w:rsidRPr="007911BE">
              <w:rPr>
                <w:sz w:val="14"/>
              </w:rPr>
              <w:t xml:space="preserve">– </w:t>
            </w:r>
          </w:p>
        </w:tc>
      </w:tr>
      <w:tr w:rsidR="00F12170" w:rsidRPr="007911BE" w14:paraId="208C738C" w14:textId="77777777">
        <w:trPr>
          <w:jc w:val="center"/>
        </w:trPr>
        <w:tc>
          <w:tcPr>
            <w:tcW w:w="907" w:type="dxa"/>
            <w:vAlign w:val="center"/>
          </w:tcPr>
          <w:p w14:paraId="2763FD9B" w14:textId="77777777" w:rsidR="00F12170" w:rsidRPr="007911BE" w:rsidRDefault="00000000">
            <w:pPr>
              <w:ind w:firstLine="0"/>
              <w:jc w:val="left"/>
            </w:pPr>
            <w:r w:rsidRPr="007911BE">
              <w:rPr>
                <w:sz w:val="14"/>
              </w:rPr>
              <w:t>2.14.Я.3</w:t>
            </w:r>
          </w:p>
        </w:tc>
        <w:tc>
          <w:tcPr>
            <w:tcW w:w="3855" w:type="dxa"/>
            <w:vAlign w:val="center"/>
          </w:tcPr>
          <w:p w14:paraId="4204F80D" w14:textId="77777777" w:rsidR="00F12170" w:rsidRPr="007911BE" w:rsidRDefault="00000000">
            <w:pPr>
              <w:ind w:firstLine="0"/>
              <w:jc w:val="left"/>
              <w:rPr>
                <w:lang w:val="ru-RU"/>
              </w:rPr>
            </w:pPr>
            <w:r w:rsidRPr="007911BE">
              <w:rPr>
                <w:sz w:val="14"/>
                <w:lang w:val="ru-RU"/>
              </w:rPr>
              <w:t>Суммарный коэффициент рождаемости третьих и последующих детей (Я2)</w:t>
            </w:r>
          </w:p>
        </w:tc>
        <w:tc>
          <w:tcPr>
            <w:tcW w:w="2438" w:type="dxa"/>
            <w:vAlign w:val="center"/>
          </w:tcPr>
          <w:p w14:paraId="53ACF545"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2D4A3D25" w14:textId="77777777" w:rsidR="00F12170" w:rsidRPr="007911BE" w:rsidRDefault="00000000">
            <w:pPr>
              <w:ind w:firstLine="0"/>
              <w:jc w:val="center"/>
            </w:pPr>
            <w:r w:rsidRPr="007911BE">
              <w:rPr>
                <w:sz w:val="14"/>
              </w:rPr>
              <w:t>1</w:t>
            </w:r>
          </w:p>
        </w:tc>
        <w:tc>
          <w:tcPr>
            <w:tcW w:w="794" w:type="dxa"/>
            <w:vAlign w:val="center"/>
          </w:tcPr>
          <w:p w14:paraId="14188F8F" w14:textId="77777777" w:rsidR="00F12170" w:rsidRPr="007911BE" w:rsidRDefault="00000000">
            <w:pPr>
              <w:ind w:firstLine="0"/>
              <w:jc w:val="center"/>
            </w:pPr>
            <w:r w:rsidRPr="007911BE">
              <w:rPr>
                <w:sz w:val="14"/>
              </w:rPr>
              <w:t>1</w:t>
            </w:r>
          </w:p>
        </w:tc>
        <w:tc>
          <w:tcPr>
            <w:tcW w:w="2154" w:type="dxa"/>
            <w:vAlign w:val="center"/>
          </w:tcPr>
          <w:p w14:paraId="0D480FA2" w14:textId="77777777" w:rsidR="00F12170" w:rsidRPr="007911BE" w:rsidRDefault="00387CF6">
            <w:pPr>
              <w:ind w:firstLine="0"/>
              <w:jc w:val="left"/>
            </w:pPr>
            <w:r w:rsidRPr="007911BE">
              <w:rPr>
                <w:sz w:val="14"/>
              </w:rPr>
              <w:t xml:space="preserve">– </w:t>
            </w:r>
          </w:p>
        </w:tc>
      </w:tr>
      <w:tr w:rsidR="00F12170" w:rsidRPr="007911BE" w14:paraId="4F4721EA" w14:textId="77777777">
        <w:trPr>
          <w:jc w:val="center"/>
        </w:trPr>
        <w:tc>
          <w:tcPr>
            <w:tcW w:w="907" w:type="dxa"/>
            <w:vAlign w:val="center"/>
          </w:tcPr>
          <w:p w14:paraId="47399674" w14:textId="77777777" w:rsidR="00F12170" w:rsidRPr="007911BE" w:rsidRDefault="00000000">
            <w:pPr>
              <w:ind w:firstLine="0"/>
              <w:jc w:val="left"/>
            </w:pPr>
            <w:r w:rsidRPr="007911BE">
              <w:rPr>
                <w:sz w:val="14"/>
              </w:rPr>
              <w:t>2.14.Я.4</w:t>
            </w:r>
          </w:p>
        </w:tc>
        <w:tc>
          <w:tcPr>
            <w:tcW w:w="3855" w:type="dxa"/>
            <w:vAlign w:val="center"/>
          </w:tcPr>
          <w:p w14:paraId="074DBCC1" w14:textId="77777777" w:rsidR="00F12170" w:rsidRPr="007911BE" w:rsidRDefault="00000000">
            <w:pPr>
              <w:ind w:firstLine="0"/>
              <w:jc w:val="left"/>
              <w:rPr>
                <w:lang w:val="ru-RU"/>
              </w:rPr>
            </w:pPr>
            <w:r w:rsidRPr="007911BE">
              <w:rPr>
                <w:sz w:val="14"/>
                <w:lang w:val="ru-RU"/>
              </w:rPr>
              <w:t>Доля пожилых граждан и инвалидов, получающих долговременный уход, от общего числа нуждающихся в таком уходе граждан (Я4)</w:t>
            </w:r>
          </w:p>
        </w:tc>
        <w:tc>
          <w:tcPr>
            <w:tcW w:w="2438" w:type="dxa"/>
            <w:vAlign w:val="center"/>
          </w:tcPr>
          <w:p w14:paraId="4C4EFF12"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0D9C2FE8" w14:textId="77777777" w:rsidR="00F12170" w:rsidRPr="007911BE" w:rsidRDefault="00000000">
            <w:pPr>
              <w:ind w:firstLine="0"/>
              <w:jc w:val="center"/>
            </w:pPr>
            <w:r w:rsidRPr="007911BE">
              <w:rPr>
                <w:sz w:val="14"/>
              </w:rPr>
              <w:t>1</w:t>
            </w:r>
          </w:p>
        </w:tc>
        <w:tc>
          <w:tcPr>
            <w:tcW w:w="794" w:type="dxa"/>
            <w:vAlign w:val="center"/>
          </w:tcPr>
          <w:p w14:paraId="3BE68D01" w14:textId="77777777" w:rsidR="00F12170" w:rsidRPr="007911BE" w:rsidRDefault="00000000">
            <w:pPr>
              <w:ind w:firstLine="0"/>
              <w:jc w:val="center"/>
            </w:pPr>
            <w:r w:rsidRPr="007911BE">
              <w:rPr>
                <w:sz w:val="14"/>
              </w:rPr>
              <w:t>1</w:t>
            </w:r>
          </w:p>
        </w:tc>
        <w:tc>
          <w:tcPr>
            <w:tcW w:w="2154" w:type="dxa"/>
            <w:vAlign w:val="center"/>
          </w:tcPr>
          <w:p w14:paraId="16BC4245" w14:textId="77777777" w:rsidR="00F12170" w:rsidRPr="007911BE" w:rsidRDefault="00387CF6">
            <w:pPr>
              <w:ind w:firstLine="0"/>
              <w:jc w:val="left"/>
            </w:pPr>
            <w:r w:rsidRPr="007911BE">
              <w:rPr>
                <w:sz w:val="14"/>
              </w:rPr>
              <w:t xml:space="preserve">– </w:t>
            </w:r>
          </w:p>
        </w:tc>
      </w:tr>
      <w:tr w:rsidR="00F12170" w:rsidRPr="007911BE" w14:paraId="4798633C" w14:textId="77777777">
        <w:trPr>
          <w:jc w:val="center"/>
        </w:trPr>
        <w:tc>
          <w:tcPr>
            <w:tcW w:w="907" w:type="dxa"/>
            <w:vAlign w:val="center"/>
          </w:tcPr>
          <w:p w14:paraId="76ECE778" w14:textId="77777777" w:rsidR="00F12170" w:rsidRPr="007911BE" w:rsidRDefault="00000000">
            <w:pPr>
              <w:ind w:firstLine="0"/>
              <w:jc w:val="left"/>
            </w:pPr>
            <w:r w:rsidRPr="007911BE">
              <w:rPr>
                <w:sz w:val="14"/>
              </w:rPr>
              <w:t>2.14.Я.5</w:t>
            </w:r>
          </w:p>
        </w:tc>
        <w:tc>
          <w:tcPr>
            <w:tcW w:w="3855" w:type="dxa"/>
            <w:vAlign w:val="center"/>
          </w:tcPr>
          <w:p w14:paraId="7978E226" w14:textId="77777777" w:rsidR="00F12170" w:rsidRPr="007911BE" w:rsidRDefault="00000000">
            <w:pPr>
              <w:ind w:firstLine="0"/>
              <w:jc w:val="left"/>
              <w:rPr>
                <w:lang w:val="ru-RU"/>
              </w:rPr>
            </w:pPr>
            <w:r w:rsidRPr="007911BE">
              <w:rPr>
                <w:sz w:val="14"/>
                <w:lang w:val="ru-RU"/>
              </w:rPr>
              <w:t>Количество созданных центров воспроизведения аудиовизуального контента в малых населенных пунктах с численностью населения до 50 тыс. человек, оснащенных необходимым оборудованием и подключенных к единой цифровой платформе с библиотекой современных продуктов российской киноиндустрии (Я5)</w:t>
            </w:r>
          </w:p>
        </w:tc>
        <w:tc>
          <w:tcPr>
            <w:tcW w:w="2438" w:type="dxa"/>
            <w:vAlign w:val="center"/>
          </w:tcPr>
          <w:p w14:paraId="2D88B9E0"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714F99C4" w14:textId="77777777" w:rsidR="00F12170" w:rsidRPr="007911BE" w:rsidRDefault="00000000">
            <w:pPr>
              <w:ind w:firstLine="0"/>
              <w:jc w:val="center"/>
            </w:pPr>
            <w:r w:rsidRPr="007911BE">
              <w:rPr>
                <w:sz w:val="14"/>
              </w:rPr>
              <w:t>1</w:t>
            </w:r>
          </w:p>
        </w:tc>
        <w:tc>
          <w:tcPr>
            <w:tcW w:w="794" w:type="dxa"/>
            <w:vAlign w:val="center"/>
          </w:tcPr>
          <w:p w14:paraId="15CAFAC7" w14:textId="77777777" w:rsidR="00F12170" w:rsidRPr="007911BE" w:rsidRDefault="00000000">
            <w:pPr>
              <w:ind w:firstLine="0"/>
              <w:jc w:val="center"/>
            </w:pPr>
            <w:r w:rsidRPr="007911BE">
              <w:rPr>
                <w:sz w:val="14"/>
              </w:rPr>
              <w:t>1</w:t>
            </w:r>
          </w:p>
        </w:tc>
        <w:tc>
          <w:tcPr>
            <w:tcW w:w="2154" w:type="dxa"/>
            <w:vAlign w:val="center"/>
          </w:tcPr>
          <w:p w14:paraId="27036076" w14:textId="77777777" w:rsidR="00F12170" w:rsidRPr="007911BE" w:rsidRDefault="00387CF6">
            <w:pPr>
              <w:ind w:firstLine="0"/>
              <w:jc w:val="left"/>
            </w:pPr>
            <w:r w:rsidRPr="007911BE">
              <w:rPr>
                <w:sz w:val="14"/>
              </w:rPr>
              <w:t xml:space="preserve">– </w:t>
            </w:r>
          </w:p>
        </w:tc>
      </w:tr>
      <w:tr w:rsidR="00F12170" w:rsidRPr="007911BE" w14:paraId="31CB2FBD" w14:textId="77777777">
        <w:trPr>
          <w:jc w:val="center"/>
        </w:trPr>
        <w:tc>
          <w:tcPr>
            <w:tcW w:w="907" w:type="dxa"/>
            <w:vAlign w:val="center"/>
          </w:tcPr>
          <w:p w14:paraId="3C23E2DE" w14:textId="77777777" w:rsidR="00F12170" w:rsidRPr="007911BE" w:rsidRDefault="00000000">
            <w:pPr>
              <w:ind w:firstLine="0"/>
              <w:jc w:val="left"/>
            </w:pPr>
            <w:r w:rsidRPr="007911BE">
              <w:rPr>
                <w:sz w:val="14"/>
              </w:rPr>
              <w:t>2.14.Я.6</w:t>
            </w:r>
          </w:p>
        </w:tc>
        <w:tc>
          <w:tcPr>
            <w:tcW w:w="3855" w:type="dxa"/>
            <w:vAlign w:val="center"/>
          </w:tcPr>
          <w:p w14:paraId="47C331F8" w14:textId="77777777" w:rsidR="00F12170" w:rsidRPr="007911BE" w:rsidRDefault="00000000">
            <w:pPr>
              <w:ind w:firstLine="0"/>
              <w:jc w:val="left"/>
              <w:rPr>
                <w:lang w:val="ru-RU"/>
              </w:rPr>
            </w:pPr>
            <w:r w:rsidRPr="007911BE">
              <w:rPr>
                <w:sz w:val="14"/>
                <w:lang w:val="ru-RU"/>
              </w:rPr>
              <w:t>Уровень удовлетворенности граждан работой государственных и муниципальных организаций культуры, искусства и народного творчества (Я5)</w:t>
            </w:r>
          </w:p>
        </w:tc>
        <w:tc>
          <w:tcPr>
            <w:tcW w:w="2438" w:type="dxa"/>
            <w:vAlign w:val="center"/>
          </w:tcPr>
          <w:p w14:paraId="2660D056"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6B253387" w14:textId="77777777" w:rsidR="00F12170" w:rsidRPr="007911BE" w:rsidRDefault="00000000">
            <w:pPr>
              <w:ind w:firstLine="0"/>
              <w:jc w:val="center"/>
            </w:pPr>
            <w:r w:rsidRPr="007911BE">
              <w:rPr>
                <w:sz w:val="14"/>
              </w:rPr>
              <w:t>1</w:t>
            </w:r>
          </w:p>
        </w:tc>
        <w:tc>
          <w:tcPr>
            <w:tcW w:w="794" w:type="dxa"/>
            <w:vAlign w:val="center"/>
          </w:tcPr>
          <w:p w14:paraId="0D36BC68" w14:textId="77777777" w:rsidR="00F12170" w:rsidRPr="007911BE" w:rsidRDefault="00000000">
            <w:pPr>
              <w:ind w:firstLine="0"/>
              <w:jc w:val="center"/>
            </w:pPr>
            <w:r w:rsidRPr="007911BE">
              <w:rPr>
                <w:sz w:val="14"/>
              </w:rPr>
              <w:t>1</w:t>
            </w:r>
          </w:p>
        </w:tc>
        <w:tc>
          <w:tcPr>
            <w:tcW w:w="2154" w:type="dxa"/>
            <w:vAlign w:val="center"/>
          </w:tcPr>
          <w:p w14:paraId="07E686BA" w14:textId="77777777" w:rsidR="00F12170" w:rsidRPr="007911BE" w:rsidRDefault="00387CF6">
            <w:pPr>
              <w:ind w:firstLine="0"/>
              <w:jc w:val="left"/>
            </w:pPr>
            <w:r w:rsidRPr="007911BE">
              <w:rPr>
                <w:sz w:val="14"/>
              </w:rPr>
              <w:t xml:space="preserve">– </w:t>
            </w:r>
          </w:p>
        </w:tc>
      </w:tr>
      <w:tr w:rsidR="00F12170" w:rsidRPr="007911BE" w14:paraId="5F8A2E27" w14:textId="77777777">
        <w:trPr>
          <w:jc w:val="center"/>
        </w:trPr>
        <w:tc>
          <w:tcPr>
            <w:tcW w:w="907" w:type="dxa"/>
            <w:vAlign w:val="center"/>
          </w:tcPr>
          <w:p w14:paraId="5AF338E7" w14:textId="77777777" w:rsidR="00F12170" w:rsidRPr="007911BE" w:rsidRDefault="00000000">
            <w:pPr>
              <w:ind w:firstLine="0"/>
              <w:jc w:val="left"/>
            </w:pPr>
            <w:r w:rsidRPr="007911BE">
              <w:rPr>
                <w:sz w:val="14"/>
              </w:rPr>
              <w:t>2.14.Я1.1</w:t>
            </w:r>
          </w:p>
        </w:tc>
        <w:tc>
          <w:tcPr>
            <w:tcW w:w="3855" w:type="dxa"/>
            <w:vAlign w:val="center"/>
          </w:tcPr>
          <w:p w14:paraId="3FDAEE8E" w14:textId="77777777" w:rsidR="00F12170" w:rsidRPr="007911BE" w:rsidRDefault="00000000">
            <w:pPr>
              <w:ind w:firstLine="0"/>
              <w:jc w:val="left"/>
              <w:rPr>
                <w:lang w:val="ru-RU"/>
              </w:rPr>
            </w:pPr>
            <w:r w:rsidRPr="007911BE">
              <w:rPr>
                <w:sz w:val="14"/>
                <w:lang w:val="ru-RU"/>
              </w:rPr>
              <w:t>Доля получателей ежегодной семейной выплаты от общего числа трудоспособного населения</w:t>
            </w:r>
          </w:p>
        </w:tc>
        <w:tc>
          <w:tcPr>
            <w:tcW w:w="2438" w:type="dxa"/>
            <w:vAlign w:val="center"/>
          </w:tcPr>
          <w:p w14:paraId="4CFE81FF" w14:textId="77777777" w:rsidR="00F12170" w:rsidRPr="007911BE" w:rsidRDefault="00000000">
            <w:pPr>
              <w:ind w:firstLine="0"/>
              <w:jc w:val="left"/>
              <w:rPr>
                <w:lang w:val="ru-RU"/>
              </w:rPr>
            </w:pPr>
            <w:r w:rsidRPr="007911BE">
              <w:rPr>
                <w:sz w:val="14"/>
                <w:lang w:val="ru-RU"/>
              </w:rPr>
              <w:t>не представлен в ЕМИСС по пользовательскому перечню</w:t>
            </w:r>
          </w:p>
        </w:tc>
        <w:tc>
          <w:tcPr>
            <w:tcW w:w="907" w:type="dxa"/>
            <w:vAlign w:val="center"/>
          </w:tcPr>
          <w:p w14:paraId="5ACDE741" w14:textId="77777777" w:rsidR="00F12170" w:rsidRPr="007911BE" w:rsidRDefault="00000000">
            <w:pPr>
              <w:ind w:firstLine="0"/>
              <w:jc w:val="center"/>
            </w:pPr>
            <w:r w:rsidRPr="007911BE">
              <w:rPr>
                <w:sz w:val="14"/>
              </w:rPr>
              <w:t>0</w:t>
            </w:r>
          </w:p>
        </w:tc>
        <w:tc>
          <w:tcPr>
            <w:tcW w:w="794" w:type="dxa"/>
            <w:vAlign w:val="center"/>
          </w:tcPr>
          <w:p w14:paraId="282D9DBA" w14:textId="77777777" w:rsidR="00F12170" w:rsidRPr="007911BE" w:rsidRDefault="00000000">
            <w:pPr>
              <w:ind w:firstLine="0"/>
              <w:jc w:val="center"/>
            </w:pPr>
            <w:r w:rsidRPr="007911BE">
              <w:rPr>
                <w:sz w:val="14"/>
              </w:rPr>
              <w:t>0</w:t>
            </w:r>
          </w:p>
        </w:tc>
        <w:tc>
          <w:tcPr>
            <w:tcW w:w="2154" w:type="dxa"/>
            <w:vAlign w:val="center"/>
          </w:tcPr>
          <w:p w14:paraId="7908BEBC" w14:textId="77777777" w:rsidR="00F12170" w:rsidRPr="007911BE" w:rsidRDefault="00387CF6">
            <w:pPr>
              <w:ind w:firstLine="0"/>
              <w:jc w:val="left"/>
            </w:pPr>
            <w:r w:rsidRPr="007911BE">
              <w:rPr>
                <w:sz w:val="14"/>
              </w:rPr>
              <w:t xml:space="preserve">– </w:t>
            </w:r>
          </w:p>
        </w:tc>
      </w:tr>
      <w:tr w:rsidR="00F12170" w:rsidRPr="007911BE" w14:paraId="6BF0384D" w14:textId="77777777">
        <w:trPr>
          <w:jc w:val="center"/>
        </w:trPr>
        <w:tc>
          <w:tcPr>
            <w:tcW w:w="907" w:type="dxa"/>
            <w:vAlign w:val="center"/>
          </w:tcPr>
          <w:p w14:paraId="531971BF" w14:textId="77777777" w:rsidR="00F12170" w:rsidRPr="007911BE" w:rsidRDefault="00000000">
            <w:pPr>
              <w:ind w:firstLine="0"/>
              <w:jc w:val="left"/>
            </w:pPr>
            <w:r w:rsidRPr="007911BE">
              <w:rPr>
                <w:sz w:val="14"/>
              </w:rPr>
              <w:t>2.14.Я1.2</w:t>
            </w:r>
          </w:p>
        </w:tc>
        <w:tc>
          <w:tcPr>
            <w:tcW w:w="3855" w:type="dxa"/>
            <w:vAlign w:val="center"/>
          </w:tcPr>
          <w:p w14:paraId="122D9597" w14:textId="77777777" w:rsidR="00F12170" w:rsidRPr="007911BE" w:rsidRDefault="00000000">
            <w:pPr>
              <w:ind w:firstLine="0"/>
              <w:jc w:val="left"/>
              <w:rPr>
                <w:lang w:val="ru-RU"/>
              </w:rPr>
            </w:pPr>
            <w:r w:rsidRPr="007911BE">
              <w:rPr>
                <w:sz w:val="14"/>
                <w:lang w:val="ru-RU"/>
              </w:rPr>
              <w:t>Доля семей с детьми, получивших меры социальной поддержки на детей на основании только заявления или проактивно, от общего числа семей с детьми, получивших меры социальной поддержки на детей</w:t>
            </w:r>
          </w:p>
        </w:tc>
        <w:tc>
          <w:tcPr>
            <w:tcW w:w="2438" w:type="dxa"/>
            <w:vAlign w:val="center"/>
          </w:tcPr>
          <w:p w14:paraId="79D0763A"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4D548E00" w14:textId="77777777" w:rsidR="00F12170" w:rsidRPr="007911BE" w:rsidRDefault="00000000">
            <w:pPr>
              <w:ind w:firstLine="0"/>
              <w:jc w:val="center"/>
            </w:pPr>
            <w:r w:rsidRPr="007911BE">
              <w:rPr>
                <w:sz w:val="14"/>
              </w:rPr>
              <w:t>1</w:t>
            </w:r>
          </w:p>
        </w:tc>
        <w:tc>
          <w:tcPr>
            <w:tcW w:w="794" w:type="dxa"/>
            <w:vAlign w:val="center"/>
          </w:tcPr>
          <w:p w14:paraId="3FD86473" w14:textId="77777777" w:rsidR="00F12170" w:rsidRPr="007911BE" w:rsidRDefault="00000000">
            <w:pPr>
              <w:ind w:firstLine="0"/>
              <w:jc w:val="center"/>
            </w:pPr>
            <w:r w:rsidRPr="007911BE">
              <w:rPr>
                <w:sz w:val="14"/>
              </w:rPr>
              <w:t>1</w:t>
            </w:r>
          </w:p>
        </w:tc>
        <w:tc>
          <w:tcPr>
            <w:tcW w:w="2154" w:type="dxa"/>
            <w:vAlign w:val="center"/>
          </w:tcPr>
          <w:p w14:paraId="6B92706F" w14:textId="77777777" w:rsidR="00F12170" w:rsidRPr="007911BE" w:rsidRDefault="00387CF6">
            <w:pPr>
              <w:ind w:firstLine="0"/>
              <w:jc w:val="left"/>
            </w:pPr>
            <w:r w:rsidRPr="007911BE">
              <w:rPr>
                <w:sz w:val="14"/>
              </w:rPr>
              <w:t xml:space="preserve">– </w:t>
            </w:r>
          </w:p>
        </w:tc>
      </w:tr>
      <w:tr w:rsidR="00F12170" w:rsidRPr="007911BE" w14:paraId="5CDEC4EA" w14:textId="77777777">
        <w:trPr>
          <w:jc w:val="center"/>
        </w:trPr>
        <w:tc>
          <w:tcPr>
            <w:tcW w:w="907" w:type="dxa"/>
            <w:vAlign w:val="center"/>
          </w:tcPr>
          <w:p w14:paraId="79ACC40D" w14:textId="77777777" w:rsidR="00F12170" w:rsidRPr="007911BE" w:rsidRDefault="00000000">
            <w:pPr>
              <w:ind w:firstLine="0"/>
              <w:jc w:val="left"/>
            </w:pPr>
            <w:r w:rsidRPr="007911BE">
              <w:rPr>
                <w:sz w:val="14"/>
              </w:rPr>
              <w:t>2.14.Я1.3</w:t>
            </w:r>
          </w:p>
        </w:tc>
        <w:tc>
          <w:tcPr>
            <w:tcW w:w="3855" w:type="dxa"/>
            <w:vAlign w:val="center"/>
          </w:tcPr>
          <w:p w14:paraId="73EA1E15" w14:textId="77777777" w:rsidR="00F12170" w:rsidRPr="007911BE" w:rsidRDefault="00000000">
            <w:pPr>
              <w:ind w:firstLine="0"/>
              <w:jc w:val="left"/>
              <w:rPr>
                <w:lang w:val="ru-RU"/>
              </w:rPr>
            </w:pPr>
            <w:r w:rsidRPr="007911BE">
              <w:rPr>
                <w:sz w:val="14"/>
                <w:lang w:val="ru-RU"/>
              </w:rPr>
              <w:t>Доля зданий дошкольных образовательных организаций, в которых проведен капитальный ремонт, от общего количества зданий дошкольных образовательных организаций</w:t>
            </w:r>
          </w:p>
        </w:tc>
        <w:tc>
          <w:tcPr>
            <w:tcW w:w="2438" w:type="dxa"/>
            <w:vAlign w:val="center"/>
          </w:tcPr>
          <w:p w14:paraId="7790F31A"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0ECB26CE" w14:textId="77777777" w:rsidR="00F12170" w:rsidRPr="007911BE" w:rsidRDefault="00000000">
            <w:pPr>
              <w:ind w:firstLine="0"/>
              <w:jc w:val="center"/>
            </w:pPr>
            <w:r w:rsidRPr="007911BE">
              <w:rPr>
                <w:sz w:val="14"/>
              </w:rPr>
              <w:t>1</w:t>
            </w:r>
          </w:p>
        </w:tc>
        <w:tc>
          <w:tcPr>
            <w:tcW w:w="794" w:type="dxa"/>
            <w:vAlign w:val="center"/>
          </w:tcPr>
          <w:p w14:paraId="229C7824" w14:textId="77777777" w:rsidR="00F12170" w:rsidRPr="007911BE" w:rsidRDefault="00000000">
            <w:pPr>
              <w:ind w:firstLine="0"/>
              <w:jc w:val="center"/>
            </w:pPr>
            <w:r w:rsidRPr="007911BE">
              <w:rPr>
                <w:sz w:val="14"/>
              </w:rPr>
              <w:t>1</w:t>
            </w:r>
          </w:p>
        </w:tc>
        <w:tc>
          <w:tcPr>
            <w:tcW w:w="2154" w:type="dxa"/>
            <w:vAlign w:val="center"/>
          </w:tcPr>
          <w:p w14:paraId="67B9C59B" w14:textId="77777777" w:rsidR="00F12170" w:rsidRPr="007911BE" w:rsidRDefault="00387CF6">
            <w:pPr>
              <w:ind w:firstLine="0"/>
              <w:jc w:val="left"/>
            </w:pPr>
            <w:r w:rsidRPr="007911BE">
              <w:rPr>
                <w:sz w:val="14"/>
              </w:rPr>
              <w:t xml:space="preserve">– </w:t>
            </w:r>
          </w:p>
        </w:tc>
      </w:tr>
      <w:tr w:rsidR="00F12170" w:rsidRPr="00A27575" w14:paraId="166744D0" w14:textId="77777777">
        <w:trPr>
          <w:jc w:val="center"/>
        </w:trPr>
        <w:tc>
          <w:tcPr>
            <w:tcW w:w="907" w:type="dxa"/>
            <w:vAlign w:val="center"/>
          </w:tcPr>
          <w:p w14:paraId="69353DA4" w14:textId="77777777" w:rsidR="00F12170" w:rsidRPr="007911BE" w:rsidRDefault="00000000">
            <w:pPr>
              <w:ind w:firstLine="0"/>
              <w:jc w:val="left"/>
            </w:pPr>
            <w:r w:rsidRPr="007911BE">
              <w:rPr>
                <w:sz w:val="14"/>
              </w:rPr>
              <w:t>2.14.Я1.4</w:t>
            </w:r>
          </w:p>
        </w:tc>
        <w:tc>
          <w:tcPr>
            <w:tcW w:w="3855" w:type="dxa"/>
            <w:vAlign w:val="center"/>
          </w:tcPr>
          <w:p w14:paraId="3A8AA75A" w14:textId="77777777" w:rsidR="00F12170" w:rsidRPr="007911BE" w:rsidRDefault="00000000">
            <w:pPr>
              <w:ind w:firstLine="0"/>
              <w:jc w:val="left"/>
              <w:rPr>
                <w:lang w:val="ru-RU"/>
              </w:rPr>
            </w:pPr>
            <w:r w:rsidRPr="007911BE">
              <w:rPr>
                <w:sz w:val="14"/>
                <w:lang w:val="ru-RU"/>
              </w:rPr>
              <w:t>Доля образовательных организаций высшего образования, на базе которых созданы комнаты матери и ребенка и (или) группы кратковременного пребывания детей, из числа образовательных организаций, испытывающих в них потребность</w:t>
            </w:r>
          </w:p>
        </w:tc>
        <w:tc>
          <w:tcPr>
            <w:tcW w:w="2438" w:type="dxa"/>
            <w:vAlign w:val="center"/>
          </w:tcPr>
          <w:p w14:paraId="7442FB50" w14:textId="77777777" w:rsidR="00F12170" w:rsidRPr="007911BE" w:rsidRDefault="00000000">
            <w:pPr>
              <w:ind w:firstLine="0"/>
              <w:jc w:val="left"/>
              <w:rPr>
                <w:lang w:val="ru-RU"/>
              </w:rPr>
            </w:pPr>
            <w:r w:rsidRPr="007911BE">
              <w:rPr>
                <w:sz w:val="14"/>
                <w:lang w:val="ru-RU"/>
              </w:rPr>
              <w:t>ожидался в ЕМИСС по пользовательскому перечню, но отсутствует в переданном архиве</w:t>
            </w:r>
          </w:p>
        </w:tc>
        <w:tc>
          <w:tcPr>
            <w:tcW w:w="907" w:type="dxa"/>
            <w:vAlign w:val="center"/>
          </w:tcPr>
          <w:p w14:paraId="48B0212D" w14:textId="77777777" w:rsidR="00F12170" w:rsidRPr="007911BE" w:rsidRDefault="00000000">
            <w:pPr>
              <w:ind w:firstLine="0"/>
              <w:jc w:val="center"/>
            </w:pPr>
            <w:r w:rsidRPr="007911BE">
              <w:rPr>
                <w:sz w:val="14"/>
              </w:rPr>
              <w:t>1</w:t>
            </w:r>
          </w:p>
        </w:tc>
        <w:tc>
          <w:tcPr>
            <w:tcW w:w="794" w:type="dxa"/>
            <w:vAlign w:val="center"/>
          </w:tcPr>
          <w:p w14:paraId="27F59198" w14:textId="77777777" w:rsidR="00F12170" w:rsidRPr="007911BE" w:rsidRDefault="00000000">
            <w:pPr>
              <w:ind w:firstLine="0"/>
              <w:jc w:val="center"/>
            </w:pPr>
            <w:r w:rsidRPr="007911BE">
              <w:rPr>
                <w:sz w:val="14"/>
              </w:rPr>
              <w:t>0</w:t>
            </w:r>
          </w:p>
        </w:tc>
        <w:tc>
          <w:tcPr>
            <w:tcW w:w="2154" w:type="dxa"/>
            <w:vAlign w:val="center"/>
          </w:tcPr>
          <w:p w14:paraId="12DF2A52" w14:textId="77777777" w:rsidR="00F12170" w:rsidRPr="007911BE" w:rsidRDefault="00000000">
            <w:pPr>
              <w:ind w:firstLine="0"/>
              <w:jc w:val="left"/>
              <w:rPr>
                <w:lang w:val="ru-RU"/>
              </w:rPr>
            </w:pPr>
            <w:r w:rsidRPr="007911BE">
              <w:rPr>
                <w:sz w:val="14"/>
                <w:lang w:val="ru-RU"/>
              </w:rPr>
              <w:t>В перечне указан ненулевой счетчик/название таблицы ЕМИСС, но соответствующего файла в архиве нет.</w:t>
            </w:r>
          </w:p>
        </w:tc>
      </w:tr>
      <w:tr w:rsidR="00F12170" w:rsidRPr="00A27575" w14:paraId="4576564B" w14:textId="77777777">
        <w:trPr>
          <w:jc w:val="center"/>
        </w:trPr>
        <w:tc>
          <w:tcPr>
            <w:tcW w:w="907" w:type="dxa"/>
            <w:vAlign w:val="center"/>
          </w:tcPr>
          <w:p w14:paraId="12C79BCF" w14:textId="77777777" w:rsidR="00F12170" w:rsidRPr="007911BE" w:rsidRDefault="00000000">
            <w:pPr>
              <w:ind w:firstLine="0"/>
              <w:jc w:val="left"/>
            </w:pPr>
            <w:r w:rsidRPr="007911BE">
              <w:rPr>
                <w:sz w:val="14"/>
              </w:rPr>
              <w:t>2.14.Я1.5</w:t>
            </w:r>
          </w:p>
        </w:tc>
        <w:tc>
          <w:tcPr>
            <w:tcW w:w="3855" w:type="dxa"/>
            <w:vAlign w:val="center"/>
          </w:tcPr>
          <w:p w14:paraId="0EB1092D" w14:textId="77777777" w:rsidR="00F12170" w:rsidRPr="007911BE" w:rsidRDefault="00000000">
            <w:pPr>
              <w:ind w:firstLine="0"/>
              <w:jc w:val="left"/>
              <w:rPr>
                <w:lang w:val="ru-RU"/>
              </w:rPr>
            </w:pPr>
            <w:r w:rsidRPr="007911BE">
              <w:rPr>
                <w:sz w:val="14"/>
                <w:lang w:val="ru-RU"/>
              </w:rPr>
              <w:t xml:space="preserve">Доля молодых студенческих семей и матерей (отцов) с детьми, получивших поддержку </w:t>
            </w:r>
            <w:r w:rsidRPr="007911BE">
              <w:rPr>
                <w:sz w:val="14"/>
                <w:lang w:val="ru-RU"/>
              </w:rPr>
              <w:lastRenderedPageBreak/>
              <w:t>образовательных организаций высшего образования от числа всех молодых студенческих семей и матерей (отцов) с детьми, обучающихся в вузах</w:t>
            </w:r>
          </w:p>
        </w:tc>
        <w:tc>
          <w:tcPr>
            <w:tcW w:w="2438" w:type="dxa"/>
            <w:vAlign w:val="center"/>
          </w:tcPr>
          <w:p w14:paraId="38B9C6EF" w14:textId="77777777" w:rsidR="00F12170" w:rsidRPr="007911BE" w:rsidRDefault="00000000">
            <w:pPr>
              <w:ind w:firstLine="0"/>
              <w:jc w:val="left"/>
              <w:rPr>
                <w:lang w:val="ru-RU"/>
              </w:rPr>
            </w:pPr>
            <w:r w:rsidRPr="007911BE">
              <w:rPr>
                <w:sz w:val="14"/>
                <w:lang w:val="ru-RU"/>
              </w:rPr>
              <w:lastRenderedPageBreak/>
              <w:t xml:space="preserve">ожидался в ЕМИСС по пользовательскому перечню, но </w:t>
            </w:r>
            <w:r w:rsidRPr="007911BE">
              <w:rPr>
                <w:sz w:val="14"/>
                <w:lang w:val="ru-RU"/>
              </w:rPr>
              <w:lastRenderedPageBreak/>
              <w:t>отсутствует в переданном архиве</w:t>
            </w:r>
          </w:p>
        </w:tc>
        <w:tc>
          <w:tcPr>
            <w:tcW w:w="907" w:type="dxa"/>
            <w:vAlign w:val="center"/>
          </w:tcPr>
          <w:p w14:paraId="4A119285" w14:textId="77777777" w:rsidR="00F12170" w:rsidRPr="007911BE" w:rsidRDefault="00000000">
            <w:pPr>
              <w:ind w:firstLine="0"/>
              <w:jc w:val="center"/>
            </w:pPr>
            <w:r w:rsidRPr="007911BE">
              <w:rPr>
                <w:sz w:val="14"/>
              </w:rPr>
              <w:lastRenderedPageBreak/>
              <w:t>1</w:t>
            </w:r>
          </w:p>
        </w:tc>
        <w:tc>
          <w:tcPr>
            <w:tcW w:w="794" w:type="dxa"/>
            <w:vAlign w:val="center"/>
          </w:tcPr>
          <w:p w14:paraId="1F2ECE09" w14:textId="77777777" w:rsidR="00F12170" w:rsidRPr="007911BE" w:rsidRDefault="00000000">
            <w:pPr>
              <w:ind w:firstLine="0"/>
              <w:jc w:val="center"/>
            </w:pPr>
            <w:r w:rsidRPr="007911BE">
              <w:rPr>
                <w:sz w:val="14"/>
              </w:rPr>
              <w:t>0</w:t>
            </w:r>
          </w:p>
        </w:tc>
        <w:tc>
          <w:tcPr>
            <w:tcW w:w="2154" w:type="dxa"/>
            <w:vAlign w:val="center"/>
          </w:tcPr>
          <w:p w14:paraId="61A30150" w14:textId="77777777" w:rsidR="00F12170" w:rsidRPr="007911BE" w:rsidRDefault="00000000">
            <w:pPr>
              <w:ind w:firstLine="0"/>
              <w:jc w:val="left"/>
              <w:rPr>
                <w:lang w:val="ru-RU"/>
              </w:rPr>
            </w:pPr>
            <w:r w:rsidRPr="007911BE">
              <w:rPr>
                <w:sz w:val="14"/>
                <w:lang w:val="ru-RU"/>
              </w:rPr>
              <w:t xml:space="preserve">В перечне указан ненулевой счетчик/название таблицы </w:t>
            </w:r>
            <w:r w:rsidRPr="007911BE">
              <w:rPr>
                <w:sz w:val="14"/>
                <w:lang w:val="ru-RU"/>
              </w:rPr>
              <w:lastRenderedPageBreak/>
              <w:t>ЕМИСС, но соответствующего файла в архиве нет.</w:t>
            </w:r>
          </w:p>
        </w:tc>
      </w:tr>
      <w:tr w:rsidR="00F12170" w:rsidRPr="007911BE" w14:paraId="0E41C410" w14:textId="77777777">
        <w:trPr>
          <w:jc w:val="center"/>
        </w:trPr>
        <w:tc>
          <w:tcPr>
            <w:tcW w:w="907" w:type="dxa"/>
            <w:vAlign w:val="center"/>
          </w:tcPr>
          <w:p w14:paraId="67D95B3A" w14:textId="77777777" w:rsidR="00F12170" w:rsidRPr="007911BE" w:rsidRDefault="00000000">
            <w:pPr>
              <w:ind w:firstLine="0"/>
              <w:jc w:val="left"/>
            </w:pPr>
            <w:r w:rsidRPr="007911BE">
              <w:rPr>
                <w:sz w:val="14"/>
              </w:rPr>
              <w:lastRenderedPageBreak/>
              <w:t>2.14.Я2.1</w:t>
            </w:r>
          </w:p>
        </w:tc>
        <w:tc>
          <w:tcPr>
            <w:tcW w:w="3855" w:type="dxa"/>
            <w:vAlign w:val="center"/>
          </w:tcPr>
          <w:p w14:paraId="188DB410" w14:textId="77777777" w:rsidR="00F12170" w:rsidRPr="007911BE" w:rsidRDefault="00000000">
            <w:pPr>
              <w:ind w:firstLine="0"/>
              <w:jc w:val="left"/>
              <w:rPr>
                <w:lang w:val="ru-RU"/>
              </w:rPr>
            </w:pPr>
            <w:r w:rsidRPr="007911BE">
              <w:rPr>
                <w:sz w:val="14"/>
                <w:lang w:val="ru-RU"/>
              </w:rPr>
              <w:t>Доля граждан, охваченных государственной социальной помощью на основании социального контракта, в общей численности малоимущих граждан</w:t>
            </w:r>
          </w:p>
        </w:tc>
        <w:tc>
          <w:tcPr>
            <w:tcW w:w="2438" w:type="dxa"/>
            <w:vAlign w:val="center"/>
          </w:tcPr>
          <w:p w14:paraId="0F41842F" w14:textId="77777777" w:rsidR="00F12170" w:rsidRPr="007911BE" w:rsidRDefault="00000000">
            <w:pPr>
              <w:ind w:firstLine="0"/>
              <w:jc w:val="left"/>
              <w:rPr>
                <w:lang w:val="ru-RU"/>
              </w:rPr>
            </w:pPr>
            <w:r w:rsidRPr="007911BE">
              <w:rPr>
                <w:sz w:val="14"/>
                <w:lang w:val="ru-RU"/>
              </w:rPr>
              <w:t>не представлен в ЕМИСС по пользовательскому перечню</w:t>
            </w:r>
          </w:p>
        </w:tc>
        <w:tc>
          <w:tcPr>
            <w:tcW w:w="907" w:type="dxa"/>
            <w:vAlign w:val="center"/>
          </w:tcPr>
          <w:p w14:paraId="5F78C5A8" w14:textId="77777777" w:rsidR="00F12170" w:rsidRPr="007911BE" w:rsidRDefault="00000000">
            <w:pPr>
              <w:ind w:firstLine="0"/>
              <w:jc w:val="center"/>
            </w:pPr>
            <w:r w:rsidRPr="007911BE">
              <w:rPr>
                <w:sz w:val="14"/>
              </w:rPr>
              <w:t>0</w:t>
            </w:r>
          </w:p>
        </w:tc>
        <w:tc>
          <w:tcPr>
            <w:tcW w:w="794" w:type="dxa"/>
            <w:vAlign w:val="center"/>
          </w:tcPr>
          <w:p w14:paraId="37439BEB" w14:textId="77777777" w:rsidR="00F12170" w:rsidRPr="007911BE" w:rsidRDefault="00000000">
            <w:pPr>
              <w:ind w:firstLine="0"/>
              <w:jc w:val="center"/>
            </w:pPr>
            <w:r w:rsidRPr="007911BE">
              <w:rPr>
                <w:sz w:val="14"/>
              </w:rPr>
              <w:t>0</w:t>
            </w:r>
          </w:p>
        </w:tc>
        <w:tc>
          <w:tcPr>
            <w:tcW w:w="2154" w:type="dxa"/>
            <w:vAlign w:val="center"/>
          </w:tcPr>
          <w:p w14:paraId="37C150B3" w14:textId="77777777" w:rsidR="00F12170" w:rsidRPr="007911BE" w:rsidRDefault="00387CF6">
            <w:pPr>
              <w:ind w:firstLine="0"/>
              <w:jc w:val="left"/>
            </w:pPr>
            <w:r w:rsidRPr="007911BE">
              <w:rPr>
                <w:sz w:val="14"/>
              </w:rPr>
              <w:t xml:space="preserve">– </w:t>
            </w:r>
          </w:p>
        </w:tc>
      </w:tr>
      <w:tr w:rsidR="00F12170" w:rsidRPr="00A27575" w14:paraId="717E063B" w14:textId="77777777">
        <w:trPr>
          <w:jc w:val="center"/>
        </w:trPr>
        <w:tc>
          <w:tcPr>
            <w:tcW w:w="907" w:type="dxa"/>
            <w:vAlign w:val="center"/>
          </w:tcPr>
          <w:p w14:paraId="0C0B55E9" w14:textId="77777777" w:rsidR="00F12170" w:rsidRPr="007911BE" w:rsidRDefault="00000000">
            <w:pPr>
              <w:ind w:firstLine="0"/>
              <w:jc w:val="left"/>
            </w:pPr>
            <w:r w:rsidRPr="007911BE">
              <w:rPr>
                <w:sz w:val="14"/>
              </w:rPr>
              <w:t>2.14.Я2.2</w:t>
            </w:r>
          </w:p>
        </w:tc>
        <w:tc>
          <w:tcPr>
            <w:tcW w:w="3855" w:type="dxa"/>
            <w:vAlign w:val="center"/>
          </w:tcPr>
          <w:p w14:paraId="29EB72AF" w14:textId="77777777" w:rsidR="00F12170" w:rsidRPr="007911BE" w:rsidRDefault="00000000">
            <w:pPr>
              <w:ind w:firstLine="0"/>
              <w:jc w:val="left"/>
              <w:rPr>
                <w:lang w:val="ru-RU"/>
              </w:rPr>
            </w:pPr>
            <w:r w:rsidRPr="007911BE">
              <w:rPr>
                <w:sz w:val="14"/>
                <w:lang w:val="ru-RU"/>
              </w:rPr>
              <w:t>Доля обучающихся 1-4 классов в группах продленного дня</w:t>
            </w:r>
          </w:p>
        </w:tc>
        <w:tc>
          <w:tcPr>
            <w:tcW w:w="2438" w:type="dxa"/>
            <w:vAlign w:val="center"/>
          </w:tcPr>
          <w:p w14:paraId="489B6F67" w14:textId="77777777" w:rsidR="00F12170" w:rsidRPr="007911BE" w:rsidRDefault="00000000">
            <w:pPr>
              <w:ind w:firstLine="0"/>
              <w:jc w:val="left"/>
              <w:rPr>
                <w:lang w:val="ru-RU"/>
              </w:rPr>
            </w:pPr>
            <w:r w:rsidRPr="007911BE">
              <w:rPr>
                <w:sz w:val="14"/>
                <w:lang w:val="ru-RU"/>
              </w:rPr>
              <w:t>противоречие в пользовательском перечне: счетчик 0, но название таблицы ЕМИСС приведено; в архиве отсутствует</w:t>
            </w:r>
          </w:p>
        </w:tc>
        <w:tc>
          <w:tcPr>
            <w:tcW w:w="907" w:type="dxa"/>
            <w:vAlign w:val="center"/>
          </w:tcPr>
          <w:p w14:paraId="0E0D955E" w14:textId="77777777" w:rsidR="00F12170" w:rsidRPr="007911BE" w:rsidRDefault="00000000">
            <w:pPr>
              <w:ind w:firstLine="0"/>
              <w:jc w:val="center"/>
            </w:pPr>
            <w:r w:rsidRPr="007911BE">
              <w:rPr>
                <w:sz w:val="14"/>
              </w:rPr>
              <w:t>0</w:t>
            </w:r>
          </w:p>
        </w:tc>
        <w:tc>
          <w:tcPr>
            <w:tcW w:w="794" w:type="dxa"/>
            <w:vAlign w:val="center"/>
          </w:tcPr>
          <w:p w14:paraId="3A27ED8C" w14:textId="77777777" w:rsidR="00F12170" w:rsidRPr="007911BE" w:rsidRDefault="00000000">
            <w:pPr>
              <w:ind w:firstLine="0"/>
              <w:jc w:val="center"/>
            </w:pPr>
            <w:r w:rsidRPr="007911BE">
              <w:rPr>
                <w:sz w:val="14"/>
              </w:rPr>
              <w:t>0</w:t>
            </w:r>
          </w:p>
        </w:tc>
        <w:tc>
          <w:tcPr>
            <w:tcW w:w="2154" w:type="dxa"/>
            <w:vAlign w:val="center"/>
          </w:tcPr>
          <w:p w14:paraId="28D0E8C1" w14:textId="77777777" w:rsidR="00F12170" w:rsidRPr="007911BE" w:rsidRDefault="00000000">
            <w:pPr>
              <w:ind w:firstLine="0"/>
              <w:jc w:val="left"/>
              <w:rPr>
                <w:lang w:val="ru-RU"/>
              </w:rPr>
            </w:pPr>
            <w:r w:rsidRPr="007911BE">
              <w:rPr>
                <w:sz w:val="14"/>
                <w:lang w:val="ru-RU"/>
              </w:rPr>
              <w:t>Требуется ручная сверка с ЕМИСС или исходной ведомственной выгрузкой.</w:t>
            </w:r>
          </w:p>
        </w:tc>
      </w:tr>
      <w:tr w:rsidR="00F12170" w:rsidRPr="007911BE" w14:paraId="32AD4E40" w14:textId="77777777">
        <w:trPr>
          <w:jc w:val="center"/>
        </w:trPr>
        <w:tc>
          <w:tcPr>
            <w:tcW w:w="907" w:type="dxa"/>
            <w:vAlign w:val="center"/>
          </w:tcPr>
          <w:p w14:paraId="0AC208A3" w14:textId="77777777" w:rsidR="00F12170" w:rsidRPr="007911BE" w:rsidRDefault="00000000">
            <w:pPr>
              <w:ind w:firstLine="0"/>
              <w:jc w:val="left"/>
            </w:pPr>
            <w:r w:rsidRPr="007911BE">
              <w:rPr>
                <w:sz w:val="14"/>
              </w:rPr>
              <w:t>2.14.Я2.3</w:t>
            </w:r>
          </w:p>
        </w:tc>
        <w:tc>
          <w:tcPr>
            <w:tcW w:w="3855" w:type="dxa"/>
            <w:vAlign w:val="center"/>
          </w:tcPr>
          <w:p w14:paraId="50D20ACA" w14:textId="77777777" w:rsidR="00F12170" w:rsidRPr="007911BE" w:rsidRDefault="00000000">
            <w:pPr>
              <w:ind w:firstLine="0"/>
              <w:jc w:val="left"/>
              <w:rPr>
                <w:lang w:val="ru-RU"/>
              </w:rPr>
            </w:pPr>
            <w:r w:rsidRPr="007911BE">
              <w:rPr>
                <w:sz w:val="14"/>
                <w:lang w:val="ru-RU"/>
              </w:rPr>
              <w:t>Темп прироста числа многодетных семей</w:t>
            </w:r>
          </w:p>
        </w:tc>
        <w:tc>
          <w:tcPr>
            <w:tcW w:w="2438" w:type="dxa"/>
            <w:vAlign w:val="center"/>
          </w:tcPr>
          <w:p w14:paraId="24F4BC5A" w14:textId="77777777" w:rsidR="00F12170" w:rsidRPr="007911BE" w:rsidRDefault="00000000">
            <w:pPr>
              <w:ind w:firstLine="0"/>
              <w:jc w:val="left"/>
              <w:rPr>
                <w:lang w:val="ru-RU"/>
              </w:rPr>
            </w:pPr>
            <w:r w:rsidRPr="007911BE">
              <w:rPr>
                <w:sz w:val="14"/>
                <w:lang w:val="ru-RU"/>
              </w:rPr>
              <w:t>не представлен в ЕМИСС по пользовательскому перечню</w:t>
            </w:r>
          </w:p>
        </w:tc>
        <w:tc>
          <w:tcPr>
            <w:tcW w:w="907" w:type="dxa"/>
            <w:vAlign w:val="center"/>
          </w:tcPr>
          <w:p w14:paraId="5BEAA1C9" w14:textId="77777777" w:rsidR="00F12170" w:rsidRPr="007911BE" w:rsidRDefault="00000000">
            <w:pPr>
              <w:ind w:firstLine="0"/>
              <w:jc w:val="center"/>
            </w:pPr>
            <w:r w:rsidRPr="007911BE">
              <w:rPr>
                <w:sz w:val="14"/>
              </w:rPr>
              <w:t>0</w:t>
            </w:r>
          </w:p>
        </w:tc>
        <w:tc>
          <w:tcPr>
            <w:tcW w:w="794" w:type="dxa"/>
            <w:vAlign w:val="center"/>
          </w:tcPr>
          <w:p w14:paraId="534D74BC" w14:textId="77777777" w:rsidR="00F12170" w:rsidRPr="007911BE" w:rsidRDefault="00000000">
            <w:pPr>
              <w:ind w:firstLine="0"/>
              <w:jc w:val="center"/>
            </w:pPr>
            <w:r w:rsidRPr="007911BE">
              <w:rPr>
                <w:sz w:val="14"/>
              </w:rPr>
              <w:t>0</w:t>
            </w:r>
          </w:p>
        </w:tc>
        <w:tc>
          <w:tcPr>
            <w:tcW w:w="2154" w:type="dxa"/>
            <w:vAlign w:val="center"/>
          </w:tcPr>
          <w:p w14:paraId="5D842C88" w14:textId="77777777" w:rsidR="00F12170" w:rsidRPr="007911BE" w:rsidRDefault="00387CF6">
            <w:pPr>
              <w:ind w:firstLine="0"/>
              <w:jc w:val="left"/>
            </w:pPr>
            <w:r w:rsidRPr="007911BE">
              <w:rPr>
                <w:sz w:val="14"/>
              </w:rPr>
              <w:t xml:space="preserve">– </w:t>
            </w:r>
          </w:p>
        </w:tc>
      </w:tr>
      <w:tr w:rsidR="00F12170" w:rsidRPr="007911BE" w14:paraId="307E85F8" w14:textId="77777777">
        <w:trPr>
          <w:jc w:val="center"/>
        </w:trPr>
        <w:tc>
          <w:tcPr>
            <w:tcW w:w="907" w:type="dxa"/>
            <w:vAlign w:val="center"/>
          </w:tcPr>
          <w:p w14:paraId="3D9FB5DB" w14:textId="77777777" w:rsidR="00F12170" w:rsidRPr="007911BE" w:rsidRDefault="00000000">
            <w:pPr>
              <w:ind w:firstLine="0"/>
              <w:jc w:val="left"/>
            </w:pPr>
            <w:r w:rsidRPr="007911BE">
              <w:rPr>
                <w:sz w:val="14"/>
              </w:rPr>
              <w:t>2.14.Я2.4</w:t>
            </w:r>
          </w:p>
        </w:tc>
        <w:tc>
          <w:tcPr>
            <w:tcW w:w="3855" w:type="dxa"/>
            <w:vAlign w:val="center"/>
          </w:tcPr>
          <w:p w14:paraId="33106CC6" w14:textId="77777777" w:rsidR="00F12170" w:rsidRPr="007911BE" w:rsidRDefault="00000000">
            <w:pPr>
              <w:ind w:firstLine="0"/>
              <w:jc w:val="left"/>
              <w:rPr>
                <w:lang w:val="ru-RU"/>
              </w:rPr>
            </w:pPr>
            <w:r w:rsidRPr="007911BE">
              <w:rPr>
                <w:sz w:val="14"/>
                <w:lang w:val="ru-RU"/>
              </w:rPr>
              <w:t>Доля регионов, обеспечивших не ниже среднероссийских темпы повышения суммарного коэффициента рождаемости, из числа субъектов Российской Федерации, в которых по итогам 2023 года значение такого коэффициента было ниже среднероссийского</w:t>
            </w:r>
          </w:p>
        </w:tc>
        <w:tc>
          <w:tcPr>
            <w:tcW w:w="2438" w:type="dxa"/>
            <w:vAlign w:val="center"/>
          </w:tcPr>
          <w:p w14:paraId="1829B615"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133B086B" w14:textId="77777777" w:rsidR="00F12170" w:rsidRPr="007911BE" w:rsidRDefault="00000000">
            <w:pPr>
              <w:ind w:firstLine="0"/>
              <w:jc w:val="center"/>
            </w:pPr>
            <w:r w:rsidRPr="007911BE">
              <w:rPr>
                <w:sz w:val="14"/>
              </w:rPr>
              <w:t>1</w:t>
            </w:r>
          </w:p>
        </w:tc>
        <w:tc>
          <w:tcPr>
            <w:tcW w:w="794" w:type="dxa"/>
            <w:vAlign w:val="center"/>
          </w:tcPr>
          <w:p w14:paraId="5ABE9A9B" w14:textId="77777777" w:rsidR="00F12170" w:rsidRPr="007911BE" w:rsidRDefault="00000000">
            <w:pPr>
              <w:ind w:firstLine="0"/>
              <w:jc w:val="center"/>
            </w:pPr>
            <w:r w:rsidRPr="007911BE">
              <w:rPr>
                <w:sz w:val="14"/>
              </w:rPr>
              <w:t>1</w:t>
            </w:r>
          </w:p>
        </w:tc>
        <w:tc>
          <w:tcPr>
            <w:tcW w:w="2154" w:type="dxa"/>
            <w:vAlign w:val="center"/>
          </w:tcPr>
          <w:p w14:paraId="5D3E0CD1" w14:textId="77777777" w:rsidR="00F12170" w:rsidRPr="007911BE" w:rsidRDefault="00387CF6">
            <w:pPr>
              <w:ind w:firstLine="0"/>
              <w:jc w:val="left"/>
            </w:pPr>
            <w:r w:rsidRPr="007911BE">
              <w:rPr>
                <w:sz w:val="14"/>
              </w:rPr>
              <w:t xml:space="preserve">– </w:t>
            </w:r>
          </w:p>
        </w:tc>
      </w:tr>
      <w:tr w:rsidR="00F12170" w:rsidRPr="007911BE" w14:paraId="0E23E27A" w14:textId="77777777">
        <w:trPr>
          <w:jc w:val="center"/>
        </w:trPr>
        <w:tc>
          <w:tcPr>
            <w:tcW w:w="907" w:type="dxa"/>
            <w:vAlign w:val="center"/>
          </w:tcPr>
          <w:p w14:paraId="00E63EFC" w14:textId="77777777" w:rsidR="00F12170" w:rsidRPr="007911BE" w:rsidRDefault="00000000">
            <w:pPr>
              <w:ind w:firstLine="0"/>
              <w:jc w:val="left"/>
            </w:pPr>
            <w:r w:rsidRPr="007911BE">
              <w:rPr>
                <w:sz w:val="14"/>
              </w:rPr>
              <w:t>2.14.Я3.1</w:t>
            </w:r>
          </w:p>
        </w:tc>
        <w:tc>
          <w:tcPr>
            <w:tcW w:w="3855" w:type="dxa"/>
            <w:vAlign w:val="center"/>
          </w:tcPr>
          <w:p w14:paraId="1C0AEC64" w14:textId="77777777" w:rsidR="00F12170" w:rsidRPr="007911BE" w:rsidRDefault="00000000">
            <w:pPr>
              <w:ind w:firstLine="0"/>
              <w:jc w:val="left"/>
              <w:rPr>
                <w:lang w:val="ru-RU"/>
              </w:rPr>
            </w:pPr>
            <w:r w:rsidRPr="007911BE">
              <w:rPr>
                <w:sz w:val="14"/>
                <w:lang w:val="ru-RU"/>
              </w:rPr>
              <w:t>Охват граждан репродуктивного возраста (18–49 лет) диспансеризацией с целью оценки репродуктивного здоровья</w:t>
            </w:r>
          </w:p>
        </w:tc>
        <w:tc>
          <w:tcPr>
            <w:tcW w:w="2438" w:type="dxa"/>
            <w:vAlign w:val="center"/>
          </w:tcPr>
          <w:p w14:paraId="6A1B7D90"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3BACDC5C" w14:textId="77777777" w:rsidR="00F12170" w:rsidRPr="007911BE" w:rsidRDefault="00000000">
            <w:pPr>
              <w:ind w:firstLine="0"/>
              <w:jc w:val="center"/>
            </w:pPr>
            <w:r w:rsidRPr="007911BE">
              <w:rPr>
                <w:sz w:val="14"/>
              </w:rPr>
              <w:t>1</w:t>
            </w:r>
          </w:p>
        </w:tc>
        <w:tc>
          <w:tcPr>
            <w:tcW w:w="794" w:type="dxa"/>
            <w:vAlign w:val="center"/>
          </w:tcPr>
          <w:p w14:paraId="718E8BE3" w14:textId="77777777" w:rsidR="00F12170" w:rsidRPr="007911BE" w:rsidRDefault="00000000">
            <w:pPr>
              <w:ind w:firstLine="0"/>
              <w:jc w:val="center"/>
            </w:pPr>
            <w:r w:rsidRPr="007911BE">
              <w:rPr>
                <w:sz w:val="14"/>
              </w:rPr>
              <w:t>1</w:t>
            </w:r>
          </w:p>
        </w:tc>
        <w:tc>
          <w:tcPr>
            <w:tcW w:w="2154" w:type="dxa"/>
            <w:vAlign w:val="center"/>
          </w:tcPr>
          <w:p w14:paraId="049974D6" w14:textId="77777777" w:rsidR="00F12170" w:rsidRPr="007911BE" w:rsidRDefault="00387CF6">
            <w:pPr>
              <w:ind w:firstLine="0"/>
              <w:jc w:val="left"/>
            </w:pPr>
            <w:r w:rsidRPr="007911BE">
              <w:rPr>
                <w:sz w:val="14"/>
              </w:rPr>
              <w:t xml:space="preserve">– </w:t>
            </w:r>
          </w:p>
        </w:tc>
      </w:tr>
      <w:tr w:rsidR="00F12170" w:rsidRPr="007911BE" w14:paraId="4857CBEC" w14:textId="77777777">
        <w:trPr>
          <w:jc w:val="center"/>
        </w:trPr>
        <w:tc>
          <w:tcPr>
            <w:tcW w:w="907" w:type="dxa"/>
            <w:vAlign w:val="center"/>
          </w:tcPr>
          <w:p w14:paraId="11B426A8" w14:textId="77777777" w:rsidR="00F12170" w:rsidRPr="007911BE" w:rsidRDefault="00000000">
            <w:pPr>
              <w:ind w:firstLine="0"/>
              <w:jc w:val="left"/>
            </w:pPr>
            <w:r w:rsidRPr="007911BE">
              <w:rPr>
                <w:sz w:val="14"/>
              </w:rPr>
              <w:t>2.14.Я3.2</w:t>
            </w:r>
          </w:p>
        </w:tc>
        <w:tc>
          <w:tcPr>
            <w:tcW w:w="3855" w:type="dxa"/>
            <w:vAlign w:val="center"/>
          </w:tcPr>
          <w:p w14:paraId="473BC7AF" w14:textId="77777777" w:rsidR="00F12170" w:rsidRPr="007911BE" w:rsidRDefault="00000000">
            <w:pPr>
              <w:ind w:firstLine="0"/>
              <w:jc w:val="left"/>
              <w:rPr>
                <w:lang w:val="ru-RU"/>
              </w:rPr>
            </w:pPr>
            <w:r w:rsidRPr="007911BE">
              <w:rPr>
                <w:sz w:val="1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2438" w:type="dxa"/>
            <w:vAlign w:val="center"/>
          </w:tcPr>
          <w:p w14:paraId="5B685772"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4CEF8635" w14:textId="77777777" w:rsidR="00F12170" w:rsidRPr="007911BE" w:rsidRDefault="00000000">
            <w:pPr>
              <w:ind w:firstLine="0"/>
              <w:jc w:val="center"/>
            </w:pPr>
            <w:r w:rsidRPr="007911BE">
              <w:rPr>
                <w:sz w:val="14"/>
              </w:rPr>
              <w:t>1</w:t>
            </w:r>
          </w:p>
        </w:tc>
        <w:tc>
          <w:tcPr>
            <w:tcW w:w="794" w:type="dxa"/>
            <w:vAlign w:val="center"/>
          </w:tcPr>
          <w:p w14:paraId="1BFC7845" w14:textId="77777777" w:rsidR="00F12170" w:rsidRPr="007911BE" w:rsidRDefault="00000000">
            <w:pPr>
              <w:ind w:firstLine="0"/>
              <w:jc w:val="center"/>
            </w:pPr>
            <w:r w:rsidRPr="007911BE">
              <w:rPr>
                <w:sz w:val="14"/>
              </w:rPr>
              <w:t>1</w:t>
            </w:r>
          </w:p>
        </w:tc>
        <w:tc>
          <w:tcPr>
            <w:tcW w:w="2154" w:type="dxa"/>
            <w:vAlign w:val="center"/>
          </w:tcPr>
          <w:p w14:paraId="3F9EC0D0" w14:textId="77777777" w:rsidR="00F12170" w:rsidRPr="007911BE" w:rsidRDefault="00387CF6">
            <w:pPr>
              <w:ind w:firstLine="0"/>
              <w:jc w:val="left"/>
            </w:pPr>
            <w:r w:rsidRPr="007911BE">
              <w:rPr>
                <w:sz w:val="14"/>
              </w:rPr>
              <w:t xml:space="preserve">– </w:t>
            </w:r>
          </w:p>
        </w:tc>
      </w:tr>
      <w:tr w:rsidR="00F12170" w:rsidRPr="007911BE" w14:paraId="706EBFF2" w14:textId="77777777">
        <w:trPr>
          <w:jc w:val="center"/>
        </w:trPr>
        <w:tc>
          <w:tcPr>
            <w:tcW w:w="907" w:type="dxa"/>
            <w:vAlign w:val="center"/>
          </w:tcPr>
          <w:p w14:paraId="6B36E6D6" w14:textId="77777777" w:rsidR="00F12170" w:rsidRPr="007911BE" w:rsidRDefault="00000000">
            <w:pPr>
              <w:ind w:firstLine="0"/>
              <w:jc w:val="left"/>
            </w:pPr>
            <w:r w:rsidRPr="007911BE">
              <w:rPr>
                <w:sz w:val="14"/>
              </w:rPr>
              <w:t>2.14.Я3.3</w:t>
            </w:r>
          </w:p>
        </w:tc>
        <w:tc>
          <w:tcPr>
            <w:tcW w:w="3855" w:type="dxa"/>
            <w:vAlign w:val="center"/>
          </w:tcPr>
          <w:p w14:paraId="3442923C" w14:textId="77777777" w:rsidR="00F12170" w:rsidRPr="007911BE" w:rsidRDefault="00000000">
            <w:pPr>
              <w:ind w:firstLine="0"/>
              <w:jc w:val="left"/>
            </w:pPr>
            <w:proofErr w:type="spellStart"/>
            <w:r w:rsidRPr="007911BE">
              <w:rPr>
                <w:sz w:val="14"/>
              </w:rPr>
              <w:t>Младенческая</w:t>
            </w:r>
            <w:proofErr w:type="spellEnd"/>
            <w:r w:rsidRPr="007911BE">
              <w:rPr>
                <w:sz w:val="14"/>
              </w:rPr>
              <w:t xml:space="preserve"> </w:t>
            </w:r>
            <w:proofErr w:type="spellStart"/>
            <w:r w:rsidRPr="007911BE">
              <w:rPr>
                <w:sz w:val="14"/>
              </w:rPr>
              <w:t>смертность</w:t>
            </w:r>
            <w:proofErr w:type="spellEnd"/>
          </w:p>
        </w:tc>
        <w:tc>
          <w:tcPr>
            <w:tcW w:w="2438" w:type="dxa"/>
            <w:vAlign w:val="center"/>
          </w:tcPr>
          <w:p w14:paraId="78F0D040"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497219E4" w14:textId="77777777" w:rsidR="00F12170" w:rsidRPr="007911BE" w:rsidRDefault="00000000">
            <w:pPr>
              <w:ind w:firstLine="0"/>
              <w:jc w:val="center"/>
            </w:pPr>
            <w:r w:rsidRPr="007911BE">
              <w:rPr>
                <w:sz w:val="14"/>
              </w:rPr>
              <w:t>2</w:t>
            </w:r>
          </w:p>
        </w:tc>
        <w:tc>
          <w:tcPr>
            <w:tcW w:w="794" w:type="dxa"/>
            <w:vAlign w:val="center"/>
          </w:tcPr>
          <w:p w14:paraId="3958165F" w14:textId="77777777" w:rsidR="00F12170" w:rsidRPr="007911BE" w:rsidRDefault="00000000">
            <w:pPr>
              <w:ind w:firstLine="0"/>
              <w:jc w:val="center"/>
            </w:pPr>
            <w:r w:rsidRPr="007911BE">
              <w:rPr>
                <w:sz w:val="14"/>
              </w:rPr>
              <w:t>2</w:t>
            </w:r>
          </w:p>
        </w:tc>
        <w:tc>
          <w:tcPr>
            <w:tcW w:w="2154" w:type="dxa"/>
            <w:vAlign w:val="center"/>
          </w:tcPr>
          <w:p w14:paraId="035F0C7D" w14:textId="77777777" w:rsidR="00F12170" w:rsidRPr="007911BE" w:rsidRDefault="00387CF6">
            <w:pPr>
              <w:ind w:firstLine="0"/>
              <w:jc w:val="left"/>
            </w:pPr>
            <w:r w:rsidRPr="007911BE">
              <w:rPr>
                <w:sz w:val="14"/>
              </w:rPr>
              <w:t xml:space="preserve">– </w:t>
            </w:r>
          </w:p>
        </w:tc>
      </w:tr>
      <w:tr w:rsidR="00F12170" w:rsidRPr="007911BE" w14:paraId="41324041" w14:textId="77777777">
        <w:trPr>
          <w:jc w:val="center"/>
        </w:trPr>
        <w:tc>
          <w:tcPr>
            <w:tcW w:w="907" w:type="dxa"/>
            <w:vAlign w:val="center"/>
          </w:tcPr>
          <w:p w14:paraId="63C68B04" w14:textId="77777777" w:rsidR="00F12170" w:rsidRPr="007911BE" w:rsidRDefault="00000000">
            <w:pPr>
              <w:ind w:firstLine="0"/>
              <w:jc w:val="left"/>
            </w:pPr>
            <w:r w:rsidRPr="007911BE">
              <w:rPr>
                <w:sz w:val="14"/>
              </w:rPr>
              <w:t>2.14.Я3.4</w:t>
            </w:r>
          </w:p>
        </w:tc>
        <w:tc>
          <w:tcPr>
            <w:tcW w:w="3855" w:type="dxa"/>
            <w:vAlign w:val="center"/>
          </w:tcPr>
          <w:p w14:paraId="52D00C11" w14:textId="77777777" w:rsidR="00F12170" w:rsidRPr="007911BE" w:rsidRDefault="00000000">
            <w:pPr>
              <w:ind w:firstLine="0"/>
              <w:jc w:val="left"/>
              <w:rPr>
                <w:lang w:val="ru-RU"/>
              </w:rPr>
            </w:pPr>
            <w:r w:rsidRPr="007911BE">
              <w:rPr>
                <w:sz w:val="14"/>
                <w:lang w:val="ru-RU"/>
              </w:rPr>
              <w:t>Доля взятых под диспансерное наблюдение детей в возрасте 0–17 лет с впервые в жизни установленными диагнозами, от общего проведения профилактических медицинских осмотров</w:t>
            </w:r>
          </w:p>
        </w:tc>
        <w:tc>
          <w:tcPr>
            <w:tcW w:w="2438" w:type="dxa"/>
            <w:vAlign w:val="center"/>
          </w:tcPr>
          <w:p w14:paraId="126BCC6F"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4C8E7326" w14:textId="77777777" w:rsidR="00F12170" w:rsidRPr="007911BE" w:rsidRDefault="00000000">
            <w:pPr>
              <w:ind w:firstLine="0"/>
              <w:jc w:val="center"/>
            </w:pPr>
            <w:r w:rsidRPr="007911BE">
              <w:rPr>
                <w:sz w:val="14"/>
              </w:rPr>
              <w:t>1</w:t>
            </w:r>
          </w:p>
        </w:tc>
        <w:tc>
          <w:tcPr>
            <w:tcW w:w="794" w:type="dxa"/>
            <w:vAlign w:val="center"/>
          </w:tcPr>
          <w:p w14:paraId="0FE454D2" w14:textId="77777777" w:rsidR="00F12170" w:rsidRPr="007911BE" w:rsidRDefault="00000000">
            <w:pPr>
              <w:ind w:firstLine="0"/>
              <w:jc w:val="center"/>
            </w:pPr>
            <w:r w:rsidRPr="007911BE">
              <w:rPr>
                <w:sz w:val="14"/>
              </w:rPr>
              <w:t>1</w:t>
            </w:r>
          </w:p>
        </w:tc>
        <w:tc>
          <w:tcPr>
            <w:tcW w:w="2154" w:type="dxa"/>
            <w:vAlign w:val="center"/>
          </w:tcPr>
          <w:p w14:paraId="4596B1DD" w14:textId="77777777" w:rsidR="00F12170" w:rsidRPr="007911BE" w:rsidRDefault="00387CF6">
            <w:pPr>
              <w:ind w:firstLine="0"/>
              <w:jc w:val="left"/>
            </w:pPr>
            <w:r w:rsidRPr="007911BE">
              <w:rPr>
                <w:sz w:val="14"/>
              </w:rPr>
              <w:t xml:space="preserve">– </w:t>
            </w:r>
          </w:p>
        </w:tc>
      </w:tr>
      <w:tr w:rsidR="00F12170" w:rsidRPr="007911BE" w14:paraId="5769D107" w14:textId="77777777">
        <w:trPr>
          <w:jc w:val="center"/>
        </w:trPr>
        <w:tc>
          <w:tcPr>
            <w:tcW w:w="907" w:type="dxa"/>
            <w:vAlign w:val="center"/>
          </w:tcPr>
          <w:p w14:paraId="3FD7D6B4" w14:textId="77777777" w:rsidR="00F12170" w:rsidRPr="007911BE" w:rsidRDefault="00000000">
            <w:pPr>
              <w:ind w:firstLine="0"/>
              <w:jc w:val="left"/>
            </w:pPr>
            <w:r w:rsidRPr="007911BE">
              <w:rPr>
                <w:sz w:val="14"/>
              </w:rPr>
              <w:t>2.14.Я3.5</w:t>
            </w:r>
          </w:p>
        </w:tc>
        <w:tc>
          <w:tcPr>
            <w:tcW w:w="3855" w:type="dxa"/>
            <w:vAlign w:val="center"/>
          </w:tcPr>
          <w:p w14:paraId="5654901B" w14:textId="77777777" w:rsidR="00F12170" w:rsidRPr="007911BE" w:rsidRDefault="00000000">
            <w:pPr>
              <w:ind w:firstLine="0"/>
              <w:jc w:val="left"/>
              <w:rPr>
                <w:lang w:val="ru-RU"/>
              </w:rPr>
            </w:pPr>
            <w:r w:rsidRPr="007911BE">
              <w:rPr>
                <w:sz w:val="1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2438" w:type="dxa"/>
            <w:vAlign w:val="center"/>
          </w:tcPr>
          <w:p w14:paraId="0529380D"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1957EED7" w14:textId="77777777" w:rsidR="00F12170" w:rsidRPr="007911BE" w:rsidRDefault="00000000">
            <w:pPr>
              <w:ind w:firstLine="0"/>
              <w:jc w:val="center"/>
            </w:pPr>
            <w:r w:rsidRPr="007911BE">
              <w:rPr>
                <w:sz w:val="14"/>
              </w:rPr>
              <w:t>1</w:t>
            </w:r>
          </w:p>
        </w:tc>
        <w:tc>
          <w:tcPr>
            <w:tcW w:w="794" w:type="dxa"/>
            <w:vAlign w:val="center"/>
          </w:tcPr>
          <w:p w14:paraId="5D7276B6" w14:textId="77777777" w:rsidR="00F12170" w:rsidRPr="007911BE" w:rsidRDefault="00000000">
            <w:pPr>
              <w:ind w:firstLine="0"/>
              <w:jc w:val="center"/>
            </w:pPr>
            <w:r w:rsidRPr="007911BE">
              <w:rPr>
                <w:sz w:val="14"/>
              </w:rPr>
              <w:t>1</w:t>
            </w:r>
          </w:p>
        </w:tc>
        <w:tc>
          <w:tcPr>
            <w:tcW w:w="2154" w:type="dxa"/>
            <w:vAlign w:val="center"/>
          </w:tcPr>
          <w:p w14:paraId="0B40FE56" w14:textId="77777777" w:rsidR="00F12170" w:rsidRPr="007911BE" w:rsidRDefault="00387CF6">
            <w:pPr>
              <w:ind w:firstLine="0"/>
              <w:jc w:val="left"/>
            </w:pPr>
            <w:r w:rsidRPr="007911BE">
              <w:rPr>
                <w:sz w:val="14"/>
              </w:rPr>
              <w:t xml:space="preserve">– </w:t>
            </w:r>
          </w:p>
        </w:tc>
      </w:tr>
      <w:tr w:rsidR="00F12170" w:rsidRPr="007911BE" w14:paraId="472EB07F" w14:textId="77777777">
        <w:trPr>
          <w:jc w:val="center"/>
        </w:trPr>
        <w:tc>
          <w:tcPr>
            <w:tcW w:w="907" w:type="dxa"/>
            <w:vAlign w:val="center"/>
          </w:tcPr>
          <w:p w14:paraId="1184E4B2" w14:textId="77777777" w:rsidR="00F12170" w:rsidRPr="007911BE" w:rsidRDefault="00000000">
            <w:pPr>
              <w:ind w:firstLine="0"/>
              <w:jc w:val="left"/>
            </w:pPr>
            <w:r w:rsidRPr="007911BE">
              <w:rPr>
                <w:sz w:val="14"/>
              </w:rPr>
              <w:t>2.14.Я4.1</w:t>
            </w:r>
          </w:p>
        </w:tc>
        <w:tc>
          <w:tcPr>
            <w:tcW w:w="3855" w:type="dxa"/>
            <w:vAlign w:val="center"/>
          </w:tcPr>
          <w:p w14:paraId="32462A66" w14:textId="77777777" w:rsidR="00F12170" w:rsidRPr="007911BE" w:rsidRDefault="00000000">
            <w:pPr>
              <w:ind w:firstLine="0"/>
              <w:jc w:val="left"/>
              <w:rPr>
                <w:lang w:val="ru-RU"/>
              </w:rPr>
            </w:pPr>
            <w:r w:rsidRPr="007911BE">
              <w:rPr>
                <w:sz w:val="14"/>
                <w:lang w:val="ru-RU"/>
              </w:rPr>
              <w:t>Доля граждан старшего поколения, вовлеченных в региональные программы «Активное долголетие»</w:t>
            </w:r>
          </w:p>
        </w:tc>
        <w:tc>
          <w:tcPr>
            <w:tcW w:w="2438" w:type="dxa"/>
            <w:vAlign w:val="center"/>
          </w:tcPr>
          <w:p w14:paraId="48D56B90" w14:textId="77777777" w:rsidR="00F12170" w:rsidRPr="007911BE" w:rsidRDefault="00000000">
            <w:pPr>
              <w:ind w:firstLine="0"/>
              <w:jc w:val="left"/>
              <w:rPr>
                <w:lang w:val="ru-RU"/>
              </w:rPr>
            </w:pPr>
            <w:r w:rsidRPr="007911BE">
              <w:rPr>
                <w:sz w:val="14"/>
                <w:lang w:val="ru-RU"/>
              </w:rPr>
              <w:t>не представлен в ЕМИСС по пользовательскому перечню</w:t>
            </w:r>
          </w:p>
        </w:tc>
        <w:tc>
          <w:tcPr>
            <w:tcW w:w="907" w:type="dxa"/>
            <w:vAlign w:val="center"/>
          </w:tcPr>
          <w:p w14:paraId="3E8C4B5B" w14:textId="77777777" w:rsidR="00F12170" w:rsidRPr="007911BE" w:rsidRDefault="00000000">
            <w:pPr>
              <w:ind w:firstLine="0"/>
              <w:jc w:val="center"/>
            </w:pPr>
            <w:r w:rsidRPr="007911BE">
              <w:rPr>
                <w:sz w:val="14"/>
              </w:rPr>
              <w:t>0</w:t>
            </w:r>
          </w:p>
        </w:tc>
        <w:tc>
          <w:tcPr>
            <w:tcW w:w="794" w:type="dxa"/>
            <w:vAlign w:val="center"/>
          </w:tcPr>
          <w:p w14:paraId="2733A5F2" w14:textId="77777777" w:rsidR="00F12170" w:rsidRPr="007911BE" w:rsidRDefault="00000000">
            <w:pPr>
              <w:ind w:firstLine="0"/>
              <w:jc w:val="center"/>
            </w:pPr>
            <w:r w:rsidRPr="007911BE">
              <w:rPr>
                <w:sz w:val="14"/>
              </w:rPr>
              <w:t>0</w:t>
            </w:r>
          </w:p>
        </w:tc>
        <w:tc>
          <w:tcPr>
            <w:tcW w:w="2154" w:type="dxa"/>
            <w:vAlign w:val="center"/>
          </w:tcPr>
          <w:p w14:paraId="0371FE1F" w14:textId="77777777" w:rsidR="00F12170" w:rsidRPr="007911BE" w:rsidRDefault="00387CF6">
            <w:pPr>
              <w:ind w:firstLine="0"/>
              <w:jc w:val="left"/>
            </w:pPr>
            <w:r w:rsidRPr="007911BE">
              <w:rPr>
                <w:sz w:val="14"/>
              </w:rPr>
              <w:t xml:space="preserve">– </w:t>
            </w:r>
          </w:p>
        </w:tc>
      </w:tr>
      <w:tr w:rsidR="00F12170" w:rsidRPr="007911BE" w14:paraId="34C29CB0" w14:textId="77777777">
        <w:trPr>
          <w:jc w:val="center"/>
        </w:trPr>
        <w:tc>
          <w:tcPr>
            <w:tcW w:w="907" w:type="dxa"/>
            <w:vAlign w:val="center"/>
          </w:tcPr>
          <w:p w14:paraId="6535CBAE" w14:textId="77777777" w:rsidR="00F12170" w:rsidRPr="007911BE" w:rsidRDefault="00000000">
            <w:pPr>
              <w:ind w:firstLine="0"/>
              <w:jc w:val="left"/>
            </w:pPr>
            <w:r w:rsidRPr="007911BE">
              <w:rPr>
                <w:sz w:val="14"/>
              </w:rPr>
              <w:t>2.14.Я5.1</w:t>
            </w:r>
          </w:p>
        </w:tc>
        <w:tc>
          <w:tcPr>
            <w:tcW w:w="3855" w:type="dxa"/>
            <w:vAlign w:val="center"/>
          </w:tcPr>
          <w:p w14:paraId="5BD3C05B" w14:textId="77777777" w:rsidR="00F12170" w:rsidRPr="007911BE" w:rsidRDefault="00000000">
            <w:pPr>
              <w:ind w:firstLine="0"/>
              <w:jc w:val="left"/>
              <w:rPr>
                <w:lang w:val="ru-RU"/>
              </w:rPr>
            </w:pPr>
            <w:r w:rsidRPr="007911BE">
              <w:rPr>
                <w:sz w:val="14"/>
                <w:lang w:val="ru-RU"/>
              </w:rPr>
              <w:t>Доля граждан, считающих семью главной ценностью</w:t>
            </w:r>
          </w:p>
        </w:tc>
        <w:tc>
          <w:tcPr>
            <w:tcW w:w="2438" w:type="dxa"/>
            <w:vAlign w:val="center"/>
          </w:tcPr>
          <w:p w14:paraId="65873D58" w14:textId="77777777" w:rsidR="00F12170" w:rsidRPr="007911BE" w:rsidRDefault="00000000">
            <w:pPr>
              <w:ind w:firstLine="0"/>
              <w:jc w:val="left"/>
              <w:rPr>
                <w:lang w:val="ru-RU"/>
              </w:rPr>
            </w:pPr>
            <w:r w:rsidRPr="007911BE">
              <w:rPr>
                <w:sz w:val="14"/>
                <w:lang w:val="ru-RU"/>
              </w:rPr>
              <w:t>не представлен в ЕМИСС по пользовательскому перечню</w:t>
            </w:r>
          </w:p>
        </w:tc>
        <w:tc>
          <w:tcPr>
            <w:tcW w:w="907" w:type="dxa"/>
            <w:vAlign w:val="center"/>
          </w:tcPr>
          <w:p w14:paraId="10495474" w14:textId="77777777" w:rsidR="00F12170" w:rsidRPr="007911BE" w:rsidRDefault="00000000">
            <w:pPr>
              <w:ind w:firstLine="0"/>
              <w:jc w:val="center"/>
            </w:pPr>
            <w:r w:rsidRPr="007911BE">
              <w:rPr>
                <w:sz w:val="14"/>
              </w:rPr>
              <w:t>0</w:t>
            </w:r>
          </w:p>
        </w:tc>
        <w:tc>
          <w:tcPr>
            <w:tcW w:w="794" w:type="dxa"/>
            <w:vAlign w:val="center"/>
          </w:tcPr>
          <w:p w14:paraId="6839A6CD" w14:textId="77777777" w:rsidR="00F12170" w:rsidRPr="007911BE" w:rsidRDefault="00000000">
            <w:pPr>
              <w:ind w:firstLine="0"/>
              <w:jc w:val="center"/>
            </w:pPr>
            <w:r w:rsidRPr="007911BE">
              <w:rPr>
                <w:sz w:val="14"/>
              </w:rPr>
              <w:t>0</w:t>
            </w:r>
          </w:p>
        </w:tc>
        <w:tc>
          <w:tcPr>
            <w:tcW w:w="2154" w:type="dxa"/>
            <w:vAlign w:val="center"/>
          </w:tcPr>
          <w:p w14:paraId="06C0FD50" w14:textId="77777777" w:rsidR="00F12170" w:rsidRPr="007911BE" w:rsidRDefault="00387CF6">
            <w:pPr>
              <w:ind w:firstLine="0"/>
              <w:jc w:val="left"/>
            </w:pPr>
            <w:r w:rsidRPr="007911BE">
              <w:rPr>
                <w:sz w:val="14"/>
              </w:rPr>
              <w:t xml:space="preserve">– </w:t>
            </w:r>
          </w:p>
        </w:tc>
      </w:tr>
      <w:tr w:rsidR="00F12170" w:rsidRPr="007911BE" w14:paraId="59240442" w14:textId="77777777">
        <w:trPr>
          <w:jc w:val="center"/>
        </w:trPr>
        <w:tc>
          <w:tcPr>
            <w:tcW w:w="907" w:type="dxa"/>
            <w:vAlign w:val="center"/>
          </w:tcPr>
          <w:p w14:paraId="2901CF60" w14:textId="77777777" w:rsidR="00F12170" w:rsidRPr="007911BE" w:rsidRDefault="00000000">
            <w:pPr>
              <w:ind w:firstLine="0"/>
              <w:jc w:val="left"/>
            </w:pPr>
            <w:r w:rsidRPr="007911BE">
              <w:rPr>
                <w:sz w:val="14"/>
              </w:rPr>
              <w:t>2.14.Я5.2</w:t>
            </w:r>
          </w:p>
        </w:tc>
        <w:tc>
          <w:tcPr>
            <w:tcW w:w="3855" w:type="dxa"/>
            <w:vAlign w:val="center"/>
          </w:tcPr>
          <w:p w14:paraId="457D5BA2" w14:textId="77777777" w:rsidR="00F12170" w:rsidRPr="007911BE" w:rsidRDefault="00000000">
            <w:pPr>
              <w:ind w:firstLine="0"/>
              <w:jc w:val="left"/>
              <w:rPr>
                <w:lang w:val="ru-RU"/>
              </w:rPr>
            </w:pPr>
            <w:r w:rsidRPr="007911BE">
              <w:rPr>
                <w:sz w:val="14"/>
                <w:lang w:val="ru-RU"/>
              </w:rPr>
              <w:t>Увеличение числа посещений организаций культуры по отношению к 2023 году</w:t>
            </w:r>
          </w:p>
        </w:tc>
        <w:tc>
          <w:tcPr>
            <w:tcW w:w="2438" w:type="dxa"/>
            <w:vAlign w:val="center"/>
          </w:tcPr>
          <w:p w14:paraId="753133CF" w14:textId="77777777" w:rsidR="00F12170" w:rsidRPr="007911BE" w:rsidRDefault="00000000">
            <w:pPr>
              <w:ind w:firstLine="0"/>
              <w:jc w:val="left"/>
            </w:pPr>
            <w:proofErr w:type="spellStart"/>
            <w:r w:rsidRPr="007911BE">
              <w:rPr>
                <w:sz w:val="14"/>
              </w:rPr>
              <w:t>представлен</w:t>
            </w:r>
            <w:proofErr w:type="spellEnd"/>
            <w:r w:rsidRPr="007911BE">
              <w:rPr>
                <w:sz w:val="14"/>
              </w:rPr>
              <w:t xml:space="preserve"> в </w:t>
            </w:r>
            <w:proofErr w:type="spellStart"/>
            <w:r w:rsidRPr="007911BE">
              <w:rPr>
                <w:sz w:val="14"/>
              </w:rPr>
              <w:t>переданном</w:t>
            </w:r>
            <w:proofErr w:type="spellEnd"/>
            <w:r w:rsidRPr="007911BE">
              <w:rPr>
                <w:sz w:val="14"/>
              </w:rPr>
              <w:t xml:space="preserve"> </w:t>
            </w:r>
            <w:proofErr w:type="spellStart"/>
            <w:r w:rsidRPr="007911BE">
              <w:rPr>
                <w:sz w:val="14"/>
              </w:rPr>
              <w:t>архиве</w:t>
            </w:r>
            <w:proofErr w:type="spellEnd"/>
          </w:p>
        </w:tc>
        <w:tc>
          <w:tcPr>
            <w:tcW w:w="907" w:type="dxa"/>
            <w:vAlign w:val="center"/>
          </w:tcPr>
          <w:p w14:paraId="7B9D83DB" w14:textId="77777777" w:rsidR="00F12170" w:rsidRPr="007911BE" w:rsidRDefault="00000000">
            <w:pPr>
              <w:ind w:firstLine="0"/>
              <w:jc w:val="center"/>
            </w:pPr>
            <w:r w:rsidRPr="007911BE">
              <w:rPr>
                <w:sz w:val="14"/>
              </w:rPr>
              <w:t>1</w:t>
            </w:r>
          </w:p>
        </w:tc>
        <w:tc>
          <w:tcPr>
            <w:tcW w:w="794" w:type="dxa"/>
            <w:vAlign w:val="center"/>
          </w:tcPr>
          <w:p w14:paraId="64D86BE8" w14:textId="77777777" w:rsidR="00F12170" w:rsidRPr="007911BE" w:rsidRDefault="00000000">
            <w:pPr>
              <w:ind w:firstLine="0"/>
              <w:jc w:val="center"/>
            </w:pPr>
            <w:r w:rsidRPr="007911BE">
              <w:rPr>
                <w:sz w:val="14"/>
              </w:rPr>
              <w:t>1</w:t>
            </w:r>
          </w:p>
        </w:tc>
        <w:tc>
          <w:tcPr>
            <w:tcW w:w="2154" w:type="dxa"/>
            <w:vAlign w:val="center"/>
          </w:tcPr>
          <w:p w14:paraId="5DB08D27" w14:textId="77777777" w:rsidR="00F12170" w:rsidRPr="007911BE" w:rsidRDefault="00387CF6">
            <w:pPr>
              <w:ind w:firstLine="0"/>
              <w:jc w:val="left"/>
            </w:pPr>
            <w:r w:rsidRPr="007911BE">
              <w:rPr>
                <w:sz w:val="14"/>
              </w:rPr>
              <w:t xml:space="preserve">– </w:t>
            </w:r>
          </w:p>
        </w:tc>
      </w:tr>
    </w:tbl>
    <w:p w14:paraId="55C431D1"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62B7F099" w14:textId="77777777" w:rsidR="008A6905" w:rsidRPr="007911BE" w:rsidRDefault="008A6905" w:rsidP="00B408C8">
      <w:pPr>
        <w:spacing w:before="120" w:after="60"/>
        <w:ind w:firstLine="0"/>
        <w:rPr>
          <w:lang w:val="ru-RU"/>
        </w:rPr>
      </w:pPr>
    </w:p>
    <w:p w14:paraId="4595F6F9" w14:textId="77777777" w:rsidR="00F12170" w:rsidRPr="007911BE" w:rsidRDefault="00000000" w:rsidP="00B408C8">
      <w:pPr>
        <w:spacing w:before="120" w:after="60"/>
        <w:ind w:firstLine="0"/>
        <w:rPr>
          <w:lang w:val="ru-RU"/>
        </w:rPr>
      </w:pPr>
      <w:r w:rsidRPr="007911BE">
        <w:rPr>
          <w:lang w:val="ru-RU"/>
        </w:rPr>
        <w:t xml:space="preserve">Таблица 6 </w:t>
      </w:r>
      <w:r w:rsidR="00387CF6" w:rsidRPr="007911BE">
        <w:rPr>
          <w:lang w:val="ru-RU"/>
        </w:rPr>
        <w:t xml:space="preserve">– </w:t>
      </w:r>
      <w:r w:rsidRPr="007911BE">
        <w:rPr>
          <w:lang w:val="ru-RU"/>
        </w:rPr>
        <w:t xml:space="preserve"> Паспорт наблюдаемости показателей с данными</w:t>
      </w:r>
    </w:p>
    <w:tbl>
      <w:tblPr>
        <w:tblStyle w:val="aff0"/>
        <w:tblW w:w="0" w:type="auto"/>
        <w:jc w:val="center"/>
        <w:tblLook w:val="04A0" w:firstRow="1" w:lastRow="0" w:firstColumn="1" w:lastColumn="0" w:noHBand="0" w:noVBand="1"/>
      </w:tblPr>
      <w:tblGrid>
        <w:gridCol w:w="830"/>
        <w:gridCol w:w="2808"/>
        <w:gridCol w:w="805"/>
        <w:gridCol w:w="1158"/>
        <w:gridCol w:w="845"/>
        <w:gridCol w:w="1323"/>
        <w:gridCol w:w="2086"/>
      </w:tblGrid>
      <w:tr w:rsidR="00F12170" w:rsidRPr="007911BE" w14:paraId="407D1C8F" w14:textId="77777777">
        <w:trPr>
          <w:tblHeader/>
          <w:jc w:val="center"/>
        </w:trPr>
        <w:tc>
          <w:tcPr>
            <w:tcW w:w="850" w:type="dxa"/>
            <w:shd w:val="clear" w:color="auto" w:fill="D9EAF7"/>
            <w:vAlign w:val="center"/>
          </w:tcPr>
          <w:p w14:paraId="25307CAF" w14:textId="77777777" w:rsidR="00F12170" w:rsidRPr="007911BE" w:rsidRDefault="00000000">
            <w:pPr>
              <w:ind w:firstLine="0"/>
              <w:jc w:val="center"/>
            </w:pPr>
            <w:proofErr w:type="spellStart"/>
            <w:r w:rsidRPr="007911BE">
              <w:rPr>
                <w:b/>
                <w:sz w:val="14"/>
              </w:rPr>
              <w:t>Код</w:t>
            </w:r>
            <w:proofErr w:type="spellEnd"/>
          </w:p>
        </w:tc>
        <w:tc>
          <w:tcPr>
            <w:tcW w:w="3288" w:type="dxa"/>
            <w:shd w:val="clear" w:color="auto" w:fill="D9EAF7"/>
            <w:vAlign w:val="center"/>
          </w:tcPr>
          <w:p w14:paraId="502C1153" w14:textId="77777777" w:rsidR="00F12170" w:rsidRPr="007911BE" w:rsidRDefault="00000000">
            <w:pPr>
              <w:ind w:firstLine="0"/>
              <w:jc w:val="center"/>
            </w:pPr>
            <w:proofErr w:type="spellStart"/>
            <w:r w:rsidRPr="007911BE">
              <w:rPr>
                <w:b/>
                <w:sz w:val="14"/>
              </w:rPr>
              <w:t>Показатель</w:t>
            </w:r>
            <w:proofErr w:type="spellEnd"/>
          </w:p>
        </w:tc>
        <w:tc>
          <w:tcPr>
            <w:tcW w:w="794" w:type="dxa"/>
            <w:shd w:val="clear" w:color="auto" w:fill="D9EAF7"/>
            <w:vAlign w:val="center"/>
          </w:tcPr>
          <w:p w14:paraId="45A18F7E" w14:textId="77777777" w:rsidR="00F12170" w:rsidRPr="007911BE" w:rsidRDefault="00000000">
            <w:pPr>
              <w:ind w:firstLine="0"/>
              <w:jc w:val="center"/>
            </w:pPr>
            <w:proofErr w:type="spellStart"/>
            <w:r w:rsidRPr="007911BE">
              <w:rPr>
                <w:b/>
                <w:sz w:val="14"/>
              </w:rPr>
              <w:t>Регионов</w:t>
            </w:r>
            <w:proofErr w:type="spellEnd"/>
            <w:r w:rsidRPr="007911BE">
              <w:rPr>
                <w:b/>
                <w:sz w:val="14"/>
              </w:rPr>
              <w:t xml:space="preserve"> с </w:t>
            </w:r>
            <w:proofErr w:type="spellStart"/>
            <w:r w:rsidRPr="007911BE">
              <w:rPr>
                <w:b/>
                <w:sz w:val="14"/>
              </w:rPr>
              <w:t>данными</w:t>
            </w:r>
            <w:proofErr w:type="spellEnd"/>
          </w:p>
        </w:tc>
        <w:tc>
          <w:tcPr>
            <w:tcW w:w="737" w:type="dxa"/>
            <w:shd w:val="clear" w:color="auto" w:fill="D9EAF7"/>
            <w:vAlign w:val="center"/>
          </w:tcPr>
          <w:p w14:paraId="620AB5A7" w14:textId="77777777" w:rsidR="00F12170" w:rsidRPr="007911BE" w:rsidRDefault="00000000">
            <w:pPr>
              <w:ind w:firstLine="0"/>
              <w:jc w:val="center"/>
            </w:pPr>
            <w:proofErr w:type="spellStart"/>
            <w:r w:rsidRPr="007911BE">
              <w:rPr>
                <w:b/>
                <w:sz w:val="14"/>
              </w:rPr>
              <w:t>Лет</w:t>
            </w:r>
            <w:proofErr w:type="spellEnd"/>
            <w:r w:rsidRPr="007911BE">
              <w:rPr>
                <w:b/>
                <w:sz w:val="14"/>
              </w:rPr>
              <w:t xml:space="preserve"> </w:t>
            </w:r>
            <w:proofErr w:type="spellStart"/>
            <w:r w:rsidRPr="007911BE">
              <w:rPr>
                <w:b/>
                <w:sz w:val="14"/>
              </w:rPr>
              <w:t>регионального</w:t>
            </w:r>
            <w:proofErr w:type="spellEnd"/>
            <w:r w:rsidRPr="007911BE">
              <w:rPr>
                <w:b/>
                <w:sz w:val="14"/>
              </w:rPr>
              <w:t xml:space="preserve"> </w:t>
            </w:r>
            <w:proofErr w:type="spellStart"/>
            <w:r w:rsidRPr="007911BE">
              <w:rPr>
                <w:b/>
                <w:sz w:val="14"/>
              </w:rPr>
              <w:t>ряда</w:t>
            </w:r>
            <w:proofErr w:type="spellEnd"/>
          </w:p>
        </w:tc>
        <w:tc>
          <w:tcPr>
            <w:tcW w:w="850" w:type="dxa"/>
            <w:shd w:val="clear" w:color="auto" w:fill="D9EAF7"/>
            <w:vAlign w:val="center"/>
          </w:tcPr>
          <w:p w14:paraId="4FE7C28D" w14:textId="77777777" w:rsidR="00F12170" w:rsidRPr="007911BE" w:rsidRDefault="00000000">
            <w:pPr>
              <w:ind w:firstLine="0"/>
              <w:jc w:val="center"/>
            </w:pPr>
            <w:proofErr w:type="spellStart"/>
            <w:r w:rsidRPr="007911BE">
              <w:rPr>
                <w:b/>
                <w:sz w:val="14"/>
              </w:rPr>
              <w:t>Охват</w:t>
            </w:r>
            <w:proofErr w:type="spellEnd"/>
            <w:r w:rsidRPr="007911BE">
              <w:rPr>
                <w:b/>
                <w:sz w:val="14"/>
              </w:rPr>
              <w:t xml:space="preserve"> </w:t>
            </w:r>
            <w:proofErr w:type="spellStart"/>
            <w:r w:rsidRPr="007911BE">
              <w:rPr>
                <w:b/>
                <w:sz w:val="14"/>
              </w:rPr>
              <w:t>регионов</w:t>
            </w:r>
            <w:proofErr w:type="spellEnd"/>
            <w:r w:rsidRPr="007911BE">
              <w:rPr>
                <w:b/>
                <w:sz w:val="14"/>
              </w:rPr>
              <w:t>, %</w:t>
            </w:r>
          </w:p>
        </w:tc>
        <w:tc>
          <w:tcPr>
            <w:tcW w:w="1417" w:type="dxa"/>
            <w:shd w:val="clear" w:color="auto" w:fill="D9EAF7"/>
            <w:vAlign w:val="center"/>
          </w:tcPr>
          <w:p w14:paraId="091F70DF" w14:textId="77777777" w:rsidR="00F12170" w:rsidRPr="007911BE" w:rsidRDefault="00000000">
            <w:pPr>
              <w:ind w:firstLine="0"/>
              <w:jc w:val="center"/>
            </w:pPr>
            <w:proofErr w:type="spellStart"/>
            <w:r w:rsidRPr="007911BE">
              <w:rPr>
                <w:b/>
                <w:sz w:val="14"/>
              </w:rPr>
              <w:t>Типы</w:t>
            </w:r>
            <w:proofErr w:type="spellEnd"/>
            <w:r w:rsidRPr="007911BE">
              <w:rPr>
                <w:b/>
                <w:sz w:val="14"/>
              </w:rPr>
              <w:t xml:space="preserve"> </w:t>
            </w:r>
            <w:proofErr w:type="spellStart"/>
            <w:r w:rsidRPr="007911BE">
              <w:rPr>
                <w:b/>
                <w:sz w:val="14"/>
              </w:rPr>
              <w:t>периодов</w:t>
            </w:r>
            <w:proofErr w:type="spellEnd"/>
          </w:p>
        </w:tc>
        <w:tc>
          <w:tcPr>
            <w:tcW w:w="2381" w:type="dxa"/>
            <w:shd w:val="clear" w:color="auto" w:fill="D9EAF7"/>
            <w:vAlign w:val="center"/>
          </w:tcPr>
          <w:p w14:paraId="1639BFBB" w14:textId="77777777" w:rsidR="00F12170" w:rsidRPr="007911BE" w:rsidRDefault="00000000">
            <w:pPr>
              <w:ind w:firstLine="0"/>
              <w:jc w:val="center"/>
            </w:pPr>
            <w:proofErr w:type="spellStart"/>
            <w:r w:rsidRPr="007911BE">
              <w:rPr>
                <w:b/>
                <w:sz w:val="14"/>
              </w:rPr>
              <w:t>Тип</w:t>
            </w:r>
            <w:proofErr w:type="spellEnd"/>
            <w:r w:rsidRPr="007911BE">
              <w:rPr>
                <w:b/>
                <w:sz w:val="14"/>
              </w:rPr>
              <w:t xml:space="preserve"> </w:t>
            </w:r>
            <w:proofErr w:type="spellStart"/>
            <w:r w:rsidRPr="007911BE">
              <w:rPr>
                <w:b/>
                <w:sz w:val="14"/>
              </w:rPr>
              <w:t>наблюдаемости</w:t>
            </w:r>
            <w:proofErr w:type="spellEnd"/>
          </w:p>
        </w:tc>
      </w:tr>
      <w:tr w:rsidR="00F12170" w:rsidRPr="007911BE" w14:paraId="623194A9" w14:textId="77777777">
        <w:trPr>
          <w:jc w:val="center"/>
        </w:trPr>
        <w:tc>
          <w:tcPr>
            <w:tcW w:w="850" w:type="dxa"/>
            <w:vAlign w:val="center"/>
          </w:tcPr>
          <w:p w14:paraId="1ABD798F" w14:textId="77777777" w:rsidR="00F12170" w:rsidRPr="007911BE" w:rsidRDefault="00000000">
            <w:pPr>
              <w:ind w:firstLine="0"/>
              <w:jc w:val="left"/>
            </w:pPr>
            <w:r w:rsidRPr="007911BE">
              <w:rPr>
                <w:sz w:val="14"/>
              </w:rPr>
              <w:t>2.14.Я.5</w:t>
            </w:r>
          </w:p>
        </w:tc>
        <w:tc>
          <w:tcPr>
            <w:tcW w:w="3288" w:type="dxa"/>
            <w:vAlign w:val="center"/>
          </w:tcPr>
          <w:p w14:paraId="71ED3418" w14:textId="77777777" w:rsidR="00F12170" w:rsidRPr="007911BE" w:rsidRDefault="00000000">
            <w:pPr>
              <w:ind w:firstLine="0"/>
              <w:jc w:val="left"/>
              <w:rPr>
                <w:lang w:val="ru-RU"/>
              </w:rPr>
            </w:pPr>
            <w:r w:rsidRPr="007911BE">
              <w:rPr>
                <w:sz w:val="14"/>
                <w:lang w:val="ru-RU"/>
              </w:rPr>
              <w:t>Количество созданных центров воспроизведения аудиовизуального контента в малых населенных пунктах с численностью населения до 50 тыс. человек, оснащенных необходимым оборудованием и подключенных к единой цифровой платформе с библиотекой современных продуктов российской киноиндустрии (Я5)</w:t>
            </w:r>
          </w:p>
        </w:tc>
        <w:tc>
          <w:tcPr>
            <w:tcW w:w="794" w:type="dxa"/>
            <w:vAlign w:val="center"/>
          </w:tcPr>
          <w:p w14:paraId="33F4720F" w14:textId="77777777" w:rsidR="00F12170" w:rsidRPr="007911BE" w:rsidRDefault="00000000">
            <w:pPr>
              <w:ind w:firstLine="0"/>
              <w:jc w:val="center"/>
            </w:pPr>
            <w:r w:rsidRPr="007911BE">
              <w:rPr>
                <w:sz w:val="14"/>
              </w:rPr>
              <w:t>0</w:t>
            </w:r>
          </w:p>
        </w:tc>
        <w:tc>
          <w:tcPr>
            <w:tcW w:w="737" w:type="dxa"/>
            <w:vAlign w:val="center"/>
          </w:tcPr>
          <w:p w14:paraId="43C86E4F" w14:textId="77777777" w:rsidR="00F12170" w:rsidRPr="007911BE" w:rsidRDefault="00000000">
            <w:pPr>
              <w:ind w:firstLine="0"/>
              <w:jc w:val="center"/>
            </w:pPr>
            <w:r w:rsidRPr="007911BE">
              <w:rPr>
                <w:sz w:val="14"/>
              </w:rPr>
              <w:t>0</w:t>
            </w:r>
          </w:p>
        </w:tc>
        <w:tc>
          <w:tcPr>
            <w:tcW w:w="850" w:type="dxa"/>
            <w:vAlign w:val="center"/>
          </w:tcPr>
          <w:p w14:paraId="7B3CA3C3" w14:textId="77777777" w:rsidR="00F12170" w:rsidRPr="007911BE" w:rsidRDefault="00000000">
            <w:pPr>
              <w:ind w:firstLine="0"/>
              <w:jc w:val="center"/>
            </w:pPr>
            <w:r w:rsidRPr="007911BE">
              <w:rPr>
                <w:sz w:val="14"/>
              </w:rPr>
              <w:t>0</w:t>
            </w:r>
          </w:p>
        </w:tc>
        <w:tc>
          <w:tcPr>
            <w:tcW w:w="1417" w:type="dxa"/>
            <w:vAlign w:val="center"/>
          </w:tcPr>
          <w:p w14:paraId="60637297" w14:textId="77777777" w:rsidR="00F12170" w:rsidRPr="007911BE" w:rsidRDefault="00000000">
            <w:pPr>
              <w:ind w:firstLine="0"/>
              <w:jc w:val="left"/>
            </w:pPr>
            <w:proofErr w:type="spellStart"/>
            <w:r w:rsidRPr="007911BE">
              <w:rPr>
                <w:sz w:val="14"/>
              </w:rPr>
              <w:t>месяц</w:t>
            </w:r>
            <w:proofErr w:type="spellEnd"/>
          </w:p>
        </w:tc>
        <w:tc>
          <w:tcPr>
            <w:tcW w:w="2381" w:type="dxa"/>
            <w:vAlign w:val="center"/>
          </w:tcPr>
          <w:p w14:paraId="622FE358" w14:textId="77777777" w:rsidR="00F12170" w:rsidRPr="007911BE" w:rsidRDefault="00000000">
            <w:pPr>
              <w:ind w:firstLine="0"/>
              <w:jc w:val="left"/>
            </w:pPr>
            <w:proofErr w:type="spellStart"/>
            <w:r w:rsidRPr="007911BE">
              <w:rPr>
                <w:sz w:val="14"/>
              </w:rPr>
              <w:t>без</w:t>
            </w:r>
            <w:proofErr w:type="spellEnd"/>
            <w:r w:rsidRPr="007911BE">
              <w:rPr>
                <w:sz w:val="14"/>
              </w:rPr>
              <w:t xml:space="preserve"> </w:t>
            </w:r>
            <w:proofErr w:type="spellStart"/>
            <w:r w:rsidRPr="007911BE">
              <w:rPr>
                <w:sz w:val="14"/>
              </w:rPr>
              <w:t>регионального</w:t>
            </w:r>
            <w:proofErr w:type="spellEnd"/>
            <w:r w:rsidRPr="007911BE">
              <w:rPr>
                <w:sz w:val="14"/>
              </w:rPr>
              <w:t xml:space="preserve"> </w:t>
            </w:r>
            <w:proofErr w:type="spellStart"/>
            <w:r w:rsidRPr="007911BE">
              <w:rPr>
                <w:sz w:val="14"/>
              </w:rPr>
              <w:t>слоя</w:t>
            </w:r>
            <w:proofErr w:type="spellEnd"/>
          </w:p>
        </w:tc>
      </w:tr>
      <w:tr w:rsidR="00F12170" w:rsidRPr="007911BE" w14:paraId="7342B8EC" w14:textId="77777777">
        <w:trPr>
          <w:jc w:val="center"/>
        </w:trPr>
        <w:tc>
          <w:tcPr>
            <w:tcW w:w="850" w:type="dxa"/>
            <w:vAlign w:val="center"/>
          </w:tcPr>
          <w:p w14:paraId="2321149A" w14:textId="77777777" w:rsidR="00F12170" w:rsidRPr="007911BE" w:rsidRDefault="00000000">
            <w:pPr>
              <w:ind w:firstLine="0"/>
              <w:jc w:val="left"/>
            </w:pPr>
            <w:r w:rsidRPr="007911BE">
              <w:rPr>
                <w:sz w:val="14"/>
              </w:rPr>
              <w:t>2.14.Я1.2</w:t>
            </w:r>
          </w:p>
        </w:tc>
        <w:tc>
          <w:tcPr>
            <w:tcW w:w="3288" w:type="dxa"/>
            <w:vAlign w:val="center"/>
          </w:tcPr>
          <w:p w14:paraId="47201F6D" w14:textId="77777777" w:rsidR="00F12170" w:rsidRPr="007911BE" w:rsidRDefault="00000000">
            <w:pPr>
              <w:ind w:firstLine="0"/>
              <w:jc w:val="left"/>
              <w:rPr>
                <w:lang w:val="ru-RU"/>
              </w:rPr>
            </w:pPr>
            <w:r w:rsidRPr="007911BE">
              <w:rPr>
                <w:sz w:val="14"/>
                <w:lang w:val="ru-RU"/>
              </w:rPr>
              <w:t>Доля семей с детьми, получивших меры социальной поддержки на детей на основании только заявления или проактивно, от общего числа семей с детьми, получивших меры социальной поддержки на детей</w:t>
            </w:r>
          </w:p>
        </w:tc>
        <w:tc>
          <w:tcPr>
            <w:tcW w:w="794" w:type="dxa"/>
            <w:vAlign w:val="center"/>
          </w:tcPr>
          <w:p w14:paraId="36627D61" w14:textId="77777777" w:rsidR="00F12170" w:rsidRPr="007911BE" w:rsidRDefault="00000000">
            <w:pPr>
              <w:ind w:firstLine="0"/>
              <w:jc w:val="center"/>
            </w:pPr>
            <w:r w:rsidRPr="007911BE">
              <w:rPr>
                <w:sz w:val="14"/>
              </w:rPr>
              <w:t>0</w:t>
            </w:r>
          </w:p>
        </w:tc>
        <w:tc>
          <w:tcPr>
            <w:tcW w:w="737" w:type="dxa"/>
            <w:vAlign w:val="center"/>
          </w:tcPr>
          <w:p w14:paraId="7B70B179" w14:textId="77777777" w:rsidR="00F12170" w:rsidRPr="007911BE" w:rsidRDefault="00000000">
            <w:pPr>
              <w:ind w:firstLine="0"/>
              <w:jc w:val="center"/>
            </w:pPr>
            <w:r w:rsidRPr="007911BE">
              <w:rPr>
                <w:sz w:val="14"/>
              </w:rPr>
              <w:t>0</w:t>
            </w:r>
          </w:p>
        </w:tc>
        <w:tc>
          <w:tcPr>
            <w:tcW w:w="850" w:type="dxa"/>
            <w:vAlign w:val="center"/>
          </w:tcPr>
          <w:p w14:paraId="2D557ADA" w14:textId="77777777" w:rsidR="00F12170" w:rsidRPr="007911BE" w:rsidRDefault="00000000">
            <w:pPr>
              <w:ind w:firstLine="0"/>
              <w:jc w:val="center"/>
            </w:pPr>
            <w:r w:rsidRPr="007911BE">
              <w:rPr>
                <w:sz w:val="14"/>
              </w:rPr>
              <w:t>0</w:t>
            </w:r>
          </w:p>
        </w:tc>
        <w:tc>
          <w:tcPr>
            <w:tcW w:w="1417" w:type="dxa"/>
            <w:vAlign w:val="center"/>
          </w:tcPr>
          <w:p w14:paraId="4356B577" w14:textId="77777777" w:rsidR="00F12170" w:rsidRPr="007911BE" w:rsidRDefault="00000000">
            <w:pPr>
              <w:ind w:firstLine="0"/>
              <w:jc w:val="left"/>
            </w:pPr>
            <w:proofErr w:type="spellStart"/>
            <w:r w:rsidRPr="007911BE">
              <w:rPr>
                <w:sz w:val="14"/>
              </w:rPr>
              <w:t>год</w:t>
            </w:r>
            <w:proofErr w:type="spellEnd"/>
            <w:r w:rsidRPr="007911BE">
              <w:rPr>
                <w:sz w:val="14"/>
              </w:rPr>
              <w:t xml:space="preserve">; </w:t>
            </w:r>
            <w:proofErr w:type="spellStart"/>
            <w:r w:rsidRPr="007911BE">
              <w:rPr>
                <w:sz w:val="14"/>
              </w:rPr>
              <w:t>месяц</w:t>
            </w:r>
            <w:proofErr w:type="spellEnd"/>
          </w:p>
        </w:tc>
        <w:tc>
          <w:tcPr>
            <w:tcW w:w="2381" w:type="dxa"/>
            <w:vAlign w:val="center"/>
          </w:tcPr>
          <w:p w14:paraId="707C7FE0" w14:textId="77777777" w:rsidR="00F12170" w:rsidRPr="007911BE" w:rsidRDefault="00000000">
            <w:pPr>
              <w:ind w:firstLine="0"/>
              <w:jc w:val="left"/>
            </w:pPr>
            <w:proofErr w:type="spellStart"/>
            <w:r w:rsidRPr="007911BE">
              <w:rPr>
                <w:sz w:val="14"/>
              </w:rPr>
              <w:t>без</w:t>
            </w:r>
            <w:proofErr w:type="spellEnd"/>
            <w:r w:rsidRPr="007911BE">
              <w:rPr>
                <w:sz w:val="14"/>
              </w:rPr>
              <w:t xml:space="preserve"> </w:t>
            </w:r>
            <w:proofErr w:type="spellStart"/>
            <w:r w:rsidRPr="007911BE">
              <w:rPr>
                <w:sz w:val="14"/>
              </w:rPr>
              <w:t>регионального</w:t>
            </w:r>
            <w:proofErr w:type="spellEnd"/>
            <w:r w:rsidRPr="007911BE">
              <w:rPr>
                <w:sz w:val="14"/>
              </w:rPr>
              <w:t xml:space="preserve"> </w:t>
            </w:r>
            <w:proofErr w:type="spellStart"/>
            <w:r w:rsidRPr="007911BE">
              <w:rPr>
                <w:sz w:val="14"/>
              </w:rPr>
              <w:t>слоя</w:t>
            </w:r>
            <w:proofErr w:type="spellEnd"/>
          </w:p>
        </w:tc>
      </w:tr>
      <w:tr w:rsidR="00F12170" w:rsidRPr="007911BE" w14:paraId="31FFB2DB" w14:textId="77777777">
        <w:trPr>
          <w:jc w:val="center"/>
        </w:trPr>
        <w:tc>
          <w:tcPr>
            <w:tcW w:w="850" w:type="dxa"/>
            <w:vAlign w:val="center"/>
          </w:tcPr>
          <w:p w14:paraId="61BD1C03" w14:textId="77777777" w:rsidR="00F12170" w:rsidRPr="007911BE" w:rsidRDefault="00000000">
            <w:pPr>
              <w:ind w:firstLine="0"/>
              <w:jc w:val="left"/>
            </w:pPr>
            <w:r w:rsidRPr="007911BE">
              <w:rPr>
                <w:sz w:val="14"/>
              </w:rPr>
              <w:t>2.14.Я1.3</w:t>
            </w:r>
          </w:p>
        </w:tc>
        <w:tc>
          <w:tcPr>
            <w:tcW w:w="3288" w:type="dxa"/>
            <w:vAlign w:val="center"/>
          </w:tcPr>
          <w:p w14:paraId="2EE876AF" w14:textId="77777777" w:rsidR="00F12170" w:rsidRPr="007911BE" w:rsidRDefault="00000000">
            <w:pPr>
              <w:ind w:firstLine="0"/>
              <w:jc w:val="left"/>
              <w:rPr>
                <w:lang w:val="ru-RU"/>
              </w:rPr>
            </w:pPr>
            <w:r w:rsidRPr="007911BE">
              <w:rPr>
                <w:sz w:val="14"/>
                <w:lang w:val="ru-RU"/>
              </w:rPr>
              <w:t>Доля зданий дошкольных образовательных организаций, в которых проведен капитальный ремонт, от общего количества зданий дошкольных образовательных организаций</w:t>
            </w:r>
          </w:p>
        </w:tc>
        <w:tc>
          <w:tcPr>
            <w:tcW w:w="794" w:type="dxa"/>
            <w:vAlign w:val="center"/>
          </w:tcPr>
          <w:p w14:paraId="271DD804" w14:textId="77777777" w:rsidR="00F12170" w:rsidRPr="007911BE" w:rsidRDefault="00000000">
            <w:pPr>
              <w:ind w:firstLine="0"/>
              <w:jc w:val="center"/>
            </w:pPr>
            <w:r w:rsidRPr="007911BE">
              <w:rPr>
                <w:sz w:val="14"/>
              </w:rPr>
              <w:t>0</w:t>
            </w:r>
          </w:p>
        </w:tc>
        <w:tc>
          <w:tcPr>
            <w:tcW w:w="737" w:type="dxa"/>
            <w:vAlign w:val="center"/>
          </w:tcPr>
          <w:p w14:paraId="3EF4CD06" w14:textId="77777777" w:rsidR="00F12170" w:rsidRPr="007911BE" w:rsidRDefault="00000000">
            <w:pPr>
              <w:ind w:firstLine="0"/>
              <w:jc w:val="center"/>
            </w:pPr>
            <w:r w:rsidRPr="007911BE">
              <w:rPr>
                <w:sz w:val="14"/>
              </w:rPr>
              <w:t>0</w:t>
            </w:r>
          </w:p>
        </w:tc>
        <w:tc>
          <w:tcPr>
            <w:tcW w:w="850" w:type="dxa"/>
            <w:vAlign w:val="center"/>
          </w:tcPr>
          <w:p w14:paraId="506A222A" w14:textId="77777777" w:rsidR="00F12170" w:rsidRPr="007911BE" w:rsidRDefault="00000000">
            <w:pPr>
              <w:ind w:firstLine="0"/>
              <w:jc w:val="center"/>
            </w:pPr>
            <w:r w:rsidRPr="007911BE">
              <w:rPr>
                <w:sz w:val="14"/>
              </w:rPr>
              <w:t>0</w:t>
            </w:r>
          </w:p>
        </w:tc>
        <w:tc>
          <w:tcPr>
            <w:tcW w:w="1417" w:type="dxa"/>
            <w:vAlign w:val="center"/>
          </w:tcPr>
          <w:p w14:paraId="12AD8DF0" w14:textId="77777777" w:rsidR="00F12170" w:rsidRPr="007911BE" w:rsidRDefault="00000000">
            <w:pPr>
              <w:ind w:firstLine="0"/>
              <w:jc w:val="left"/>
            </w:pPr>
            <w:proofErr w:type="spellStart"/>
            <w:r w:rsidRPr="007911BE">
              <w:rPr>
                <w:sz w:val="14"/>
              </w:rPr>
              <w:t>месяц</w:t>
            </w:r>
            <w:proofErr w:type="spellEnd"/>
          </w:p>
        </w:tc>
        <w:tc>
          <w:tcPr>
            <w:tcW w:w="2381" w:type="dxa"/>
            <w:vAlign w:val="center"/>
          </w:tcPr>
          <w:p w14:paraId="272ADA26" w14:textId="77777777" w:rsidR="00F12170" w:rsidRPr="007911BE" w:rsidRDefault="00000000">
            <w:pPr>
              <w:ind w:firstLine="0"/>
              <w:jc w:val="left"/>
            </w:pPr>
            <w:proofErr w:type="spellStart"/>
            <w:r w:rsidRPr="007911BE">
              <w:rPr>
                <w:sz w:val="14"/>
              </w:rPr>
              <w:t>без</w:t>
            </w:r>
            <w:proofErr w:type="spellEnd"/>
            <w:r w:rsidRPr="007911BE">
              <w:rPr>
                <w:sz w:val="14"/>
              </w:rPr>
              <w:t xml:space="preserve"> </w:t>
            </w:r>
            <w:proofErr w:type="spellStart"/>
            <w:r w:rsidRPr="007911BE">
              <w:rPr>
                <w:sz w:val="14"/>
              </w:rPr>
              <w:t>регионального</w:t>
            </w:r>
            <w:proofErr w:type="spellEnd"/>
            <w:r w:rsidRPr="007911BE">
              <w:rPr>
                <w:sz w:val="14"/>
              </w:rPr>
              <w:t xml:space="preserve"> </w:t>
            </w:r>
            <w:proofErr w:type="spellStart"/>
            <w:r w:rsidRPr="007911BE">
              <w:rPr>
                <w:sz w:val="14"/>
              </w:rPr>
              <w:t>слоя</w:t>
            </w:r>
            <w:proofErr w:type="spellEnd"/>
          </w:p>
        </w:tc>
      </w:tr>
      <w:tr w:rsidR="00F12170" w:rsidRPr="007911BE" w14:paraId="5CFFFE4E" w14:textId="77777777">
        <w:trPr>
          <w:jc w:val="center"/>
        </w:trPr>
        <w:tc>
          <w:tcPr>
            <w:tcW w:w="850" w:type="dxa"/>
            <w:vAlign w:val="center"/>
          </w:tcPr>
          <w:p w14:paraId="397D473D" w14:textId="77777777" w:rsidR="00F12170" w:rsidRPr="007911BE" w:rsidRDefault="00000000">
            <w:pPr>
              <w:ind w:firstLine="0"/>
              <w:jc w:val="left"/>
            </w:pPr>
            <w:r w:rsidRPr="007911BE">
              <w:rPr>
                <w:sz w:val="14"/>
              </w:rPr>
              <w:t>2.14.Я2.4</w:t>
            </w:r>
          </w:p>
        </w:tc>
        <w:tc>
          <w:tcPr>
            <w:tcW w:w="3288" w:type="dxa"/>
            <w:vAlign w:val="center"/>
          </w:tcPr>
          <w:p w14:paraId="1622B42C" w14:textId="77777777" w:rsidR="00F12170" w:rsidRPr="007911BE" w:rsidRDefault="00000000">
            <w:pPr>
              <w:ind w:firstLine="0"/>
              <w:jc w:val="left"/>
              <w:rPr>
                <w:lang w:val="ru-RU"/>
              </w:rPr>
            </w:pPr>
            <w:r w:rsidRPr="007911BE">
              <w:rPr>
                <w:sz w:val="14"/>
                <w:lang w:val="ru-RU"/>
              </w:rPr>
              <w:t xml:space="preserve">Доля регионов, обеспечивших не ниже среднероссийских темпы повышения суммарного коэффициента рождаемости, из числа субъектов Российской Федерации, в которых по итогам 2023 года значение такого коэффициента было ниже </w:t>
            </w:r>
            <w:r w:rsidRPr="007911BE">
              <w:rPr>
                <w:sz w:val="14"/>
                <w:lang w:val="ru-RU"/>
              </w:rPr>
              <w:lastRenderedPageBreak/>
              <w:t>среднероссийского</w:t>
            </w:r>
          </w:p>
        </w:tc>
        <w:tc>
          <w:tcPr>
            <w:tcW w:w="794" w:type="dxa"/>
            <w:vAlign w:val="center"/>
          </w:tcPr>
          <w:p w14:paraId="4C66BAA0" w14:textId="77777777" w:rsidR="00F12170" w:rsidRPr="007911BE" w:rsidRDefault="00000000">
            <w:pPr>
              <w:ind w:firstLine="0"/>
              <w:jc w:val="center"/>
            </w:pPr>
            <w:r w:rsidRPr="007911BE">
              <w:rPr>
                <w:sz w:val="14"/>
              </w:rPr>
              <w:lastRenderedPageBreak/>
              <w:t>0</w:t>
            </w:r>
          </w:p>
        </w:tc>
        <w:tc>
          <w:tcPr>
            <w:tcW w:w="737" w:type="dxa"/>
            <w:vAlign w:val="center"/>
          </w:tcPr>
          <w:p w14:paraId="1C126046" w14:textId="77777777" w:rsidR="00F12170" w:rsidRPr="007911BE" w:rsidRDefault="00000000">
            <w:pPr>
              <w:ind w:firstLine="0"/>
              <w:jc w:val="center"/>
            </w:pPr>
            <w:r w:rsidRPr="007911BE">
              <w:rPr>
                <w:sz w:val="14"/>
              </w:rPr>
              <w:t>0</w:t>
            </w:r>
          </w:p>
        </w:tc>
        <w:tc>
          <w:tcPr>
            <w:tcW w:w="850" w:type="dxa"/>
            <w:vAlign w:val="center"/>
          </w:tcPr>
          <w:p w14:paraId="0804103C" w14:textId="77777777" w:rsidR="00F12170" w:rsidRPr="007911BE" w:rsidRDefault="00000000">
            <w:pPr>
              <w:ind w:firstLine="0"/>
              <w:jc w:val="center"/>
            </w:pPr>
            <w:r w:rsidRPr="007911BE">
              <w:rPr>
                <w:sz w:val="14"/>
              </w:rPr>
              <w:t>0</w:t>
            </w:r>
          </w:p>
        </w:tc>
        <w:tc>
          <w:tcPr>
            <w:tcW w:w="1417" w:type="dxa"/>
            <w:vAlign w:val="center"/>
          </w:tcPr>
          <w:p w14:paraId="1EEF871F" w14:textId="77777777" w:rsidR="00F12170" w:rsidRPr="007911BE" w:rsidRDefault="00000000">
            <w:pPr>
              <w:ind w:firstLine="0"/>
              <w:jc w:val="left"/>
            </w:pPr>
            <w:proofErr w:type="spellStart"/>
            <w:r w:rsidRPr="007911BE">
              <w:rPr>
                <w:sz w:val="14"/>
              </w:rPr>
              <w:t>месяц</w:t>
            </w:r>
            <w:proofErr w:type="spellEnd"/>
          </w:p>
        </w:tc>
        <w:tc>
          <w:tcPr>
            <w:tcW w:w="2381" w:type="dxa"/>
            <w:vAlign w:val="center"/>
          </w:tcPr>
          <w:p w14:paraId="661F6203" w14:textId="77777777" w:rsidR="00F12170" w:rsidRPr="007911BE" w:rsidRDefault="00000000">
            <w:pPr>
              <w:ind w:firstLine="0"/>
              <w:jc w:val="left"/>
            </w:pPr>
            <w:proofErr w:type="spellStart"/>
            <w:r w:rsidRPr="007911BE">
              <w:rPr>
                <w:sz w:val="14"/>
              </w:rPr>
              <w:t>без</w:t>
            </w:r>
            <w:proofErr w:type="spellEnd"/>
            <w:r w:rsidRPr="007911BE">
              <w:rPr>
                <w:sz w:val="14"/>
              </w:rPr>
              <w:t xml:space="preserve"> </w:t>
            </w:r>
            <w:proofErr w:type="spellStart"/>
            <w:r w:rsidRPr="007911BE">
              <w:rPr>
                <w:sz w:val="14"/>
              </w:rPr>
              <w:t>регионального</w:t>
            </w:r>
            <w:proofErr w:type="spellEnd"/>
            <w:r w:rsidRPr="007911BE">
              <w:rPr>
                <w:sz w:val="14"/>
              </w:rPr>
              <w:t xml:space="preserve"> </w:t>
            </w:r>
            <w:proofErr w:type="spellStart"/>
            <w:r w:rsidRPr="007911BE">
              <w:rPr>
                <w:sz w:val="14"/>
              </w:rPr>
              <w:t>слоя</w:t>
            </w:r>
            <w:proofErr w:type="spellEnd"/>
          </w:p>
        </w:tc>
      </w:tr>
      <w:tr w:rsidR="00F12170" w:rsidRPr="007911BE" w14:paraId="21C9E107" w14:textId="77777777">
        <w:trPr>
          <w:jc w:val="center"/>
        </w:trPr>
        <w:tc>
          <w:tcPr>
            <w:tcW w:w="850" w:type="dxa"/>
            <w:vAlign w:val="center"/>
          </w:tcPr>
          <w:p w14:paraId="63CBE1C8" w14:textId="77777777" w:rsidR="00F12170" w:rsidRPr="007911BE" w:rsidRDefault="00000000">
            <w:pPr>
              <w:ind w:firstLine="0"/>
              <w:jc w:val="left"/>
            </w:pPr>
            <w:r w:rsidRPr="007911BE">
              <w:rPr>
                <w:sz w:val="14"/>
              </w:rPr>
              <w:t>2.14.Я3.3</w:t>
            </w:r>
          </w:p>
        </w:tc>
        <w:tc>
          <w:tcPr>
            <w:tcW w:w="3288" w:type="dxa"/>
            <w:vAlign w:val="center"/>
          </w:tcPr>
          <w:p w14:paraId="1FA1A1A1" w14:textId="77777777" w:rsidR="00F12170" w:rsidRPr="007911BE" w:rsidRDefault="00000000">
            <w:pPr>
              <w:ind w:firstLine="0"/>
              <w:jc w:val="left"/>
            </w:pPr>
            <w:proofErr w:type="spellStart"/>
            <w:r w:rsidRPr="007911BE">
              <w:rPr>
                <w:sz w:val="14"/>
              </w:rPr>
              <w:t>Младенческая</w:t>
            </w:r>
            <w:proofErr w:type="spellEnd"/>
            <w:r w:rsidRPr="007911BE">
              <w:rPr>
                <w:sz w:val="14"/>
              </w:rPr>
              <w:t xml:space="preserve"> </w:t>
            </w:r>
            <w:proofErr w:type="spellStart"/>
            <w:r w:rsidRPr="007911BE">
              <w:rPr>
                <w:sz w:val="14"/>
              </w:rPr>
              <w:t>смертность</w:t>
            </w:r>
            <w:proofErr w:type="spellEnd"/>
          </w:p>
        </w:tc>
        <w:tc>
          <w:tcPr>
            <w:tcW w:w="794" w:type="dxa"/>
            <w:vAlign w:val="center"/>
          </w:tcPr>
          <w:p w14:paraId="16C26D84" w14:textId="77777777" w:rsidR="00F12170" w:rsidRPr="007911BE" w:rsidRDefault="00000000">
            <w:pPr>
              <w:ind w:firstLine="0"/>
              <w:jc w:val="center"/>
            </w:pPr>
            <w:r w:rsidRPr="007911BE">
              <w:rPr>
                <w:sz w:val="14"/>
              </w:rPr>
              <w:t>85</w:t>
            </w:r>
          </w:p>
        </w:tc>
        <w:tc>
          <w:tcPr>
            <w:tcW w:w="737" w:type="dxa"/>
            <w:vAlign w:val="center"/>
          </w:tcPr>
          <w:p w14:paraId="3BF01421" w14:textId="77777777" w:rsidR="00F12170" w:rsidRPr="007911BE" w:rsidRDefault="00000000">
            <w:pPr>
              <w:ind w:firstLine="0"/>
              <w:jc w:val="center"/>
            </w:pPr>
            <w:r w:rsidRPr="007911BE">
              <w:rPr>
                <w:sz w:val="14"/>
              </w:rPr>
              <w:t>15</w:t>
            </w:r>
          </w:p>
        </w:tc>
        <w:tc>
          <w:tcPr>
            <w:tcW w:w="850" w:type="dxa"/>
            <w:vAlign w:val="center"/>
          </w:tcPr>
          <w:p w14:paraId="04411227" w14:textId="77777777" w:rsidR="00F12170" w:rsidRPr="007911BE" w:rsidRDefault="00000000">
            <w:pPr>
              <w:ind w:firstLine="0"/>
              <w:jc w:val="center"/>
            </w:pPr>
            <w:r w:rsidRPr="007911BE">
              <w:rPr>
                <w:sz w:val="14"/>
              </w:rPr>
              <w:t>90.3</w:t>
            </w:r>
          </w:p>
        </w:tc>
        <w:tc>
          <w:tcPr>
            <w:tcW w:w="1417" w:type="dxa"/>
            <w:vAlign w:val="center"/>
          </w:tcPr>
          <w:p w14:paraId="4F6225AE" w14:textId="77777777" w:rsidR="00F12170" w:rsidRPr="007911BE" w:rsidRDefault="00000000">
            <w:pPr>
              <w:ind w:firstLine="0"/>
              <w:jc w:val="left"/>
              <w:rPr>
                <w:lang w:val="ru-RU"/>
              </w:rPr>
            </w:pPr>
            <w:r w:rsidRPr="007911BE">
              <w:rPr>
                <w:sz w:val="14"/>
                <w:lang w:val="ru-RU"/>
              </w:rPr>
              <w:t xml:space="preserve">год; месяц; </w:t>
            </w:r>
            <w:proofErr w:type="spellStart"/>
            <w:r w:rsidRPr="007911BE">
              <w:rPr>
                <w:sz w:val="14"/>
                <w:lang w:val="ru-RU"/>
              </w:rPr>
              <w:t>накопительно</w:t>
            </w:r>
            <w:proofErr w:type="spellEnd"/>
            <w:r w:rsidRPr="007911BE">
              <w:rPr>
                <w:sz w:val="14"/>
                <w:lang w:val="ru-RU"/>
              </w:rPr>
              <w:t xml:space="preserve"> с января</w:t>
            </w:r>
          </w:p>
        </w:tc>
        <w:tc>
          <w:tcPr>
            <w:tcW w:w="2381" w:type="dxa"/>
            <w:vAlign w:val="center"/>
          </w:tcPr>
          <w:p w14:paraId="034C50F1" w14:textId="77777777" w:rsidR="00F12170" w:rsidRPr="007911BE" w:rsidRDefault="00000000">
            <w:pPr>
              <w:ind w:firstLine="0"/>
              <w:jc w:val="left"/>
            </w:pPr>
            <w:proofErr w:type="spellStart"/>
            <w:r w:rsidRPr="007911BE">
              <w:rPr>
                <w:sz w:val="14"/>
              </w:rPr>
              <w:t>длинный</w:t>
            </w:r>
            <w:proofErr w:type="spellEnd"/>
            <w:r w:rsidRPr="007911BE">
              <w:rPr>
                <w:sz w:val="14"/>
              </w:rPr>
              <w:t xml:space="preserve"> </w:t>
            </w:r>
            <w:proofErr w:type="spellStart"/>
            <w:r w:rsidRPr="007911BE">
              <w:rPr>
                <w:sz w:val="14"/>
              </w:rPr>
              <w:t>полный</w:t>
            </w:r>
            <w:proofErr w:type="spellEnd"/>
            <w:r w:rsidRPr="007911BE">
              <w:rPr>
                <w:sz w:val="14"/>
              </w:rPr>
              <w:t xml:space="preserve"> </w:t>
            </w:r>
            <w:proofErr w:type="spellStart"/>
            <w:r w:rsidRPr="007911BE">
              <w:rPr>
                <w:sz w:val="14"/>
              </w:rPr>
              <w:t>региональный</w:t>
            </w:r>
            <w:proofErr w:type="spellEnd"/>
            <w:r w:rsidRPr="007911BE">
              <w:rPr>
                <w:sz w:val="14"/>
              </w:rPr>
              <w:t xml:space="preserve"> </w:t>
            </w:r>
            <w:proofErr w:type="spellStart"/>
            <w:r w:rsidRPr="007911BE">
              <w:rPr>
                <w:sz w:val="14"/>
              </w:rPr>
              <w:t>ряд</w:t>
            </w:r>
            <w:proofErr w:type="spellEnd"/>
          </w:p>
        </w:tc>
      </w:tr>
      <w:tr w:rsidR="00F12170" w:rsidRPr="00A27575" w14:paraId="155E4C66" w14:textId="77777777">
        <w:trPr>
          <w:jc w:val="center"/>
        </w:trPr>
        <w:tc>
          <w:tcPr>
            <w:tcW w:w="850" w:type="dxa"/>
            <w:vAlign w:val="center"/>
          </w:tcPr>
          <w:p w14:paraId="58CA9B37" w14:textId="77777777" w:rsidR="00F12170" w:rsidRPr="007911BE" w:rsidRDefault="00000000">
            <w:pPr>
              <w:ind w:firstLine="0"/>
              <w:jc w:val="left"/>
            </w:pPr>
            <w:r w:rsidRPr="007911BE">
              <w:rPr>
                <w:sz w:val="14"/>
              </w:rPr>
              <w:t>2.14.Я.2</w:t>
            </w:r>
          </w:p>
        </w:tc>
        <w:tc>
          <w:tcPr>
            <w:tcW w:w="3288" w:type="dxa"/>
            <w:vAlign w:val="center"/>
          </w:tcPr>
          <w:p w14:paraId="6FB17D5F" w14:textId="77777777" w:rsidR="00F12170" w:rsidRPr="007911BE" w:rsidRDefault="00000000">
            <w:pPr>
              <w:ind w:firstLine="0"/>
              <w:jc w:val="left"/>
            </w:pPr>
            <w:proofErr w:type="spellStart"/>
            <w:r w:rsidRPr="007911BE">
              <w:rPr>
                <w:sz w:val="14"/>
              </w:rPr>
              <w:t>Суммарный</w:t>
            </w:r>
            <w:proofErr w:type="spellEnd"/>
            <w:r w:rsidRPr="007911BE">
              <w:rPr>
                <w:sz w:val="14"/>
              </w:rPr>
              <w:t xml:space="preserve"> </w:t>
            </w:r>
            <w:proofErr w:type="spellStart"/>
            <w:r w:rsidRPr="007911BE">
              <w:rPr>
                <w:sz w:val="14"/>
              </w:rPr>
              <w:t>коэффициент</w:t>
            </w:r>
            <w:proofErr w:type="spellEnd"/>
            <w:r w:rsidRPr="007911BE">
              <w:rPr>
                <w:sz w:val="14"/>
              </w:rPr>
              <w:t xml:space="preserve"> </w:t>
            </w:r>
            <w:proofErr w:type="spellStart"/>
            <w:r w:rsidRPr="007911BE">
              <w:rPr>
                <w:sz w:val="14"/>
              </w:rPr>
              <w:t>рождаемости</w:t>
            </w:r>
            <w:proofErr w:type="spellEnd"/>
            <w:r w:rsidRPr="007911BE">
              <w:rPr>
                <w:sz w:val="14"/>
              </w:rPr>
              <w:t xml:space="preserve"> (Я1)</w:t>
            </w:r>
          </w:p>
        </w:tc>
        <w:tc>
          <w:tcPr>
            <w:tcW w:w="794" w:type="dxa"/>
            <w:vAlign w:val="center"/>
          </w:tcPr>
          <w:p w14:paraId="0723910A" w14:textId="77777777" w:rsidR="00F12170" w:rsidRPr="007911BE" w:rsidRDefault="00000000">
            <w:pPr>
              <w:ind w:firstLine="0"/>
              <w:jc w:val="center"/>
            </w:pPr>
            <w:r w:rsidRPr="007911BE">
              <w:rPr>
                <w:sz w:val="14"/>
              </w:rPr>
              <w:t>85</w:t>
            </w:r>
          </w:p>
        </w:tc>
        <w:tc>
          <w:tcPr>
            <w:tcW w:w="737" w:type="dxa"/>
            <w:vAlign w:val="center"/>
          </w:tcPr>
          <w:p w14:paraId="7A7FD2EB" w14:textId="77777777" w:rsidR="00F12170" w:rsidRPr="007911BE" w:rsidRDefault="00000000">
            <w:pPr>
              <w:ind w:firstLine="0"/>
              <w:jc w:val="center"/>
            </w:pPr>
            <w:r w:rsidRPr="007911BE">
              <w:rPr>
                <w:sz w:val="14"/>
              </w:rPr>
              <w:t>2</w:t>
            </w:r>
          </w:p>
        </w:tc>
        <w:tc>
          <w:tcPr>
            <w:tcW w:w="850" w:type="dxa"/>
            <w:vAlign w:val="center"/>
          </w:tcPr>
          <w:p w14:paraId="14CB7A9C" w14:textId="77777777" w:rsidR="00F12170" w:rsidRPr="007911BE" w:rsidRDefault="00000000">
            <w:pPr>
              <w:ind w:firstLine="0"/>
              <w:jc w:val="center"/>
            </w:pPr>
            <w:r w:rsidRPr="007911BE">
              <w:rPr>
                <w:sz w:val="14"/>
              </w:rPr>
              <w:t>90.6</w:t>
            </w:r>
          </w:p>
        </w:tc>
        <w:tc>
          <w:tcPr>
            <w:tcW w:w="1417" w:type="dxa"/>
            <w:vAlign w:val="center"/>
          </w:tcPr>
          <w:p w14:paraId="5D2B6240" w14:textId="77777777" w:rsidR="00F12170" w:rsidRPr="007911BE" w:rsidRDefault="00000000">
            <w:pPr>
              <w:ind w:firstLine="0"/>
              <w:jc w:val="left"/>
            </w:pPr>
            <w:proofErr w:type="spellStart"/>
            <w:r w:rsidRPr="007911BE">
              <w:rPr>
                <w:sz w:val="14"/>
              </w:rPr>
              <w:t>год</w:t>
            </w:r>
            <w:proofErr w:type="spellEnd"/>
            <w:r w:rsidRPr="007911BE">
              <w:rPr>
                <w:sz w:val="14"/>
              </w:rPr>
              <w:t xml:space="preserve">; </w:t>
            </w:r>
            <w:proofErr w:type="spellStart"/>
            <w:r w:rsidRPr="007911BE">
              <w:rPr>
                <w:sz w:val="14"/>
              </w:rPr>
              <w:t>месяц</w:t>
            </w:r>
            <w:proofErr w:type="spellEnd"/>
          </w:p>
        </w:tc>
        <w:tc>
          <w:tcPr>
            <w:tcW w:w="2381" w:type="dxa"/>
            <w:vAlign w:val="center"/>
          </w:tcPr>
          <w:p w14:paraId="64651833" w14:textId="77777777" w:rsidR="00F12170" w:rsidRPr="007911BE" w:rsidRDefault="00000000">
            <w:pPr>
              <w:ind w:firstLine="0"/>
              <w:jc w:val="left"/>
              <w:rPr>
                <w:lang w:val="ru-RU"/>
              </w:rPr>
            </w:pPr>
            <w:r w:rsidRPr="007911BE">
              <w:rPr>
                <w:sz w:val="14"/>
                <w:lang w:val="ru-RU"/>
              </w:rPr>
              <w:t>короткий региональный ряд с неполным охватом</w:t>
            </w:r>
          </w:p>
        </w:tc>
      </w:tr>
      <w:tr w:rsidR="00F12170" w:rsidRPr="00A27575" w14:paraId="1F882E1B" w14:textId="77777777">
        <w:trPr>
          <w:jc w:val="center"/>
        </w:trPr>
        <w:tc>
          <w:tcPr>
            <w:tcW w:w="850" w:type="dxa"/>
            <w:vAlign w:val="center"/>
          </w:tcPr>
          <w:p w14:paraId="5DA59FCC" w14:textId="77777777" w:rsidR="00F12170" w:rsidRPr="007911BE" w:rsidRDefault="00000000">
            <w:pPr>
              <w:ind w:firstLine="0"/>
              <w:jc w:val="left"/>
            </w:pPr>
            <w:r w:rsidRPr="007911BE">
              <w:rPr>
                <w:sz w:val="14"/>
              </w:rPr>
              <w:t>2.14.Я.3</w:t>
            </w:r>
          </w:p>
        </w:tc>
        <w:tc>
          <w:tcPr>
            <w:tcW w:w="3288" w:type="dxa"/>
            <w:vAlign w:val="center"/>
          </w:tcPr>
          <w:p w14:paraId="35F03E89" w14:textId="77777777" w:rsidR="00F12170" w:rsidRPr="007911BE" w:rsidRDefault="00000000">
            <w:pPr>
              <w:ind w:firstLine="0"/>
              <w:jc w:val="left"/>
              <w:rPr>
                <w:lang w:val="ru-RU"/>
              </w:rPr>
            </w:pPr>
            <w:r w:rsidRPr="007911BE">
              <w:rPr>
                <w:sz w:val="14"/>
                <w:lang w:val="ru-RU"/>
              </w:rPr>
              <w:t>Суммарный коэффициент рождаемости третьих и последующих детей (Я2)</w:t>
            </w:r>
          </w:p>
        </w:tc>
        <w:tc>
          <w:tcPr>
            <w:tcW w:w="794" w:type="dxa"/>
            <w:vAlign w:val="center"/>
          </w:tcPr>
          <w:p w14:paraId="5C9BD70C" w14:textId="77777777" w:rsidR="00F12170" w:rsidRPr="007911BE" w:rsidRDefault="00000000">
            <w:pPr>
              <w:ind w:firstLine="0"/>
              <w:jc w:val="center"/>
            </w:pPr>
            <w:r w:rsidRPr="007911BE">
              <w:rPr>
                <w:sz w:val="14"/>
              </w:rPr>
              <w:t>85</w:t>
            </w:r>
          </w:p>
        </w:tc>
        <w:tc>
          <w:tcPr>
            <w:tcW w:w="737" w:type="dxa"/>
            <w:vAlign w:val="center"/>
          </w:tcPr>
          <w:p w14:paraId="6195D9EC" w14:textId="77777777" w:rsidR="00F12170" w:rsidRPr="007911BE" w:rsidRDefault="00000000">
            <w:pPr>
              <w:ind w:firstLine="0"/>
              <w:jc w:val="center"/>
            </w:pPr>
            <w:r w:rsidRPr="007911BE">
              <w:rPr>
                <w:sz w:val="14"/>
              </w:rPr>
              <w:t>2</w:t>
            </w:r>
          </w:p>
        </w:tc>
        <w:tc>
          <w:tcPr>
            <w:tcW w:w="850" w:type="dxa"/>
            <w:vAlign w:val="center"/>
          </w:tcPr>
          <w:p w14:paraId="4CD62885" w14:textId="77777777" w:rsidR="00F12170" w:rsidRPr="007911BE" w:rsidRDefault="00000000">
            <w:pPr>
              <w:ind w:firstLine="0"/>
              <w:jc w:val="center"/>
            </w:pPr>
            <w:r w:rsidRPr="007911BE">
              <w:rPr>
                <w:sz w:val="14"/>
              </w:rPr>
              <w:t>90.6</w:t>
            </w:r>
          </w:p>
        </w:tc>
        <w:tc>
          <w:tcPr>
            <w:tcW w:w="1417" w:type="dxa"/>
            <w:vAlign w:val="center"/>
          </w:tcPr>
          <w:p w14:paraId="4EDD64D6" w14:textId="77777777" w:rsidR="00F12170" w:rsidRPr="007911BE" w:rsidRDefault="00000000">
            <w:pPr>
              <w:ind w:firstLine="0"/>
              <w:jc w:val="left"/>
            </w:pPr>
            <w:proofErr w:type="spellStart"/>
            <w:r w:rsidRPr="007911BE">
              <w:rPr>
                <w:sz w:val="14"/>
              </w:rPr>
              <w:t>год</w:t>
            </w:r>
            <w:proofErr w:type="spellEnd"/>
            <w:r w:rsidRPr="007911BE">
              <w:rPr>
                <w:sz w:val="14"/>
              </w:rPr>
              <w:t xml:space="preserve">; </w:t>
            </w:r>
            <w:proofErr w:type="spellStart"/>
            <w:r w:rsidRPr="007911BE">
              <w:rPr>
                <w:sz w:val="14"/>
              </w:rPr>
              <w:t>месяц</w:t>
            </w:r>
            <w:proofErr w:type="spellEnd"/>
          </w:p>
        </w:tc>
        <w:tc>
          <w:tcPr>
            <w:tcW w:w="2381" w:type="dxa"/>
            <w:vAlign w:val="center"/>
          </w:tcPr>
          <w:p w14:paraId="1E723C83" w14:textId="77777777" w:rsidR="00F12170" w:rsidRPr="007911BE" w:rsidRDefault="00000000">
            <w:pPr>
              <w:ind w:firstLine="0"/>
              <w:jc w:val="left"/>
              <w:rPr>
                <w:lang w:val="ru-RU"/>
              </w:rPr>
            </w:pPr>
            <w:r w:rsidRPr="007911BE">
              <w:rPr>
                <w:sz w:val="14"/>
                <w:lang w:val="ru-RU"/>
              </w:rPr>
              <w:t>короткий региональный ряд с неполным охватом</w:t>
            </w:r>
          </w:p>
        </w:tc>
      </w:tr>
      <w:tr w:rsidR="00F12170" w:rsidRPr="00A27575" w14:paraId="3B9B18F0" w14:textId="77777777">
        <w:trPr>
          <w:jc w:val="center"/>
        </w:trPr>
        <w:tc>
          <w:tcPr>
            <w:tcW w:w="850" w:type="dxa"/>
            <w:vAlign w:val="center"/>
          </w:tcPr>
          <w:p w14:paraId="465D8458" w14:textId="77777777" w:rsidR="00F12170" w:rsidRPr="007911BE" w:rsidRDefault="00000000">
            <w:pPr>
              <w:ind w:firstLine="0"/>
              <w:jc w:val="left"/>
            </w:pPr>
            <w:r w:rsidRPr="007911BE">
              <w:rPr>
                <w:sz w:val="14"/>
              </w:rPr>
              <w:t>2.14.Я.4</w:t>
            </w:r>
          </w:p>
        </w:tc>
        <w:tc>
          <w:tcPr>
            <w:tcW w:w="3288" w:type="dxa"/>
            <w:vAlign w:val="center"/>
          </w:tcPr>
          <w:p w14:paraId="0CAB0933" w14:textId="77777777" w:rsidR="00F12170" w:rsidRPr="007911BE" w:rsidRDefault="00000000">
            <w:pPr>
              <w:ind w:firstLine="0"/>
              <w:jc w:val="left"/>
              <w:rPr>
                <w:lang w:val="ru-RU"/>
              </w:rPr>
            </w:pPr>
            <w:r w:rsidRPr="007911BE">
              <w:rPr>
                <w:sz w:val="14"/>
                <w:lang w:val="ru-RU"/>
              </w:rPr>
              <w:t>Доля пожилых граждан и инвалидов, получающих долговременный уход, от общего числа нуждающихся в таком уходе граждан (Я4)</w:t>
            </w:r>
          </w:p>
        </w:tc>
        <w:tc>
          <w:tcPr>
            <w:tcW w:w="794" w:type="dxa"/>
            <w:vAlign w:val="center"/>
          </w:tcPr>
          <w:p w14:paraId="188CAC37" w14:textId="77777777" w:rsidR="00F12170" w:rsidRPr="007911BE" w:rsidRDefault="00000000">
            <w:pPr>
              <w:ind w:firstLine="0"/>
              <w:jc w:val="center"/>
            </w:pPr>
            <w:r w:rsidRPr="007911BE">
              <w:rPr>
                <w:sz w:val="14"/>
              </w:rPr>
              <w:t>89</w:t>
            </w:r>
          </w:p>
        </w:tc>
        <w:tc>
          <w:tcPr>
            <w:tcW w:w="737" w:type="dxa"/>
            <w:vAlign w:val="center"/>
          </w:tcPr>
          <w:p w14:paraId="67B786C8" w14:textId="77777777" w:rsidR="00F12170" w:rsidRPr="007911BE" w:rsidRDefault="00000000">
            <w:pPr>
              <w:ind w:firstLine="0"/>
              <w:jc w:val="center"/>
            </w:pPr>
            <w:r w:rsidRPr="007911BE">
              <w:rPr>
                <w:sz w:val="14"/>
              </w:rPr>
              <w:t>2</w:t>
            </w:r>
          </w:p>
        </w:tc>
        <w:tc>
          <w:tcPr>
            <w:tcW w:w="850" w:type="dxa"/>
            <w:vAlign w:val="center"/>
          </w:tcPr>
          <w:p w14:paraId="06BA8778" w14:textId="77777777" w:rsidR="00F12170" w:rsidRPr="007911BE" w:rsidRDefault="00000000">
            <w:pPr>
              <w:ind w:firstLine="0"/>
              <w:jc w:val="center"/>
            </w:pPr>
            <w:r w:rsidRPr="007911BE">
              <w:rPr>
                <w:sz w:val="14"/>
              </w:rPr>
              <w:t>98.9</w:t>
            </w:r>
          </w:p>
        </w:tc>
        <w:tc>
          <w:tcPr>
            <w:tcW w:w="1417" w:type="dxa"/>
            <w:vAlign w:val="center"/>
          </w:tcPr>
          <w:p w14:paraId="3CEBADC8" w14:textId="77777777" w:rsidR="00F12170" w:rsidRPr="007911BE" w:rsidRDefault="00000000">
            <w:pPr>
              <w:ind w:firstLine="0"/>
              <w:jc w:val="left"/>
            </w:pPr>
            <w:proofErr w:type="spellStart"/>
            <w:r w:rsidRPr="007911BE">
              <w:rPr>
                <w:sz w:val="14"/>
              </w:rPr>
              <w:t>месяц</w:t>
            </w:r>
            <w:proofErr w:type="spellEnd"/>
          </w:p>
        </w:tc>
        <w:tc>
          <w:tcPr>
            <w:tcW w:w="2381" w:type="dxa"/>
            <w:vAlign w:val="center"/>
          </w:tcPr>
          <w:p w14:paraId="3876AB6C" w14:textId="77777777" w:rsidR="00F12170" w:rsidRPr="007911BE" w:rsidRDefault="00000000">
            <w:pPr>
              <w:ind w:firstLine="0"/>
              <w:jc w:val="left"/>
              <w:rPr>
                <w:lang w:val="ru-RU"/>
              </w:rPr>
            </w:pPr>
            <w:r w:rsidRPr="007911BE">
              <w:rPr>
                <w:sz w:val="14"/>
                <w:lang w:val="ru-RU"/>
              </w:rPr>
              <w:t>короткий, почти полный региональный ряд</w:t>
            </w:r>
          </w:p>
        </w:tc>
      </w:tr>
      <w:tr w:rsidR="00F12170" w:rsidRPr="00A27575" w14:paraId="64013BD2" w14:textId="77777777">
        <w:trPr>
          <w:jc w:val="center"/>
        </w:trPr>
        <w:tc>
          <w:tcPr>
            <w:tcW w:w="850" w:type="dxa"/>
            <w:vAlign w:val="center"/>
          </w:tcPr>
          <w:p w14:paraId="48188CB3" w14:textId="77777777" w:rsidR="00F12170" w:rsidRPr="007911BE" w:rsidRDefault="00000000">
            <w:pPr>
              <w:ind w:firstLine="0"/>
              <w:jc w:val="left"/>
            </w:pPr>
            <w:r w:rsidRPr="007911BE">
              <w:rPr>
                <w:sz w:val="14"/>
              </w:rPr>
              <w:t>2.14.Я.6</w:t>
            </w:r>
          </w:p>
        </w:tc>
        <w:tc>
          <w:tcPr>
            <w:tcW w:w="3288" w:type="dxa"/>
            <w:vAlign w:val="center"/>
          </w:tcPr>
          <w:p w14:paraId="70DA7CE0" w14:textId="77777777" w:rsidR="00F12170" w:rsidRPr="007911BE" w:rsidRDefault="00000000">
            <w:pPr>
              <w:ind w:firstLine="0"/>
              <w:jc w:val="left"/>
              <w:rPr>
                <w:lang w:val="ru-RU"/>
              </w:rPr>
            </w:pPr>
            <w:r w:rsidRPr="007911BE">
              <w:rPr>
                <w:sz w:val="14"/>
                <w:lang w:val="ru-RU"/>
              </w:rPr>
              <w:t>Уровень удовлетворенности граждан работой государственных и муниципальных организаций культуры, искусства и народного творчества (Я5)</w:t>
            </w:r>
          </w:p>
        </w:tc>
        <w:tc>
          <w:tcPr>
            <w:tcW w:w="794" w:type="dxa"/>
            <w:vAlign w:val="center"/>
          </w:tcPr>
          <w:p w14:paraId="08F59304" w14:textId="77777777" w:rsidR="00F12170" w:rsidRPr="007911BE" w:rsidRDefault="00000000">
            <w:pPr>
              <w:ind w:firstLine="0"/>
              <w:jc w:val="center"/>
            </w:pPr>
            <w:r w:rsidRPr="007911BE">
              <w:rPr>
                <w:sz w:val="14"/>
              </w:rPr>
              <w:t>85</w:t>
            </w:r>
          </w:p>
        </w:tc>
        <w:tc>
          <w:tcPr>
            <w:tcW w:w="737" w:type="dxa"/>
            <w:vAlign w:val="center"/>
          </w:tcPr>
          <w:p w14:paraId="5015BAD2" w14:textId="77777777" w:rsidR="00F12170" w:rsidRPr="007911BE" w:rsidRDefault="00000000">
            <w:pPr>
              <w:ind w:firstLine="0"/>
              <w:jc w:val="center"/>
            </w:pPr>
            <w:r w:rsidRPr="007911BE">
              <w:rPr>
                <w:sz w:val="14"/>
              </w:rPr>
              <w:t>2</w:t>
            </w:r>
          </w:p>
        </w:tc>
        <w:tc>
          <w:tcPr>
            <w:tcW w:w="850" w:type="dxa"/>
            <w:vAlign w:val="center"/>
          </w:tcPr>
          <w:p w14:paraId="6CACF73B" w14:textId="77777777" w:rsidR="00F12170" w:rsidRPr="007911BE" w:rsidRDefault="00000000">
            <w:pPr>
              <w:ind w:firstLine="0"/>
              <w:jc w:val="center"/>
            </w:pPr>
            <w:r w:rsidRPr="007911BE">
              <w:rPr>
                <w:sz w:val="14"/>
              </w:rPr>
              <w:t>98.8</w:t>
            </w:r>
          </w:p>
        </w:tc>
        <w:tc>
          <w:tcPr>
            <w:tcW w:w="1417" w:type="dxa"/>
            <w:vAlign w:val="center"/>
          </w:tcPr>
          <w:p w14:paraId="429596AF" w14:textId="77777777" w:rsidR="00F12170" w:rsidRPr="007911BE" w:rsidRDefault="00000000">
            <w:pPr>
              <w:ind w:firstLine="0"/>
              <w:jc w:val="left"/>
            </w:pPr>
            <w:proofErr w:type="spellStart"/>
            <w:r w:rsidRPr="007911BE">
              <w:rPr>
                <w:sz w:val="14"/>
              </w:rPr>
              <w:t>год</w:t>
            </w:r>
            <w:proofErr w:type="spellEnd"/>
            <w:r w:rsidRPr="007911BE">
              <w:rPr>
                <w:sz w:val="14"/>
              </w:rPr>
              <w:t xml:space="preserve">; </w:t>
            </w:r>
            <w:proofErr w:type="spellStart"/>
            <w:r w:rsidRPr="007911BE">
              <w:rPr>
                <w:sz w:val="14"/>
              </w:rPr>
              <w:t>месяц</w:t>
            </w:r>
            <w:proofErr w:type="spellEnd"/>
          </w:p>
        </w:tc>
        <w:tc>
          <w:tcPr>
            <w:tcW w:w="2381" w:type="dxa"/>
            <w:vAlign w:val="center"/>
          </w:tcPr>
          <w:p w14:paraId="7FC281F9" w14:textId="77777777" w:rsidR="00F12170" w:rsidRPr="007911BE" w:rsidRDefault="00000000">
            <w:pPr>
              <w:ind w:firstLine="0"/>
              <w:jc w:val="left"/>
              <w:rPr>
                <w:lang w:val="ru-RU"/>
              </w:rPr>
            </w:pPr>
            <w:r w:rsidRPr="007911BE">
              <w:rPr>
                <w:sz w:val="14"/>
                <w:lang w:val="ru-RU"/>
              </w:rPr>
              <w:t>короткий, почти полный региональный ряд</w:t>
            </w:r>
          </w:p>
        </w:tc>
      </w:tr>
      <w:tr w:rsidR="00F12170" w:rsidRPr="00A27575" w14:paraId="5EE7D29F" w14:textId="77777777">
        <w:trPr>
          <w:jc w:val="center"/>
        </w:trPr>
        <w:tc>
          <w:tcPr>
            <w:tcW w:w="850" w:type="dxa"/>
            <w:vAlign w:val="center"/>
          </w:tcPr>
          <w:p w14:paraId="1E60C5A0" w14:textId="77777777" w:rsidR="00F12170" w:rsidRPr="007911BE" w:rsidRDefault="00000000">
            <w:pPr>
              <w:ind w:firstLine="0"/>
              <w:jc w:val="left"/>
            </w:pPr>
            <w:r w:rsidRPr="007911BE">
              <w:rPr>
                <w:sz w:val="14"/>
              </w:rPr>
              <w:t>2.14.Я3.1</w:t>
            </w:r>
          </w:p>
        </w:tc>
        <w:tc>
          <w:tcPr>
            <w:tcW w:w="3288" w:type="dxa"/>
            <w:vAlign w:val="center"/>
          </w:tcPr>
          <w:p w14:paraId="018A58E8" w14:textId="77777777" w:rsidR="00F12170" w:rsidRPr="007911BE" w:rsidRDefault="00000000">
            <w:pPr>
              <w:ind w:firstLine="0"/>
              <w:jc w:val="left"/>
              <w:rPr>
                <w:lang w:val="ru-RU"/>
              </w:rPr>
            </w:pPr>
            <w:r w:rsidRPr="007911BE">
              <w:rPr>
                <w:sz w:val="14"/>
                <w:lang w:val="ru-RU"/>
              </w:rPr>
              <w:t>Охват граждан репродуктивного возраста (18–49 лет) диспансеризацией с целью оценки репродуктивного здоровья</w:t>
            </w:r>
          </w:p>
        </w:tc>
        <w:tc>
          <w:tcPr>
            <w:tcW w:w="794" w:type="dxa"/>
            <w:vAlign w:val="center"/>
          </w:tcPr>
          <w:p w14:paraId="33815E3A" w14:textId="77777777" w:rsidR="00F12170" w:rsidRPr="007911BE" w:rsidRDefault="00000000">
            <w:pPr>
              <w:ind w:firstLine="0"/>
              <w:jc w:val="center"/>
            </w:pPr>
            <w:r w:rsidRPr="007911BE">
              <w:rPr>
                <w:sz w:val="14"/>
              </w:rPr>
              <w:t>85</w:t>
            </w:r>
          </w:p>
        </w:tc>
        <w:tc>
          <w:tcPr>
            <w:tcW w:w="737" w:type="dxa"/>
            <w:vAlign w:val="center"/>
          </w:tcPr>
          <w:p w14:paraId="0508956A" w14:textId="77777777" w:rsidR="00F12170" w:rsidRPr="007911BE" w:rsidRDefault="00000000">
            <w:pPr>
              <w:ind w:firstLine="0"/>
              <w:jc w:val="center"/>
            </w:pPr>
            <w:r w:rsidRPr="007911BE">
              <w:rPr>
                <w:sz w:val="14"/>
              </w:rPr>
              <w:t>2</w:t>
            </w:r>
          </w:p>
        </w:tc>
        <w:tc>
          <w:tcPr>
            <w:tcW w:w="850" w:type="dxa"/>
            <w:vAlign w:val="center"/>
          </w:tcPr>
          <w:p w14:paraId="3558C748" w14:textId="77777777" w:rsidR="00F12170" w:rsidRPr="007911BE" w:rsidRDefault="00000000">
            <w:pPr>
              <w:ind w:firstLine="0"/>
              <w:jc w:val="center"/>
            </w:pPr>
            <w:r w:rsidRPr="007911BE">
              <w:rPr>
                <w:sz w:val="14"/>
              </w:rPr>
              <w:t>98.8</w:t>
            </w:r>
          </w:p>
        </w:tc>
        <w:tc>
          <w:tcPr>
            <w:tcW w:w="1417" w:type="dxa"/>
            <w:vAlign w:val="center"/>
          </w:tcPr>
          <w:p w14:paraId="29E1E718" w14:textId="77777777" w:rsidR="00F12170" w:rsidRPr="007911BE" w:rsidRDefault="00000000">
            <w:pPr>
              <w:ind w:firstLine="0"/>
              <w:jc w:val="left"/>
            </w:pPr>
            <w:proofErr w:type="spellStart"/>
            <w:r w:rsidRPr="007911BE">
              <w:rPr>
                <w:sz w:val="14"/>
              </w:rPr>
              <w:t>месяц</w:t>
            </w:r>
            <w:proofErr w:type="spellEnd"/>
          </w:p>
        </w:tc>
        <w:tc>
          <w:tcPr>
            <w:tcW w:w="2381" w:type="dxa"/>
            <w:vAlign w:val="center"/>
          </w:tcPr>
          <w:p w14:paraId="5A6B3BF3" w14:textId="77777777" w:rsidR="00F12170" w:rsidRPr="007911BE" w:rsidRDefault="00000000">
            <w:pPr>
              <w:ind w:firstLine="0"/>
              <w:jc w:val="left"/>
              <w:rPr>
                <w:lang w:val="ru-RU"/>
              </w:rPr>
            </w:pPr>
            <w:r w:rsidRPr="007911BE">
              <w:rPr>
                <w:sz w:val="14"/>
                <w:lang w:val="ru-RU"/>
              </w:rPr>
              <w:t>короткий, почти полный региональный ряд</w:t>
            </w:r>
          </w:p>
        </w:tc>
      </w:tr>
      <w:tr w:rsidR="00F12170" w:rsidRPr="00A27575" w14:paraId="6BC79CB9" w14:textId="77777777">
        <w:trPr>
          <w:jc w:val="center"/>
        </w:trPr>
        <w:tc>
          <w:tcPr>
            <w:tcW w:w="850" w:type="dxa"/>
            <w:vAlign w:val="center"/>
          </w:tcPr>
          <w:p w14:paraId="7E881126" w14:textId="77777777" w:rsidR="00F12170" w:rsidRPr="007911BE" w:rsidRDefault="00000000">
            <w:pPr>
              <w:ind w:firstLine="0"/>
              <w:jc w:val="left"/>
            </w:pPr>
            <w:r w:rsidRPr="007911BE">
              <w:rPr>
                <w:sz w:val="14"/>
              </w:rPr>
              <w:t>2.14.Я3.2</w:t>
            </w:r>
          </w:p>
        </w:tc>
        <w:tc>
          <w:tcPr>
            <w:tcW w:w="3288" w:type="dxa"/>
            <w:vAlign w:val="center"/>
          </w:tcPr>
          <w:p w14:paraId="4506D484" w14:textId="77777777" w:rsidR="00F12170" w:rsidRPr="007911BE" w:rsidRDefault="00000000">
            <w:pPr>
              <w:ind w:firstLine="0"/>
              <w:jc w:val="left"/>
              <w:rPr>
                <w:lang w:val="ru-RU"/>
              </w:rPr>
            </w:pPr>
            <w:r w:rsidRPr="007911BE">
              <w:rPr>
                <w:sz w:val="1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794" w:type="dxa"/>
            <w:vAlign w:val="center"/>
          </w:tcPr>
          <w:p w14:paraId="3213B395" w14:textId="77777777" w:rsidR="00F12170" w:rsidRPr="007911BE" w:rsidRDefault="00000000">
            <w:pPr>
              <w:ind w:firstLine="0"/>
              <w:jc w:val="center"/>
            </w:pPr>
            <w:r w:rsidRPr="007911BE">
              <w:rPr>
                <w:sz w:val="14"/>
              </w:rPr>
              <w:t>85</w:t>
            </w:r>
          </w:p>
        </w:tc>
        <w:tc>
          <w:tcPr>
            <w:tcW w:w="737" w:type="dxa"/>
            <w:vAlign w:val="center"/>
          </w:tcPr>
          <w:p w14:paraId="38DD169F" w14:textId="77777777" w:rsidR="00F12170" w:rsidRPr="007911BE" w:rsidRDefault="00000000">
            <w:pPr>
              <w:ind w:firstLine="0"/>
              <w:jc w:val="center"/>
            </w:pPr>
            <w:r w:rsidRPr="007911BE">
              <w:rPr>
                <w:sz w:val="14"/>
              </w:rPr>
              <w:t>3</w:t>
            </w:r>
          </w:p>
        </w:tc>
        <w:tc>
          <w:tcPr>
            <w:tcW w:w="850" w:type="dxa"/>
            <w:vAlign w:val="center"/>
          </w:tcPr>
          <w:p w14:paraId="14B9B425" w14:textId="77777777" w:rsidR="00F12170" w:rsidRPr="007911BE" w:rsidRDefault="00000000">
            <w:pPr>
              <w:ind w:firstLine="0"/>
              <w:jc w:val="center"/>
            </w:pPr>
            <w:r w:rsidRPr="007911BE">
              <w:rPr>
                <w:sz w:val="14"/>
              </w:rPr>
              <w:t>98.8</w:t>
            </w:r>
          </w:p>
        </w:tc>
        <w:tc>
          <w:tcPr>
            <w:tcW w:w="1417" w:type="dxa"/>
            <w:vAlign w:val="center"/>
          </w:tcPr>
          <w:p w14:paraId="3340B5E0" w14:textId="77777777" w:rsidR="00F12170" w:rsidRPr="007911BE" w:rsidRDefault="00000000">
            <w:pPr>
              <w:ind w:firstLine="0"/>
              <w:jc w:val="left"/>
            </w:pPr>
            <w:proofErr w:type="spellStart"/>
            <w:r w:rsidRPr="007911BE">
              <w:rPr>
                <w:sz w:val="14"/>
              </w:rPr>
              <w:t>год</w:t>
            </w:r>
            <w:proofErr w:type="spellEnd"/>
            <w:r w:rsidRPr="007911BE">
              <w:rPr>
                <w:sz w:val="14"/>
              </w:rPr>
              <w:t xml:space="preserve">; </w:t>
            </w:r>
            <w:proofErr w:type="spellStart"/>
            <w:r w:rsidRPr="007911BE">
              <w:rPr>
                <w:sz w:val="14"/>
              </w:rPr>
              <w:t>месяц</w:t>
            </w:r>
            <w:proofErr w:type="spellEnd"/>
          </w:p>
        </w:tc>
        <w:tc>
          <w:tcPr>
            <w:tcW w:w="2381" w:type="dxa"/>
            <w:vAlign w:val="center"/>
          </w:tcPr>
          <w:p w14:paraId="548E2253" w14:textId="77777777" w:rsidR="00F12170" w:rsidRPr="007911BE" w:rsidRDefault="00000000">
            <w:pPr>
              <w:ind w:firstLine="0"/>
              <w:jc w:val="left"/>
              <w:rPr>
                <w:lang w:val="ru-RU"/>
              </w:rPr>
            </w:pPr>
            <w:r w:rsidRPr="007911BE">
              <w:rPr>
                <w:sz w:val="14"/>
                <w:lang w:val="ru-RU"/>
              </w:rPr>
              <w:t>короткий, почти полный региональный ряд</w:t>
            </w:r>
          </w:p>
        </w:tc>
      </w:tr>
      <w:tr w:rsidR="00F12170" w:rsidRPr="00A27575" w14:paraId="2E26E4EF" w14:textId="77777777">
        <w:trPr>
          <w:jc w:val="center"/>
        </w:trPr>
        <w:tc>
          <w:tcPr>
            <w:tcW w:w="850" w:type="dxa"/>
            <w:vAlign w:val="center"/>
          </w:tcPr>
          <w:p w14:paraId="63D4457D" w14:textId="77777777" w:rsidR="00F12170" w:rsidRPr="007911BE" w:rsidRDefault="00000000">
            <w:pPr>
              <w:ind w:firstLine="0"/>
              <w:jc w:val="left"/>
            </w:pPr>
            <w:r w:rsidRPr="007911BE">
              <w:rPr>
                <w:sz w:val="14"/>
              </w:rPr>
              <w:t>2.14.Я3.4</w:t>
            </w:r>
          </w:p>
        </w:tc>
        <w:tc>
          <w:tcPr>
            <w:tcW w:w="3288" w:type="dxa"/>
            <w:vAlign w:val="center"/>
          </w:tcPr>
          <w:p w14:paraId="617AB5FB" w14:textId="77777777" w:rsidR="00F12170" w:rsidRPr="007911BE" w:rsidRDefault="00000000">
            <w:pPr>
              <w:ind w:firstLine="0"/>
              <w:jc w:val="left"/>
              <w:rPr>
                <w:lang w:val="ru-RU"/>
              </w:rPr>
            </w:pPr>
            <w:r w:rsidRPr="007911BE">
              <w:rPr>
                <w:sz w:val="14"/>
                <w:lang w:val="ru-RU"/>
              </w:rPr>
              <w:t>Доля взятых под диспансерное наблюдение детей в возрасте 0–17 лет с впервые в жизни установленными диагнозами, от общего проведения профилактических медицинских осмотров</w:t>
            </w:r>
          </w:p>
        </w:tc>
        <w:tc>
          <w:tcPr>
            <w:tcW w:w="794" w:type="dxa"/>
            <w:vAlign w:val="center"/>
          </w:tcPr>
          <w:p w14:paraId="3BA45BC4" w14:textId="77777777" w:rsidR="00F12170" w:rsidRPr="007911BE" w:rsidRDefault="00000000">
            <w:pPr>
              <w:ind w:firstLine="0"/>
              <w:jc w:val="center"/>
            </w:pPr>
            <w:r w:rsidRPr="007911BE">
              <w:rPr>
                <w:sz w:val="14"/>
              </w:rPr>
              <w:t>85</w:t>
            </w:r>
          </w:p>
        </w:tc>
        <w:tc>
          <w:tcPr>
            <w:tcW w:w="737" w:type="dxa"/>
            <w:vAlign w:val="center"/>
          </w:tcPr>
          <w:p w14:paraId="2B61322A" w14:textId="77777777" w:rsidR="00F12170" w:rsidRPr="007911BE" w:rsidRDefault="00000000">
            <w:pPr>
              <w:ind w:firstLine="0"/>
              <w:jc w:val="center"/>
            </w:pPr>
            <w:r w:rsidRPr="007911BE">
              <w:rPr>
                <w:sz w:val="14"/>
              </w:rPr>
              <w:t>2</w:t>
            </w:r>
          </w:p>
        </w:tc>
        <w:tc>
          <w:tcPr>
            <w:tcW w:w="850" w:type="dxa"/>
            <w:vAlign w:val="center"/>
          </w:tcPr>
          <w:p w14:paraId="4ACE456E" w14:textId="77777777" w:rsidR="00F12170" w:rsidRPr="007911BE" w:rsidRDefault="00000000">
            <w:pPr>
              <w:ind w:firstLine="0"/>
              <w:jc w:val="center"/>
            </w:pPr>
            <w:r w:rsidRPr="007911BE">
              <w:rPr>
                <w:sz w:val="14"/>
              </w:rPr>
              <w:t>98.8</w:t>
            </w:r>
          </w:p>
        </w:tc>
        <w:tc>
          <w:tcPr>
            <w:tcW w:w="1417" w:type="dxa"/>
            <w:vAlign w:val="center"/>
          </w:tcPr>
          <w:p w14:paraId="664A746F" w14:textId="77777777" w:rsidR="00F12170" w:rsidRPr="007911BE" w:rsidRDefault="00000000">
            <w:pPr>
              <w:ind w:firstLine="0"/>
              <w:jc w:val="left"/>
            </w:pPr>
            <w:proofErr w:type="spellStart"/>
            <w:r w:rsidRPr="007911BE">
              <w:rPr>
                <w:sz w:val="14"/>
              </w:rPr>
              <w:t>месяц</w:t>
            </w:r>
            <w:proofErr w:type="spellEnd"/>
          </w:p>
        </w:tc>
        <w:tc>
          <w:tcPr>
            <w:tcW w:w="2381" w:type="dxa"/>
            <w:vAlign w:val="center"/>
          </w:tcPr>
          <w:p w14:paraId="5161C09B" w14:textId="77777777" w:rsidR="00F12170" w:rsidRPr="007911BE" w:rsidRDefault="00000000">
            <w:pPr>
              <w:ind w:firstLine="0"/>
              <w:jc w:val="left"/>
              <w:rPr>
                <w:lang w:val="ru-RU"/>
              </w:rPr>
            </w:pPr>
            <w:r w:rsidRPr="007911BE">
              <w:rPr>
                <w:sz w:val="14"/>
                <w:lang w:val="ru-RU"/>
              </w:rPr>
              <w:t>короткий, почти полный региональный ряд</w:t>
            </w:r>
          </w:p>
        </w:tc>
      </w:tr>
      <w:tr w:rsidR="00F12170" w:rsidRPr="00A27575" w14:paraId="63F55309" w14:textId="77777777">
        <w:trPr>
          <w:jc w:val="center"/>
        </w:trPr>
        <w:tc>
          <w:tcPr>
            <w:tcW w:w="850" w:type="dxa"/>
            <w:vAlign w:val="center"/>
          </w:tcPr>
          <w:p w14:paraId="25296A82" w14:textId="77777777" w:rsidR="00F12170" w:rsidRPr="007911BE" w:rsidRDefault="00000000">
            <w:pPr>
              <w:ind w:firstLine="0"/>
              <w:jc w:val="left"/>
            </w:pPr>
            <w:r w:rsidRPr="007911BE">
              <w:rPr>
                <w:sz w:val="14"/>
              </w:rPr>
              <w:t>2.14.Я3.5</w:t>
            </w:r>
          </w:p>
        </w:tc>
        <w:tc>
          <w:tcPr>
            <w:tcW w:w="3288" w:type="dxa"/>
            <w:vAlign w:val="center"/>
          </w:tcPr>
          <w:p w14:paraId="40E7D438" w14:textId="77777777" w:rsidR="00F12170" w:rsidRPr="007911BE" w:rsidRDefault="00000000">
            <w:pPr>
              <w:ind w:firstLine="0"/>
              <w:jc w:val="left"/>
              <w:rPr>
                <w:lang w:val="ru-RU"/>
              </w:rPr>
            </w:pPr>
            <w:r w:rsidRPr="007911BE">
              <w:rPr>
                <w:sz w:val="1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794" w:type="dxa"/>
            <w:vAlign w:val="center"/>
          </w:tcPr>
          <w:p w14:paraId="18C53DC4" w14:textId="77777777" w:rsidR="00F12170" w:rsidRPr="007911BE" w:rsidRDefault="00000000">
            <w:pPr>
              <w:ind w:firstLine="0"/>
              <w:jc w:val="center"/>
            </w:pPr>
            <w:r w:rsidRPr="007911BE">
              <w:rPr>
                <w:sz w:val="14"/>
              </w:rPr>
              <w:t>85</w:t>
            </w:r>
          </w:p>
        </w:tc>
        <w:tc>
          <w:tcPr>
            <w:tcW w:w="737" w:type="dxa"/>
            <w:vAlign w:val="center"/>
          </w:tcPr>
          <w:p w14:paraId="61DF3E60" w14:textId="77777777" w:rsidR="00F12170" w:rsidRPr="007911BE" w:rsidRDefault="00000000">
            <w:pPr>
              <w:ind w:firstLine="0"/>
              <w:jc w:val="center"/>
            </w:pPr>
            <w:r w:rsidRPr="007911BE">
              <w:rPr>
                <w:sz w:val="14"/>
              </w:rPr>
              <w:t>2</w:t>
            </w:r>
          </w:p>
        </w:tc>
        <w:tc>
          <w:tcPr>
            <w:tcW w:w="850" w:type="dxa"/>
            <w:vAlign w:val="center"/>
          </w:tcPr>
          <w:p w14:paraId="4C68CF3A" w14:textId="77777777" w:rsidR="00F12170" w:rsidRPr="007911BE" w:rsidRDefault="00000000">
            <w:pPr>
              <w:ind w:firstLine="0"/>
              <w:jc w:val="center"/>
            </w:pPr>
            <w:r w:rsidRPr="007911BE">
              <w:rPr>
                <w:sz w:val="14"/>
              </w:rPr>
              <w:t>98.8</w:t>
            </w:r>
          </w:p>
        </w:tc>
        <w:tc>
          <w:tcPr>
            <w:tcW w:w="1417" w:type="dxa"/>
            <w:vAlign w:val="center"/>
          </w:tcPr>
          <w:p w14:paraId="6BE2C28D" w14:textId="77777777" w:rsidR="00F12170" w:rsidRPr="007911BE" w:rsidRDefault="00000000">
            <w:pPr>
              <w:ind w:firstLine="0"/>
              <w:jc w:val="left"/>
            </w:pPr>
            <w:proofErr w:type="spellStart"/>
            <w:r w:rsidRPr="007911BE">
              <w:rPr>
                <w:sz w:val="14"/>
              </w:rPr>
              <w:t>месяц</w:t>
            </w:r>
            <w:proofErr w:type="spellEnd"/>
          </w:p>
        </w:tc>
        <w:tc>
          <w:tcPr>
            <w:tcW w:w="2381" w:type="dxa"/>
            <w:vAlign w:val="center"/>
          </w:tcPr>
          <w:p w14:paraId="754E9D4C" w14:textId="77777777" w:rsidR="00F12170" w:rsidRPr="007911BE" w:rsidRDefault="00000000">
            <w:pPr>
              <w:ind w:firstLine="0"/>
              <w:jc w:val="left"/>
              <w:rPr>
                <w:lang w:val="ru-RU"/>
              </w:rPr>
            </w:pPr>
            <w:r w:rsidRPr="007911BE">
              <w:rPr>
                <w:sz w:val="14"/>
                <w:lang w:val="ru-RU"/>
              </w:rPr>
              <w:t>короткий, почти полный региональный ряд</w:t>
            </w:r>
          </w:p>
        </w:tc>
      </w:tr>
      <w:tr w:rsidR="00F12170" w:rsidRPr="00A27575" w14:paraId="71BE95B4" w14:textId="77777777">
        <w:trPr>
          <w:jc w:val="center"/>
        </w:trPr>
        <w:tc>
          <w:tcPr>
            <w:tcW w:w="850" w:type="dxa"/>
            <w:vAlign w:val="center"/>
          </w:tcPr>
          <w:p w14:paraId="557F65CC" w14:textId="77777777" w:rsidR="00F12170" w:rsidRPr="007911BE" w:rsidRDefault="00000000">
            <w:pPr>
              <w:ind w:firstLine="0"/>
              <w:jc w:val="left"/>
            </w:pPr>
            <w:r w:rsidRPr="007911BE">
              <w:rPr>
                <w:sz w:val="14"/>
              </w:rPr>
              <w:t>2.14.Я5.2</w:t>
            </w:r>
          </w:p>
        </w:tc>
        <w:tc>
          <w:tcPr>
            <w:tcW w:w="3288" w:type="dxa"/>
            <w:vAlign w:val="center"/>
          </w:tcPr>
          <w:p w14:paraId="137121AC" w14:textId="77777777" w:rsidR="00F12170" w:rsidRPr="007911BE" w:rsidRDefault="00000000">
            <w:pPr>
              <w:ind w:firstLine="0"/>
              <w:jc w:val="left"/>
              <w:rPr>
                <w:lang w:val="ru-RU"/>
              </w:rPr>
            </w:pPr>
            <w:r w:rsidRPr="007911BE">
              <w:rPr>
                <w:sz w:val="14"/>
                <w:lang w:val="ru-RU"/>
              </w:rPr>
              <w:t>Увеличение числа посещений организаций культуры по отношению к 2023 году</w:t>
            </w:r>
          </w:p>
        </w:tc>
        <w:tc>
          <w:tcPr>
            <w:tcW w:w="794" w:type="dxa"/>
            <w:vAlign w:val="center"/>
          </w:tcPr>
          <w:p w14:paraId="76257FCC" w14:textId="77777777" w:rsidR="00F12170" w:rsidRPr="007911BE" w:rsidRDefault="00000000">
            <w:pPr>
              <w:ind w:firstLine="0"/>
              <w:jc w:val="center"/>
            </w:pPr>
            <w:r w:rsidRPr="007911BE">
              <w:rPr>
                <w:sz w:val="14"/>
              </w:rPr>
              <w:t>85</w:t>
            </w:r>
          </w:p>
        </w:tc>
        <w:tc>
          <w:tcPr>
            <w:tcW w:w="737" w:type="dxa"/>
            <w:vAlign w:val="center"/>
          </w:tcPr>
          <w:p w14:paraId="17A4BDC8" w14:textId="77777777" w:rsidR="00F12170" w:rsidRPr="007911BE" w:rsidRDefault="00000000">
            <w:pPr>
              <w:ind w:firstLine="0"/>
              <w:jc w:val="center"/>
            </w:pPr>
            <w:r w:rsidRPr="007911BE">
              <w:rPr>
                <w:sz w:val="14"/>
              </w:rPr>
              <w:t>2</w:t>
            </w:r>
          </w:p>
        </w:tc>
        <w:tc>
          <w:tcPr>
            <w:tcW w:w="850" w:type="dxa"/>
            <w:vAlign w:val="center"/>
          </w:tcPr>
          <w:p w14:paraId="2611611F" w14:textId="77777777" w:rsidR="00F12170" w:rsidRPr="007911BE" w:rsidRDefault="00000000">
            <w:pPr>
              <w:ind w:firstLine="0"/>
              <w:jc w:val="center"/>
            </w:pPr>
            <w:r w:rsidRPr="007911BE">
              <w:rPr>
                <w:sz w:val="14"/>
              </w:rPr>
              <w:t>98.8</w:t>
            </w:r>
          </w:p>
        </w:tc>
        <w:tc>
          <w:tcPr>
            <w:tcW w:w="1417" w:type="dxa"/>
            <w:vAlign w:val="center"/>
          </w:tcPr>
          <w:p w14:paraId="03C7B656" w14:textId="77777777" w:rsidR="00F12170" w:rsidRPr="007911BE" w:rsidRDefault="00000000">
            <w:pPr>
              <w:ind w:firstLine="0"/>
              <w:jc w:val="left"/>
            </w:pPr>
            <w:proofErr w:type="spellStart"/>
            <w:r w:rsidRPr="007911BE">
              <w:rPr>
                <w:sz w:val="14"/>
              </w:rPr>
              <w:t>месяц</w:t>
            </w:r>
            <w:proofErr w:type="spellEnd"/>
          </w:p>
        </w:tc>
        <w:tc>
          <w:tcPr>
            <w:tcW w:w="2381" w:type="dxa"/>
            <w:vAlign w:val="center"/>
          </w:tcPr>
          <w:p w14:paraId="1FAAAD14" w14:textId="77777777" w:rsidR="00F12170" w:rsidRPr="007911BE" w:rsidRDefault="00000000">
            <w:pPr>
              <w:ind w:firstLine="0"/>
              <w:jc w:val="left"/>
              <w:rPr>
                <w:lang w:val="ru-RU"/>
              </w:rPr>
            </w:pPr>
            <w:r w:rsidRPr="007911BE">
              <w:rPr>
                <w:sz w:val="14"/>
                <w:lang w:val="ru-RU"/>
              </w:rPr>
              <w:t>короткий, почти полный региональный ряд</w:t>
            </w:r>
          </w:p>
        </w:tc>
      </w:tr>
      <w:tr w:rsidR="00F12170" w:rsidRPr="00A27575" w14:paraId="7731FA0D" w14:textId="77777777">
        <w:trPr>
          <w:jc w:val="center"/>
        </w:trPr>
        <w:tc>
          <w:tcPr>
            <w:tcW w:w="850" w:type="dxa"/>
            <w:vAlign w:val="center"/>
          </w:tcPr>
          <w:p w14:paraId="3782187F" w14:textId="77777777" w:rsidR="00F12170" w:rsidRPr="007911BE" w:rsidRDefault="00000000">
            <w:pPr>
              <w:ind w:firstLine="0"/>
              <w:jc w:val="left"/>
            </w:pPr>
            <w:r w:rsidRPr="007911BE">
              <w:rPr>
                <w:sz w:val="14"/>
              </w:rPr>
              <w:t>2.14.Я.1</w:t>
            </w:r>
          </w:p>
        </w:tc>
        <w:tc>
          <w:tcPr>
            <w:tcW w:w="3288" w:type="dxa"/>
            <w:vAlign w:val="center"/>
          </w:tcPr>
          <w:p w14:paraId="14F28E97" w14:textId="77777777" w:rsidR="00F12170" w:rsidRPr="007911BE" w:rsidRDefault="00000000">
            <w:pPr>
              <w:ind w:firstLine="0"/>
              <w:jc w:val="left"/>
              <w:rPr>
                <w:lang w:val="ru-RU"/>
              </w:rPr>
            </w:pPr>
            <w:r w:rsidRPr="007911BE">
              <w:rPr>
                <w:sz w:val="14"/>
                <w:lang w:val="ru-RU"/>
              </w:rPr>
              <w:t>Уровень бедности среди многодетных семей</w:t>
            </w:r>
          </w:p>
        </w:tc>
        <w:tc>
          <w:tcPr>
            <w:tcW w:w="794" w:type="dxa"/>
            <w:vAlign w:val="center"/>
          </w:tcPr>
          <w:p w14:paraId="3854F127" w14:textId="77777777" w:rsidR="00F12170" w:rsidRPr="007911BE" w:rsidRDefault="00000000">
            <w:pPr>
              <w:ind w:firstLine="0"/>
              <w:jc w:val="center"/>
            </w:pPr>
            <w:r w:rsidRPr="007911BE">
              <w:rPr>
                <w:sz w:val="14"/>
              </w:rPr>
              <w:t>85</w:t>
            </w:r>
          </w:p>
        </w:tc>
        <w:tc>
          <w:tcPr>
            <w:tcW w:w="737" w:type="dxa"/>
            <w:vAlign w:val="center"/>
          </w:tcPr>
          <w:p w14:paraId="2DB424C9" w14:textId="77777777" w:rsidR="00F12170" w:rsidRPr="007911BE" w:rsidRDefault="00000000">
            <w:pPr>
              <w:ind w:firstLine="0"/>
              <w:jc w:val="center"/>
            </w:pPr>
            <w:r w:rsidRPr="007911BE">
              <w:rPr>
                <w:sz w:val="14"/>
              </w:rPr>
              <w:t>1</w:t>
            </w:r>
          </w:p>
        </w:tc>
        <w:tc>
          <w:tcPr>
            <w:tcW w:w="850" w:type="dxa"/>
            <w:vAlign w:val="center"/>
          </w:tcPr>
          <w:p w14:paraId="72F3EEA9" w14:textId="77777777" w:rsidR="00F12170" w:rsidRPr="007911BE" w:rsidRDefault="00000000">
            <w:pPr>
              <w:ind w:firstLine="0"/>
              <w:jc w:val="center"/>
            </w:pPr>
            <w:r w:rsidRPr="007911BE">
              <w:rPr>
                <w:sz w:val="14"/>
              </w:rPr>
              <w:t>95.5</w:t>
            </w:r>
          </w:p>
        </w:tc>
        <w:tc>
          <w:tcPr>
            <w:tcW w:w="1417" w:type="dxa"/>
            <w:vAlign w:val="center"/>
          </w:tcPr>
          <w:p w14:paraId="1317B9B7" w14:textId="77777777" w:rsidR="00F12170" w:rsidRPr="007911BE" w:rsidRDefault="00000000">
            <w:pPr>
              <w:ind w:firstLine="0"/>
              <w:jc w:val="left"/>
            </w:pPr>
            <w:proofErr w:type="spellStart"/>
            <w:r w:rsidRPr="007911BE">
              <w:rPr>
                <w:sz w:val="14"/>
              </w:rPr>
              <w:t>год</w:t>
            </w:r>
            <w:proofErr w:type="spellEnd"/>
          </w:p>
        </w:tc>
        <w:tc>
          <w:tcPr>
            <w:tcW w:w="2381" w:type="dxa"/>
            <w:vAlign w:val="center"/>
          </w:tcPr>
          <w:p w14:paraId="103C5FC0" w14:textId="77777777" w:rsidR="00F12170" w:rsidRPr="007911BE" w:rsidRDefault="00000000">
            <w:pPr>
              <w:ind w:firstLine="0"/>
              <w:jc w:val="left"/>
              <w:rPr>
                <w:lang w:val="ru-RU"/>
              </w:rPr>
            </w:pPr>
            <w:r w:rsidRPr="007911BE">
              <w:rPr>
                <w:sz w:val="14"/>
                <w:lang w:val="ru-RU"/>
              </w:rPr>
              <w:t>одна региональная точка с почти полным охватом</w:t>
            </w:r>
          </w:p>
        </w:tc>
      </w:tr>
    </w:tbl>
    <w:p w14:paraId="5352B27E"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269669A9" w14:textId="77777777" w:rsidR="00201AF2" w:rsidRPr="007911BE" w:rsidRDefault="00000000">
      <w:pPr>
        <w:pStyle w:val="31"/>
      </w:pPr>
      <w:r w:rsidRPr="007911BE">
        <w:t>Статистические ограничения региональных коэффициентов рождаемости и дополнительные индикаторы мониторинга</w:t>
      </w:r>
    </w:p>
    <w:p w14:paraId="736042B8" w14:textId="77777777" w:rsidR="00201AF2" w:rsidRPr="007911BE" w:rsidRDefault="00000000">
      <w:pPr>
        <w:rPr>
          <w:rFonts w:cs="Times New Roman"/>
          <w:sz w:val="28"/>
          <w:szCs w:val="28"/>
          <w:lang w:val="ru-RU"/>
        </w:rPr>
      </w:pPr>
      <w:r w:rsidRPr="007911BE">
        <w:rPr>
          <w:rFonts w:cs="Times New Roman"/>
          <w:sz w:val="28"/>
          <w:szCs w:val="28"/>
          <w:lang w:val="ru-RU"/>
        </w:rPr>
        <w:t>Региональный суммарный коэффициент рождаемости строится как сумма возрастных коэффициентов, где число рождений у матерей данного возраста, зарегистрированных в регионе, соотносится с численностью проживающих в нём женщин того же возраста. Проблема состоит в том, что знаменатель опирается на расчётную численность населения после переписи и потому чувствителен к недоучёту межрегиональной миграции. Если женщины фактически переехали, но продолжают числиться по прежнему месту жительства, в регионе выбытия численность женщин 15–49 лет оказывается завышенной и СКР занижается; в регионе притока возникает обратный эффект.</w:t>
      </w:r>
    </w:p>
    <w:p w14:paraId="4EEC943D" w14:textId="77777777" w:rsidR="00201AF2" w:rsidRPr="007911BE" w:rsidRDefault="00000000">
      <w:pPr>
        <w:rPr>
          <w:rFonts w:cs="Times New Roman"/>
          <w:sz w:val="28"/>
          <w:szCs w:val="28"/>
          <w:lang w:val="ru-RU"/>
        </w:rPr>
      </w:pPr>
      <w:r w:rsidRPr="007911BE">
        <w:rPr>
          <w:rFonts w:cs="Times New Roman"/>
          <w:sz w:val="28"/>
          <w:szCs w:val="28"/>
          <w:lang w:val="ru-RU"/>
        </w:rPr>
        <w:t>Отсюда следует важная управленческая оговорка: межрегиональные сопоставления абсолютного уровня СКР и СКР3+ необходимо трактовать осторожно. Список субъектов с коэффициентами ниже или выше среднероссийского уровня не совпадает автоматически со списком территорий с реально худшей или лучшей интенсивностью деторождения. Для оперативного мониторинга эффективности мер надёжнее отслеживать изменение показателя к предыдущему году внутри одного и того же региона и сопоставлять эту динамику с комплексом дополнительных признаков.</w:t>
      </w:r>
    </w:p>
    <w:p w14:paraId="64FFCAB0" w14:textId="77777777" w:rsidR="00201AF2" w:rsidRPr="007911BE" w:rsidRDefault="00000000">
      <w:pPr>
        <w:rPr>
          <w:rFonts w:cs="Times New Roman"/>
          <w:sz w:val="28"/>
          <w:szCs w:val="28"/>
          <w:lang w:val="ru-RU"/>
        </w:rPr>
      </w:pPr>
      <w:r w:rsidRPr="007911BE">
        <w:rPr>
          <w:rFonts w:cs="Times New Roman"/>
          <w:sz w:val="28"/>
          <w:szCs w:val="28"/>
          <w:lang w:val="ru-RU"/>
        </w:rPr>
        <w:lastRenderedPageBreak/>
        <w:t>К системе мониторинга следует добавить СКР первых детей (СКР1), СКР вторых детей (СКР2) и, отдельно, СКР третьих детей (СКР3). Если СКР2 уже публикуется, а СКР3+ доступен как агрегат третьих и последующих рождений, то СКР1 может быть восстановлен по формуле:</w:t>
      </w:r>
    </w:p>
    <w:p w14:paraId="440FBCAC" w14:textId="77777777" w:rsidR="00201AF2" w:rsidRPr="007911BE" w:rsidRDefault="00000000">
      <w:pPr>
        <w:spacing w:line="360" w:lineRule="auto"/>
        <w:ind w:firstLine="0"/>
        <w:jc w:val="center"/>
        <w:rPr>
          <w:rFonts w:cs="Times New Roman"/>
          <w:bCs/>
          <w:sz w:val="28"/>
          <w:szCs w:val="28"/>
          <w:lang w:val="ru-RU"/>
        </w:rPr>
      </w:pPr>
      <w:r w:rsidRPr="007911BE">
        <w:rPr>
          <w:rFonts w:cs="Times New Roman"/>
          <w:bCs/>
          <w:sz w:val="28"/>
          <w:szCs w:val="28"/>
          <w:lang w:val="ru-RU"/>
        </w:rPr>
        <w:t>СКР1 = СКР – СКР2 – СКР3+</w:t>
      </w:r>
    </w:p>
    <w:p w14:paraId="2AC5DA31" w14:textId="77777777" w:rsidR="00201AF2" w:rsidRPr="007911BE" w:rsidRDefault="00000000">
      <w:pPr>
        <w:rPr>
          <w:rFonts w:cs="Times New Roman"/>
          <w:sz w:val="28"/>
          <w:szCs w:val="28"/>
          <w:lang w:val="ru-RU"/>
        </w:rPr>
      </w:pPr>
      <w:r w:rsidRPr="007911BE">
        <w:rPr>
          <w:rFonts w:cs="Times New Roman"/>
          <w:sz w:val="28"/>
          <w:szCs w:val="28"/>
          <w:lang w:val="ru-RU"/>
        </w:rPr>
        <w:t>Показатель СКР3 нужен потому, что именно он отражает долю женщин, доходящих до рождения третьего ребёнка и тем самым становящихся многодетными матерями; СКР3+ показывает вклад всех третьих и последующих рождений в общий уровень рождаемости, но не заменяет этот более точный индикатор.</w:t>
      </w:r>
    </w:p>
    <w:p w14:paraId="03505D20" w14:textId="77777777" w:rsidR="00201AF2" w:rsidRPr="007911BE" w:rsidRDefault="00000000">
      <w:pPr>
        <w:rPr>
          <w:rFonts w:cs="Times New Roman"/>
          <w:sz w:val="28"/>
          <w:szCs w:val="28"/>
          <w:lang w:val="ru-RU"/>
        </w:rPr>
      </w:pPr>
      <w:r w:rsidRPr="007911BE">
        <w:rPr>
          <w:rFonts w:cs="Times New Roman"/>
          <w:sz w:val="28"/>
          <w:szCs w:val="28"/>
          <w:lang w:val="ru-RU"/>
        </w:rPr>
        <w:t>Переходы к рождению следующего ребёнка тоже важны, но их нельзя подменять простым отношением текущих СКР разных очередностей. Если вероятность рождения второго ребёнка (ВР2) рассчитывать по формуле:</w:t>
      </w:r>
    </w:p>
    <w:p w14:paraId="3D114780" w14:textId="77777777" w:rsidR="00201AF2" w:rsidRPr="007911BE" w:rsidRDefault="00000000">
      <w:pPr>
        <w:spacing w:line="360" w:lineRule="auto"/>
        <w:ind w:firstLine="0"/>
        <w:jc w:val="center"/>
        <w:rPr>
          <w:rFonts w:cs="Times New Roman"/>
          <w:sz w:val="28"/>
          <w:szCs w:val="28"/>
          <w:lang w:val="ru-RU"/>
        </w:rPr>
      </w:pPr>
      <w:r w:rsidRPr="007911BE">
        <w:rPr>
          <w:rFonts w:cs="Times New Roman"/>
          <w:sz w:val="28"/>
          <w:szCs w:val="28"/>
          <w:lang w:val="ru-RU"/>
        </w:rPr>
        <w:t xml:space="preserve">ВР2 = </w:t>
      </w:r>
      <m:oMath>
        <m:f>
          <m:fPr>
            <m:ctrlPr>
              <w:rPr>
                <w:rFonts w:ascii="Cambria Math" w:hAnsi="Cambria Math" w:cs="Times New Roman"/>
                <w:i/>
                <w:sz w:val="28"/>
                <w:szCs w:val="28"/>
                <w:lang w:val="ru-RU"/>
              </w:rPr>
            </m:ctrlPr>
          </m:fPr>
          <m:num>
            <m:r>
              <w:rPr>
                <w:rFonts w:ascii="Cambria Math" w:hAnsi="Cambria Math" w:cs="Times New Roman"/>
                <w:sz w:val="28"/>
                <w:szCs w:val="28"/>
                <w:lang w:val="ru-RU"/>
              </w:rPr>
              <m:t>СКР2</m:t>
            </m:r>
          </m:num>
          <m:den>
            <m:r>
              <w:rPr>
                <w:rFonts w:ascii="Cambria Math" w:hAnsi="Cambria Math" w:cs="Times New Roman"/>
                <w:sz w:val="28"/>
                <w:szCs w:val="28"/>
                <w:lang w:val="ru-RU"/>
              </w:rPr>
              <m:t>СКР1</m:t>
            </m:r>
          </m:den>
        </m:f>
      </m:oMath>
      <w:r w:rsidRPr="007911BE">
        <w:rPr>
          <w:rFonts w:cs="Times New Roman"/>
          <w:sz w:val="28"/>
          <w:szCs w:val="28"/>
          <w:lang w:val="ru-RU"/>
        </w:rPr>
        <w:t xml:space="preserve"> × 100%,</w:t>
      </w:r>
    </w:p>
    <w:p w14:paraId="5AF0E027" w14:textId="77777777" w:rsidR="00201AF2" w:rsidRPr="007911BE" w:rsidRDefault="00000000">
      <w:pPr>
        <w:rPr>
          <w:rFonts w:cs="Times New Roman"/>
          <w:sz w:val="28"/>
          <w:szCs w:val="28"/>
          <w:lang w:val="ru-RU"/>
        </w:rPr>
      </w:pPr>
      <w:r w:rsidRPr="007911BE">
        <w:rPr>
          <w:rFonts w:cs="Times New Roman"/>
          <w:sz w:val="28"/>
          <w:szCs w:val="28"/>
          <w:lang w:val="ru-RU"/>
        </w:rPr>
        <w:t>то результат может давать абсурдные значения свыше 100%, потому что вторые дети рождаются у женщин, которые вступили в материнство в предыдущие годы, при ином уровне СКР1. Кроме того, дети разных очередностей могут быть зарегистрированы в разных регионах, если семья переезжала между рождениями. Для расчёта вероятностей увеличения семьи нужны данные о календаре рождений, интервалах между рождениями и, по возможности, поколенческие либо панельные наблюдения.</w:t>
      </w:r>
    </w:p>
    <w:p w14:paraId="65D4232A" w14:textId="77777777" w:rsidR="00201AF2" w:rsidRPr="007911BE" w:rsidRDefault="00000000">
      <w:pPr>
        <w:rPr>
          <w:rFonts w:cs="Times New Roman"/>
          <w:sz w:val="28"/>
          <w:szCs w:val="28"/>
          <w:lang w:val="ru-RU"/>
        </w:rPr>
      </w:pPr>
      <w:r w:rsidRPr="007911BE">
        <w:rPr>
          <w:rFonts w:cs="Times New Roman"/>
          <w:sz w:val="28"/>
          <w:szCs w:val="28"/>
          <w:lang w:val="ru-RU"/>
        </w:rPr>
        <w:t>В качестве дополнительного индикатора межрегионального анализа следует использовать процентную долю третьих и последующих рождений в суммарном коэффициенте рождаемости:</w:t>
      </w:r>
    </w:p>
    <w:p w14:paraId="1655EAC9" w14:textId="77777777" w:rsidR="00201AF2" w:rsidRPr="007911BE" w:rsidRDefault="00000000">
      <w:pPr>
        <w:spacing w:line="360" w:lineRule="auto"/>
        <w:ind w:firstLine="0"/>
        <w:jc w:val="center"/>
        <w:rPr>
          <w:rFonts w:cs="Times New Roman"/>
          <w:sz w:val="28"/>
          <w:szCs w:val="28"/>
          <w:lang w:val="ru-RU"/>
        </w:rPr>
      </w:pPr>
      <w:r w:rsidRPr="007911BE">
        <w:rPr>
          <w:rFonts w:cs="Times New Roman"/>
          <w:sz w:val="28"/>
          <w:szCs w:val="28"/>
          <w:lang w:val="ru-RU"/>
        </w:rPr>
        <w:t xml:space="preserve">ПДСКР3+ = </w:t>
      </w:r>
      <m:oMath>
        <m:f>
          <m:fPr>
            <m:ctrlPr>
              <w:rPr>
                <w:rFonts w:ascii="Cambria Math" w:hAnsi="Cambria Math" w:cs="Times New Roman"/>
                <w:i/>
                <w:sz w:val="28"/>
                <w:szCs w:val="28"/>
                <w:lang w:val="ru-RU"/>
              </w:rPr>
            </m:ctrlPr>
          </m:fPr>
          <m:num>
            <m:r>
              <w:rPr>
                <w:rFonts w:ascii="Cambria Math" w:hAnsi="Cambria Math" w:cs="Times New Roman"/>
                <w:sz w:val="28"/>
                <w:szCs w:val="28"/>
                <w:lang w:val="ru-RU"/>
              </w:rPr>
              <m:t>СКР3+</m:t>
            </m:r>
          </m:num>
          <m:den>
            <m:r>
              <w:rPr>
                <w:rFonts w:ascii="Cambria Math" w:hAnsi="Cambria Math" w:cs="Times New Roman"/>
                <w:sz w:val="28"/>
                <w:szCs w:val="28"/>
                <w:lang w:val="ru-RU"/>
              </w:rPr>
              <m:t>СКР</m:t>
            </m:r>
          </m:den>
        </m:f>
      </m:oMath>
      <w:r w:rsidRPr="007911BE">
        <w:rPr>
          <w:rFonts w:cs="Times New Roman"/>
          <w:sz w:val="28"/>
          <w:szCs w:val="28"/>
          <w:lang w:val="ru-RU"/>
        </w:rPr>
        <w:t xml:space="preserve"> ×100%</w:t>
      </w:r>
    </w:p>
    <w:p w14:paraId="791CE367" w14:textId="77777777" w:rsidR="00201AF2" w:rsidRPr="007911BE" w:rsidRDefault="00000000">
      <w:pPr>
        <w:rPr>
          <w:rFonts w:cs="Times New Roman"/>
          <w:sz w:val="28"/>
          <w:szCs w:val="28"/>
          <w:lang w:val="ru-RU"/>
        </w:rPr>
      </w:pPr>
      <w:r w:rsidRPr="007911BE">
        <w:rPr>
          <w:rFonts w:cs="Times New Roman"/>
          <w:sz w:val="28"/>
          <w:szCs w:val="28"/>
          <w:lang w:val="ru-RU"/>
        </w:rPr>
        <w:t>Этот показатель позволяет увидеть, каков вклад многодетных рождений в общий уровень рождаемости, и не искажается различиями во внутренней возрастной структуре женщин 15–49 лет.</w:t>
      </w:r>
    </w:p>
    <w:p w14:paraId="644CE412" w14:textId="77777777" w:rsidR="00201AF2" w:rsidRPr="007911BE" w:rsidRDefault="00000000">
      <w:pPr>
        <w:rPr>
          <w:rFonts w:cs="Times New Roman"/>
          <w:sz w:val="28"/>
          <w:szCs w:val="28"/>
          <w:lang w:val="ru-RU"/>
        </w:rPr>
      </w:pPr>
      <w:r w:rsidRPr="007911BE">
        <w:rPr>
          <w:rFonts w:cs="Times New Roman"/>
          <w:sz w:val="28"/>
          <w:szCs w:val="28"/>
          <w:lang w:val="ru-RU"/>
        </w:rPr>
        <w:t>На последней доступной точке расчёт по России в целом имеет следующий вид:</w:t>
      </w:r>
    </w:p>
    <w:p w14:paraId="74D677E7" w14:textId="77777777" w:rsidR="00201AF2" w:rsidRPr="007911BE" w:rsidRDefault="00000000">
      <w:pPr>
        <w:spacing w:line="360" w:lineRule="auto"/>
        <w:ind w:firstLine="0"/>
        <w:jc w:val="center"/>
        <w:rPr>
          <w:rFonts w:cs="Times New Roman"/>
          <w:sz w:val="28"/>
          <w:szCs w:val="28"/>
          <w:lang w:val="ru-RU"/>
        </w:rPr>
      </w:pPr>
      <w:r w:rsidRPr="007911BE">
        <w:rPr>
          <w:rFonts w:cs="Times New Roman"/>
          <w:sz w:val="28"/>
          <w:szCs w:val="28"/>
          <w:lang w:val="ru-RU"/>
        </w:rPr>
        <w:t xml:space="preserve">ПДСКР3+ = </w:t>
      </w:r>
      <m:oMath>
        <m:f>
          <m:fPr>
            <m:ctrlPr>
              <w:rPr>
                <w:rFonts w:ascii="Cambria Math" w:hAnsi="Cambria Math" w:cs="Times New Roman"/>
                <w:i/>
                <w:sz w:val="28"/>
                <w:szCs w:val="28"/>
                <w:lang w:val="ru-RU"/>
              </w:rPr>
            </m:ctrlPr>
          </m:fPr>
          <m:num>
            <m:r>
              <w:rPr>
                <w:rFonts w:ascii="Cambria Math" w:hAnsi="Cambria Math" w:cs="Times New Roman"/>
                <w:sz w:val="28"/>
                <w:szCs w:val="28"/>
                <w:lang w:val="ru-RU"/>
              </w:rPr>
              <m:t>0,362</m:t>
            </m:r>
          </m:num>
          <m:den>
            <m:r>
              <w:rPr>
                <w:rFonts w:ascii="Cambria Math" w:hAnsi="Cambria Math" w:cs="Times New Roman"/>
                <w:sz w:val="28"/>
                <w:szCs w:val="28"/>
                <w:lang w:val="ru-RU"/>
              </w:rPr>
              <m:t>1,374</m:t>
            </m:r>
          </m:den>
        </m:f>
      </m:oMath>
      <w:r w:rsidRPr="007911BE">
        <w:rPr>
          <w:rFonts w:cs="Times New Roman"/>
          <w:sz w:val="28"/>
          <w:szCs w:val="28"/>
          <w:lang w:val="ru-RU"/>
        </w:rPr>
        <w:t xml:space="preserve"> ×100%= 26,3%</w:t>
      </w:r>
    </w:p>
    <w:p w14:paraId="62C2D24D" w14:textId="77777777" w:rsidR="00201AF2" w:rsidRPr="007911BE" w:rsidRDefault="00000000">
      <w:pPr>
        <w:rPr>
          <w:rFonts w:cs="Times New Roman"/>
          <w:sz w:val="28"/>
          <w:szCs w:val="28"/>
          <w:lang w:val="ru-RU"/>
        </w:rPr>
      </w:pPr>
      <w:r w:rsidRPr="007911BE">
        <w:rPr>
          <w:rFonts w:cs="Times New Roman"/>
          <w:sz w:val="28"/>
          <w:szCs w:val="28"/>
          <w:lang w:val="ru-RU"/>
        </w:rPr>
        <w:t>Для Москвы расчёт выглядит следующим образом:</w:t>
      </w:r>
    </w:p>
    <w:p w14:paraId="670AB7B3" w14:textId="77777777" w:rsidR="00201AF2" w:rsidRPr="007911BE" w:rsidRDefault="00000000">
      <w:pPr>
        <w:spacing w:line="360" w:lineRule="auto"/>
        <w:ind w:firstLine="0"/>
        <w:jc w:val="center"/>
        <w:rPr>
          <w:rFonts w:cs="Times New Roman"/>
          <w:sz w:val="28"/>
          <w:szCs w:val="28"/>
          <w:lang w:val="ru-RU"/>
        </w:rPr>
      </w:pPr>
      <w:r w:rsidRPr="007911BE">
        <w:rPr>
          <w:rFonts w:cs="Times New Roman"/>
          <w:sz w:val="28"/>
          <w:szCs w:val="28"/>
          <w:lang w:val="ru-RU"/>
        </w:rPr>
        <w:t xml:space="preserve">ПДСКР3+ = </w:t>
      </w:r>
      <m:oMath>
        <m:f>
          <m:fPr>
            <m:ctrlPr>
              <w:rPr>
                <w:rFonts w:ascii="Cambria Math" w:hAnsi="Cambria Math" w:cs="Times New Roman"/>
                <w:i/>
                <w:sz w:val="28"/>
                <w:szCs w:val="28"/>
                <w:lang w:val="ru-RU"/>
              </w:rPr>
            </m:ctrlPr>
          </m:fPr>
          <m:num>
            <m:r>
              <w:rPr>
                <w:rFonts w:ascii="Cambria Math" w:hAnsi="Cambria Math" w:cs="Times New Roman"/>
                <w:sz w:val="28"/>
                <w:szCs w:val="28"/>
                <w:lang w:val="ru-RU"/>
              </w:rPr>
              <m:t>СКР3+</m:t>
            </m:r>
          </m:num>
          <m:den>
            <m:r>
              <w:rPr>
                <w:rFonts w:ascii="Cambria Math" w:hAnsi="Cambria Math" w:cs="Times New Roman"/>
                <w:sz w:val="28"/>
                <w:szCs w:val="28"/>
                <w:lang w:val="ru-RU"/>
              </w:rPr>
              <m:t>СКР</m:t>
            </m:r>
          </m:den>
        </m:f>
      </m:oMath>
      <w:r w:rsidRPr="007911BE">
        <w:rPr>
          <w:rFonts w:cs="Times New Roman"/>
          <w:sz w:val="28"/>
          <w:szCs w:val="28"/>
          <w:lang w:val="ru-RU"/>
        </w:rPr>
        <w:t xml:space="preserve"> ×100% = </w:t>
      </w:r>
      <m:oMath>
        <m:f>
          <m:fPr>
            <m:ctrlPr>
              <w:rPr>
                <w:rFonts w:ascii="Cambria Math" w:hAnsi="Cambria Math" w:cs="Times New Roman"/>
                <w:i/>
                <w:sz w:val="28"/>
                <w:szCs w:val="28"/>
                <w:lang w:val="ru-RU"/>
              </w:rPr>
            </m:ctrlPr>
          </m:fPr>
          <m:num>
            <m:r>
              <w:rPr>
                <w:rFonts w:ascii="Cambria Math" w:hAnsi="Cambria Math" w:cs="Times New Roman"/>
                <w:sz w:val="28"/>
                <w:szCs w:val="28"/>
                <w:lang w:val="ru-RU"/>
              </w:rPr>
              <m:t>0,258</m:t>
            </m:r>
          </m:num>
          <m:den>
            <m:r>
              <w:rPr>
                <w:rFonts w:ascii="Cambria Math" w:hAnsi="Cambria Math" w:cs="Times New Roman"/>
                <w:sz w:val="28"/>
                <w:szCs w:val="28"/>
                <w:lang w:val="ru-RU"/>
              </w:rPr>
              <m:t>1,434</m:t>
            </m:r>
          </m:den>
        </m:f>
      </m:oMath>
      <w:r w:rsidRPr="007911BE">
        <w:rPr>
          <w:rFonts w:cs="Times New Roman"/>
          <w:sz w:val="28"/>
          <w:szCs w:val="28"/>
          <w:lang w:val="ru-RU"/>
        </w:rPr>
        <w:t xml:space="preserve"> ×100%  = 18,0%</w:t>
      </w:r>
    </w:p>
    <w:p w14:paraId="2136452A" w14:textId="77777777" w:rsidR="00201AF2" w:rsidRPr="007911BE" w:rsidRDefault="00000000">
      <w:pPr>
        <w:rPr>
          <w:rFonts w:cs="Times New Roman"/>
          <w:sz w:val="28"/>
          <w:szCs w:val="28"/>
          <w:lang w:val="ru-RU"/>
        </w:rPr>
      </w:pPr>
      <w:r w:rsidRPr="007911BE">
        <w:rPr>
          <w:rFonts w:cs="Times New Roman"/>
          <w:sz w:val="28"/>
          <w:szCs w:val="28"/>
          <w:lang w:val="ru-RU"/>
        </w:rPr>
        <w:t>Как видно из расчёта, по России показатель близок к 26,3%, тогда как в Москве — к 18,0%. Для территорий с сильным миграционным притяжением такая сопоставительная метрика полезна как дополнительный фильтр интерпретации.</w:t>
      </w:r>
    </w:p>
    <w:p w14:paraId="3A082EC1" w14:textId="77777777" w:rsidR="00F12170" w:rsidRPr="007911BE" w:rsidRDefault="00000000" w:rsidP="00585C06">
      <w:pPr>
        <w:pStyle w:val="21"/>
      </w:pPr>
      <w:bookmarkStart w:id="13" w:name="_Toc228134059"/>
      <w:r w:rsidRPr="007911BE">
        <w:lastRenderedPageBreak/>
        <w:t>3.</w:t>
      </w:r>
      <w:r w:rsidR="00585C06" w:rsidRPr="007911BE">
        <w:t>4</w:t>
      </w:r>
      <w:r w:rsidRPr="007911BE">
        <w:t>. Выводы и рекомендации</w:t>
      </w:r>
      <w:bookmarkEnd w:id="13"/>
    </w:p>
    <w:p w14:paraId="66F67B6D" w14:textId="77777777" w:rsidR="00F12170" w:rsidRPr="007911BE" w:rsidRDefault="00000000">
      <w:pPr>
        <w:rPr>
          <w:lang w:val="ru-RU"/>
        </w:rPr>
      </w:pPr>
      <w:r w:rsidRPr="007911BE">
        <w:rPr>
          <w:sz w:val="28"/>
          <w:lang w:val="ru-RU"/>
        </w:rPr>
        <w:t>Система показателей должна быть доработана как единый реестр данных. Для каждого показателя необходимо закрепить код, точную формулу, единицу измерения, направление желательного изменения, периодичность, уровень территориальной детализации, орган-держатель данных, сроки публикации, правила учёта новых субъектов и методику пересмотра базовых значений.</w:t>
      </w:r>
    </w:p>
    <w:p w14:paraId="18E9F238" w14:textId="77777777" w:rsidR="00F12170" w:rsidRPr="007911BE" w:rsidRDefault="00000000">
      <w:pPr>
        <w:rPr>
          <w:lang w:val="ru-RU"/>
        </w:rPr>
      </w:pPr>
      <w:r w:rsidRPr="007911BE">
        <w:rPr>
          <w:sz w:val="28"/>
          <w:lang w:val="ru-RU"/>
        </w:rPr>
        <w:t>Рекомендуется обязать все показатели, по которым возможно региональное управление, иметь декомпозицию по 89 субъектам РФ. Если показатель собирается только на федеральном уровне, в паспорте следует указать, почему региональная детализация невозможна или нецелесообразна. Для демографической экспертизы это принципиально: национальный средний СКР скрывает радикально разные региональные режимы рождаемости, бедности и инфраструктурной обеспеченности.</w:t>
      </w:r>
    </w:p>
    <w:p w14:paraId="61FE1E37" w14:textId="77777777" w:rsidR="00F12170" w:rsidRPr="007911BE" w:rsidRDefault="00000000" w:rsidP="00585C06">
      <w:pPr>
        <w:pStyle w:val="1"/>
      </w:pPr>
      <w:bookmarkStart w:id="14" w:name="_Toc228134060"/>
      <w:r w:rsidRPr="007911BE">
        <w:t>4. Целевые траектории, прогноз и достижимость результатов</w:t>
      </w:r>
      <w:bookmarkEnd w:id="14"/>
    </w:p>
    <w:p w14:paraId="6CDA15F2" w14:textId="77777777" w:rsidR="00F12170" w:rsidRPr="007911BE" w:rsidRDefault="00000000" w:rsidP="00585C06">
      <w:pPr>
        <w:pStyle w:val="21"/>
      </w:pPr>
      <w:bookmarkStart w:id="15" w:name="_Toc228134061"/>
      <w:r w:rsidRPr="007911BE">
        <w:t>4.1. Методика</w:t>
      </w:r>
      <w:bookmarkEnd w:id="15"/>
    </w:p>
    <w:p w14:paraId="0588C952" w14:textId="77777777" w:rsidR="00F12170" w:rsidRPr="007911BE" w:rsidRDefault="00000000">
      <w:pPr>
        <w:rPr>
          <w:sz w:val="28"/>
          <w:szCs w:val="28"/>
          <w:lang w:val="ru-RU"/>
        </w:rPr>
      </w:pPr>
      <w:r w:rsidRPr="007911BE">
        <w:rPr>
          <w:sz w:val="28"/>
          <w:szCs w:val="28"/>
          <w:lang w:val="ru-RU"/>
        </w:rPr>
        <w:t>Оценка достижимости целей выполнена в два шага. Сначала по каждому показателю сравнивались текущее доступное значение и целевой ориентир паспорта или стратегии. Это даёт не просто ответ «ниже» или «выше» цели, а величину текущего разрыва: сколько именно нужно пройти по траектории, чтобы выйти на плановое значение.</w:t>
      </w:r>
    </w:p>
    <w:p w14:paraId="6BA0118C" w14:textId="77777777" w:rsidR="00F12170" w:rsidRPr="007911BE" w:rsidRDefault="00000000">
      <w:pPr>
        <w:rPr>
          <w:sz w:val="28"/>
          <w:szCs w:val="28"/>
          <w:lang w:val="ru-RU"/>
        </w:rPr>
      </w:pPr>
      <w:r w:rsidRPr="007911BE">
        <w:rPr>
          <w:sz w:val="28"/>
          <w:szCs w:val="28"/>
          <w:lang w:val="ru-RU"/>
        </w:rPr>
        <w:t>Затем рассчитывалась требуемая скорость движения к цели и сопоставлялась с фактически наблюдаемой динамикой последних лет. В практическом смысле это означает следующий вопрос: идёт ли показатель к цели с достаточной скоростью, отстаёт от неё или формально достигает цели только потому, что сама цель поставлена слишком низко по сравнению с текущим уровнем.</w:t>
      </w:r>
    </w:p>
    <w:p w14:paraId="76CE21FD" w14:textId="77777777" w:rsidR="00F12170" w:rsidRPr="007911BE" w:rsidRDefault="00000000">
      <w:pPr>
        <w:rPr>
          <w:sz w:val="28"/>
          <w:szCs w:val="28"/>
          <w:lang w:val="ru-RU"/>
        </w:rPr>
      </w:pPr>
      <w:r w:rsidRPr="007911BE">
        <w:rPr>
          <w:sz w:val="28"/>
          <w:szCs w:val="28"/>
          <w:lang w:val="ru-RU"/>
        </w:rPr>
        <w:t>Для показателей, по которым имеется ряд наблюдений, строился диагностический прогноз. Он не претендует на роль окончательной причинной оценки и не доказывает, что именно мероприятия проекта приведут к тому или иному результату. Его назначение другое: показать, насколько текущая траектория совместима с целями 2030 года и где уже сейчас видно управленческое напряжение.</w:t>
      </w:r>
    </w:p>
    <w:p w14:paraId="5CFAEA1C" w14:textId="77777777" w:rsidR="00F12170" w:rsidRPr="007911BE" w:rsidRDefault="00000000">
      <w:pPr>
        <w:rPr>
          <w:sz w:val="28"/>
          <w:szCs w:val="28"/>
          <w:lang w:val="ru-RU"/>
        </w:rPr>
      </w:pPr>
      <w:r w:rsidRPr="007911BE">
        <w:rPr>
          <w:sz w:val="28"/>
          <w:szCs w:val="28"/>
          <w:lang w:val="ru-RU"/>
        </w:rPr>
        <w:t>При интерпретации демографических показателей учитывалось, что один и тот же итог может меняться по разным причинам. Например, периодный суммарный коэффициент рождаемости зависит не только от желаемого числа детей, но и от календарного сдвига рождений, а число рождений зависит ещё и от размера поколений женщин репродуктивного возраста. Поэтому прогноз рассматривается как инструмент раннего предупреждения, а не как доказательство успеха или неуспеха проекта.</w:t>
      </w:r>
    </w:p>
    <w:p w14:paraId="20F4101C" w14:textId="77777777" w:rsidR="00B408C8" w:rsidRDefault="00B408C8">
      <w:pPr>
        <w:ind w:firstLine="0"/>
        <w:jc w:val="left"/>
        <w:rPr>
          <w:lang w:val="ru-RU"/>
        </w:rPr>
      </w:pPr>
    </w:p>
    <w:p w14:paraId="785DDA68" w14:textId="77777777" w:rsidR="007911BE" w:rsidRDefault="007911BE">
      <w:pPr>
        <w:ind w:firstLine="0"/>
        <w:jc w:val="left"/>
        <w:rPr>
          <w:lang w:val="ru-RU"/>
        </w:rPr>
      </w:pPr>
    </w:p>
    <w:p w14:paraId="20CB68F5" w14:textId="77777777" w:rsidR="007911BE" w:rsidRDefault="007911BE">
      <w:pPr>
        <w:ind w:firstLine="0"/>
        <w:jc w:val="left"/>
        <w:rPr>
          <w:lang w:val="ru-RU"/>
        </w:rPr>
      </w:pPr>
    </w:p>
    <w:p w14:paraId="5A0B53A6" w14:textId="77777777" w:rsidR="007911BE" w:rsidRPr="007911BE" w:rsidRDefault="007911BE">
      <w:pPr>
        <w:ind w:firstLine="0"/>
        <w:jc w:val="left"/>
        <w:rPr>
          <w:lang w:val="ru-RU"/>
        </w:rPr>
      </w:pPr>
    </w:p>
    <w:p w14:paraId="4E1AD724" w14:textId="77777777" w:rsidR="00F12170" w:rsidRPr="007911BE" w:rsidRDefault="00000000">
      <w:pPr>
        <w:ind w:firstLine="0"/>
        <w:jc w:val="left"/>
        <w:rPr>
          <w:sz w:val="24"/>
          <w:szCs w:val="24"/>
          <w:lang w:val="ru-RU"/>
        </w:rPr>
      </w:pPr>
      <w:r w:rsidRPr="007911BE">
        <w:rPr>
          <w:sz w:val="24"/>
          <w:szCs w:val="24"/>
          <w:lang w:val="ru-RU"/>
        </w:rPr>
        <w:lastRenderedPageBreak/>
        <w:t xml:space="preserve">Таблица 7 </w:t>
      </w:r>
      <w:r w:rsidR="00387CF6" w:rsidRPr="007911BE">
        <w:rPr>
          <w:sz w:val="24"/>
          <w:szCs w:val="24"/>
          <w:lang w:val="ru-RU"/>
        </w:rPr>
        <w:t xml:space="preserve">– </w:t>
      </w:r>
      <w:r w:rsidRPr="007911BE">
        <w:rPr>
          <w:sz w:val="24"/>
          <w:szCs w:val="24"/>
          <w:lang w:val="ru-RU"/>
        </w:rPr>
        <w:t xml:space="preserve"> Сопоставление текущих значений ЕМИСС с целевыми значениями</w:t>
      </w:r>
    </w:p>
    <w:tbl>
      <w:tblPr>
        <w:tblStyle w:val="aff0"/>
        <w:tblW w:w="0" w:type="auto"/>
        <w:jc w:val="center"/>
        <w:tblLook w:val="04A0" w:firstRow="1" w:lastRow="0" w:firstColumn="1" w:lastColumn="0" w:noHBand="0" w:noVBand="1"/>
      </w:tblPr>
      <w:tblGrid>
        <w:gridCol w:w="1162"/>
        <w:gridCol w:w="2200"/>
        <w:gridCol w:w="987"/>
        <w:gridCol w:w="985"/>
        <w:gridCol w:w="985"/>
        <w:gridCol w:w="985"/>
        <w:gridCol w:w="1082"/>
        <w:gridCol w:w="1469"/>
      </w:tblGrid>
      <w:tr w:rsidR="00F12170" w:rsidRPr="007911BE" w14:paraId="57B14DFA" w14:textId="77777777" w:rsidTr="00B408C8">
        <w:trPr>
          <w:tblHeader/>
          <w:jc w:val="center"/>
        </w:trPr>
        <w:tc>
          <w:tcPr>
            <w:tcW w:w="1169" w:type="dxa"/>
            <w:vAlign w:val="center"/>
          </w:tcPr>
          <w:p w14:paraId="76BC592A" w14:textId="77777777" w:rsidR="00F12170" w:rsidRPr="007911BE" w:rsidRDefault="00000000">
            <w:pPr>
              <w:ind w:firstLine="0"/>
              <w:jc w:val="center"/>
            </w:pPr>
            <w:proofErr w:type="spellStart"/>
            <w:r w:rsidRPr="007911BE">
              <w:rPr>
                <w:b/>
                <w:sz w:val="24"/>
              </w:rPr>
              <w:t>Код</w:t>
            </w:r>
            <w:proofErr w:type="spellEnd"/>
          </w:p>
        </w:tc>
        <w:tc>
          <w:tcPr>
            <w:tcW w:w="1169" w:type="dxa"/>
            <w:vAlign w:val="center"/>
          </w:tcPr>
          <w:p w14:paraId="32B59F56" w14:textId="77777777" w:rsidR="00F12170" w:rsidRPr="007911BE" w:rsidRDefault="00000000">
            <w:pPr>
              <w:ind w:firstLine="0"/>
              <w:jc w:val="center"/>
            </w:pPr>
            <w:proofErr w:type="spellStart"/>
            <w:r w:rsidRPr="007911BE">
              <w:rPr>
                <w:b/>
                <w:sz w:val="24"/>
              </w:rPr>
              <w:t>Показатель</w:t>
            </w:r>
            <w:proofErr w:type="spellEnd"/>
          </w:p>
        </w:tc>
        <w:tc>
          <w:tcPr>
            <w:tcW w:w="1169" w:type="dxa"/>
            <w:vAlign w:val="center"/>
          </w:tcPr>
          <w:p w14:paraId="7CAE827A" w14:textId="77777777" w:rsidR="00F12170" w:rsidRPr="007911BE" w:rsidRDefault="00000000">
            <w:pPr>
              <w:ind w:firstLine="0"/>
              <w:jc w:val="center"/>
            </w:pPr>
            <w:proofErr w:type="spellStart"/>
            <w:r w:rsidRPr="007911BE">
              <w:rPr>
                <w:b/>
                <w:sz w:val="24"/>
              </w:rPr>
              <w:t>Год</w:t>
            </w:r>
            <w:proofErr w:type="spellEnd"/>
            <w:r w:rsidRPr="007911BE">
              <w:rPr>
                <w:b/>
                <w:sz w:val="24"/>
              </w:rPr>
              <w:t xml:space="preserve"> </w:t>
            </w:r>
            <w:proofErr w:type="spellStart"/>
            <w:r w:rsidRPr="007911BE">
              <w:rPr>
                <w:b/>
                <w:sz w:val="24"/>
              </w:rPr>
              <w:t>факта</w:t>
            </w:r>
            <w:proofErr w:type="spellEnd"/>
          </w:p>
        </w:tc>
        <w:tc>
          <w:tcPr>
            <w:tcW w:w="1169" w:type="dxa"/>
            <w:vAlign w:val="center"/>
          </w:tcPr>
          <w:p w14:paraId="4DD07329" w14:textId="77777777" w:rsidR="00F12170" w:rsidRPr="007911BE" w:rsidRDefault="00000000">
            <w:pPr>
              <w:ind w:firstLine="0"/>
              <w:jc w:val="center"/>
            </w:pPr>
            <w:proofErr w:type="spellStart"/>
            <w:r w:rsidRPr="007911BE">
              <w:rPr>
                <w:b/>
                <w:sz w:val="24"/>
              </w:rPr>
              <w:t>Факт</w:t>
            </w:r>
            <w:proofErr w:type="spellEnd"/>
          </w:p>
        </w:tc>
        <w:tc>
          <w:tcPr>
            <w:tcW w:w="1169" w:type="dxa"/>
            <w:vAlign w:val="center"/>
          </w:tcPr>
          <w:p w14:paraId="50DEDB03" w14:textId="77777777" w:rsidR="00F12170" w:rsidRPr="007911BE" w:rsidRDefault="00000000">
            <w:pPr>
              <w:ind w:firstLine="0"/>
              <w:jc w:val="center"/>
            </w:pPr>
            <w:proofErr w:type="spellStart"/>
            <w:r w:rsidRPr="007911BE">
              <w:rPr>
                <w:b/>
                <w:sz w:val="24"/>
              </w:rPr>
              <w:t>Год</w:t>
            </w:r>
            <w:proofErr w:type="spellEnd"/>
            <w:r w:rsidRPr="007911BE">
              <w:rPr>
                <w:b/>
                <w:sz w:val="24"/>
              </w:rPr>
              <w:t xml:space="preserve"> </w:t>
            </w:r>
            <w:proofErr w:type="spellStart"/>
            <w:r w:rsidRPr="007911BE">
              <w:rPr>
                <w:b/>
                <w:sz w:val="24"/>
              </w:rPr>
              <w:t>цели</w:t>
            </w:r>
            <w:proofErr w:type="spellEnd"/>
          </w:p>
        </w:tc>
        <w:tc>
          <w:tcPr>
            <w:tcW w:w="1169" w:type="dxa"/>
            <w:vAlign w:val="center"/>
          </w:tcPr>
          <w:p w14:paraId="1084EA3E" w14:textId="77777777" w:rsidR="00F12170" w:rsidRPr="007911BE" w:rsidRDefault="00000000">
            <w:pPr>
              <w:ind w:firstLine="0"/>
              <w:jc w:val="center"/>
            </w:pPr>
            <w:proofErr w:type="spellStart"/>
            <w:r w:rsidRPr="007911BE">
              <w:rPr>
                <w:b/>
                <w:sz w:val="24"/>
              </w:rPr>
              <w:t>Цель</w:t>
            </w:r>
            <w:proofErr w:type="spellEnd"/>
          </w:p>
        </w:tc>
        <w:tc>
          <w:tcPr>
            <w:tcW w:w="1169" w:type="dxa"/>
            <w:vAlign w:val="center"/>
          </w:tcPr>
          <w:p w14:paraId="561B126E" w14:textId="77777777" w:rsidR="00F12170" w:rsidRPr="007911BE" w:rsidRDefault="00000000">
            <w:pPr>
              <w:ind w:firstLine="0"/>
              <w:jc w:val="center"/>
            </w:pPr>
            <w:proofErr w:type="spellStart"/>
            <w:r w:rsidRPr="007911BE">
              <w:rPr>
                <w:b/>
                <w:sz w:val="24"/>
              </w:rPr>
              <w:t>Разрыв</w:t>
            </w:r>
            <w:proofErr w:type="spellEnd"/>
          </w:p>
        </w:tc>
        <w:tc>
          <w:tcPr>
            <w:tcW w:w="1169" w:type="dxa"/>
            <w:vAlign w:val="center"/>
          </w:tcPr>
          <w:p w14:paraId="679EF1DB" w14:textId="77777777" w:rsidR="00F12170" w:rsidRPr="007911BE" w:rsidRDefault="00000000">
            <w:pPr>
              <w:ind w:firstLine="0"/>
              <w:jc w:val="center"/>
            </w:pPr>
            <w:proofErr w:type="spellStart"/>
            <w:r w:rsidRPr="007911BE">
              <w:rPr>
                <w:b/>
                <w:sz w:val="24"/>
              </w:rPr>
              <w:t>Достигнута</w:t>
            </w:r>
            <w:proofErr w:type="spellEnd"/>
          </w:p>
        </w:tc>
      </w:tr>
      <w:tr w:rsidR="00F12170" w:rsidRPr="007911BE" w14:paraId="05EC4EC6" w14:textId="77777777">
        <w:trPr>
          <w:jc w:val="center"/>
        </w:trPr>
        <w:tc>
          <w:tcPr>
            <w:tcW w:w="1169" w:type="dxa"/>
            <w:vAlign w:val="center"/>
          </w:tcPr>
          <w:p w14:paraId="48094D7B" w14:textId="77777777" w:rsidR="00F12170" w:rsidRPr="007911BE" w:rsidRDefault="00000000">
            <w:pPr>
              <w:ind w:firstLine="0"/>
              <w:jc w:val="left"/>
            </w:pPr>
            <w:r w:rsidRPr="007911BE">
              <w:rPr>
                <w:sz w:val="24"/>
              </w:rPr>
              <w:t>2.14.Я.1</w:t>
            </w:r>
          </w:p>
        </w:tc>
        <w:tc>
          <w:tcPr>
            <w:tcW w:w="1169" w:type="dxa"/>
            <w:vAlign w:val="center"/>
          </w:tcPr>
          <w:p w14:paraId="27EE4379" w14:textId="77777777" w:rsidR="00F12170" w:rsidRPr="007911BE" w:rsidRDefault="00000000">
            <w:pPr>
              <w:ind w:firstLine="0"/>
              <w:jc w:val="left"/>
              <w:rPr>
                <w:lang w:val="ru-RU"/>
              </w:rPr>
            </w:pPr>
            <w:r w:rsidRPr="007911BE">
              <w:rPr>
                <w:sz w:val="24"/>
                <w:lang w:val="ru-RU"/>
              </w:rPr>
              <w:t>Уровень бедности среди многодетных семей</w:t>
            </w:r>
          </w:p>
        </w:tc>
        <w:tc>
          <w:tcPr>
            <w:tcW w:w="1169" w:type="dxa"/>
            <w:vAlign w:val="center"/>
          </w:tcPr>
          <w:p w14:paraId="7A9F3FFC" w14:textId="77777777" w:rsidR="00F12170" w:rsidRPr="007911BE" w:rsidRDefault="00000000">
            <w:pPr>
              <w:ind w:firstLine="0"/>
              <w:jc w:val="left"/>
            </w:pPr>
            <w:r w:rsidRPr="007911BE">
              <w:rPr>
                <w:sz w:val="24"/>
              </w:rPr>
              <w:t>2024</w:t>
            </w:r>
          </w:p>
        </w:tc>
        <w:tc>
          <w:tcPr>
            <w:tcW w:w="1169" w:type="dxa"/>
            <w:vAlign w:val="center"/>
          </w:tcPr>
          <w:p w14:paraId="4A66AE3E" w14:textId="77777777" w:rsidR="00F12170" w:rsidRPr="007911BE" w:rsidRDefault="00000000">
            <w:pPr>
              <w:ind w:firstLine="0"/>
              <w:jc w:val="left"/>
            </w:pPr>
            <w:r w:rsidRPr="007911BE">
              <w:rPr>
                <w:sz w:val="24"/>
              </w:rPr>
              <w:t>19,800</w:t>
            </w:r>
          </w:p>
        </w:tc>
        <w:tc>
          <w:tcPr>
            <w:tcW w:w="1169" w:type="dxa"/>
            <w:vAlign w:val="center"/>
          </w:tcPr>
          <w:p w14:paraId="60375890" w14:textId="77777777" w:rsidR="00F12170" w:rsidRPr="007911BE" w:rsidRDefault="00000000">
            <w:pPr>
              <w:ind w:firstLine="0"/>
              <w:jc w:val="left"/>
            </w:pPr>
            <w:r w:rsidRPr="007911BE">
              <w:rPr>
                <w:sz w:val="24"/>
              </w:rPr>
              <w:t>2030.0</w:t>
            </w:r>
          </w:p>
        </w:tc>
        <w:tc>
          <w:tcPr>
            <w:tcW w:w="1169" w:type="dxa"/>
            <w:vAlign w:val="center"/>
          </w:tcPr>
          <w:p w14:paraId="464D7690" w14:textId="77777777" w:rsidR="00F12170" w:rsidRPr="007911BE" w:rsidRDefault="00000000">
            <w:pPr>
              <w:ind w:firstLine="0"/>
              <w:jc w:val="left"/>
            </w:pPr>
            <w:r w:rsidRPr="007911BE">
              <w:rPr>
                <w:sz w:val="24"/>
              </w:rPr>
              <w:t>12,000</w:t>
            </w:r>
          </w:p>
        </w:tc>
        <w:tc>
          <w:tcPr>
            <w:tcW w:w="1169" w:type="dxa"/>
            <w:vAlign w:val="center"/>
          </w:tcPr>
          <w:p w14:paraId="24CA3B85" w14:textId="77777777" w:rsidR="00F12170" w:rsidRPr="007911BE" w:rsidRDefault="00000000">
            <w:pPr>
              <w:ind w:firstLine="0"/>
              <w:jc w:val="left"/>
            </w:pPr>
            <w:r w:rsidRPr="007911BE">
              <w:rPr>
                <w:sz w:val="24"/>
              </w:rPr>
              <w:t>-7,800</w:t>
            </w:r>
          </w:p>
        </w:tc>
        <w:tc>
          <w:tcPr>
            <w:tcW w:w="1169" w:type="dxa"/>
            <w:vAlign w:val="center"/>
          </w:tcPr>
          <w:p w14:paraId="7D5A228C" w14:textId="77777777" w:rsidR="00F12170" w:rsidRPr="007911BE" w:rsidRDefault="00000000">
            <w:pPr>
              <w:ind w:firstLine="0"/>
              <w:jc w:val="left"/>
            </w:pPr>
            <w:proofErr w:type="spellStart"/>
            <w:r w:rsidRPr="007911BE">
              <w:rPr>
                <w:sz w:val="24"/>
              </w:rPr>
              <w:t>нет</w:t>
            </w:r>
            <w:proofErr w:type="spellEnd"/>
          </w:p>
        </w:tc>
      </w:tr>
      <w:tr w:rsidR="00F12170" w:rsidRPr="007911BE" w14:paraId="3CF32B5A" w14:textId="77777777">
        <w:trPr>
          <w:jc w:val="center"/>
        </w:trPr>
        <w:tc>
          <w:tcPr>
            <w:tcW w:w="1169" w:type="dxa"/>
            <w:vAlign w:val="center"/>
          </w:tcPr>
          <w:p w14:paraId="5596A36C" w14:textId="77777777" w:rsidR="00F12170" w:rsidRPr="007911BE" w:rsidRDefault="00000000">
            <w:pPr>
              <w:ind w:firstLine="0"/>
              <w:jc w:val="left"/>
            </w:pPr>
            <w:r w:rsidRPr="007911BE">
              <w:rPr>
                <w:sz w:val="24"/>
              </w:rPr>
              <w:t>2.14.Я.2</w:t>
            </w:r>
          </w:p>
        </w:tc>
        <w:tc>
          <w:tcPr>
            <w:tcW w:w="1169" w:type="dxa"/>
            <w:vAlign w:val="center"/>
          </w:tcPr>
          <w:p w14:paraId="0F08477F" w14:textId="77777777" w:rsidR="00F12170" w:rsidRPr="007911BE" w:rsidRDefault="00000000">
            <w:pPr>
              <w:ind w:firstLine="0"/>
              <w:jc w:val="left"/>
            </w:pPr>
            <w:proofErr w:type="spellStart"/>
            <w:r w:rsidRPr="007911BE">
              <w:rPr>
                <w:sz w:val="24"/>
              </w:rPr>
              <w:t>Суммарный</w:t>
            </w:r>
            <w:proofErr w:type="spellEnd"/>
            <w:r w:rsidRPr="007911BE">
              <w:rPr>
                <w:sz w:val="24"/>
              </w:rPr>
              <w:t xml:space="preserve"> </w:t>
            </w:r>
            <w:proofErr w:type="spellStart"/>
            <w:r w:rsidRPr="007911BE">
              <w:rPr>
                <w:sz w:val="24"/>
              </w:rPr>
              <w:t>коэффициент</w:t>
            </w:r>
            <w:proofErr w:type="spellEnd"/>
            <w:r w:rsidRPr="007911BE">
              <w:rPr>
                <w:sz w:val="24"/>
              </w:rPr>
              <w:t xml:space="preserve"> </w:t>
            </w:r>
            <w:proofErr w:type="spellStart"/>
            <w:r w:rsidRPr="007911BE">
              <w:rPr>
                <w:sz w:val="24"/>
              </w:rPr>
              <w:t>рождаемости</w:t>
            </w:r>
            <w:proofErr w:type="spellEnd"/>
            <w:r w:rsidRPr="007911BE">
              <w:rPr>
                <w:sz w:val="24"/>
              </w:rPr>
              <w:t xml:space="preserve"> (Я1)</w:t>
            </w:r>
          </w:p>
        </w:tc>
        <w:tc>
          <w:tcPr>
            <w:tcW w:w="1169" w:type="dxa"/>
            <w:vAlign w:val="center"/>
          </w:tcPr>
          <w:p w14:paraId="4BAB7DC5" w14:textId="77777777" w:rsidR="00F12170" w:rsidRPr="007911BE" w:rsidRDefault="00000000">
            <w:pPr>
              <w:ind w:firstLine="0"/>
              <w:jc w:val="left"/>
            </w:pPr>
            <w:r w:rsidRPr="007911BE">
              <w:rPr>
                <w:sz w:val="24"/>
              </w:rPr>
              <w:t>2025</w:t>
            </w:r>
          </w:p>
        </w:tc>
        <w:tc>
          <w:tcPr>
            <w:tcW w:w="1169" w:type="dxa"/>
            <w:vAlign w:val="center"/>
          </w:tcPr>
          <w:p w14:paraId="0D04D5F9" w14:textId="77777777" w:rsidR="00F12170" w:rsidRPr="007911BE" w:rsidRDefault="00000000">
            <w:pPr>
              <w:ind w:firstLine="0"/>
              <w:jc w:val="left"/>
            </w:pPr>
            <w:r w:rsidRPr="007911BE">
              <w:rPr>
                <w:sz w:val="24"/>
              </w:rPr>
              <w:t>1,361</w:t>
            </w:r>
          </w:p>
        </w:tc>
        <w:tc>
          <w:tcPr>
            <w:tcW w:w="1169" w:type="dxa"/>
            <w:vAlign w:val="center"/>
          </w:tcPr>
          <w:p w14:paraId="0D91580C" w14:textId="77777777" w:rsidR="00F12170" w:rsidRPr="007911BE" w:rsidRDefault="00000000">
            <w:pPr>
              <w:ind w:firstLine="0"/>
              <w:jc w:val="left"/>
            </w:pPr>
            <w:r w:rsidRPr="007911BE">
              <w:rPr>
                <w:sz w:val="24"/>
              </w:rPr>
              <w:t>2025.0</w:t>
            </w:r>
          </w:p>
        </w:tc>
        <w:tc>
          <w:tcPr>
            <w:tcW w:w="1169" w:type="dxa"/>
            <w:vAlign w:val="center"/>
          </w:tcPr>
          <w:p w14:paraId="1BEB8CBE" w14:textId="77777777" w:rsidR="00F12170" w:rsidRPr="007911BE" w:rsidRDefault="00000000">
            <w:pPr>
              <w:ind w:firstLine="0"/>
              <w:jc w:val="left"/>
            </w:pPr>
            <w:r w:rsidRPr="007911BE">
              <w:rPr>
                <w:sz w:val="24"/>
              </w:rPr>
              <w:t>1,443</w:t>
            </w:r>
          </w:p>
        </w:tc>
        <w:tc>
          <w:tcPr>
            <w:tcW w:w="1169" w:type="dxa"/>
            <w:vAlign w:val="center"/>
          </w:tcPr>
          <w:p w14:paraId="36831A55" w14:textId="77777777" w:rsidR="00F12170" w:rsidRPr="007911BE" w:rsidRDefault="00000000">
            <w:pPr>
              <w:ind w:firstLine="0"/>
              <w:jc w:val="left"/>
            </w:pPr>
            <w:r w:rsidRPr="007911BE">
              <w:rPr>
                <w:sz w:val="24"/>
              </w:rPr>
              <w:t>-0,082</w:t>
            </w:r>
          </w:p>
        </w:tc>
        <w:tc>
          <w:tcPr>
            <w:tcW w:w="1169" w:type="dxa"/>
            <w:vAlign w:val="center"/>
          </w:tcPr>
          <w:p w14:paraId="5E960964" w14:textId="77777777" w:rsidR="00F12170" w:rsidRPr="007911BE" w:rsidRDefault="00000000">
            <w:pPr>
              <w:ind w:firstLine="0"/>
              <w:jc w:val="left"/>
            </w:pPr>
            <w:proofErr w:type="spellStart"/>
            <w:r w:rsidRPr="007911BE">
              <w:rPr>
                <w:sz w:val="24"/>
              </w:rPr>
              <w:t>нет</w:t>
            </w:r>
            <w:proofErr w:type="spellEnd"/>
          </w:p>
        </w:tc>
      </w:tr>
      <w:tr w:rsidR="00F12170" w:rsidRPr="007911BE" w14:paraId="2881A75D" w14:textId="77777777">
        <w:trPr>
          <w:jc w:val="center"/>
        </w:trPr>
        <w:tc>
          <w:tcPr>
            <w:tcW w:w="1169" w:type="dxa"/>
            <w:vAlign w:val="center"/>
          </w:tcPr>
          <w:p w14:paraId="57D2F65B" w14:textId="77777777" w:rsidR="00F12170" w:rsidRPr="007911BE" w:rsidRDefault="00000000">
            <w:pPr>
              <w:ind w:firstLine="0"/>
              <w:jc w:val="left"/>
            </w:pPr>
            <w:r w:rsidRPr="007911BE">
              <w:rPr>
                <w:sz w:val="24"/>
              </w:rPr>
              <w:t>2.14.Я.3</w:t>
            </w:r>
          </w:p>
        </w:tc>
        <w:tc>
          <w:tcPr>
            <w:tcW w:w="1169" w:type="dxa"/>
            <w:vAlign w:val="center"/>
          </w:tcPr>
          <w:p w14:paraId="5341F905" w14:textId="77777777" w:rsidR="00F12170" w:rsidRPr="007911BE" w:rsidRDefault="00000000">
            <w:pPr>
              <w:ind w:firstLine="0"/>
              <w:jc w:val="left"/>
              <w:rPr>
                <w:lang w:val="ru-RU"/>
              </w:rPr>
            </w:pPr>
            <w:r w:rsidRPr="007911BE">
              <w:rPr>
                <w:sz w:val="24"/>
                <w:lang w:val="ru-RU"/>
              </w:rPr>
              <w:t>Суммарный коэффициент рождаемости третьих и последующих детей (Я2)</w:t>
            </w:r>
          </w:p>
        </w:tc>
        <w:tc>
          <w:tcPr>
            <w:tcW w:w="1169" w:type="dxa"/>
            <w:vAlign w:val="center"/>
          </w:tcPr>
          <w:p w14:paraId="24FB073D" w14:textId="77777777" w:rsidR="00F12170" w:rsidRPr="007911BE" w:rsidRDefault="00000000">
            <w:pPr>
              <w:ind w:firstLine="0"/>
              <w:jc w:val="left"/>
            </w:pPr>
            <w:r w:rsidRPr="007911BE">
              <w:rPr>
                <w:sz w:val="24"/>
              </w:rPr>
              <w:t>2025</w:t>
            </w:r>
          </w:p>
        </w:tc>
        <w:tc>
          <w:tcPr>
            <w:tcW w:w="1169" w:type="dxa"/>
            <w:vAlign w:val="center"/>
          </w:tcPr>
          <w:p w14:paraId="4D518182" w14:textId="77777777" w:rsidR="00F12170" w:rsidRPr="007911BE" w:rsidRDefault="00000000">
            <w:pPr>
              <w:ind w:firstLine="0"/>
              <w:jc w:val="left"/>
            </w:pPr>
            <w:r w:rsidRPr="007911BE">
              <w:rPr>
                <w:sz w:val="24"/>
              </w:rPr>
              <w:t>0,360</w:t>
            </w:r>
          </w:p>
        </w:tc>
        <w:tc>
          <w:tcPr>
            <w:tcW w:w="1169" w:type="dxa"/>
            <w:vAlign w:val="center"/>
          </w:tcPr>
          <w:p w14:paraId="4AE2239B" w14:textId="77777777" w:rsidR="00F12170" w:rsidRPr="007911BE" w:rsidRDefault="00000000">
            <w:pPr>
              <w:ind w:firstLine="0"/>
              <w:jc w:val="left"/>
            </w:pPr>
            <w:r w:rsidRPr="007911BE">
              <w:rPr>
                <w:sz w:val="24"/>
              </w:rPr>
              <w:t>2025.0</w:t>
            </w:r>
          </w:p>
        </w:tc>
        <w:tc>
          <w:tcPr>
            <w:tcW w:w="1169" w:type="dxa"/>
            <w:vAlign w:val="center"/>
          </w:tcPr>
          <w:p w14:paraId="607CC0CE" w14:textId="77777777" w:rsidR="00F12170" w:rsidRPr="007911BE" w:rsidRDefault="00000000">
            <w:pPr>
              <w:ind w:firstLine="0"/>
              <w:jc w:val="left"/>
            </w:pPr>
            <w:r w:rsidRPr="007911BE">
              <w:rPr>
                <w:sz w:val="24"/>
              </w:rPr>
              <w:t>0,399</w:t>
            </w:r>
          </w:p>
        </w:tc>
        <w:tc>
          <w:tcPr>
            <w:tcW w:w="1169" w:type="dxa"/>
            <w:vAlign w:val="center"/>
          </w:tcPr>
          <w:p w14:paraId="2CFD9453" w14:textId="77777777" w:rsidR="00F12170" w:rsidRPr="007911BE" w:rsidRDefault="00000000">
            <w:pPr>
              <w:ind w:firstLine="0"/>
              <w:jc w:val="left"/>
            </w:pPr>
            <w:r w:rsidRPr="007911BE">
              <w:rPr>
                <w:sz w:val="24"/>
              </w:rPr>
              <w:t>-0,039</w:t>
            </w:r>
          </w:p>
        </w:tc>
        <w:tc>
          <w:tcPr>
            <w:tcW w:w="1169" w:type="dxa"/>
            <w:vAlign w:val="center"/>
          </w:tcPr>
          <w:p w14:paraId="173006CD" w14:textId="77777777" w:rsidR="00F12170" w:rsidRPr="007911BE" w:rsidRDefault="00000000">
            <w:pPr>
              <w:ind w:firstLine="0"/>
              <w:jc w:val="left"/>
            </w:pPr>
            <w:proofErr w:type="spellStart"/>
            <w:r w:rsidRPr="007911BE">
              <w:rPr>
                <w:sz w:val="24"/>
              </w:rPr>
              <w:t>нет</w:t>
            </w:r>
            <w:proofErr w:type="spellEnd"/>
          </w:p>
        </w:tc>
      </w:tr>
      <w:tr w:rsidR="00F12170" w:rsidRPr="007911BE" w14:paraId="3CC8E8D5" w14:textId="77777777">
        <w:trPr>
          <w:jc w:val="center"/>
        </w:trPr>
        <w:tc>
          <w:tcPr>
            <w:tcW w:w="1169" w:type="dxa"/>
            <w:vAlign w:val="center"/>
          </w:tcPr>
          <w:p w14:paraId="10FE59CE" w14:textId="77777777" w:rsidR="00F12170" w:rsidRPr="007911BE" w:rsidRDefault="00000000">
            <w:pPr>
              <w:ind w:firstLine="0"/>
              <w:jc w:val="left"/>
            </w:pPr>
            <w:r w:rsidRPr="007911BE">
              <w:rPr>
                <w:sz w:val="24"/>
              </w:rPr>
              <w:t>2.14.Я.4</w:t>
            </w:r>
          </w:p>
        </w:tc>
        <w:tc>
          <w:tcPr>
            <w:tcW w:w="1169" w:type="dxa"/>
            <w:vAlign w:val="center"/>
          </w:tcPr>
          <w:p w14:paraId="08C7DE19" w14:textId="77777777" w:rsidR="00F12170" w:rsidRPr="007911BE" w:rsidRDefault="00000000">
            <w:pPr>
              <w:ind w:firstLine="0"/>
              <w:jc w:val="left"/>
              <w:rPr>
                <w:lang w:val="ru-RU"/>
              </w:rPr>
            </w:pPr>
            <w:r w:rsidRPr="007911BE">
              <w:rPr>
                <w:sz w:val="24"/>
                <w:lang w:val="ru-RU"/>
              </w:rPr>
              <w:t xml:space="preserve">Доля пожилых граждан и инвалидов, получающих долговременный уход, от </w:t>
            </w:r>
            <w:proofErr w:type="spellStart"/>
            <w:r w:rsidRPr="007911BE">
              <w:rPr>
                <w:sz w:val="24"/>
                <w:lang w:val="ru-RU"/>
              </w:rPr>
              <w:t>общег</w:t>
            </w:r>
            <w:proofErr w:type="spellEnd"/>
            <w:r w:rsidRPr="007911BE">
              <w:rPr>
                <w:sz w:val="24"/>
                <w:lang w:val="ru-RU"/>
              </w:rPr>
              <w:t>…</w:t>
            </w:r>
          </w:p>
        </w:tc>
        <w:tc>
          <w:tcPr>
            <w:tcW w:w="1169" w:type="dxa"/>
            <w:vAlign w:val="center"/>
          </w:tcPr>
          <w:p w14:paraId="76A029A3" w14:textId="77777777" w:rsidR="00F12170" w:rsidRPr="007911BE" w:rsidRDefault="00000000">
            <w:pPr>
              <w:ind w:firstLine="0"/>
              <w:jc w:val="left"/>
            </w:pPr>
            <w:r w:rsidRPr="007911BE">
              <w:rPr>
                <w:sz w:val="24"/>
              </w:rPr>
              <w:t>2025</w:t>
            </w:r>
          </w:p>
        </w:tc>
        <w:tc>
          <w:tcPr>
            <w:tcW w:w="1169" w:type="dxa"/>
            <w:vAlign w:val="center"/>
          </w:tcPr>
          <w:p w14:paraId="796A5A22" w14:textId="77777777" w:rsidR="00F12170" w:rsidRPr="007911BE" w:rsidRDefault="00000000">
            <w:pPr>
              <w:ind w:firstLine="0"/>
              <w:jc w:val="left"/>
            </w:pPr>
            <w:r w:rsidRPr="007911BE">
              <w:rPr>
                <w:sz w:val="24"/>
              </w:rPr>
              <w:t>10,550</w:t>
            </w:r>
          </w:p>
        </w:tc>
        <w:tc>
          <w:tcPr>
            <w:tcW w:w="1169" w:type="dxa"/>
            <w:vAlign w:val="center"/>
          </w:tcPr>
          <w:p w14:paraId="0010B760" w14:textId="77777777" w:rsidR="00F12170" w:rsidRPr="007911BE" w:rsidRDefault="00000000">
            <w:pPr>
              <w:ind w:firstLine="0"/>
              <w:jc w:val="left"/>
            </w:pPr>
            <w:r w:rsidRPr="007911BE">
              <w:rPr>
                <w:sz w:val="24"/>
              </w:rPr>
              <w:t>2025.0</w:t>
            </w:r>
          </w:p>
        </w:tc>
        <w:tc>
          <w:tcPr>
            <w:tcW w:w="1169" w:type="dxa"/>
            <w:vAlign w:val="center"/>
          </w:tcPr>
          <w:p w14:paraId="1C579C71" w14:textId="77777777" w:rsidR="00F12170" w:rsidRPr="007911BE" w:rsidRDefault="00000000">
            <w:pPr>
              <w:ind w:firstLine="0"/>
              <w:jc w:val="left"/>
            </w:pPr>
            <w:r w:rsidRPr="007911BE">
              <w:rPr>
                <w:sz w:val="24"/>
              </w:rPr>
              <w:t>10,500</w:t>
            </w:r>
          </w:p>
        </w:tc>
        <w:tc>
          <w:tcPr>
            <w:tcW w:w="1169" w:type="dxa"/>
            <w:vAlign w:val="center"/>
          </w:tcPr>
          <w:p w14:paraId="6819683A" w14:textId="77777777" w:rsidR="00F12170" w:rsidRPr="007911BE" w:rsidRDefault="00000000">
            <w:pPr>
              <w:ind w:firstLine="0"/>
              <w:jc w:val="left"/>
            </w:pPr>
            <w:r w:rsidRPr="007911BE">
              <w:rPr>
                <w:sz w:val="24"/>
              </w:rPr>
              <w:t>0,050</w:t>
            </w:r>
          </w:p>
        </w:tc>
        <w:tc>
          <w:tcPr>
            <w:tcW w:w="1169" w:type="dxa"/>
            <w:vAlign w:val="center"/>
          </w:tcPr>
          <w:p w14:paraId="31C063FF" w14:textId="77777777" w:rsidR="00F12170" w:rsidRPr="007911BE" w:rsidRDefault="00000000">
            <w:pPr>
              <w:ind w:firstLine="0"/>
              <w:jc w:val="left"/>
            </w:pPr>
            <w:proofErr w:type="spellStart"/>
            <w:r w:rsidRPr="007911BE">
              <w:rPr>
                <w:sz w:val="24"/>
              </w:rPr>
              <w:t>да</w:t>
            </w:r>
            <w:proofErr w:type="spellEnd"/>
          </w:p>
        </w:tc>
      </w:tr>
      <w:tr w:rsidR="00F12170" w:rsidRPr="007911BE" w14:paraId="58EDF914" w14:textId="77777777">
        <w:trPr>
          <w:jc w:val="center"/>
        </w:trPr>
        <w:tc>
          <w:tcPr>
            <w:tcW w:w="1169" w:type="dxa"/>
            <w:vAlign w:val="center"/>
          </w:tcPr>
          <w:p w14:paraId="0298F9E4" w14:textId="77777777" w:rsidR="00F12170" w:rsidRPr="007911BE" w:rsidRDefault="00000000">
            <w:pPr>
              <w:ind w:firstLine="0"/>
              <w:jc w:val="left"/>
            </w:pPr>
            <w:r w:rsidRPr="007911BE">
              <w:rPr>
                <w:sz w:val="24"/>
              </w:rPr>
              <w:t>2.14.Я.5</w:t>
            </w:r>
          </w:p>
        </w:tc>
        <w:tc>
          <w:tcPr>
            <w:tcW w:w="1169" w:type="dxa"/>
            <w:vAlign w:val="center"/>
          </w:tcPr>
          <w:p w14:paraId="41B75062" w14:textId="77777777" w:rsidR="00F12170" w:rsidRPr="007911BE" w:rsidRDefault="00000000">
            <w:pPr>
              <w:ind w:firstLine="0"/>
              <w:jc w:val="left"/>
              <w:rPr>
                <w:lang w:val="ru-RU"/>
              </w:rPr>
            </w:pPr>
            <w:r w:rsidRPr="007911BE">
              <w:rPr>
                <w:sz w:val="24"/>
                <w:lang w:val="ru-RU"/>
              </w:rPr>
              <w:t>Количество созданных центров воспроизведения аудиовизуального контента в м…</w:t>
            </w:r>
          </w:p>
        </w:tc>
        <w:tc>
          <w:tcPr>
            <w:tcW w:w="1169" w:type="dxa"/>
            <w:vAlign w:val="center"/>
          </w:tcPr>
          <w:p w14:paraId="30938E0E" w14:textId="77777777" w:rsidR="00F12170" w:rsidRPr="007911BE" w:rsidRDefault="00000000">
            <w:pPr>
              <w:ind w:firstLine="0"/>
              <w:jc w:val="left"/>
            </w:pPr>
            <w:r w:rsidRPr="007911BE">
              <w:rPr>
                <w:sz w:val="24"/>
              </w:rPr>
              <w:t>2025</w:t>
            </w:r>
          </w:p>
        </w:tc>
        <w:tc>
          <w:tcPr>
            <w:tcW w:w="1169" w:type="dxa"/>
            <w:vAlign w:val="center"/>
          </w:tcPr>
          <w:p w14:paraId="27BD8063" w14:textId="77777777" w:rsidR="00F12170" w:rsidRPr="007911BE" w:rsidRDefault="00000000">
            <w:pPr>
              <w:ind w:firstLine="0"/>
              <w:jc w:val="left"/>
            </w:pPr>
            <w:r w:rsidRPr="007911BE">
              <w:rPr>
                <w:sz w:val="24"/>
              </w:rPr>
              <w:t>41,000</w:t>
            </w:r>
          </w:p>
        </w:tc>
        <w:tc>
          <w:tcPr>
            <w:tcW w:w="1169" w:type="dxa"/>
            <w:vAlign w:val="center"/>
          </w:tcPr>
          <w:p w14:paraId="2BF30C84" w14:textId="77777777" w:rsidR="00F12170" w:rsidRPr="007911BE" w:rsidRDefault="00000000">
            <w:pPr>
              <w:ind w:firstLine="0"/>
              <w:jc w:val="left"/>
            </w:pPr>
            <w:r w:rsidRPr="007911BE">
              <w:rPr>
                <w:sz w:val="24"/>
              </w:rPr>
              <w:t>2025.0</w:t>
            </w:r>
          </w:p>
        </w:tc>
        <w:tc>
          <w:tcPr>
            <w:tcW w:w="1169" w:type="dxa"/>
            <w:vAlign w:val="center"/>
          </w:tcPr>
          <w:p w14:paraId="2633E06C" w14:textId="77777777" w:rsidR="00F12170" w:rsidRPr="007911BE" w:rsidRDefault="00000000">
            <w:pPr>
              <w:ind w:firstLine="0"/>
              <w:jc w:val="left"/>
            </w:pPr>
            <w:r w:rsidRPr="007911BE">
              <w:rPr>
                <w:sz w:val="24"/>
              </w:rPr>
              <w:t>40,000</w:t>
            </w:r>
          </w:p>
        </w:tc>
        <w:tc>
          <w:tcPr>
            <w:tcW w:w="1169" w:type="dxa"/>
            <w:vAlign w:val="center"/>
          </w:tcPr>
          <w:p w14:paraId="2F35591D" w14:textId="77777777" w:rsidR="00F12170" w:rsidRPr="007911BE" w:rsidRDefault="00000000">
            <w:pPr>
              <w:ind w:firstLine="0"/>
              <w:jc w:val="left"/>
            </w:pPr>
            <w:r w:rsidRPr="007911BE">
              <w:rPr>
                <w:sz w:val="24"/>
              </w:rPr>
              <w:t>1,000</w:t>
            </w:r>
          </w:p>
        </w:tc>
        <w:tc>
          <w:tcPr>
            <w:tcW w:w="1169" w:type="dxa"/>
            <w:vAlign w:val="center"/>
          </w:tcPr>
          <w:p w14:paraId="2CA88B1F" w14:textId="77777777" w:rsidR="00F12170" w:rsidRPr="007911BE" w:rsidRDefault="00000000">
            <w:pPr>
              <w:ind w:firstLine="0"/>
              <w:jc w:val="left"/>
            </w:pPr>
            <w:proofErr w:type="spellStart"/>
            <w:r w:rsidRPr="007911BE">
              <w:rPr>
                <w:sz w:val="24"/>
              </w:rPr>
              <w:t>да</w:t>
            </w:r>
            <w:proofErr w:type="spellEnd"/>
          </w:p>
        </w:tc>
      </w:tr>
      <w:tr w:rsidR="00F12170" w:rsidRPr="007911BE" w14:paraId="002CD94C" w14:textId="77777777">
        <w:trPr>
          <w:jc w:val="center"/>
        </w:trPr>
        <w:tc>
          <w:tcPr>
            <w:tcW w:w="1169" w:type="dxa"/>
            <w:vAlign w:val="center"/>
          </w:tcPr>
          <w:p w14:paraId="3C7965C8" w14:textId="77777777" w:rsidR="00F12170" w:rsidRPr="007911BE" w:rsidRDefault="00000000">
            <w:pPr>
              <w:ind w:firstLine="0"/>
              <w:jc w:val="left"/>
            </w:pPr>
            <w:r w:rsidRPr="007911BE">
              <w:rPr>
                <w:sz w:val="24"/>
              </w:rPr>
              <w:t>2.14.Я.6</w:t>
            </w:r>
          </w:p>
        </w:tc>
        <w:tc>
          <w:tcPr>
            <w:tcW w:w="1169" w:type="dxa"/>
            <w:vAlign w:val="center"/>
          </w:tcPr>
          <w:p w14:paraId="18428A9E" w14:textId="77777777" w:rsidR="00F12170" w:rsidRPr="007911BE" w:rsidRDefault="00000000">
            <w:pPr>
              <w:ind w:firstLine="0"/>
              <w:jc w:val="left"/>
              <w:rPr>
                <w:lang w:val="ru-RU"/>
              </w:rPr>
            </w:pPr>
            <w:r w:rsidRPr="007911BE">
              <w:rPr>
                <w:sz w:val="24"/>
                <w:lang w:val="ru-RU"/>
              </w:rPr>
              <w:t>Уровень удовлетворенности граждан работой государственных и муниципальных …</w:t>
            </w:r>
          </w:p>
        </w:tc>
        <w:tc>
          <w:tcPr>
            <w:tcW w:w="1169" w:type="dxa"/>
            <w:vAlign w:val="center"/>
          </w:tcPr>
          <w:p w14:paraId="4BCC8486" w14:textId="77777777" w:rsidR="00F12170" w:rsidRPr="007911BE" w:rsidRDefault="00000000">
            <w:pPr>
              <w:ind w:firstLine="0"/>
              <w:jc w:val="left"/>
            </w:pPr>
            <w:r w:rsidRPr="007911BE">
              <w:rPr>
                <w:sz w:val="24"/>
              </w:rPr>
              <w:t>2025</w:t>
            </w:r>
          </w:p>
        </w:tc>
        <w:tc>
          <w:tcPr>
            <w:tcW w:w="1169" w:type="dxa"/>
            <w:vAlign w:val="center"/>
          </w:tcPr>
          <w:p w14:paraId="0004DA35" w14:textId="77777777" w:rsidR="00F12170" w:rsidRPr="007911BE" w:rsidRDefault="00000000">
            <w:pPr>
              <w:ind w:firstLine="0"/>
              <w:jc w:val="left"/>
            </w:pPr>
            <w:r w:rsidRPr="007911BE">
              <w:rPr>
                <w:sz w:val="24"/>
              </w:rPr>
              <w:t>93,600</w:t>
            </w:r>
          </w:p>
        </w:tc>
        <w:tc>
          <w:tcPr>
            <w:tcW w:w="1169" w:type="dxa"/>
            <w:vAlign w:val="center"/>
          </w:tcPr>
          <w:p w14:paraId="5533C858" w14:textId="77777777" w:rsidR="00F12170" w:rsidRPr="007911BE" w:rsidRDefault="00000000">
            <w:pPr>
              <w:ind w:firstLine="0"/>
              <w:jc w:val="left"/>
            </w:pPr>
            <w:r w:rsidRPr="007911BE">
              <w:rPr>
                <w:sz w:val="24"/>
              </w:rPr>
              <w:t>2025.0</w:t>
            </w:r>
          </w:p>
        </w:tc>
        <w:tc>
          <w:tcPr>
            <w:tcW w:w="1169" w:type="dxa"/>
            <w:vAlign w:val="center"/>
          </w:tcPr>
          <w:p w14:paraId="3E99AE70" w14:textId="77777777" w:rsidR="00F12170" w:rsidRPr="007911BE" w:rsidRDefault="00000000">
            <w:pPr>
              <w:ind w:firstLine="0"/>
              <w:jc w:val="left"/>
            </w:pPr>
            <w:r w:rsidRPr="007911BE">
              <w:rPr>
                <w:sz w:val="24"/>
              </w:rPr>
              <w:t>56,500</w:t>
            </w:r>
          </w:p>
        </w:tc>
        <w:tc>
          <w:tcPr>
            <w:tcW w:w="1169" w:type="dxa"/>
            <w:vAlign w:val="center"/>
          </w:tcPr>
          <w:p w14:paraId="28C5D78E" w14:textId="77777777" w:rsidR="00F12170" w:rsidRPr="007911BE" w:rsidRDefault="00000000">
            <w:pPr>
              <w:ind w:firstLine="0"/>
              <w:jc w:val="left"/>
            </w:pPr>
            <w:r w:rsidRPr="007911BE">
              <w:rPr>
                <w:sz w:val="24"/>
              </w:rPr>
              <w:t>37,100</w:t>
            </w:r>
          </w:p>
        </w:tc>
        <w:tc>
          <w:tcPr>
            <w:tcW w:w="1169" w:type="dxa"/>
            <w:vAlign w:val="center"/>
          </w:tcPr>
          <w:p w14:paraId="48EB2665" w14:textId="77777777" w:rsidR="00F12170" w:rsidRPr="007911BE" w:rsidRDefault="00000000">
            <w:pPr>
              <w:ind w:firstLine="0"/>
              <w:jc w:val="left"/>
            </w:pPr>
            <w:proofErr w:type="spellStart"/>
            <w:r w:rsidRPr="007911BE">
              <w:rPr>
                <w:sz w:val="24"/>
              </w:rPr>
              <w:t>да</w:t>
            </w:r>
            <w:proofErr w:type="spellEnd"/>
          </w:p>
        </w:tc>
      </w:tr>
      <w:tr w:rsidR="00F12170" w:rsidRPr="007911BE" w14:paraId="25CA7065" w14:textId="77777777">
        <w:trPr>
          <w:jc w:val="center"/>
        </w:trPr>
        <w:tc>
          <w:tcPr>
            <w:tcW w:w="1169" w:type="dxa"/>
            <w:vAlign w:val="center"/>
          </w:tcPr>
          <w:p w14:paraId="5398DB9A" w14:textId="77777777" w:rsidR="00F12170" w:rsidRPr="007911BE" w:rsidRDefault="00000000">
            <w:pPr>
              <w:ind w:firstLine="0"/>
              <w:jc w:val="left"/>
            </w:pPr>
            <w:r w:rsidRPr="007911BE">
              <w:rPr>
                <w:sz w:val="24"/>
              </w:rPr>
              <w:t>2.14.Я3.1</w:t>
            </w:r>
          </w:p>
        </w:tc>
        <w:tc>
          <w:tcPr>
            <w:tcW w:w="1169" w:type="dxa"/>
            <w:vAlign w:val="center"/>
          </w:tcPr>
          <w:p w14:paraId="2A2D761E" w14:textId="77777777" w:rsidR="00F12170" w:rsidRPr="007911BE" w:rsidRDefault="00000000">
            <w:pPr>
              <w:ind w:firstLine="0"/>
              <w:jc w:val="left"/>
              <w:rPr>
                <w:lang w:val="ru-RU"/>
              </w:rPr>
            </w:pPr>
            <w:r w:rsidRPr="007911BE">
              <w:rPr>
                <w:sz w:val="24"/>
                <w:lang w:val="ru-RU"/>
              </w:rPr>
              <w:t>Охват граждан репродуктивного возраста (18–49 лет) диспансеризацией с цель…</w:t>
            </w:r>
          </w:p>
        </w:tc>
        <w:tc>
          <w:tcPr>
            <w:tcW w:w="1169" w:type="dxa"/>
            <w:vAlign w:val="center"/>
          </w:tcPr>
          <w:p w14:paraId="2D193697" w14:textId="77777777" w:rsidR="00F12170" w:rsidRPr="007911BE" w:rsidRDefault="00000000">
            <w:pPr>
              <w:ind w:firstLine="0"/>
              <w:jc w:val="left"/>
            </w:pPr>
            <w:r w:rsidRPr="007911BE">
              <w:rPr>
                <w:sz w:val="24"/>
              </w:rPr>
              <w:t>2025</w:t>
            </w:r>
          </w:p>
        </w:tc>
        <w:tc>
          <w:tcPr>
            <w:tcW w:w="1169" w:type="dxa"/>
            <w:vAlign w:val="center"/>
          </w:tcPr>
          <w:p w14:paraId="3B500297" w14:textId="77777777" w:rsidR="00F12170" w:rsidRPr="007911BE" w:rsidRDefault="00000000">
            <w:pPr>
              <w:ind w:firstLine="0"/>
              <w:jc w:val="left"/>
            </w:pPr>
            <w:r w:rsidRPr="007911BE">
              <w:rPr>
                <w:sz w:val="24"/>
              </w:rPr>
              <w:t>33,460</w:t>
            </w:r>
          </w:p>
        </w:tc>
        <w:tc>
          <w:tcPr>
            <w:tcW w:w="1169" w:type="dxa"/>
            <w:vAlign w:val="center"/>
          </w:tcPr>
          <w:p w14:paraId="07803C7E" w14:textId="77777777" w:rsidR="00F12170" w:rsidRPr="007911BE" w:rsidRDefault="00000000">
            <w:pPr>
              <w:ind w:firstLine="0"/>
              <w:jc w:val="left"/>
            </w:pPr>
            <w:r w:rsidRPr="007911BE">
              <w:rPr>
                <w:sz w:val="24"/>
              </w:rPr>
              <w:t>2030.0</w:t>
            </w:r>
          </w:p>
        </w:tc>
        <w:tc>
          <w:tcPr>
            <w:tcW w:w="1169" w:type="dxa"/>
            <w:vAlign w:val="center"/>
          </w:tcPr>
          <w:p w14:paraId="5D9D54E2" w14:textId="77777777" w:rsidR="00F12170" w:rsidRPr="007911BE" w:rsidRDefault="00000000">
            <w:pPr>
              <w:ind w:firstLine="0"/>
              <w:jc w:val="left"/>
            </w:pPr>
            <w:r w:rsidRPr="007911BE">
              <w:rPr>
                <w:sz w:val="24"/>
              </w:rPr>
              <w:t>50,000</w:t>
            </w:r>
          </w:p>
        </w:tc>
        <w:tc>
          <w:tcPr>
            <w:tcW w:w="1169" w:type="dxa"/>
            <w:vAlign w:val="center"/>
          </w:tcPr>
          <w:p w14:paraId="77CE5B42" w14:textId="77777777" w:rsidR="00F12170" w:rsidRPr="007911BE" w:rsidRDefault="00000000">
            <w:pPr>
              <w:ind w:firstLine="0"/>
              <w:jc w:val="left"/>
            </w:pPr>
            <w:r w:rsidRPr="007911BE">
              <w:rPr>
                <w:sz w:val="24"/>
              </w:rPr>
              <w:t>-16,540</w:t>
            </w:r>
          </w:p>
        </w:tc>
        <w:tc>
          <w:tcPr>
            <w:tcW w:w="1169" w:type="dxa"/>
            <w:vAlign w:val="center"/>
          </w:tcPr>
          <w:p w14:paraId="428FE82A" w14:textId="77777777" w:rsidR="00F12170" w:rsidRPr="007911BE" w:rsidRDefault="00000000">
            <w:pPr>
              <w:ind w:firstLine="0"/>
              <w:jc w:val="left"/>
            </w:pPr>
            <w:proofErr w:type="spellStart"/>
            <w:r w:rsidRPr="007911BE">
              <w:rPr>
                <w:sz w:val="24"/>
              </w:rPr>
              <w:t>нет</w:t>
            </w:r>
            <w:proofErr w:type="spellEnd"/>
          </w:p>
        </w:tc>
      </w:tr>
      <w:tr w:rsidR="00F12170" w:rsidRPr="007911BE" w14:paraId="7E9D00B0" w14:textId="77777777">
        <w:trPr>
          <w:jc w:val="center"/>
        </w:trPr>
        <w:tc>
          <w:tcPr>
            <w:tcW w:w="1169" w:type="dxa"/>
            <w:vAlign w:val="center"/>
          </w:tcPr>
          <w:p w14:paraId="6246A410" w14:textId="77777777" w:rsidR="00F12170" w:rsidRPr="007911BE" w:rsidRDefault="00000000">
            <w:pPr>
              <w:ind w:firstLine="0"/>
              <w:jc w:val="left"/>
            </w:pPr>
            <w:r w:rsidRPr="007911BE">
              <w:rPr>
                <w:sz w:val="24"/>
              </w:rPr>
              <w:t>2.14.Я3.3</w:t>
            </w:r>
          </w:p>
        </w:tc>
        <w:tc>
          <w:tcPr>
            <w:tcW w:w="1169" w:type="dxa"/>
            <w:vAlign w:val="center"/>
          </w:tcPr>
          <w:p w14:paraId="4B10DDB1" w14:textId="77777777" w:rsidR="00F12170" w:rsidRPr="007911BE" w:rsidRDefault="00000000">
            <w:pPr>
              <w:ind w:firstLine="0"/>
              <w:jc w:val="left"/>
            </w:pPr>
            <w:proofErr w:type="spellStart"/>
            <w:r w:rsidRPr="007911BE">
              <w:rPr>
                <w:sz w:val="24"/>
              </w:rPr>
              <w:t>Младенческая</w:t>
            </w:r>
            <w:proofErr w:type="spellEnd"/>
            <w:r w:rsidRPr="007911BE">
              <w:rPr>
                <w:sz w:val="24"/>
              </w:rPr>
              <w:t xml:space="preserve"> </w:t>
            </w:r>
            <w:proofErr w:type="spellStart"/>
            <w:r w:rsidRPr="007911BE">
              <w:rPr>
                <w:sz w:val="24"/>
              </w:rPr>
              <w:t>смертность</w:t>
            </w:r>
            <w:proofErr w:type="spellEnd"/>
          </w:p>
        </w:tc>
        <w:tc>
          <w:tcPr>
            <w:tcW w:w="1169" w:type="dxa"/>
            <w:vAlign w:val="center"/>
          </w:tcPr>
          <w:p w14:paraId="6115AE02" w14:textId="77777777" w:rsidR="00F12170" w:rsidRPr="007911BE" w:rsidRDefault="00000000">
            <w:pPr>
              <w:ind w:firstLine="0"/>
              <w:jc w:val="left"/>
            </w:pPr>
            <w:r w:rsidRPr="007911BE">
              <w:rPr>
                <w:sz w:val="24"/>
              </w:rPr>
              <w:t>2024</w:t>
            </w:r>
          </w:p>
        </w:tc>
        <w:tc>
          <w:tcPr>
            <w:tcW w:w="1169" w:type="dxa"/>
            <w:vAlign w:val="center"/>
          </w:tcPr>
          <w:p w14:paraId="17C17359" w14:textId="77777777" w:rsidR="00F12170" w:rsidRPr="007911BE" w:rsidRDefault="00000000">
            <w:pPr>
              <w:ind w:firstLine="0"/>
              <w:jc w:val="left"/>
            </w:pPr>
            <w:r w:rsidRPr="007911BE">
              <w:rPr>
                <w:sz w:val="24"/>
              </w:rPr>
              <w:t>4,000</w:t>
            </w:r>
          </w:p>
        </w:tc>
        <w:tc>
          <w:tcPr>
            <w:tcW w:w="1169" w:type="dxa"/>
            <w:vAlign w:val="center"/>
          </w:tcPr>
          <w:p w14:paraId="7372D108" w14:textId="77777777" w:rsidR="00F12170" w:rsidRPr="007911BE" w:rsidRDefault="00000000">
            <w:pPr>
              <w:ind w:firstLine="0"/>
              <w:jc w:val="left"/>
            </w:pPr>
            <w:r w:rsidRPr="007911BE">
              <w:rPr>
                <w:sz w:val="24"/>
              </w:rPr>
              <w:t>2030.0</w:t>
            </w:r>
          </w:p>
        </w:tc>
        <w:tc>
          <w:tcPr>
            <w:tcW w:w="1169" w:type="dxa"/>
            <w:vAlign w:val="center"/>
          </w:tcPr>
          <w:p w14:paraId="16CA067C" w14:textId="77777777" w:rsidR="00F12170" w:rsidRPr="007911BE" w:rsidRDefault="00000000">
            <w:pPr>
              <w:ind w:firstLine="0"/>
              <w:jc w:val="left"/>
            </w:pPr>
            <w:r w:rsidRPr="007911BE">
              <w:rPr>
                <w:sz w:val="24"/>
              </w:rPr>
              <w:t>3,900</w:t>
            </w:r>
          </w:p>
        </w:tc>
        <w:tc>
          <w:tcPr>
            <w:tcW w:w="1169" w:type="dxa"/>
            <w:vAlign w:val="center"/>
          </w:tcPr>
          <w:p w14:paraId="5F679026" w14:textId="77777777" w:rsidR="00F12170" w:rsidRPr="007911BE" w:rsidRDefault="00000000">
            <w:pPr>
              <w:ind w:firstLine="0"/>
              <w:jc w:val="left"/>
            </w:pPr>
            <w:r w:rsidRPr="007911BE">
              <w:rPr>
                <w:sz w:val="24"/>
              </w:rPr>
              <w:t>-0,100</w:t>
            </w:r>
          </w:p>
        </w:tc>
        <w:tc>
          <w:tcPr>
            <w:tcW w:w="1169" w:type="dxa"/>
            <w:vAlign w:val="center"/>
          </w:tcPr>
          <w:p w14:paraId="2311D820" w14:textId="77777777" w:rsidR="00F12170" w:rsidRPr="007911BE" w:rsidRDefault="00000000">
            <w:pPr>
              <w:ind w:firstLine="0"/>
              <w:jc w:val="left"/>
            </w:pPr>
            <w:proofErr w:type="spellStart"/>
            <w:r w:rsidRPr="007911BE">
              <w:rPr>
                <w:sz w:val="24"/>
              </w:rPr>
              <w:t>нет</w:t>
            </w:r>
            <w:proofErr w:type="spellEnd"/>
          </w:p>
        </w:tc>
      </w:tr>
      <w:tr w:rsidR="00F12170" w:rsidRPr="007911BE" w14:paraId="79BEDA96" w14:textId="77777777">
        <w:trPr>
          <w:jc w:val="center"/>
        </w:trPr>
        <w:tc>
          <w:tcPr>
            <w:tcW w:w="1169" w:type="dxa"/>
            <w:vAlign w:val="center"/>
          </w:tcPr>
          <w:p w14:paraId="68306190" w14:textId="77777777" w:rsidR="00F12170" w:rsidRPr="007911BE" w:rsidRDefault="00000000">
            <w:pPr>
              <w:ind w:firstLine="0"/>
              <w:jc w:val="left"/>
            </w:pPr>
            <w:r w:rsidRPr="007911BE">
              <w:rPr>
                <w:sz w:val="24"/>
              </w:rPr>
              <w:t>2.14.Я3.3</w:t>
            </w:r>
          </w:p>
        </w:tc>
        <w:tc>
          <w:tcPr>
            <w:tcW w:w="1169" w:type="dxa"/>
            <w:vAlign w:val="center"/>
          </w:tcPr>
          <w:p w14:paraId="231BB472" w14:textId="77777777" w:rsidR="00F12170" w:rsidRPr="007911BE" w:rsidRDefault="00000000">
            <w:pPr>
              <w:ind w:firstLine="0"/>
              <w:jc w:val="left"/>
            </w:pPr>
            <w:proofErr w:type="spellStart"/>
            <w:r w:rsidRPr="007911BE">
              <w:rPr>
                <w:sz w:val="24"/>
              </w:rPr>
              <w:t>Младенческая</w:t>
            </w:r>
            <w:proofErr w:type="spellEnd"/>
            <w:r w:rsidRPr="007911BE">
              <w:rPr>
                <w:sz w:val="24"/>
              </w:rPr>
              <w:t xml:space="preserve"> </w:t>
            </w:r>
            <w:proofErr w:type="spellStart"/>
            <w:r w:rsidRPr="007911BE">
              <w:rPr>
                <w:sz w:val="24"/>
              </w:rPr>
              <w:t>смертность</w:t>
            </w:r>
            <w:proofErr w:type="spellEnd"/>
          </w:p>
        </w:tc>
        <w:tc>
          <w:tcPr>
            <w:tcW w:w="1169" w:type="dxa"/>
            <w:vAlign w:val="center"/>
          </w:tcPr>
          <w:p w14:paraId="78E638CD" w14:textId="77777777" w:rsidR="00F12170" w:rsidRPr="007911BE" w:rsidRDefault="00000000">
            <w:pPr>
              <w:ind w:firstLine="0"/>
              <w:jc w:val="left"/>
            </w:pPr>
            <w:r w:rsidRPr="007911BE">
              <w:rPr>
                <w:sz w:val="24"/>
              </w:rPr>
              <w:t>2025</w:t>
            </w:r>
          </w:p>
        </w:tc>
        <w:tc>
          <w:tcPr>
            <w:tcW w:w="1169" w:type="dxa"/>
            <w:vAlign w:val="center"/>
          </w:tcPr>
          <w:p w14:paraId="331E03F0" w14:textId="77777777" w:rsidR="00F12170" w:rsidRPr="007911BE" w:rsidRDefault="00000000">
            <w:pPr>
              <w:ind w:firstLine="0"/>
              <w:jc w:val="left"/>
            </w:pPr>
            <w:r w:rsidRPr="007911BE">
              <w:rPr>
                <w:sz w:val="24"/>
              </w:rPr>
              <w:t>3,600</w:t>
            </w:r>
          </w:p>
        </w:tc>
        <w:tc>
          <w:tcPr>
            <w:tcW w:w="1169" w:type="dxa"/>
            <w:vAlign w:val="center"/>
          </w:tcPr>
          <w:p w14:paraId="2189E495" w14:textId="77777777" w:rsidR="00F12170" w:rsidRPr="007911BE" w:rsidRDefault="00000000">
            <w:pPr>
              <w:ind w:firstLine="0"/>
              <w:jc w:val="left"/>
            </w:pPr>
            <w:r w:rsidRPr="007911BE">
              <w:rPr>
                <w:sz w:val="24"/>
              </w:rPr>
              <w:t>2030.0</w:t>
            </w:r>
          </w:p>
        </w:tc>
        <w:tc>
          <w:tcPr>
            <w:tcW w:w="1169" w:type="dxa"/>
            <w:vAlign w:val="center"/>
          </w:tcPr>
          <w:p w14:paraId="4212EC2A" w14:textId="77777777" w:rsidR="00F12170" w:rsidRPr="007911BE" w:rsidRDefault="00000000">
            <w:pPr>
              <w:ind w:firstLine="0"/>
              <w:jc w:val="left"/>
            </w:pPr>
            <w:r w:rsidRPr="007911BE">
              <w:rPr>
                <w:sz w:val="24"/>
              </w:rPr>
              <w:t>3,900</w:t>
            </w:r>
          </w:p>
        </w:tc>
        <w:tc>
          <w:tcPr>
            <w:tcW w:w="1169" w:type="dxa"/>
            <w:vAlign w:val="center"/>
          </w:tcPr>
          <w:p w14:paraId="6AFADE66" w14:textId="77777777" w:rsidR="00F12170" w:rsidRPr="007911BE" w:rsidRDefault="00000000">
            <w:pPr>
              <w:ind w:firstLine="0"/>
              <w:jc w:val="left"/>
            </w:pPr>
            <w:r w:rsidRPr="007911BE">
              <w:rPr>
                <w:sz w:val="24"/>
              </w:rPr>
              <w:t>0,300</w:t>
            </w:r>
          </w:p>
        </w:tc>
        <w:tc>
          <w:tcPr>
            <w:tcW w:w="1169" w:type="dxa"/>
            <w:vAlign w:val="center"/>
          </w:tcPr>
          <w:p w14:paraId="3532D269" w14:textId="77777777" w:rsidR="00F12170" w:rsidRPr="007911BE" w:rsidRDefault="00000000">
            <w:pPr>
              <w:ind w:firstLine="0"/>
              <w:jc w:val="left"/>
            </w:pPr>
            <w:proofErr w:type="spellStart"/>
            <w:r w:rsidRPr="007911BE">
              <w:rPr>
                <w:sz w:val="24"/>
              </w:rPr>
              <w:t>да</w:t>
            </w:r>
            <w:proofErr w:type="spellEnd"/>
          </w:p>
        </w:tc>
      </w:tr>
      <w:tr w:rsidR="00F12170" w:rsidRPr="007911BE" w14:paraId="2E712A57" w14:textId="77777777">
        <w:trPr>
          <w:jc w:val="center"/>
        </w:trPr>
        <w:tc>
          <w:tcPr>
            <w:tcW w:w="1169" w:type="dxa"/>
            <w:vAlign w:val="center"/>
          </w:tcPr>
          <w:p w14:paraId="29D4A188" w14:textId="77777777" w:rsidR="00F12170" w:rsidRPr="007911BE" w:rsidRDefault="00000000">
            <w:pPr>
              <w:ind w:firstLine="0"/>
              <w:jc w:val="left"/>
            </w:pPr>
            <w:r w:rsidRPr="007911BE">
              <w:rPr>
                <w:sz w:val="24"/>
              </w:rPr>
              <w:t>2.14.Я3.5</w:t>
            </w:r>
          </w:p>
        </w:tc>
        <w:tc>
          <w:tcPr>
            <w:tcW w:w="1169" w:type="dxa"/>
            <w:vAlign w:val="center"/>
          </w:tcPr>
          <w:p w14:paraId="5D45ADC1" w14:textId="77777777" w:rsidR="00F12170" w:rsidRPr="007911BE" w:rsidRDefault="00000000">
            <w:pPr>
              <w:ind w:firstLine="0"/>
              <w:jc w:val="left"/>
              <w:rPr>
                <w:lang w:val="ru-RU"/>
              </w:rPr>
            </w:pPr>
            <w:r w:rsidRPr="007911BE">
              <w:rPr>
                <w:sz w:val="24"/>
                <w:lang w:val="ru-RU"/>
              </w:rPr>
              <w:t>Доля беременных женщин, обратившихся в медицинские организации в ситуации …</w:t>
            </w:r>
          </w:p>
        </w:tc>
        <w:tc>
          <w:tcPr>
            <w:tcW w:w="1169" w:type="dxa"/>
            <w:vAlign w:val="center"/>
          </w:tcPr>
          <w:p w14:paraId="5527ACAA" w14:textId="77777777" w:rsidR="00F12170" w:rsidRPr="007911BE" w:rsidRDefault="00000000">
            <w:pPr>
              <w:ind w:firstLine="0"/>
              <w:jc w:val="left"/>
            </w:pPr>
            <w:r w:rsidRPr="007911BE">
              <w:rPr>
                <w:sz w:val="24"/>
              </w:rPr>
              <w:t>2025</w:t>
            </w:r>
          </w:p>
        </w:tc>
        <w:tc>
          <w:tcPr>
            <w:tcW w:w="1169" w:type="dxa"/>
            <w:vAlign w:val="center"/>
          </w:tcPr>
          <w:p w14:paraId="6E17D0A5" w14:textId="77777777" w:rsidR="00F12170" w:rsidRPr="007911BE" w:rsidRDefault="00000000">
            <w:pPr>
              <w:ind w:firstLine="0"/>
              <w:jc w:val="left"/>
            </w:pPr>
            <w:r w:rsidRPr="007911BE">
              <w:rPr>
                <w:sz w:val="24"/>
              </w:rPr>
              <w:t>28,240</w:t>
            </w:r>
          </w:p>
        </w:tc>
        <w:tc>
          <w:tcPr>
            <w:tcW w:w="1169" w:type="dxa"/>
            <w:vAlign w:val="center"/>
          </w:tcPr>
          <w:p w14:paraId="22AC3072" w14:textId="77777777" w:rsidR="00F12170" w:rsidRPr="007911BE" w:rsidRDefault="00000000">
            <w:pPr>
              <w:ind w:firstLine="0"/>
              <w:jc w:val="left"/>
            </w:pPr>
            <w:r w:rsidRPr="007911BE">
              <w:rPr>
                <w:sz w:val="24"/>
              </w:rPr>
              <w:t>2030.0</w:t>
            </w:r>
          </w:p>
        </w:tc>
        <w:tc>
          <w:tcPr>
            <w:tcW w:w="1169" w:type="dxa"/>
            <w:vAlign w:val="center"/>
          </w:tcPr>
          <w:p w14:paraId="42CB4B79" w14:textId="77777777" w:rsidR="00F12170" w:rsidRPr="007911BE" w:rsidRDefault="00000000">
            <w:pPr>
              <w:ind w:firstLine="0"/>
              <w:jc w:val="left"/>
            </w:pPr>
            <w:r w:rsidRPr="007911BE">
              <w:rPr>
                <w:sz w:val="24"/>
              </w:rPr>
              <w:t>26,000</w:t>
            </w:r>
          </w:p>
        </w:tc>
        <w:tc>
          <w:tcPr>
            <w:tcW w:w="1169" w:type="dxa"/>
            <w:vAlign w:val="center"/>
          </w:tcPr>
          <w:p w14:paraId="0C1B346E" w14:textId="77777777" w:rsidR="00F12170" w:rsidRPr="007911BE" w:rsidRDefault="00000000">
            <w:pPr>
              <w:ind w:firstLine="0"/>
              <w:jc w:val="left"/>
            </w:pPr>
            <w:r w:rsidRPr="007911BE">
              <w:rPr>
                <w:sz w:val="24"/>
              </w:rPr>
              <w:t>2,240</w:t>
            </w:r>
          </w:p>
        </w:tc>
        <w:tc>
          <w:tcPr>
            <w:tcW w:w="1169" w:type="dxa"/>
            <w:vAlign w:val="center"/>
          </w:tcPr>
          <w:p w14:paraId="0AB720C7" w14:textId="77777777" w:rsidR="00F12170" w:rsidRPr="007911BE" w:rsidRDefault="00000000">
            <w:pPr>
              <w:ind w:firstLine="0"/>
              <w:jc w:val="left"/>
            </w:pPr>
            <w:proofErr w:type="spellStart"/>
            <w:r w:rsidRPr="007911BE">
              <w:rPr>
                <w:sz w:val="24"/>
              </w:rPr>
              <w:t>да</w:t>
            </w:r>
            <w:proofErr w:type="spellEnd"/>
          </w:p>
        </w:tc>
      </w:tr>
    </w:tbl>
    <w:p w14:paraId="46722059" w14:textId="77777777" w:rsidR="00F12170" w:rsidRPr="007911BE" w:rsidRDefault="00000000">
      <w:pPr>
        <w:ind w:firstLine="0"/>
        <w:jc w:val="left"/>
        <w:rPr>
          <w:lang w:val="ru-RU"/>
        </w:rPr>
      </w:pPr>
      <w:r w:rsidRPr="007911BE">
        <w:rPr>
          <w:i/>
          <w:sz w:val="24"/>
          <w:lang w:val="ru-RU"/>
        </w:rPr>
        <w:t>Источник: расчёты по базе ЕМИСС и паспорту проекта</w:t>
      </w:r>
    </w:p>
    <w:p w14:paraId="234FE0E2" w14:textId="77777777" w:rsidR="00F12170" w:rsidRPr="007911BE" w:rsidRDefault="00000000">
      <w:pPr>
        <w:ind w:firstLine="0"/>
        <w:jc w:val="center"/>
      </w:pPr>
      <w:r w:rsidRPr="007911BE">
        <w:rPr>
          <w:noProof/>
        </w:rPr>
        <w:lastRenderedPageBreak/>
        <w:drawing>
          <wp:inline distT="0" distB="0" distL="0" distR="0" wp14:anchorId="1D3D854B" wp14:editId="5C2F3D86">
            <wp:extent cx="5580000" cy="275336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et_gap_current.png"/>
                    <pic:cNvPicPr/>
                  </pic:nvPicPr>
                  <pic:blipFill>
                    <a:blip r:embed="rId11"/>
                    <a:stretch>
                      <a:fillRect/>
                    </a:stretch>
                  </pic:blipFill>
                  <pic:spPr>
                    <a:xfrm>
                      <a:off x="0" y="0"/>
                      <a:ext cx="5580000" cy="2753364"/>
                    </a:xfrm>
                    <a:prstGeom prst="rect">
                      <a:avLst/>
                    </a:prstGeom>
                  </pic:spPr>
                </pic:pic>
              </a:graphicData>
            </a:graphic>
          </wp:inline>
        </w:drawing>
      </w:r>
    </w:p>
    <w:p w14:paraId="4A72FCD1" w14:textId="77777777" w:rsidR="00F12170" w:rsidRPr="007911BE" w:rsidRDefault="00000000">
      <w:pPr>
        <w:ind w:firstLine="0"/>
        <w:jc w:val="center"/>
        <w:rPr>
          <w:lang w:val="ru-RU"/>
        </w:rPr>
      </w:pPr>
      <w:r w:rsidRPr="007911BE">
        <w:rPr>
          <w:lang w:val="ru-RU"/>
        </w:rPr>
        <w:t xml:space="preserve">Рисунок 4 </w:t>
      </w:r>
      <w:r w:rsidR="00387CF6" w:rsidRPr="007911BE">
        <w:rPr>
          <w:lang w:val="ru-RU"/>
        </w:rPr>
        <w:t xml:space="preserve">– </w:t>
      </w:r>
      <w:r w:rsidRPr="007911BE">
        <w:rPr>
          <w:lang w:val="ru-RU"/>
        </w:rPr>
        <w:t xml:space="preserve"> Текущий разрыв с целевыми значениями по данным ЕМИСС</w:t>
      </w:r>
    </w:p>
    <w:p w14:paraId="3859B90A" w14:textId="77777777" w:rsidR="00F12170" w:rsidRPr="007911BE" w:rsidRDefault="00000000">
      <w:pPr>
        <w:ind w:firstLine="0"/>
        <w:jc w:val="center"/>
        <w:rPr>
          <w:lang w:val="ru-RU"/>
        </w:rPr>
      </w:pPr>
      <w:r w:rsidRPr="007911BE">
        <w:rPr>
          <w:i/>
          <w:sz w:val="24"/>
          <w:lang w:val="ru-RU"/>
        </w:rPr>
        <w:t>Источник: расчёты по базе ЕМИСС и паспорту проекта</w:t>
      </w:r>
    </w:p>
    <w:p w14:paraId="651C89AD" w14:textId="77777777" w:rsidR="00F12170" w:rsidRPr="007911BE" w:rsidRDefault="00000000" w:rsidP="00585C06">
      <w:pPr>
        <w:pStyle w:val="21"/>
      </w:pPr>
      <w:bookmarkStart w:id="16" w:name="_Toc228134062"/>
      <w:r w:rsidRPr="007911BE">
        <w:t>4.2. Результаты</w:t>
      </w:r>
      <w:bookmarkEnd w:id="16"/>
    </w:p>
    <w:p w14:paraId="12DA91E9" w14:textId="77777777" w:rsidR="00F12170" w:rsidRPr="007911BE" w:rsidRDefault="00000000">
      <w:pPr>
        <w:rPr>
          <w:lang w:val="ru-RU"/>
        </w:rPr>
      </w:pPr>
      <w:r w:rsidRPr="007911BE">
        <w:rPr>
          <w:sz w:val="28"/>
          <w:lang w:val="ru-RU"/>
        </w:rPr>
        <w:t>По данным ЕМИСС, годовое значение СКР за 2025 год составляет 1,361 при целевом значении 1,443. Следовательно, уже на первой проектной точке наблюдается отрицательный разрыв 0,082. СКР третьих и последующих детей составляет 0,360 при целевом значении 0,399, то есть разрыв равен 0,039. Эти два показателя являются центральными для демографического эффекта проекта и в текущей траектории выглядят наиболее напряжёнными.</w:t>
      </w:r>
    </w:p>
    <w:p w14:paraId="661C45E0" w14:textId="77777777" w:rsidR="00F12170" w:rsidRPr="007911BE" w:rsidRDefault="00000000">
      <w:pPr>
        <w:rPr>
          <w:sz w:val="28"/>
          <w:lang w:val="ru-RU"/>
        </w:rPr>
      </w:pPr>
      <w:r w:rsidRPr="007911BE">
        <w:rPr>
          <w:sz w:val="28"/>
          <w:lang w:val="ru-RU"/>
        </w:rPr>
        <w:t>По долговременному уходу значение 10,55% при целевом 10,5% формально находится на целевой траектории. По количеству центров воспроизведения аудиовизуального контента 41 единица при целевом значении 40 также означает формальное достижение текущей цели. По удовлетворённости организациями культуры ЕМИСС показывает 93,6% при паспортной цели 56,5%, что требует отдельной методической проверки, поскольку столь высокий разрыв может быть связан с различиями в методике, шкале или источнике измерения.</w:t>
      </w:r>
    </w:p>
    <w:p w14:paraId="65B17EFC" w14:textId="77777777" w:rsidR="00F12170" w:rsidRPr="007911BE" w:rsidRDefault="00000000">
      <w:pPr>
        <w:ind w:firstLine="0"/>
        <w:jc w:val="center"/>
      </w:pPr>
      <w:r w:rsidRPr="007911BE">
        <w:rPr>
          <w:noProof/>
        </w:rPr>
        <w:drawing>
          <wp:inline distT="0" distB="0" distL="0" distR="0" wp14:anchorId="1B582F20" wp14:editId="25E08AE6">
            <wp:extent cx="5579361" cy="276241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1_.xls_2.14.Я.2_trend_forecast.png"/>
                    <pic:cNvPicPr/>
                  </pic:nvPicPr>
                  <pic:blipFill rotWithShape="1">
                    <a:blip r:embed="rId12"/>
                    <a:srcRect b="7970"/>
                    <a:stretch>
                      <a:fillRect/>
                    </a:stretch>
                  </pic:blipFill>
                  <pic:spPr bwMode="auto">
                    <a:xfrm>
                      <a:off x="0" y="0"/>
                      <a:ext cx="5580000" cy="2762727"/>
                    </a:xfrm>
                    <a:prstGeom prst="rect">
                      <a:avLst/>
                    </a:prstGeom>
                    <a:ln>
                      <a:noFill/>
                    </a:ln>
                    <a:extLst>
                      <a:ext uri="{53640926-AAD7-44D8-BBD7-CCE9431645EC}">
                        <a14:shadowObscured xmlns:a14="http://schemas.microsoft.com/office/drawing/2010/main"/>
                      </a:ext>
                    </a:extLst>
                  </pic:spPr>
                </pic:pic>
              </a:graphicData>
            </a:graphic>
          </wp:inline>
        </w:drawing>
      </w:r>
    </w:p>
    <w:p w14:paraId="656176DE" w14:textId="77777777" w:rsidR="00F12170" w:rsidRPr="007911BE" w:rsidRDefault="00000000">
      <w:pPr>
        <w:ind w:firstLine="0"/>
        <w:jc w:val="center"/>
        <w:rPr>
          <w:lang w:val="ru-RU"/>
        </w:rPr>
      </w:pPr>
      <w:r w:rsidRPr="007911BE">
        <w:rPr>
          <w:lang w:val="ru-RU"/>
        </w:rPr>
        <w:lastRenderedPageBreak/>
        <w:t xml:space="preserve">Рисунок 5 </w:t>
      </w:r>
      <w:r w:rsidR="00387CF6" w:rsidRPr="007911BE">
        <w:rPr>
          <w:lang w:val="ru-RU"/>
        </w:rPr>
        <w:t xml:space="preserve">– </w:t>
      </w:r>
      <w:r w:rsidRPr="007911BE">
        <w:rPr>
          <w:lang w:val="ru-RU"/>
        </w:rPr>
        <w:t xml:space="preserve"> Динамика и прогноз суммарного коэффициента рождаемости</w:t>
      </w:r>
    </w:p>
    <w:p w14:paraId="6719FD03" w14:textId="77777777" w:rsidR="00F12170" w:rsidRPr="007911BE" w:rsidRDefault="00000000">
      <w:pPr>
        <w:ind w:firstLine="0"/>
        <w:jc w:val="center"/>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базе</w:t>
      </w:r>
      <w:proofErr w:type="spellEnd"/>
      <w:r w:rsidRPr="007911BE">
        <w:rPr>
          <w:i/>
          <w:sz w:val="24"/>
        </w:rPr>
        <w:t xml:space="preserve"> ЕМИСС</w:t>
      </w:r>
    </w:p>
    <w:p w14:paraId="6B0C382D" w14:textId="77777777" w:rsidR="00F12170" w:rsidRPr="007911BE" w:rsidRDefault="00000000">
      <w:pPr>
        <w:ind w:firstLine="0"/>
        <w:jc w:val="center"/>
      </w:pPr>
      <w:r w:rsidRPr="007911BE">
        <w:rPr>
          <w:noProof/>
        </w:rPr>
        <w:drawing>
          <wp:inline distT="0" distB="0" distL="0" distR="0" wp14:anchorId="2D3B80DC" wp14:editId="4998887F">
            <wp:extent cx="5579361" cy="2785462"/>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2_.xls_2.14.Я.3_trend_forecast.png"/>
                    <pic:cNvPicPr/>
                  </pic:nvPicPr>
                  <pic:blipFill rotWithShape="1">
                    <a:blip r:embed="rId13"/>
                    <a:srcRect b="7203"/>
                    <a:stretch>
                      <a:fillRect/>
                    </a:stretch>
                  </pic:blipFill>
                  <pic:spPr bwMode="auto">
                    <a:xfrm>
                      <a:off x="0" y="0"/>
                      <a:ext cx="5580000" cy="2785781"/>
                    </a:xfrm>
                    <a:prstGeom prst="rect">
                      <a:avLst/>
                    </a:prstGeom>
                    <a:ln>
                      <a:noFill/>
                    </a:ln>
                    <a:extLst>
                      <a:ext uri="{53640926-AAD7-44D8-BBD7-CCE9431645EC}">
                        <a14:shadowObscured xmlns:a14="http://schemas.microsoft.com/office/drawing/2010/main"/>
                      </a:ext>
                    </a:extLst>
                  </pic:spPr>
                </pic:pic>
              </a:graphicData>
            </a:graphic>
          </wp:inline>
        </w:drawing>
      </w:r>
    </w:p>
    <w:p w14:paraId="4ED3F941" w14:textId="77777777" w:rsidR="00F12170" w:rsidRPr="007911BE" w:rsidRDefault="00000000">
      <w:pPr>
        <w:ind w:firstLine="0"/>
        <w:jc w:val="center"/>
        <w:rPr>
          <w:lang w:val="ru-RU"/>
        </w:rPr>
      </w:pPr>
      <w:r w:rsidRPr="007911BE">
        <w:rPr>
          <w:lang w:val="ru-RU"/>
        </w:rPr>
        <w:t xml:space="preserve">Рисунок 6 </w:t>
      </w:r>
      <w:r w:rsidR="00387CF6" w:rsidRPr="007911BE">
        <w:rPr>
          <w:lang w:val="ru-RU"/>
        </w:rPr>
        <w:t xml:space="preserve">– </w:t>
      </w:r>
      <w:r w:rsidRPr="007911BE">
        <w:rPr>
          <w:lang w:val="ru-RU"/>
        </w:rPr>
        <w:t xml:space="preserve"> Динамика и прогноз СКР третьих и последующих детей</w:t>
      </w:r>
    </w:p>
    <w:p w14:paraId="350E0376" w14:textId="77777777" w:rsidR="00F12170" w:rsidRPr="007911BE" w:rsidRDefault="00000000">
      <w:pPr>
        <w:ind w:firstLine="0"/>
        <w:jc w:val="center"/>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базе</w:t>
      </w:r>
      <w:proofErr w:type="spellEnd"/>
      <w:r w:rsidRPr="007911BE">
        <w:rPr>
          <w:i/>
          <w:sz w:val="24"/>
        </w:rPr>
        <w:t xml:space="preserve"> ЕМИСС</w:t>
      </w:r>
    </w:p>
    <w:p w14:paraId="75A79F54" w14:textId="77777777" w:rsidR="00F12170" w:rsidRPr="007911BE" w:rsidRDefault="00000000">
      <w:pPr>
        <w:ind w:firstLine="0"/>
        <w:jc w:val="center"/>
      </w:pPr>
      <w:r w:rsidRPr="007911BE">
        <w:rPr>
          <w:noProof/>
        </w:rPr>
        <w:drawing>
          <wp:inline distT="0" distB="0" distL="0" distR="0" wp14:anchorId="37BF0684" wp14:editId="64DC8CB2">
            <wp:extent cx="5579361" cy="2785462"/>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0_.xls_2.14.Я.1_trend_forecast.png"/>
                    <pic:cNvPicPr/>
                  </pic:nvPicPr>
                  <pic:blipFill rotWithShape="1">
                    <a:blip r:embed="rId14"/>
                    <a:srcRect b="7203"/>
                    <a:stretch>
                      <a:fillRect/>
                    </a:stretch>
                  </pic:blipFill>
                  <pic:spPr bwMode="auto">
                    <a:xfrm>
                      <a:off x="0" y="0"/>
                      <a:ext cx="5580000" cy="2785781"/>
                    </a:xfrm>
                    <a:prstGeom prst="rect">
                      <a:avLst/>
                    </a:prstGeom>
                    <a:ln>
                      <a:noFill/>
                    </a:ln>
                    <a:extLst>
                      <a:ext uri="{53640926-AAD7-44D8-BBD7-CCE9431645EC}">
                        <a14:shadowObscured xmlns:a14="http://schemas.microsoft.com/office/drawing/2010/main"/>
                      </a:ext>
                    </a:extLst>
                  </pic:spPr>
                </pic:pic>
              </a:graphicData>
            </a:graphic>
          </wp:inline>
        </w:drawing>
      </w:r>
    </w:p>
    <w:p w14:paraId="3A985513" w14:textId="77777777" w:rsidR="00F12170" w:rsidRPr="007911BE" w:rsidRDefault="00000000">
      <w:pPr>
        <w:ind w:firstLine="0"/>
        <w:jc w:val="center"/>
        <w:rPr>
          <w:lang w:val="ru-RU"/>
        </w:rPr>
      </w:pPr>
      <w:r w:rsidRPr="007911BE">
        <w:rPr>
          <w:lang w:val="ru-RU"/>
        </w:rPr>
        <w:t xml:space="preserve">Рисунок 7 </w:t>
      </w:r>
      <w:r w:rsidR="00387CF6" w:rsidRPr="007911BE">
        <w:rPr>
          <w:lang w:val="ru-RU"/>
        </w:rPr>
        <w:t xml:space="preserve">– </w:t>
      </w:r>
      <w:r w:rsidRPr="007911BE">
        <w:rPr>
          <w:lang w:val="ru-RU"/>
        </w:rPr>
        <w:t xml:space="preserve"> Динамика и прогноз уровня бедности среди многодетных семей</w:t>
      </w:r>
    </w:p>
    <w:p w14:paraId="0104819D" w14:textId="77777777" w:rsidR="00F12170" w:rsidRPr="007911BE" w:rsidRDefault="00000000">
      <w:pPr>
        <w:ind w:firstLine="0"/>
        <w:jc w:val="center"/>
        <w:rPr>
          <w:lang w:val="ru-RU"/>
        </w:rPr>
      </w:pPr>
      <w:r w:rsidRPr="007911BE">
        <w:rPr>
          <w:i/>
          <w:sz w:val="24"/>
          <w:lang w:val="ru-RU"/>
        </w:rPr>
        <w:t>Источник: расчёты по базе ЕМИСС</w:t>
      </w:r>
    </w:p>
    <w:p w14:paraId="24ED10FE" w14:textId="77777777" w:rsidR="00F12170" w:rsidRPr="007911BE" w:rsidRDefault="00585C06" w:rsidP="00585C06">
      <w:pPr>
        <w:pStyle w:val="21"/>
      </w:pPr>
      <w:bookmarkStart w:id="17" w:name="_Toc228134063"/>
      <w:r w:rsidRPr="007911BE">
        <w:t>4.3. Расширенная диагностика текущего статуса и достижимости целей</w:t>
      </w:r>
      <w:bookmarkEnd w:id="17"/>
    </w:p>
    <w:p w14:paraId="35B1B984" w14:textId="77777777" w:rsidR="00F12170" w:rsidRPr="007911BE" w:rsidRDefault="00000000">
      <w:pPr>
        <w:rPr>
          <w:sz w:val="28"/>
          <w:szCs w:val="28"/>
          <w:lang w:val="ru-RU"/>
        </w:rPr>
      </w:pPr>
      <w:r w:rsidRPr="007911BE">
        <w:rPr>
          <w:sz w:val="28"/>
          <w:szCs w:val="28"/>
          <w:lang w:val="ru-RU"/>
        </w:rPr>
        <w:t xml:space="preserve">На текущей статистической точке из 9 уникальных индикаторов, для которых в настоящей экспертизе имеется сопоставимый целевой контур, достигнуты или формально превышены цели по четырём направлениям: долговременный уход, создание центров аудиовизуального контента, удовлетворённость работой организаций культуры и показатель по репродуктивному выбору. Однако уже на этом уровне видны методические напряжения. По бедности многодетных семей зафиксировано расхождение базового значения между паспортом и ЕМИСС, а по удовлетворённости работой организаций культуры текущее значение существенно выше </w:t>
      </w:r>
      <w:r w:rsidRPr="007911BE">
        <w:rPr>
          <w:sz w:val="28"/>
          <w:szCs w:val="28"/>
          <w:lang w:val="ru-RU"/>
        </w:rPr>
        <w:lastRenderedPageBreak/>
        <w:t>паспортного ориентира, что требует отдельной проверки сопоставимости методик и пересмотра интерпретации паспортной траектории.</w:t>
      </w:r>
    </w:p>
    <w:p w14:paraId="7E26C8BD" w14:textId="77777777" w:rsidR="00F12170" w:rsidRPr="007911BE" w:rsidRDefault="00000000">
      <w:pPr>
        <w:rPr>
          <w:sz w:val="28"/>
          <w:szCs w:val="28"/>
          <w:lang w:val="ru-RU"/>
        </w:rPr>
      </w:pPr>
      <w:r w:rsidRPr="007911BE">
        <w:rPr>
          <w:sz w:val="28"/>
          <w:szCs w:val="28"/>
          <w:lang w:val="ru-RU"/>
        </w:rPr>
        <w:t>Прогнозный блок до 2030 года следует интерпретировать как диагностический, а не как строгую оценку причинной эффективности. По медианному прогнозу не достигаются цели по суммарному коэффициенту рождаемости (1,212 против целевых 1,593), суммарному коэффициенту рождаемости третьих и последующих детей (0,288 против 0,475), долговременному уходу (13,0 против 30,3), созданию центров аудиовизуального контента (164 против 900) и охвату репродуктивным скринингом (45,4 против 50,0). Формально благоприятные оценки по бедности многодетных семей, младенческой смертности и показателю по репродуктивному выбору необходимо сопровождать оговоркой о короткой длине ряда или о наличии двух операционных контуров наблюдения.</w:t>
      </w:r>
    </w:p>
    <w:p w14:paraId="30F003A1" w14:textId="77777777" w:rsidR="00F12170" w:rsidRPr="007911BE" w:rsidRDefault="00000000" w:rsidP="00B408C8">
      <w:pPr>
        <w:spacing w:before="120" w:after="60"/>
        <w:ind w:firstLine="0"/>
        <w:rPr>
          <w:lang w:val="ru-RU"/>
        </w:rPr>
      </w:pPr>
      <w:r w:rsidRPr="007911BE">
        <w:rPr>
          <w:lang w:val="ru-RU"/>
        </w:rPr>
        <w:t xml:space="preserve">Таблица 8 </w:t>
      </w:r>
      <w:r w:rsidR="00387CF6" w:rsidRPr="007911BE">
        <w:rPr>
          <w:lang w:val="ru-RU"/>
        </w:rPr>
        <w:t xml:space="preserve">– </w:t>
      </w:r>
      <w:r w:rsidRPr="007911BE">
        <w:rPr>
          <w:lang w:val="ru-RU"/>
        </w:rPr>
        <w:t xml:space="preserve"> Сопоставление текущих значений ЕМИСС с целевыми ориентирами</w:t>
      </w:r>
    </w:p>
    <w:tbl>
      <w:tblPr>
        <w:tblStyle w:val="aff0"/>
        <w:tblW w:w="0" w:type="auto"/>
        <w:jc w:val="center"/>
        <w:tblLook w:val="04A0" w:firstRow="1" w:lastRow="0" w:firstColumn="1" w:lastColumn="0" w:noHBand="0" w:noVBand="1"/>
      </w:tblPr>
      <w:tblGrid>
        <w:gridCol w:w="765"/>
        <w:gridCol w:w="2704"/>
        <w:gridCol w:w="1072"/>
        <w:gridCol w:w="831"/>
        <w:gridCol w:w="1283"/>
        <w:gridCol w:w="829"/>
        <w:gridCol w:w="958"/>
        <w:gridCol w:w="1413"/>
      </w:tblGrid>
      <w:tr w:rsidR="00F12170" w:rsidRPr="007911BE" w14:paraId="6894BA7D" w14:textId="77777777" w:rsidTr="00B408C8">
        <w:trPr>
          <w:tblHeader/>
          <w:jc w:val="center"/>
        </w:trPr>
        <w:tc>
          <w:tcPr>
            <w:tcW w:w="0" w:type="auto"/>
            <w:shd w:val="clear" w:color="auto" w:fill="D9EAF7"/>
            <w:vAlign w:val="center"/>
          </w:tcPr>
          <w:p w14:paraId="02C812D4" w14:textId="77777777" w:rsidR="00F12170" w:rsidRPr="007911BE" w:rsidRDefault="00000000">
            <w:pPr>
              <w:ind w:firstLine="0"/>
              <w:jc w:val="center"/>
            </w:pPr>
            <w:proofErr w:type="spellStart"/>
            <w:r w:rsidRPr="007911BE">
              <w:rPr>
                <w:b/>
                <w:sz w:val="14"/>
              </w:rPr>
              <w:t>Код</w:t>
            </w:r>
            <w:proofErr w:type="spellEnd"/>
          </w:p>
        </w:tc>
        <w:tc>
          <w:tcPr>
            <w:tcW w:w="0" w:type="auto"/>
            <w:shd w:val="clear" w:color="auto" w:fill="D9EAF7"/>
            <w:vAlign w:val="center"/>
          </w:tcPr>
          <w:p w14:paraId="5087129A" w14:textId="77777777" w:rsidR="00F12170" w:rsidRPr="007911BE" w:rsidRDefault="00000000">
            <w:pPr>
              <w:ind w:firstLine="0"/>
              <w:jc w:val="center"/>
            </w:pPr>
            <w:proofErr w:type="spellStart"/>
            <w:r w:rsidRPr="007911BE">
              <w:rPr>
                <w:b/>
                <w:sz w:val="14"/>
              </w:rPr>
              <w:t>Показатель</w:t>
            </w:r>
            <w:proofErr w:type="spellEnd"/>
          </w:p>
        </w:tc>
        <w:tc>
          <w:tcPr>
            <w:tcW w:w="0" w:type="auto"/>
            <w:shd w:val="clear" w:color="auto" w:fill="D9EAF7"/>
            <w:vAlign w:val="center"/>
          </w:tcPr>
          <w:p w14:paraId="68E171A4" w14:textId="77777777" w:rsidR="00F12170" w:rsidRPr="007911BE" w:rsidRDefault="00000000">
            <w:pPr>
              <w:ind w:firstLine="0"/>
              <w:jc w:val="center"/>
            </w:pPr>
            <w:proofErr w:type="spellStart"/>
            <w:r w:rsidRPr="007911BE">
              <w:rPr>
                <w:b/>
                <w:sz w:val="14"/>
              </w:rPr>
              <w:t>Текущая</w:t>
            </w:r>
            <w:proofErr w:type="spellEnd"/>
            <w:r w:rsidRPr="007911BE">
              <w:rPr>
                <w:b/>
                <w:sz w:val="14"/>
              </w:rPr>
              <w:t xml:space="preserve"> </w:t>
            </w:r>
            <w:proofErr w:type="spellStart"/>
            <w:r w:rsidRPr="007911BE">
              <w:rPr>
                <w:b/>
                <w:sz w:val="14"/>
              </w:rPr>
              <w:t>точка</w:t>
            </w:r>
            <w:proofErr w:type="spellEnd"/>
          </w:p>
        </w:tc>
        <w:tc>
          <w:tcPr>
            <w:tcW w:w="0" w:type="auto"/>
            <w:shd w:val="clear" w:color="auto" w:fill="D9EAF7"/>
            <w:vAlign w:val="center"/>
          </w:tcPr>
          <w:p w14:paraId="2BD18D4D" w14:textId="77777777" w:rsidR="00F12170" w:rsidRPr="007911BE" w:rsidRDefault="00000000">
            <w:pPr>
              <w:ind w:firstLine="0"/>
              <w:jc w:val="center"/>
            </w:pPr>
            <w:proofErr w:type="spellStart"/>
            <w:r w:rsidRPr="007911BE">
              <w:rPr>
                <w:b/>
                <w:sz w:val="14"/>
              </w:rPr>
              <w:t>Текущее</w:t>
            </w:r>
            <w:proofErr w:type="spellEnd"/>
            <w:r w:rsidRPr="007911BE">
              <w:rPr>
                <w:b/>
                <w:sz w:val="14"/>
              </w:rPr>
              <w:t xml:space="preserve"> </w:t>
            </w:r>
            <w:proofErr w:type="spellStart"/>
            <w:r w:rsidRPr="007911BE">
              <w:rPr>
                <w:b/>
                <w:sz w:val="14"/>
              </w:rPr>
              <w:t>значение</w:t>
            </w:r>
            <w:proofErr w:type="spellEnd"/>
          </w:p>
        </w:tc>
        <w:tc>
          <w:tcPr>
            <w:tcW w:w="0" w:type="auto"/>
            <w:shd w:val="clear" w:color="auto" w:fill="D9EAF7"/>
            <w:vAlign w:val="center"/>
          </w:tcPr>
          <w:p w14:paraId="21268BF4" w14:textId="77777777" w:rsidR="00F12170" w:rsidRPr="007911BE" w:rsidRDefault="00000000">
            <w:pPr>
              <w:ind w:firstLine="0"/>
              <w:jc w:val="center"/>
            </w:pPr>
            <w:proofErr w:type="spellStart"/>
            <w:r w:rsidRPr="007911BE">
              <w:rPr>
                <w:b/>
                <w:sz w:val="14"/>
              </w:rPr>
              <w:t>Год</w:t>
            </w:r>
            <w:proofErr w:type="spellEnd"/>
            <w:r w:rsidRPr="007911BE">
              <w:rPr>
                <w:b/>
                <w:sz w:val="14"/>
              </w:rPr>
              <w:t xml:space="preserve"> </w:t>
            </w:r>
            <w:proofErr w:type="spellStart"/>
            <w:r w:rsidRPr="007911BE">
              <w:rPr>
                <w:b/>
                <w:sz w:val="14"/>
              </w:rPr>
              <w:t>сопоставляемой</w:t>
            </w:r>
            <w:proofErr w:type="spellEnd"/>
            <w:r w:rsidRPr="007911BE">
              <w:rPr>
                <w:b/>
                <w:sz w:val="14"/>
              </w:rPr>
              <w:t xml:space="preserve"> </w:t>
            </w:r>
            <w:proofErr w:type="spellStart"/>
            <w:r w:rsidRPr="007911BE">
              <w:rPr>
                <w:b/>
                <w:sz w:val="14"/>
              </w:rPr>
              <w:t>цели</w:t>
            </w:r>
            <w:proofErr w:type="spellEnd"/>
          </w:p>
        </w:tc>
        <w:tc>
          <w:tcPr>
            <w:tcW w:w="0" w:type="auto"/>
            <w:shd w:val="clear" w:color="auto" w:fill="D9EAF7"/>
            <w:vAlign w:val="center"/>
          </w:tcPr>
          <w:p w14:paraId="5ED3E655" w14:textId="77777777" w:rsidR="00F12170" w:rsidRPr="007911BE" w:rsidRDefault="00000000">
            <w:pPr>
              <w:ind w:firstLine="0"/>
              <w:jc w:val="center"/>
            </w:pPr>
            <w:proofErr w:type="spellStart"/>
            <w:r w:rsidRPr="007911BE">
              <w:rPr>
                <w:b/>
                <w:sz w:val="14"/>
              </w:rPr>
              <w:t>Целевое</w:t>
            </w:r>
            <w:proofErr w:type="spellEnd"/>
            <w:r w:rsidRPr="007911BE">
              <w:rPr>
                <w:b/>
                <w:sz w:val="14"/>
              </w:rPr>
              <w:t xml:space="preserve"> </w:t>
            </w:r>
            <w:proofErr w:type="spellStart"/>
            <w:r w:rsidRPr="007911BE">
              <w:rPr>
                <w:b/>
                <w:sz w:val="14"/>
              </w:rPr>
              <w:t>значение</w:t>
            </w:r>
            <w:proofErr w:type="spellEnd"/>
          </w:p>
        </w:tc>
        <w:tc>
          <w:tcPr>
            <w:tcW w:w="0" w:type="auto"/>
            <w:shd w:val="clear" w:color="auto" w:fill="D9EAF7"/>
            <w:vAlign w:val="center"/>
          </w:tcPr>
          <w:p w14:paraId="02382ACB" w14:textId="77777777" w:rsidR="00F12170" w:rsidRPr="007911BE" w:rsidRDefault="00000000">
            <w:pPr>
              <w:ind w:firstLine="0"/>
              <w:jc w:val="center"/>
            </w:pPr>
            <w:proofErr w:type="spellStart"/>
            <w:r w:rsidRPr="007911BE">
              <w:rPr>
                <w:b/>
                <w:sz w:val="14"/>
              </w:rPr>
              <w:t>Статус</w:t>
            </w:r>
            <w:proofErr w:type="spellEnd"/>
            <w:r w:rsidRPr="007911BE">
              <w:rPr>
                <w:b/>
                <w:sz w:val="14"/>
              </w:rPr>
              <w:t xml:space="preserve"> </w:t>
            </w:r>
            <w:proofErr w:type="spellStart"/>
            <w:r w:rsidRPr="007911BE">
              <w:rPr>
                <w:b/>
                <w:sz w:val="14"/>
              </w:rPr>
              <w:t>на</w:t>
            </w:r>
            <w:proofErr w:type="spellEnd"/>
            <w:r w:rsidRPr="007911BE">
              <w:rPr>
                <w:b/>
                <w:sz w:val="14"/>
              </w:rPr>
              <w:t xml:space="preserve"> </w:t>
            </w:r>
            <w:proofErr w:type="spellStart"/>
            <w:r w:rsidRPr="007911BE">
              <w:rPr>
                <w:b/>
                <w:sz w:val="14"/>
              </w:rPr>
              <w:t>текущей</w:t>
            </w:r>
            <w:proofErr w:type="spellEnd"/>
            <w:r w:rsidRPr="007911BE">
              <w:rPr>
                <w:b/>
                <w:sz w:val="14"/>
              </w:rPr>
              <w:t xml:space="preserve"> </w:t>
            </w:r>
            <w:proofErr w:type="spellStart"/>
            <w:r w:rsidRPr="007911BE">
              <w:rPr>
                <w:b/>
                <w:sz w:val="14"/>
              </w:rPr>
              <w:t>точке</w:t>
            </w:r>
            <w:proofErr w:type="spellEnd"/>
          </w:p>
        </w:tc>
        <w:tc>
          <w:tcPr>
            <w:tcW w:w="0" w:type="auto"/>
            <w:shd w:val="clear" w:color="auto" w:fill="D9EAF7"/>
            <w:vAlign w:val="center"/>
          </w:tcPr>
          <w:p w14:paraId="3FCE4E0A" w14:textId="77777777" w:rsidR="00F12170" w:rsidRPr="007911BE" w:rsidRDefault="00000000">
            <w:pPr>
              <w:ind w:firstLine="0"/>
              <w:jc w:val="center"/>
            </w:pPr>
            <w:proofErr w:type="spellStart"/>
            <w:r w:rsidRPr="007911BE">
              <w:rPr>
                <w:b/>
                <w:sz w:val="14"/>
              </w:rPr>
              <w:t>Методическая</w:t>
            </w:r>
            <w:proofErr w:type="spellEnd"/>
            <w:r w:rsidRPr="007911BE">
              <w:rPr>
                <w:b/>
                <w:sz w:val="14"/>
              </w:rPr>
              <w:t xml:space="preserve"> </w:t>
            </w:r>
            <w:proofErr w:type="spellStart"/>
            <w:r w:rsidRPr="007911BE">
              <w:rPr>
                <w:b/>
                <w:sz w:val="14"/>
              </w:rPr>
              <w:t>оговорка</w:t>
            </w:r>
            <w:proofErr w:type="spellEnd"/>
          </w:p>
        </w:tc>
      </w:tr>
      <w:tr w:rsidR="00F12170" w:rsidRPr="00A27575" w14:paraId="7219AFF1" w14:textId="77777777" w:rsidTr="00B408C8">
        <w:trPr>
          <w:jc w:val="center"/>
        </w:trPr>
        <w:tc>
          <w:tcPr>
            <w:tcW w:w="0" w:type="auto"/>
            <w:vAlign w:val="center"/>
          </w:tcPr>
          <w:p w14:paraId="2CC32A9F" w14:textId="77777777" w:rsidR="00F12170" w:rsidRPr="007911BE" w:rsidRDefault="00000000">
            <w:pPr>
              <w:ind w:firstLine="0"/>
              <w:jc w:val="left"/>
            </w:pPr>
            <w:r w:rsidRPr="007911BE">
              <w:rPr>
                <w:sz w:val="14"/>
              </w:rPr>
              <w:t>2.14.Я.1</w:t>
            </w:r>
          </w:p>
        </w:tc>
        <w:tc>
          <w:tcPr>
            <w:tcW w:w="0" w:type="auto"/>
            <w:vAlign w:val="center"/>
          </w:tcPr>
          <w:p w14:paraId="5646EE1A" w14:textId="77777777" w:rsidR="00F12170" w:rsidRPr="007911BE" w:rsidRDefault="00000000">
            <w:pPr>
              <w:ind w:firstLine="0"/>
              <w:jc w:val="left"/>
              <w:rPr>
                <w:lang w:val="ru-RU"/>
              </w:rPr>
            </w:pPr>
            <w:r w:rsidRPr="007911BE">
              <w:rPr>
                <w:sz w:val="14"/>
                <w:lang w:val="ru-RU"/>
              </w:rPr>
              <w:t>Уровень бедности среди многодетных семей</w:t>
            </w:r>
          </w:p>
        </w:tc>
        <w:tc>
          <w:tcPr>
            <w:tcW w:w="0" w:type="auto"/>
            <w:vAlign w:val="center"/>
          </w:tcPr>
          <w:p w14:paraId="7A293B33" w14:textId="77777777" w:rsidR="00F12170" w:rsidRPr="007911BE" w:rsidRDefault="00000000">
            <w:pPr>
              <w:ind w:firstLine="0"/>
              <w:jc w:val="left"/>
            </w:pPr>
            <w:r w:rsidRPr="007911BE">
              <w:rPr>
                <w:sz w:val="14"/>
              </w:rPr>
              <w:t>2024 (</w:t>
            </w:r>
            <w:proofErr w:type="spellStart"/>
            <w:r w:rsidRPr="007911BE">
              <w:rPr>
                <w:sz w:val="14"/>
              </w:rPr>
              <w:t>значение</w:t>
            </w:r>
            <w:proofErr w:type="spellEnd"/>
            <w:r w:rsidRPr="007911BE">
              <w:rPr>
                <w:sz w:val="14"/>
              </w:rPr>
              <w:t xml:space="preserve"> </w:t>
            </w:r>
            <w:proofErr w:type="spellStart"/>
            <w:r w:rsidRPr="007911BE">
              <w:rPr>
                <w:sz w:val="14"/>
              </w:rPr>
              <w:t>показателя</w:t>
            </w:r>
            <w:proofErr w:type="spellEnd"/>
            <w:r w:rsidRPr="007911BE">
              <w:rPr>
                <w:sz w:val="14"/>
              </w:rPr>
              <w:t xml:space="preserve"> </w:t>
            </w:r>
            <w:proofErr w:type="spellStart"/>
            <w:r w:rsidRPr="007911BE">
              <w:rPr>
                <w:sz w:val="14"/>
              </w:rPr>
              <w:t>за</w:t>
            </w:r>
            <w:proofErr w:type="spellEnd"/>
            <w:r w:rsidRPr="007911BE">
              <w:rPr>
                <w:sz w:val="14"/>
              </w:rPr>
              <w:t xml:space="preserve"> </w:t>
            </w:r>
            <w:proofErr w:type="spellStart"/>
            <w:r w:rsidRPr="007911BE">
              <w:rPr>
                <w:sz w:val="14"/>
              </w:rPr>
              <w:t>год</w:t>
            </w:r>
            <w:proofErr w:type="spellEnd"/>
            <w:r w:rsidRPr="007911BE">
              <w:rPr>
                <w:sz w:val="14"/>
              </w:rPr>
              <w:t>)</w:t>
            </w:r>
          </w:p>
        </w:tc>
        <w:tc>
          <w:tcPr>
            <w:tcW w:w="0" w:type="auto"/>
            <w:vAlign w:val="center"/>
          </w:tcPr>
          <w:p w14:paraId="1AD118FA" w14:textId="77777777" w:rsidR="00F12170" w:rsidRPr="007911BE" w:rsidRDefault="00000000">
            <w:pPr>
              <w:ind w:firstLine="0"/>
              <w:jc w:val="center"/>
            </w:pPr>
            <w:r w:rsidRPr="007911BE">
              <w:rPr>
                <w:sz w:val="14"/>
              </w:rPr>
              <w:t>19.8</w:t>
            </w:r>
          </w:p>
        </w:tc>
        <w:tc>
          <w:tcPr>
            <w:tcW w:w="0" w:type="auto"/>
            <w:vAlign w:val="center"/>
          </w:tcPr>
          <w:p w14:paraId="62B7F5A0" w14:textId="77777777" w:rsidR="00F12170" w:rsidRPr="007911BE" w:rsidRDefault="00000000">
            <w:pPr>
              <w:ind w:firstLine="0"/>
              <w:jc w:val="center"/>
            </w:pPr>
            <w:r w:rsidRPr="007911BE">
              <w:rPr>
                <w:sz w:val="14"/>
              </w:rPr>
              <w:t>2030</w:t>
            </w:r>
          </w:p>
        </w:tc>
        <w:tc>
          <w:tcPr>
            <w:tcW w:w="0" w:type="auto"/>
            <w:vAlign w:val="center"/>
          </w:tcPr>
          <w:p w14:paraId="4656EDEA" w14:textId="77777777" w:rsidR="00F12170" w:rsidRPr="007911BE" w:rsidRDefault="00000000">
            <w:pPr>
              <w:ind w:firstLine="0"/>
              <w:jc w:val="center"/>
            </w:pPr>
            <w:r w:rsidRPr="007911BE">
              <w:rPr>
                <w:sz w:val="14"/>
              </w:rPr>
              <w:t>12</w:t>
            </w:r>
          </w:p>
        </w:tc>
        <w:tc>
          <w:tcPr>
            <w:tcW w:w="0" w:type="auto"/>
            <w:vAlign w:val="center"/>
          </w:tcPr>
          <w:p w14:paraId="0FF20E57"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достигнуто</w:t>
            </w:r>
            <w:proofErr w:type="spellEnd"/>
          </w:p>
        </w:tc>
        <w:tc>
          <w:tcPr>
            <w:tcW w:w="0" w:type="auto"/>
            <w:vAlign w:val="center"/>
          </w:tcPr>
          <w:p w14:paraId="541CDB66" w14:textId="77777777" w:rsidR="00F12170" w:rsidRPr="007911BE" w:rsidRDefault="00000000">
            <w:pPr>
              <w:ind w:firstLine="0"/>
              <w:jc w:val="left"/>
              <w:rPr>
                <w:lang w:val="ru-RU"/>
              </w:rPr>
            </w:pPr>
            <w:r w:rsidRPr="007911BE">
              <w:rPr>
                <w:sz w:val="14"/>
                <w:lang w:val="ru-RU"/>
              </w:rPr>
              <w:t>Расхождение базового значения: паспорт 27.2, ЕМИСС 21.5 (21.0%)</w:t>
            </w:r>
          </w:p>
        </w:tc>
      </w:tr>
      <w:tr w:rsidR="00F12170" w:rsidRPr="007911BE" w14:paraId="0F8E6523" w14:textId="77777777" w:rsidTr="00B408C8">
        <w:trPr>
          <w:jc w:val="center"/>
        </w:trPr>
        <w:tc>
          <w:tcPr>
            <w:tcW w:w="0" w:type="auto"/>
            <w:vAlign w:val="center"/>
          </w:tcPr>
          <w:p w14:paraId="5E7FB339" w14:textId="77777777" w:rsidR="00F12170" w:rsidRPr="007911BE" w:rsidRDefault="00000000">
            <w:pPr>
              <w:ind w:firstLine="0"/>
              <w:jc w:val="left"/>
            </w:pPr>
            <w:r w:rsidRPr="007911BE">
              <w:rPr>
                <w:sz w:val="14"/>
              </w:rPr>
              <w:t>2.14.Я.2</w:t>
            </w:r>
          </w:p>
        </w:tc>
        <w:tc>
          <w:tcPr>
            <w:tcW w:w="0" w:type="auto"/>
            <w:vAlign w:val="center"/>
          </w:tcPr>
          <w:p w14:paraId="640B8984" w14:textId="77777777" w:rsidR="00F12170" w:rsidRPr="007911BE" w:rsidRDefault="00000000">
            <w:pPr>
              <w:ind w:firstLine="0"/>
              <w:jc w:val="left"/>
            </w:pPr>
            <w:proofErr w:type="spellStart"/>
            <w:r w:rsidRPr="007911BE">
              <w:rPr>
                <w:sz w:val="14"/>
              </w:rPr>
              <w:t>Суммарный</w:t>
            </w:r>
            <w:proofErr w:type="spellEnd"/>
            <w:r w:rsidRPr="007911BE">
              <w:rPr>
                <w:sz w:val="14"/>
              </w:rPr>
              <w:t xml:space="preserve"> </w:t>
            </w:r>
            <w:proofErr w:type="spellStart"/>
            <w:r w:rsidRPr="007911BE">
              <w:rPr>
                <w:sz w:val="14"/>
              </w:rPr>
              <w:t>коэффициент</w:t>
            </w:r>
            <w:proofErr w:type="spellEnd"/>
            <w:r w:rsidRPr="007911BE">
              <w:rPr>
                <w:sz w:val="14"/>
              </w:rPr>
              <w:t xml:space="preserve"> </w:t>
            </w:r>
            <w:proofErr w:type="spellStart"/>
            <w:r w:rsidRPr="007911BE">
              <w:rPr>
                <w:sz w:val="14"/>
              </w:rPr>
              <w:t>рождаемости</w:t>
            </w:r>
            <w:proofErr w:type="spellEnd"/>
            <w:r w:rsidRPr="007911BE">
              <w:rPr>
                <w:sz w:val="14"/>
              </w:rPr>
              <w:t xml:space="preserve"> (Я1)</w:t>
            </w:r>
          </w:p>
        </w:tc>
        <w:tc>
          <w:tcPr>
            <w:tcW w:w="0" w:type="auto"/>
            <w:vAlign w:val="center"/>
          </w:tcPr>
          <w:p w14:paraId="29A777CD" w14:textId="77777777" w:rsidR="00F12170" w:rsidRPr="007911BE" w:rsidRDefault="00000000">
            <w:pPr>
              <w:ind w:firstLine="0"/>
              <w:jc w:val="left"/>
            </w:pPr>
            <w:r w:rsidRPr="007911BE">
              <w:rPr>
                <w:sz w:val="14"/>
              </w:rPr>
              <w:t>2025 (</w:t>
            </w:r>
            <w:proofErr w:type="spellStart"/>
            <w:r w:rsidRPr="007911BE">
              <w:rPr>
                <w:sz w:val="14"/>
              </w:rPr>
              <w:t>значение</w:t>
            </w:r>
            <w:proofErr w:type="spellEnd"/>
            <w:r w:rsidRPr="007911BE">
              <w:rPr>
                <w:sz w:val="14"/>
              </w:rPr>
              <w:t xml:space="preserve"> </w:t>
            </w:r>
            <w:proofErr w:type="spellStart"/>
            <w:r w:rsidRPr="007911BE">
              <w:rPr>
                <w:sz w:val="14"/>
              </w:rPr>
              <w:t>показателя</w:t>
            </w:r>
            <w:proofErr w:type="spellEnd"/>
            <w:r w:rsidRPr="007911BE">
              <w:rPr>
                <w:sz w:val="14"/>
              </w:rPr>
              <w:t xml:space="preserve"> </w:t>
            </w:r>
            <w:proofErr w:type="spellStart"/>
            <w:r w:rsidRPr="007911BE">
              <w:rPr>
                <w:sz w:val="14"/>
              </w:rPr>
              <w:t>за</w:t>
            </w:r>
            <w:proofErr w:type="spellEnd"/>
            <w:r w:rsidRPr="007911BE">
              <w:rPr>
                <w:sz w:val="14"/>
              </w:rPr>
              <w:t xml:space="preserve"> </w:t>
            </w:r>
            <w:proofErr w:type="spellStart"/>
            <w:r w:rsidRPr="007911BE">
              <w:rPr>
                <w:sz w:val="14"/>
              </w:rPr>
              <w:t>год</w:t>
            </w:r>
            <w:proofErr w:type="spellEnd"/>
            <w:r w:rsidRPr="007911BE">
              <w:rPr>
                <w:sz w:val="14"/>
              </w:rPr>
              <w:t>)</w:t>
            </w:r>
          </w:p>
        </w:tc>
        <w:tc>
          <w:tcPr>
            <w:tcW w:w="0" w:type="auto"/>
            <w:vAlign w:val="center"/>
          </w:tcPr>
          <w:p w14:paraId="18ABCE10" w14:textId="77777777" w:rsidR="00F12170" w:rsidRPr="007911BE" w:rsidRDefault="00000000">
            <w:pPr>
              <w:ind w:firstLine="0"/>
              <w:jc w:val="center"/>
            </w:pPr>
            <w:r w:rsidRPr="007911BE">
              <w:rPr>
                <w:sz w:val="14"/>
              </w:rPr>
              <w:t>1.36</w:t>
            </w:r>
          </w:p>
        </w:tc>
        <w:tc>
          <w:tcPr>
            <w:tcW w:w="0" w:type="auto"/>
            <w:vAlign w:val="center"/>
          </w:tcPr>
          <w:p w14:paraId="120D0672" w14:textId="77777777" w:rsidR="00F12170" w:rsidRPr="007911BE" w:rsidRDefault="00000000">
            <w:pPr>
              <w:ind w:firstLine="0"/>
              <w:jc w:val="center"/>
            </w:pPr>
            <w:r w:rsidRPr="007911BE">
              <w:rPr>
                <w:sz w:val="14"/>
              </w:rPr>
              <w:t>2025</w:t>
            </w:r>
          </w:p>
        </w:tc>
        <w:tc>
          <w:tcPr>
            <w:tcW w:w="0" w:type="auto"/>
            <w:vAlign w:val="center"/>
          </w:tcPr>
          <w:p w14:paraId="18BCF398" w14:textId="77777777" w:rsidR="00F12170" w:rsidRPr="007911BE" w:rsidRDefault="00000000">
            <w:pPr>
              <w:ind w:firstLine="0"/>
              <w:jc w:val="center"/>
            </w:pPr>
            <w:r w:rsidRPr="007911BE">
              <w:rPr>
                <w:sz w:val="14"/>
              </w:rPr>
              <w:t>1.44</w:t>
            </w:r>
          </w:p>
        </w:tc>
        <w:tc>
          <w:tcPr>
            <w:tcW w:w="0" w:type="auto"/>
            <w:vAlign w:val="center"/>
          </w:tcPr>
          <w:p w14:paraId="23D9E031"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достигнуто</w:t>
            </w:r>
            <w:proofErr w:type="spellEnd"/>
          </w:p>
        </w:tc>
        <w:tc>
          <w:tcPr>
            <w:tcW w:w="0" w:type="auto"/>
            <w:vAlign w:val="center"/>
          </w:tcPr>
          <w:p w14:paraId="787A86B2" w14:textId="77777777" w:rsidR="00F12170" w:rsidRPr="007911BE" w:rsidRDefault="00F12170">
            <w:pPr>
              <w:ind w:firstLine="0"/>
              <w:jc w:val="left"/>
            </w:pPr>
          </w:p>
        </w:tc>
      </w:tr>
      <w:tr w:rsidR="00F12170" w:rsidRPr="007911BE" w14:paraId="793EF034" w14:textId="77777777" w:rsidTr="00B408C8">
        <w:trPr>
          <w:jc w:val="center"/>
        </w:trPr>
        <w:tc>
          <w:tcPr>
            <w:tcW w:w="0" w:type="auto"/>
            <w:vAlign w:val="center"/>
          </w:tcPr>
          <w:p w14:paraId="64CA969A" w14:textId="77777777" w:rsidR="00F12170" w:rsidRPr="007911BE" w:rsidRDefault="00000000">
            <w:pPr>
              <w:ind w:firstLine="0"/>
              <w:jc w:val="left"/>
            </w:pPr>
            <w:r w:rsidRPr="007911BE">
              <w:rPr>
                <w:sz w:val="14"/>
              </w:rPr>
              <w:t>2.14.Я.3</w:t>
            </w:r>
          </w:p>
        </w:tc>
        <w:tc>
          <w:tcPr>
            <w:tcW w:w="0" w:type="auto"/>
            <w:vAlign w:val="center"/>
          </w:tcPr>
          <w:p w14:paraId="4B007633" w14:textId="77777777" w:rsidR="00F12170" w:rsidRPr="007911BE" w:rsidRDefault="00000000">
            <w:pPr>
              <w:ind w:firstLine="0"/>
              <w:jc w:val="left"/>
              <w:rPr>
                <w:lang w:val="ru-RU"/>
              </w:rPr>
            </w:pPr>
            <w:r w:rsidRPr="007911BE">
              <w:rPr>
                <w:sz w:val="14"/>
                <w:lang w:val="ru-RU"/>
              </w:rPr>
              <w:t>Суммарный коэффициент рождаемости третьих и последующих детей (Я2)</w:t>
            </w:r>
          </w:p>
        </w:tc>
        <w:tc>
          <w:tcPr>
            <w:tcW w:w="0" w:type="auto"/>
            <w:vAlign w:val="center"/>
          </w:tcPr>
          <w:p w14:paraId="6BC35DB6" w14:textId="77777777" w:rsidR="00F12170" w:rsidRPr="007911BE" w:rsidRDefault="00000000">
            <w:pPr>
              <w:ind w:firstLine="0"/>
              <w:jc w:val="left"/>
            </w:pPr>
            <w:r w:rsidRPr="007911BE">
              <w:rPr>
                <w:sz w:val="14"/>
              </w:rPr>
              <w:t>2025 (</w:t>
            </w:r>
            <w:proofErr w:type="spellStart"/>
            <w:r w:rsidRPr="007911BE">
              <w:rPr>
                <w:sz w:val="14"/>
              </w:rPr>
              <w:t>значение</w:t>
            </w:r>
            <w:proofErr w:type="spellEnd"/>
            <w:r w:rsidRPr="007911BE">
              <w:rPr>
                <w:sz w:val="14"/>
              </w:rPr>
              <w:t xml:space="preserve"> </w:t>
            </w:r>
            <w:proofErr w:type="spellStart"/>
            <w:r w:rsidRPr="007911BE">
              <w:rPr>
                <w:sz w:val="14"/>
              </w:rPr>
              <w:t>показателя</w:t>
            </w:r>
            <w:proofErr w:type="spellEnd"/>
            <w:r w:rsidRPr="007911BE">
              <w:rPr>
                <w:sz w:val="14"/>
              </w:rPr>
              <w:t xml:space="preserve"> </w:t>
            </w:r>
            <w:proofErr w:type="spellStart"/>
            <w:r w:rsidRPr="007911BE">
              <w:rPr>
                <w:sz w:val="14"/>
              </w:rPr>
              <w:t>за</w:t>
            </w:r>
            <w:proofErr w:type="spellEnd"/>
            <w:r w:rsidRPr="007911BE">
              <w:rPr>
                <w:sz w:val="14"/>
              </w:rPr>
              <w:t xml:space="preserve"> </w:t>
            </w:r>
            <w:proofErr w:type="spellStart"/>
            <w:r w:rsidRPr="007911BE">
              <w:rPr>
                <w:sz w:val="14"/>
              </w:rPr>
              <w:t>год</w:t>
            </w:r>
            <w:proofErr w:type="spellEnd"/>
            <w:r w:rsidRPr="007911BE">
              <w:rPr>
                <w:sz w:val="14"/>
              </w:rPr>
              <w:t>)</w:t>
            </w:r>
          </w:p>
        </w:tc>
        <w:tc>
          <w:tcPr>
            <w:tcW w:w="0" w:type="auto"/>
            <w:vAlign w:val="center"/>
          </w:tcPr>
          <w:p w14:paraId="40EF117E" w14:textId="77777777" w:rsidR="00F12170" w:rsidRPr="007911BE" w:rsidRDefault="00000000">
            <w:pPr>
              <w:ind w:firstLine="0"/>
              <w:jc w:val="center"/>
            </w:pPr>
            <w:r w:rsidRPr="007911BE">
              <w:rPr>
                <w:sz w:val="14"/>
              </w:rPr>
              <w:t>0.36</w:t>
            </w:r>
          </w:p>
        </w:tc>
        <w:tc>
          <w:tcPr>
            <w:tcW w:w="0" w:type="auto"/>
            <w:vAlign w:val="center"/>
          </w:tcPr>
          <w:p w14:paraId="2E7EEAB6" w14:textId="77777777" w:rsidR="00F12170" w:rsidRPr="007911BE" w:rsidRDefault="00000000">
            <w:pPr>
              <w:ind w:firstLine="0"/>
              <w:jc w:val="center"/>
            </w:pPr>
            <w:r w:rsidRPr="007911BE">
              <w:rPr>
                <w:sz w:val="14"/>
              </w:rPr>
              <w:t>2025</w:t>
            </w:r>
          </w:p>
        </w:tc>
        <w:tc>
          <w:tcPr>
            <w:tcW w:w="0" w:type="auto"/>
            <w:vAlign w:val="center"/>
          </w:tcPr>
          <w:p w14:paraId="55FF1D16" w14:textId="77777777" w:rsidR="00F12170" w:rsidRPr="007911BE" w:rsidRDefault="00000000">
            <w:pPr>
              <w:ind w:firstLine="0"/>
              <w:jc w:val="center"/>
            </w:pPr>
            <w:r w:rsidRPr="007911BE">
              <w:rPr>
                <w:sz w:val="14"/>
              </w:rPr>
              <w:t>0.4</w:t>
            </w:r>
          </w:p>
        </w:tc>
        <w:tc>
          <w:tcPr>
            <w:tcW w:w="0" w:type="auto"/>
            <w:vAlign w:val="center"/>
          </w:tcPr>
          <w:p w14:paraId="370BAE15"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достигнуто</w:t>
            </w:r>
            <w:proofErr w:type="spellEnd"/>
          </w:p>
        </w:tc>
        <w:tc>
          <w:tcPr>
            <w:tcW w:w="0" w:type="auto"/>
            <w:vAlign w:val="center"/>
          </w:tcPr>
          <w:p w14:paraId="56223458" w14:textId="77777777" w:rsidR="00F12170" w:rsidRPr="007911BE" w:rsidRDefault="00F12170">
            <w:pPr>
              <w:ind w:firstLine="0"/>
              <w:jc w:val="left"/>
            </w:pPr>
          </w:p>
        </w:tc>
      </w:tr>
      <w:tr w:rsidR="00F12170" w:rsidRPr="007911BE" w14:paraId="031FB2B5" w14:textId="77777777" w:rsidTr="00B408C8">
        <w:trPr>
          <w:jc w:val="center"/>
        </w:trPr>
        <w:tc>
          <w:tcPr>
            <w:tcW w:w="0" w:type="auto"/>
            <w:vAlign w:val="center"/>
          </w:tcPr>
          <w:p w14:paraId="7E91EBBB" w14:textId="77777777" w:rsidR="00F12170" w:rsidRPr="007911BE" w:rsidRDefault="00000000">
            <w:pPr>
              <w:ind w:firstLine="0"/>
              <w:jc w:val="left"/>
            </w:pPr>
            <w:r w:rsidRPr="007911BE">
              <w:rPr>
                <w:sz w:val="14"/>
              </w:rPr>
              <w:t>2.14.Я.4</w:t>
            </w:r>
          </w:p>
        </w:tc>
        <w:tc>
          <w:tcPr>
            <w:tcW w:w="0" w:type="auto"/>
            <w:vAlign w:val="center"/>
          </w:tcPr>
          <w:p w14:paraId="3F0D540D" w14:textId="77777777" w:rsidR="00F12170" w:rsidRPr="007911BE" w:rsidRDefault="00000000">
            <w:pPr>
              <w:ind w:firstLine="0"/>
              <w:jc w:val="left"/>
              <w:rPr>
                <w:lang w:val="ru-RU"/>
              </w:rPr>
            </w:pPr>
            <w:r w:rsidRPr="007911BE">
              <w:rPr>
                <w:sz w:val="14"/>
                <w:lang w:val="ru-RU"/>
              </w:rPr>
              <w:t>Доля пожилых граждан и инвалидов, получающих долговременный уход, от общего числа нуждающихся в таком уходе граждан (Я4)</w:t>
            </w:r>
          </w:p>
        </w:tc>
        <w:tc>
          <w:tcPr>
            <w:tcW w:w="0" w:type="auto"/>
            <w:vAlign w:val="center"/>
          </w:tcPr>
          <w:p w14:paraId="7D5E5EF2" w14:textId="77777777" w:rsidR="00F12170" w:rsidRPr="007911BE" w:rsidRDefault="00000000">
            <w:pPr>
              <w:ind w:firstLine="0"/>
              <w:jc w:val="left"/>
            </w:pPr>
            <w:r w:rsidRPr="007911BE">
              <w:rPr>
                <w:sz w:val="14"/>
              </w:rPr>
              <w:t>2025 (</w:t>
            </w:r>
            <w:proofErr w:type="spellStart"/>
            <w:r w:rsidRPr="007911BE">
              <w:rPr>
                <w:sz w:val="14"/>
              </w:rPr>
              <w:t>декабрь</w:t>
            </w:r>
            <w:proofErr w:type="spellEnd"/>
            <w:r w:rsidRPr="007911BE">
              <w:rPr>
                <w:sz w:val="14"/>
              </w:rPr>
              <w:t>)</w:t>
            </w:r>
          </w:p>
        </w:tc>
        <w:tc>
          <w:tcPr>
            <w:tcW w:w="0" w:type="auto"/>
            <w:vAlign w:val="center"/>
          </w:tcPr>
          <w:p w14:paraId="286D5D28" w14:textId="77777777" w:rsidR="00F12170" w:rsidRPr="007911BE" w:rsidRDefault="00000000">
            <w:pPr>
              <w:ind w:firstLine="0"/>
              <w:jc w:val="center"/>
            </w:pPr>
            <w:r w:rsidRPr="007911BE">
              <w:rPr>
                <w:sz w:val="14"/>
              </w:rPr>
              <w:t>10.55</w:t>
            </w:r>
          </w:p>
        </w:tc>
        <w:tc>
          <w:tcPr>
            <w:tcW w:w="0" w:type="auto"/>
            <w:vAlign w:val="center"/>
          </w:tcPr>
          <w:p w14:paraId="069B8919" w14:textId="77777777" w:rsidR="00F12170" w:rsidRPr="007911BE" w:rsidRDefault="00000000">
            <w:pPr>
              <w:ind w:firstLine="0"/>
              <w:jc w:val="center"/>
            </w:pPr>
            <w:r w:rsidRPr="007911BE">
              <w:rPr>
                <w:sz w:val="14"/>
              </w:rPr>
              <w:t>2025</w:t>
            </w:r>
          </w:p>
        </w:tc>
        <w:tc>
          <w:tcPr>
            <w:tcW w:w="0" w:type="auto"/>
            <w:vAlign w:val="center"/>
          </w:tcPr>
          <w:p w14:paraId="17E73517" w14:textId="77777777" w:rsidR="00F12170" w:rsidRPr="007911BE" w:rsidRDefault="00000000">
            <w:pPr>
              <w:ind w:firstLine="0"/>
              <w:jc w:val="center"/>
            </w:pPr>
            <w:r w:rsidRPr="007911BE">
              <w:rPr>
                <w:sz w:val="14"/>
              </w:rPr>
              <w:t>10.5</w:t>
            </w:r>
          </w:p>
        </w:tc>
        <w:tc>
          <w:tcPr>
            <w:tcW w:w="0" w:type="auto"/>
            <w:vAlign w:val="center"/>
          </w:tcPr>
          <w:p w14:paraId="1BEC5EE4" w14:textId="77777777" w:rsidR="00F12170" w:rsidRPr="007911BE" w:rsidRDefault="00000000">
            <w:pPr>
              <w:ind w:firstLine="0"/>
              <w:jc w:val="left"/>
            </w:pPr>
            <w:proofErr w:type="spellStart"/>
            <w:r w:rsidRPr="007911BE">
              <w:rPr>
                <w:sz w:val="14"/>
              </w:rPr>
              <w:t>достигнуто</w:t>
            </w:r>
            <w:proofErr w:type="spellEnd"/>
          </w:p>
        </w:tc>
        <w:tc>
          <w:tcPr>
            <w:tcW w:w="0" w:type="auto"/>
            <w:vAlign w:val="center"/>
          </w:tcPr>
          <w:p w14:paraId="560118C2" w14:textId="77777777" w:rsidR="00F12170" w:rsidRPr="007911BE" w:rsidRDefault="00F12170">
            <w:pPr>
              <w:ind w:firstLine="0"/>
              <w:jc w:val="left"/>
            </w:pPr>
          </w:p>
        </w:tc>
      </w:tr>
      <w:tr w:rsidR="00F12170" w:rsidRPr="007911BE" w14:paraId="521872EC" w14:textId="77777777" w:rsidTr="00B408C8">
        <w:trPr>
          <w:jc w:val="center"/>
        </w:trPr>
        <w:tc>
          <w:tcPr>
            <w:tcW w:w="0" w:type="auto"/>
            <w:vAlign w:val="center"/>
          </w:tcPr>
          <w:p w14:paraId="72177044" w14:textId="77777777" w:rsidR="00F12170" w:rsidRPr="007911BE" w:rsidRDefault="00000000">
            <w:pPr>
              <w:ind w:firstLine="0"/>
              <w:jc w:val="left"/>
            </w:pPr>
            <w:r w:rsidRPr="007911BE">
              <w:rPr>
                <w:sz w:val="14"/>
              </w:rPr>
              <w:t>2.14.Я.5</w:t>
            </w:r>
          </w:p>
        </w:tc>
        <w:tc>
          <w:tcPr>
            <w:tcW w:w="0" w:type="auto"/>
            <w:vAlign w:val="center"/>
          </w:tcPr>
          <w:p w14:paraId="083AC87C" w14:textId="77777777" w:rsidR="00F12170" w:rsidRPr="007911BE" w:rsidRDefault="00000000">
            <w:pPr>
              <w:ind w:firstLine="0"/>
              <w:jc w:val="left"/>
              <w:rPr>
                <w:lang w:val="ru-RU"/>
              </w:rPr>
            </w:pPr>
            <w:r w:rsidRPr="007911BE">
              <w:rPr>
                <w:sz w:val="14"/>
                <w:lang w:val="ru-RU"/>
              </w:rPr>
              <w:t>Количество созданных центров воспроизведения аудиовизуального контента в малых населенных пунктах с численностью населения до 50 тыс. человек, оснащенных необходимым оборудованием и подключенных к единой цифровой платформе с библиотекой современных продуктов российской киноиндустрии (Я5)</w:t>
            </w:r>
          </w:p>
        </w:tc>
        <w:tc>
          <w:tcPr>
            <w:tcW w:w="0" w:type="auto"/>
            <w:vAlign w:val="center"/>
          </w:tcPr>
          <w:p w14:paraId="5229F71E" w14:textId="77777777" w:rsidR="00F12170" w:rsidRPr="007911BE" w:rsidRDefault="00000000">
            <w:pPr>
              <w:ind w:firstLine="0"/>
              <w:jc w:val="left"/>
            </w:pPr>
            <w:r w:rsidRPr="007911BE">
              <w:rPr>
                <w:sz w:val="14"/>
              </w:rPr>
              <w:t>2025 (</w:t>
            </w:r>
            <w:proofErr w:type="spellStart"/>
            <w:r w:rsidRPr="007911BE">
              <w:rPr>
                <w:sz w:val="14"/>
              </w:rPr>
              <w:t>декабрь</w:t>
            </w:r>
            <w:proofErr w:type="spellEnd"/>
            <w:r w:rsidRPr="007911BE">
              <w:rPr>
                <w:sz w:val="14"/>
              </w:rPr>
              <w:t>)</w:t>
            </w:r>
          </w:p>
        </w:tc>
        <w:tc>
          <w:tcPr>
            <w:tcW w:w="0" w:type="auto"/>
            <w:vAlign w:val="center"/>
          </w:tcPr>
          <w:p w14:paraId="2EFA0AF9" w14:textId="77777777" w:rsidR="00F12170" w:rsidRPr="007911BE" w:rsidRDefault="00000000">
            <w:pPr>
              <w:ind w:firstLine="0"/>
              <w:jc w:val="center"/>
            </w:pPr>
            <w:r w:rsidRPr="007911BE">
              <w:rPr>
                <w:sz w:val="14"/>
              </w:rPr>
              <w:t>41</w:t>
            </w:r>
          </w:p>
        </w:tc>
        <w:tc>
          <w:tcPr>
            <w:tcW w:w="0" w:type="auto"/>
            <w:vAlign w:val="center"/>
          </w:tcPr>
          <w:p w14:paraId="4983BA76" w14:textId="77777777" w:rsidR="00F12170" w:rsidRPr="007911BE" w:rsidRDefault="00000000">
            <w:pPr>
              <w:ind w:firstLine="0"/>
              <w:jc w:val="center"/>
            </w:pPr>
            <w:r w:rsidRPr="007911BE">
              <w:rPr>
                <w:sz w:val="14"/>
              </w:rPr>
              <w:t>2025</w:t>
            </w:r>
          </w:p>
        </w:tc>
        <w:tc>
          <w:tcPr>
            <w:tcW w:w="0" w:type="auto"/>
            <w:vAlign w:val="center"/>
          </w:tcPr>
          <w:p w14:paraId="5D95300F" w14:textId="77777777" w:rsidR="00F12170" w:rsidRPr="007911BE" w:rsidRDefault="00000000">
            <w:pPr>
              <w:ind w:firstLine="0"/>
              <w:jc w:val="center"/>
            </w:pPr>
            <w:r w:rsidRPr="007911BE">
              <w:rPr>
                <w:sz w:val="14"/>
              </w:rPr>
              <w:t>40</w:t>
            </w:r>
          </w:p>
        </w:tc>
        <w:tc>
          <w:tcPr>
            <w:tcW w:w="0" w:type="auto"/>
            <w:vAlign w:val="center"/>
          </w:tcPr>
          <w:p w14:paraId="3F619E91" w14:textId="77777777" w:rsidR="00F12170" w:rsidRPr="007911BE" w:rsidRDefault="00000000">
            <w:pPr>
              <w:ind w:firstLine="0"/>
              <w:jc w:val="left"/>
            </w:pPr>
            <w:proofErr w:type="spellStart"/>
            <w:r w:rsidRPr="007911BE">
              <w:rPr>
                <w:sz w:val="14"/>
              </w:rPr>
              <w:t>достигнуто</w:t>
            </w:r>
            <w:proofErr w:type="spellEnd"/>
          </w:p>
        </w:tc>
        <w:tc>
          <w:tcPr>
            <w:tcW w:w="0" w:type="auto"/>
            <w:vAlign w:val="center"/>
          </w:tcPr>
          <w:p w14:paraId="1F0D08D4" w14:textId="77777777" w:rsidR="00F12170" w:rsidRPr="007911BE" w:rsidRDefault="00F12170">
            <w:pPr>
              <w:ind w:firstLine="0"/>
              <w:jc w:val="left"/>
            </w:pPr>
          </w:p>
        </w:tc>
      </w:tr>
      <w:tr w:rsidR="00F12170" w:rsidRPr="007911BE" w14:paraId="4470BF26" w14:textId="77777777" w:rsidTr="00B408C8">
        <w:trPr>
          <w:jc w:val="center"/>
        </w:trPr>
        <w:tc>
          <w:tcPr>
            <w:tcW w:w="0" w:type="auto"/>
            <w:vAlign w:val="center"/>
          </w:tcPr>
          <w:p w14:paraId="0EFDB3A2" w14:textId="77777777" w:rsidR="00F12170" w:rsidRPr="007911BE" w:rsidRDefault="00000000">
            <w:pPr>
              <w:ind w:firstLine="0"/>
              <w:jc w:val="left"/>
            </w:pPr>
            <w:r w:rsidRPr="007911BE">
              <w:rPr>
                <w:sz w:val="14"/>
              </w:rPr>
              <w:t>2.14.Я.6</w:t>
            </w:r>
          </w:p>
        </w:tc>
        <w:tc>
          <w:tcPr>
            <w:tcW w:w="0" w:type="auto"/>
            <w:vAlign w:val="center"/>
          </w:tcPr>
          <w:p w14:paraId="35E116E8" w14:textId="77777777" w:rsidR="00F12170" w:rsidRPr="007911BE" w:rsidRDefault="00000000">
            <w:pPr>
              <w:ind w:firstLine="0"/>
              <w:jc w:val="left"/>
              <w:rPr>
                <w:lang w:val="ru-RU"/>
              </w:rPr>
            </w:pPr>
            <w:r w:rsidRPr="007911BE">
              <w:rPr>
                <w:sz w:val="14"/>
                <w:lang w:val="ru-RU"/>
              </w:rPr>
              <w:t>Уровень удовлетворенности граждан работой государственных и муниципальных организаций культуры, искусства и народного творчества (Я5)</w:t>
            </w:r>
          </w:p>
        </w:tc>
        <w:tc>
          <w:tcPr>
            <w:tcW w:w="0" w:type="auto"/>
            <w:vAlign w:val="center"/>
          </w:tcPr>
          <w:p w14:paraId="17389FF2" w14:textId="77777777" w:rsidR="00F12170" w:rsidRPr="007911BE" w:rsidRDefault="00000000">
            <w:pPr>
              <w:ind w:firstLine="0"/>
              <w:jc w:val="left"/>
            </w:pPr>
            <w:r w:rsidRPr="007911BE">
              <w:rPr>
                <w:sz w:val="14"/>
              </w:rPr>
              <w:t>2025 (</w:t>
            </w:r>
            <w:proofErr w:type="spellStart"/>
            <w:r w:rsidRPr="007911BE">
              <w:rPr>
                <w:sz w:val="14"/>
              </w:rPr>
              <w:t>значение</w:t>
            </w:r>
            <w:proofErr w:type="spellEnd"/>
            <w:r w:rsidRPr="007911BE">
              <w:rPr>
                <w:sz w:val="14"/>
              </w:rPr>
              <w:t xml:space="preserve"> </w:t>
            </w:r>
            <w:proofErr w:type="spellStart"/>
            <w:r w:rsidRPr="007911BE">
              <w:rPr>
                <w:sz w:val="14"/>
              </w:rPr>
              <w:t>показателя</w:t>
            </w:r>
            <w:proofErr w:type="spellEnd"/>
            <w:r w:rsidRPr="007911BE">
              <w:rPr>
                <w:sz w:val="14"/>
              </w:rPr>
              <w:t xml:space="preserve"> </w:t>
            </w:r>
            <w:proofErr w:type="spellStart"/>
            <w:r w:rsidRPr="007911BE">
              <w:rPr>
                <w:sz w:val="14"/>
              </w:rPr>
              <w:t>за</w:t>
            </w:r>
            <w:proofErr w:type="spellEnd"/>
            <w:r w:rsidRPr="007911BE">
              <w:rPr>
                <w:sz w:val="14"/>
              </w:rPr>
              <w:t xml:space="preserve"> </w:t>
            </w:r>
            <w:proofErr w:type="spellStart"/>
            <w:r w:rsidRPr="007911BE">
              <w:rPr>
                <w:sz w:val="14"/>
              </w:rPr>
              <w:t>год</w:t>
            </w:r>
            <w:proofErr w:type="spellEnd"/>
            <w:r w:rsidRPr="007911BE">
              <w:rPr>
                <w:sz w:val="14"/>
              </w:rPr>
              <w:t>)</w:t>
            </w:r>
          </w:p>
        </w:tc>
        <w:tc>
          <w:tcPr>
            <w:tcW w:w="0" w:type="auto"/>
            <w:vAlign w:val="center"/>
          </w:tcPr>
          <w:p w14:paraId="725CBC56" w14:textId="77777777" w:rsidR="00F12170" w:rsidRPr="007911BE" w:rsidRDefault="00000000">
            <w:pPr>
              <w:ind w:firstLine="0"/>
              <w:jc w:val="center"/>
            </w:pPr>
            <w:r w:rsidRPr="007911BE">
              <w:rPr>
                <w:sz w:val="14"/>
              </w:rPr>
              <w:t>93.6</w:t>
            </w:r>
          </w:p>
        </w:tc>
        <w:tc>
          <w:tcPr>
            <w:tcW w:w="0" w:type="auto"/>
            <w:vAlign w:val="center"/>
          </w:tcPr>
          <w:p w14:paraId="6AB21CA3" w14:textId="77777777" w:rsidR="00F12170" w:rsidRPr="007911BE" w:rsidRDefault="00000000">
            <w:pPr>
              <w:ind w:firstLine="0"/>
              <w:jc w:val="center"/>
            </w:pPr>
            <w:r w:rsidRPr="007911BE">
              <w:rPr>
                <w:sz w:val="14"/>
              </w:rPr>
              <w:t>2025</w:t>
            </w:r>
          </w:p>
        </w:tc>
        <w:tc>
          <w:tcPr>
            <w:tcW w:w="0" w:type="auto"/>
            <w:vAlign w:val="center"/>
          </w:tcPr>
          <w:p w14:paraId="4E017A8C" w14:textId="77777777" w:rsidR="00F12170" w:rsidRPr="007911BE" w:rsidRDefault="00000000">
            <w:pPr>
              <w:ind w:firstLine="0"/>
              <w:jc w:val="center"/>
            </w:pPr>
            <w:r w:rsidRPr="007911BE">
              <w:rPr>
                <w:sz w:val="14"/>
              </w:rPr>
              <w:t>56.5</w:t>
            </w:r>
          </w:p>
        </w:tc>
        <w:tc>
          <w:tcPr>
            <w:tcW w:w="0" w:type="auto"/>
            <w:vAlign w:val="center"/>
          </w:tcPr>
          <w:p w14:paraId="29C724D4" w14:textId="77777777" w:rsidR="00F12170" w:rsidRPr="007911BE" w:rsidRDefault="00000000">
            <w:pPr>
              <w:ind w:firstLine="0"/>
              <w:jc w:val="left"/>
            </w:pPr>
            <w:proofErr w:type="spellStart"/>
            <w:r w:rsidRPr="007911BE">
              <w:rPr>
                <w:sz w:val="14"/>
              </w:rPr>
              <w:t>достигнуто</w:t>
            </w:r>
            <w:proofErr w:type="spellEnd"/>
          </w:p>
        </w:tc>
        <w:tc>
          <w:tcPr>
            <w:tcW w:w="0" w:type="auto"/>
            <w:vAlign w:val="center"/>
          </w:tcPr>
          <w:p w14:paraId="57DC95EE" w14:textId="77777777" w:rsidR="00F12170" w:rsidRPr="007911BE" w:rsidRDefault="00F12170">
            <w:pPr>
              <w:ind w:firstLine="0"/>
              <w:jc w:val="left"/>
            </w:pPr>
          </w:p>
        </w:tc>
      </w:tr>
      <w:tr w:rsidR="00F12170" w:rsidRPr="007911BE" w14:paraId="641A06F1" w14:textId="77777777" w:rsidTr="00B408C8">
        <w:trPr>
          <w:jc w:val="center"/>
        </w:trPr>
        <w:tc>
          <w:tcPr>
            <w:tcW w:w="0" w:type="auto"/>
            <w:vAlign w:val="center"/>
          </w:tcPr>
          <w:p w14:paraId="34620007" w14:textId="77777777" w:rsidR="00F12170" w:rsidRPr="007911BE" w:rsidRDefault="00000000">
            <w:pPr>
              <w:ind w:firstLine="0"/>
              <w:jc w:val="left"/>
            </w:pPr>
            <w:r w:rsidRPr="007911BE">
              <w:rPr>
                <w:sz w:val="14"/>
              </w:rPr>
              <w:t>2.14.Я3.1</w:t>
            </w:r>
          </w:p>
        </w:tc>
        <w:tc>
          <w:tcPr>
            <w:tcW w:w="0" w:type="auto"/>
            <w:vAlign w:val="center"/>
          </w:tcPr>
          <w:p w14:paraId="2EA7E39C" w14:textId="77777777" w:rsidR="00F12170" w:rsidRPr="007911BE" w:rsidRDefault="00000000">
            <w:pPr>
              <w:ind w:firstLine="0"/>
              <w:jc w:val="left"/>
              <w:rPr>
                <w:lang w:val="ru-RU"/>
              </w:rPr>
            </w:pPr>
            <w:r w:rsidRPr="007911BE">
              <w:rPr>
                <w:sz w:val="14"/>
                <w:lang w:val="ru-RU"/>
              </w:rPr>
              <w:t>Охват граждан репродуктивного возраста (18–49 лет) диспансеризацией с целью оценки репродуктивного здоровья</w:t>
            </w:r>
          </w:p>
        </w:tc>
        <w:tc>
          <w:tcPr>
            <w:tcW w:w="0" w:type="auto"/>
            <w:vAlign w:val="center"/>
          </w:tcPr>
          <w:p w14:paraId="79D3B40E" w14:textId="77777777" w:rsidR="00F12170" w:rsidRPr="007911BE" w:rsidRDefault="00000000">
            <w:pPr>
              <w:ind w:firstLine="0"/>
              <w:jc w:val="left"/>
            </w:pPr>
            <w:r w:rsidRPr="007911BE">
              <w:rPr>
                <w:sz w:val="14"/>
              </w:rPr>
              <w:t>2025 (</w:t>
            </w:r>
            <w:proofErr w:type="spellStart"/>
            <w:r w:rsidRPr="007911BE">
              <w:rPr>
                <w:sz w:val="14"/>
              </w:rPr>
              <w:t>декабрь</w:t>
            </w:r>
            <w:proofErr w:type="spellEnd"/>
            <w:r w:rsidRPr="007911BE">
              <w:rPr>
                <w:sz w:val="14"/>
              </w:rPr>
              <w:t>)</w:t>
            </w:r>
          </w:p>
        </w:tc>
        <w:tc>
          <w:tcPr>
            <w:tcW w:w="0" w:type="auto"/>
            <w:vAlign w:val="center"/>
          </w:tcPr>
          <w:p w14:paraId="49AF7BDD" w14:textId="77777777" w:rsidR="00F12170" w:rsidRPr="007911BE" w:rsidRDefault="00000000">
            <w:pPr>
              <w:ind w:firstLine="0"/>
              <w:jc w:val="center"/>
            </w:pPr>
            <w:r w:rsidRPr="007911BE">
              <w:rPr>
                <w:sz w:val="14"/>
              </w:rPr>
              <w:t>33.46</w:t>
            </w:r>
          </w:p>
        </w:tc>
        <w:tc>
          <w:tcPr>
            <w:tcW w:w="0" w:type="auto"/>
            <w:vAlign w:val="center"/>
          </w:tcPr>
          <w:p w14:paraId="6C2FB402" w14:textId="77777777" w:rsidR="00F12170" w:rsidRPr="007911BE" w:rsidRDefault="00000000">
            <w:pPr>
              <w:ind w:firstLine="0"/>
              <w:jc w:val="center"/>
            </w:pPr>
            <w:r w:rsidRPr="007911BE">
              <w:rPr>
                <w:sz w:val="14"/>
              </w:rPr>
              <w:t>2030</w:t>
            </w:r>
          </w:p>
        </w:tc>
        <w:tc>
          <w:tcPr>
            <w:tcW w:w="0" w:type="auto"/>
            <w:vAlign w:val="center"/>
          </w:tcPr>
          <w:p w14:paraId="7D19B20D" w14:textId="77777777" w:rsidR="00F12170" w:rsidRPr="007911BE" w:rsidRDefault="00000000">
            <w:pPr>
              <w:ind w:firstLine="0"/>
              <w:jc w:val="center"/>
            </w:pPr>
            <w:r w:rsidRPr="007911BE">
              <w:rPr>
                <w:sz w:val="14"/>
              </w:rPr>
              <w:t>50</w:t>
            </w:r>
          </w:p>
        </w:tc>
        <w:tc>
          <w:tcPr>
            <w:tcW w:w="0" w:type="auto"/>
            <w:vAlign w:val="center"/>
          </w:tcPr>
          <w:p w14:paraId="5DD08A57"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достигнуто</w:t>
            </w:r>
            <w:proofErr w:type="spellEnd"/>
          </w:p>
        </w:tc>
        <w:tc>
          <w:tcPr>
            <w:tcW w:w="0" w:type="auto"/>
            <w:vAlign w:val="center"/>
          </w:tcPr>
          <w:p w14:paraId="245821EB" w14:textId="77777777" w:rsidR="00F12170" w:rsidRPr="007911BE" w:rsidRDefault="00F12170">
            <w:pPr>
              <w:ind w:firstLine="0"/>
              <w:jc w:val="left"/>
            </w:pPr>
          </w:p>
        </w:tc>
      </w:tr>
      <w:tr w:rsidR="00F12170" w:rsidRPr="00A27575" w14:paraId="3BD0DAEE" w14:textId="77777777" w:rsidTr="00B408C8">
        <w:trPr>
          <w:jc w:val="center"/>
        </w:trPr>
        <w:tc>
          <w:tcPr>
            <w:tcW w:w="0" w:type="auto"/>
            <w:vAlign w:val="center"/>
          </w:tcPr>
          <w:p w14:paraId="55892BD5" w14:textId="77777777" w:rsidR="00F12170" w:rsidRPr="007911BE" w:rsidRDefault="00000000">
            <w:pPr>
              <w:ind w:firstLine="0"/>
              <w:jc w:val="left"/>
            </w:pPr>
            <w:r w:rsidRPr="007911BE">
              <w:rPr>
                <w:sz w:val="14"/>
              </w:rPr>
              <w:t>2.14.Я3.3</w:t>
            </w:r>
          </w:p>
        </w:tc>
        <w:tc>
          <w:tcPr>
            <w:tcW w:w="0" w:type="auto"/>
            <w:vAlign w:val="center"/>
          </w:tcPr>
          <w:p w14:paraId="0A6373E2" w14:textId="77777777" w:rsidR="00F12170" w:rsidRPr="007911BE" w:rsidRDefault="00000000">
            <w:pPr>
              <w:ind w:firstLine="0"/>
              <w:jc w:val="left"/>
            </w:pPr>
            <w:proofErr w:type="spellStart"/>
            <w:r w:rsidRPr="007911BE">
              <w:rPr>
                <w:sz w:val="14"/>
              </w:rPr>
              <w:t>Младенческая</w:t>
            </w:r>
            <w:proofErr w:type="spellEnd"/>
            <w:r w:rsidRPr="007911BE">
              <w:rPr>
                <w:sz w:val="14"/>
              </w:rPr>
              <w:t xml:space="preserve"> </w:t>
            </w:r>
            <w:proofErr w:type="spellStart"/>
            <w:r w:rsidRPr="007911BE">
              <w:rPr>
                <w:sz w:val="14"/>
              </w:rPr>
              <w:t>смертность</w:t>
            </w:r>
            <w:proofErr w:type="spellEnd"/>
          </w:p>
        </w:tc>
        <w:tc>
          <w:tcPr>
            <w:tcW w:w="0" w:type="auto"/>
            <w:vAlign w:val="center"/>
          </w:tcPr>
          <w:p w14:paraId="24614EFD" w14:textId="77777777" w:rsidR="00F12170" w:rsidRPr="007911BE" w:rsidRDefault="00000000">
            <w:pPr>
              <w:ind w:firstLine="0"/>
              <w:jc w:val="left"/>
              <w:rPr>
                <w:lang w:val="ru-RU"/>
              </w:rPr>
            </w:pPr>
            <w:r w:rsidRPr="007911BE">
              <w:rPr>
                <w:sz w:val="14"/>
                <w:lang w:val="ru-RU"/>
              </w:rPr>
              <w:t>2024 (значение показателя за год); 2025 (январь-декабрь)</w:t>
            </w:r>
          </w:p>
        </w:tc>
        <w:tc>
          <w:tcPr>
            <w:tcW w:w="0" w:type="auto"/>
            <w:vAlign w:val="center"/>
          </w:tcPr>
          <w:p w14:paraId="442007FE" w14:textId="77777777" w:rsidR="00F12170" w:rsidRPr="007911BE" w:rsidRDefault="00000000">
            <w:pPr>
              <w:ind w:firstLine="0"/>
              <w:jc w:val="left"/>
            </w:pPr>
            <w:r w:rsidRPr="007911BE">
              <w:rPr>
                <w:sz w:val="14"/>
              </w:rPr>
              <w:t>3.600–4.000</w:t>
            </w:r>
          </w:p>
        </w:tc>
        <w:tc>
          <w:tcPr>
            <w:tcW w:w="0" w:type="auto"/>
            <w:vAlign w:val="center"/>
          </w:tcPr>
          <w:p w14:paraId="1BDF6B13" w14:textId="77777777" w:rsidR="00F12170" w:rsidRPr="007911BE" w:rsidRDefault="00000000">
            <w:pPr>
              <w:ind w:firstLine="0"/>
              <w:jc w:val="center"/>
            </w:pPr>
            <w:r w:rsidRPr="007911BE">
              <w:rPr>
                <w:sz w:val="14"/>
              </w:rPr>
              <w:t>2030</w:t>
            </w:r>
          </w:p>
        </w:tc>
        <w:tc>
          <w:tcPr>
            <w:tcW w:w="0" w:type="auto"/>
            <w:vAlign w:val="center"/>
          </w:tcPr>
          <w:p w14:paraId="651B7C89" w14:textId="77777777" w:rsidR="00F12170" w:rsidRPr="007911BE" w:rsidRDefault="00000000">
            <w:pPr>
              <w:ind w:firstLine="0"/>
              <w:jc w:val="center"/>
            </w:pPr>
            <w:r w:rsidRPr="007911BE">
              <w:rPr>
                <w:sz w:val="14"/>
              </w:rPr>
              <w:t>3.9</w:t>
            </w:r>
          </w:p>
        </w:tc>
        <w:tc>
          <w:tcPr>
            <w:tcW w:w="0" w:type="auto"/>
            <w:vAlign w:val="center"/>
          </w:tcPr>
          <w:p w14:paraId="6A857C4B"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достигнуто</w:t>
            </w:r>
            <w:proofErr w:type="spellEnd"/>
          </w:p>
        </w:tc>
        <w:tc>
          <w:tcPr>
            <w:tcW w:w="0" w:type="auto"/>
            <w:vAlign w:val="center"/>
          </w:tcPr>
          <w:p w14:paraId="1DFE3200" w14:textId="77777777" w:rsidR="00F12170" w:rsidRPr="007911BE" w:rsidRDefault="00000000">
            <w:pPr>
              <w:ind w:firstLine="0"/>
              <w:jc w:val="left"/>
              <w:rPr>
                <w:lang w:val="ru-RU"/>
              </w:rPr>
            </w:pPr>
            <w:r w:rsidRPr="007911BE">
              <w:rPr>
                <w:sz w:val="14"/>
                <w:lang w:val="ru-RU"/>
              </w:rPr>
              <w:t>По младенческой смертности в базе присутствуют два операционных контура.</w:t>
            </w:r>
          </w:p>
        </w:tc>
      </w:tr>
      <w:tr w:rsidR="00F12170" w:rsidRPr="007911BE" w14:paraId="75C4C558" w14:textId="77777777" w:rsidTr="00B408C8">
        <w:trPr>
          <w:jc w:val="center"/>
        </w:trPr>
        <w:tc>
          <w:tcPr>
            <w:tcW w:w="0" w:type="auto"/>
            <w:vAlign w:val="center"/>
          </w:tcPr>
          <w:p w14:paraId="566BA763" w14:textId="77777777" w:rsidR="00F12170" w:rsidRPr="007911BE" w:rsidRDefault="00000000">
            <w:pPr>
              <w:ind w:firstLine="0"/>
              <w:jc w:val="left"/>
            </w:pPr>
            <w:r w:rsidRPr="007911BE">
              <w:rPr>
                <w:sz w:val="14"/>
              </w:rPr>
              <w:t>2.14.Я3.5</w:t>
            </w:r>
          </w:p>
        </w:tc>
        <w:tc>
          <w:tcPr>
            <w:tcW w:w="0" w:type="auto"/>
            <w:vAlign w:val="center"/>
          </w:tcPr>
          <w:p w14:paraId="7B017361" w14:textId="77777777" w:rsidR="00F12170" w:rsidRPr="007911BE" w:rsidRDefault="00000000">
            <w:pPr>
              <w:ind w:firstLine="0"/>
              <w:jc w:val="left"/>
              <w:rPr>
                <w:lang w:val="ru-RU"/>
              </w:rPr>
            </w:pPr>
            <w:r w:rsidRPr="007911BE">
              <w:rPr>
                <w:sz w:val="1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01B43818" w14:textId="77777777" w:rsidR="00F12170" w:rsidRPr="007911BE" w:rsidRDefault="00000000">
            <w:pPr>
              <w:ind w:firstLine="0"/>
              <w:jc w:val="left"/>
            </w:pPr>
            <w:r w:rsidRPr="007911BE">
              <w:rPr>
                <w:sz w:val="14"/>
              </w:rPr>
              <w:t>2025 (</w:t>
            </w:r>
            <w:proofErr w:type="spellStart"/>
            <w:r w:rsidRPr="007911BE">
              <w:rPr>
                <w:sz w:val="14"/>
              </w:rPr>
              <w:t>декабрь</w:t>
            </w:r>
            <w:proofErr w:type="spellEnd"/>
            <w:r w:rsidRPr="007911BE">
              <w:rPr>
                <w:sz w:val="14"/>
              </w:rPr>
              <w:t>)</w:t>
            </w:r>
          </w:p>
        </w:tc>
        <w:tc>
          <w:tcPr>
            <w:tcW w:w="0" w:type="auto"/>
            <w:vAlign w:val="center"/>
          </w:tcPr>
          <w:p w14:paraId="79D89AE6" w14:textId="77777777" w:rsidR="00F12170" w:rsidRPr="007911BE" w:rsidRDefault="00000000">
            <w:pPr>
              <w:ind w:firstLine="0"/>
              <w:jc w:val="center"/>
            </w:pPr>
            <w:r w:rsidRPr="007911BE">
              <w:rPr>
                <w:sz w:val="14"/>
              </w:rPr>
              <w:t>28.24</w:t>
            </w:r>
          </w:p>
        </w:tc>
        <w:tc>
          <w:tcPr>
            <w:tcW w:w="0" w:type="auto"/>
            <w:vAlign w:val="center"/>
          </w:tcPr>
          <w:p w14:paraId="05BB73E1" w14:textId="77777777" w:rsidR="00F12170" w:rsidRPr="007911BE" w:rsidRDefault="00000000">
            <w:pPr>
              <w:ind w:firstLine="0"/>
              <w:jc w:val="center"/>
            </w:pPr>
            <w:r w:rsidRPr="007911BE">
              <w:rPr>
                <w:sz w:val="14"/>
              </w:rPr>
              <w:t>2030</w:t>
            </w:r>
          </w:p>
        </w:tc>
        <w:tc>
          <w:tcPr>
            <w:tcW w:w="0" w:type="auto"/>
            <w:vAlign w:val="center"/>
          </w:tcPr>
          <w:p w14:paraId="03592EC5" w14:textId="77777777" w:rsidR="00F12170" w:rsidRPr="007911BE" w:rsidRDefault="00000000">
            <w:pPr>
              <w:ind w:firstLine="0"/>
              <w:jc w:val="center"/>
            </w:pPr>
            <w:r w:rsidRPr="007911BE">
              <w:rPr>
                <w:sz w:val="14"/>
              </w:rPr>
              <w:t>26</w:t>
            </w:r>
          </w:p>
        </w:tc>
        <w:tc>
          <w:tcPr>
            <w:tcW w:w="0" w:type="auto"/>
            <w:vAlign w:val="center"/>
          </w:tcPr>
          <w:p w14:paraId="0F63FF9B" w14:textId="77777777" w:rsidR="00F12170" w:rsidRPr="007911BE" w:rsidRDefault="00000000">
            <w:pPr>
              <w:ind w:firstLine="0"/>
              <w:jc w:val="left"/>
            </w:pPr>
            <w:proofErr w:type="spellStart"/>
            <w:r w:rsidRPr="007911BE">
              <w:rPr>
                <w:sz w:val="14"/>
              </w:rPr>
              <w:t>достигнуто</w:t>
            </w:r>
            <w:proofErr w:type="spellEnd"/>
          </w:p>
        </w:tc>
        <w:tc>
          <w:tcPr>
            <w:tcW w:w="0" w:type="auto"/>
            <w:vAlign w:val="center"/>
          </w:tcPr>
          <w:p w14:paraId="0A518E17" w14:textId="77777777" w:rsidR="00F12170" w:rsidRPr="007911BE" w:rsidRDefault="00F12170">
            <w:pPr>
              <w:ind w:firstLine="0"/>
              <w:jc w:val="left"/>
            </w:pPr>
          </w:p>
        </w:tc>
      </w:tr>
    </w:tbl>
    <w:p w14:paraId="18D3BBA1"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0DD1D04E" w14:textId="77777777" w:rsidR="00F12170" w:rsidRPr="007911BE" w:rsidRDefault="00000000" w:rsidP="00B408C8">
      <w:pPr>
        <w:spacing w:before="120" w:after="60"/>
        <w:ind w:firstLine="0"/>
        <w:rPr>
          <w:lang w:val="ru-RU"/>
        </w:rPr>
      </w:pPr>
      <w:r w:rsidRPr="007911BE">
        <w:rPr>
          <w:lang w:val="ru-RU"/>
        </w:rPr>
        <w:t xml:space="preserve">Таблица 9 </w:t>
      </w:r>
      <w:r w:rsidR="00387CF6" w:rsidRPr="007911BE">
        <w:rPr>
          <w:lang w:val="ru-RU"/>
        </w:rPr>
        <w:t xml:space="preserve">– </w:t>
      </w:r>
      <w:r w:rsidRPr="007911BE">
        <w:rPr>
          <w:lang w:val="ru-RU"/>
        </w:rPr>
        <w:t xml:space="preserve"> Прогноз достижения целей к 2030 году</w:t>
      </w:r>
    </w:p>
    <w:tbl>
      <w:tblPr>
        <w:tblStyle w:val="aff0"/>
        <w:tblW w:w="5000" w:type="pct"/>
        <w:jc w:val="center"/>
        <w:tblLook w:val="04A0" w:firstRow="1" w:lastRow="0" w:firstColumn="1" w:lastColumn="0" w:noHBand="0" w:noVBand="1"/>
      </w:tblPr>
      <w:tblGrid>
        <w:gridCol w:w="837"/>
        <w:gridCol w:w="2988"/>
        <w:gridCol w:w="895"/>
        <w:gridCol w:w="1015"/>
        <w:gridCol w:w="1015"/>
        <w:gridCol w:w="1313"/>
        <w:gridCol w:w="1792"/>
      </w:tblGrid>
      <w:tr w:rsidR="00F12170" w:rsidRPr="007911BE" w14:paraId="25F4382F" w14:textId="77777777" w:rsidTr="00B408C8">
        <w:trPr>
          <w:tblHeader/>
          <w:jc w:val="center"/>
        </w:trPr>
        <w:tc>
          <w:tcPr>
            <w:tcW w:w="424" w:type="pct"/>
            <w:shd w:val="clear" w:color="auto" w:fill="D9EAF7"/>
            <w:vAlign w:val="center"/>
          </w:tcPr>
          <w:p w14:paraId="4530F862" w14:textId="77777777" w:rsidR="00F12170" w:rsidRPr="007911BE" w:rsidRDefault="00000000">
            <w:pPr>
              <w:ind w:firstLine="0"/>
              <w:jc w:val="center"/>
            </w:pPr>
            <w:proofErr w:type="spellStart"/>
            <w:r w:rsidRPr="007911BE">
              <w:rPr>
                <w:b/>
                <w:sz w:val="14"/>
              </w:rPr>
              <w:t>Код</w:t>
            </w:r>
            <w:proofErr w:type="spellEnd"/>
          </w:p>
        </w:tc>
        <w:tc>
          <w:tcPr>
            <w:tcW w:w="1515" w:type="pct"/>
            <w:shd w:val="clear" w:color="auto" w:fill="D9EAF7"/>
            <w:vAlign w:val="center"/>
          </w:tcPr>
          <w:p w14:paraId="02B59C59" w14:textId="77777777" w:rsidR="00F12170" w:rsidRPr="007911BE" w:rsidRDefault="00000000">
            <w:pPr>
              <w:ind w:firstLine="0"/>
              <w:jc w:val="center"/>
            </w:pPr>
            <w:proofErr w:type="spellStart"/>
            <w:r w:rsidRPr="007911BE">
              <w:rPr>
                <w:b/>
                <w:sz w:val="14"/>
              </w:rPr>
              <w:t>Показатель</w:t>
            </w:r>
            <w:proofErr w:type="spellEnd"/>
          </w:p>
        </w:tc>
        <w:tc>
          <w:tcPr>
            <w:tcW w:w="454" w:type="pct"/>
            <w:shd w:val="clear" w:color="auto" w:fill="D9EAF7"/>
            <w:vAlign w:val="center"/>
          </w:tcPr>
          <w:p w14:paraId="0C3BC685" w14:textId="77777777" w:rsidR="00F12170" w:rsidRPr="007911BE" w:rsidRDefault="00000000">
            <w:pPr>
              <w:ind w:firstLine="0"/>
              <w:jc w:val="center"/>
            </w:pPr>
            <w:proofErr w:type="spellStart"/>
            <w:r w:rsidRPr="007911BE">
              <w:rPr>
                <w:b/>
                <w:sz w:val="14"/>
              </w:rPr>
              <w:t>Цель</w:t>
            </w:r>
            <w:proofErr w:type="spellEnd"/>
            <w:r w:rsidRPr="007911BE">
              <w:rPr>
                <w:b/>
                <w:sz w:val="14"/>
              </w:rPr>
              <w:t xml:space="preserve"> 2030</w:t>
            </w:r>
          </w:p>
        </w:tc>
        <w:tc>
          <w:tcPr>
            <w:tcW w:w="515" w:type="pct"/>
            <w:shd w:val="clear" w:color="auto" w:fill="D9EAF7"/>
            <w:vAlign w:val="center"/>
          </w:tcPr>
          <w:p w14:paraId="6C3B9B08" w14:textId="77777777" w:rsidR="00F12170" w:rsidRPr="007911BE" w:rsidRDefault="00000000">
            <w:pPr>
              <w:ind w:firstLine="0"/>
              <w:jc w:val="center"/>
            </w:pPr>
            <w:proofErr w:type="spellStart"/>
            <w:r w:rsidRPr="007911BE">
              <w:rPr>
                <w:b/>
                <w:sz w:val="14"/>
              </w:rPr>
              <w:t>Прогноз</w:t>
            </w:r>
            <w:proofErr w:type="spellEnd"/>
            <w:r w:rsidRPr="007911BE">
              <w:rPr>
                <w:b/>
                <w:sz w:val="14"/>
              </w:rPr>
              <w:t xml:space="preserve"> 2030</w:t>
            </w:r>
          </w:p>
        </w:tc>
        <w:tc>
          <w:tcPr>
            <w:tcW w:w="515" w:type="pct"/>
            <w:shd w:val="clear" w:color="auto" w:fill="D9EAF7"/>
            <w:vAlign w:val="center"/>
          </w:tcPr>
          <w:p w14:paraId="45B77403" w14:textId="77777777" w:rsidR="00F12170" w:rsidRPr="007911BE" w:rsidRDefault="00000000">
            <w:pPr>
              <w:ind w:firstLine="0"/>
              <w:jc w:val="center"/>
            </w:pPr>
            <w:proofErr w:type="spellStart"/>
            <w:r w:rsidRPr="007911BE">
              <w:rPr>
                <w:b/>
                <w:sz w:val="14"/>
              </w:rPr>
              <w:t>Разрыв</w:t>
            </w:r>
            <w:proofErr w:type="spellEnd"/>
            <w:r w:rsidRPr="007911BE">
              <w:rPr>
                <w:b/>
                <w:sz w:val="14"/>
              </w:rPr>
              <w:t xml:space="preserve"> к </w:t>
            </w:r>
            <w:proofErr w:type="spellStart"/>
            <w:r w:rsidRPr="007911BE">
              <w:rPr>
                <w:b/>
                <w:sz w:val="14"/>
              </w:rPr>
              <w:t>цели</w:t>
            </w:r>
            <w:proofErr w:type="spellEnd"/>
          </w:p>
        </w:tc>
        <w:tc>
          <w:tcPr>
            <w:tcW w:w="666" w:type="pct"/>
            <w:shd w:val="clear" w:color="auto" w:fill="D9EAF7"/>
            <w:vAlign w:val="center"/>
          </w:tcPr>
          <w:p w14:paraId="29EA7A39" w14:textId="77777777" w:rsidR="00F12170" w:rsidRPr="007911BE" w:rsidRDefault="00000000">
            <w:pPr>
              <w:ind w:firstLine="0"/>
              <w:jc w:val="center"/>
            </w:pPr>
            <w:proofErr w:type="spellStart"/>
            <w:r w:rsidRPr="007911BE">
              <w:rPr>
                <w:b/>
                <w:sz w:val="14"/>
              </w:rPr>
              <w:t>Статус</w:t>
            </w:r>
            <w:proofErr w:type="spellEnd"/>
          </w:p>
        </w:tc>
        <w:tc>
          <w:tcPr>
            <w:tcW w:w="909" w:type="pct"/>
            <w:shd w:val="clear" w:color="auto" w:fill="D9EAF7"/>
            <w:vAlign w:val="center"/>
          </w:tcPr>
          <w:p w14:paraId="235F9C19" w14:textId="77777777" w:rsidR="00F12170" w:rsidRPr="007911BE" w:rsidRDefault="00000000">
            <w:pPr>
              <w:ind w:firstLine="0"/>
              <w:jc w:val="center"/>
            </w:pPr>
            <w:proofErr w:type="spellStart"/>
            <w:r w:rsidRPr="007911BE">
              <w:rPr>
                <w:b/>
                <w:sz w:val="14"/>
              </w:rPr>
              <w:t>Комментарий</w:t>
            </w:r>
            <w:proofErr w:type="spellEnd"/>
          </w:p>
        </w:tc>
      </w:tr>
      <w:tr w:rsidR="00F12170" w:rsidRPr="007911BE" w14:paraId="432CA35E" w14:textId="77777777" w:rsidTr="00B408C8">
        <w:trPr>
          <w:jc w:val="center"/>
        </w:trPr>
        <w:tc>
          <w:tcPr>
            <w:tcW w:w="424" w:type="pct"/>
            <w:vAlign w:val="center"/>
          </w:tcPr>
          <w:p w14:paraId="251C3965" w14:textId="77777777" w:rsidR="00F12170" w:rsidRPr="007911BE" w:rsidRDefault="00000000">
            <w:pPr>
              <w:ind w:firstLine="0"/>
              <w:jc w:val="left"/>
            </w:pPr>
            <w:r w:rsidRPr="007911BE">
              <w:rPr>
                <w:sz w:val="14"/>
              </w:rPr>
              <w:t>2.14.Я.1</w:t>
            </w:r>
          </w:p>
        </w:tc>
        <w:tc>
          <w:tcPr>
            <w:tcW w:w="1515" w:type="pct"/>
            <w:vAlign w:val="center"/>
          </w:tcPr>
          <w:p w14:paraId="46D294C2" w14:textId="77777777" w:rsidR="00F12170" w:rsidRPr="007911BE" w:rsidRDefault="00000000">
            <w:pPr>
              <w:ind w:firstLine="0"/>
              <w:jc w:val="left"/>
              <w:rPr>
                <w:lang w:val="ru-RU"/>
              </w:rPr>
            </w:pPr>
            <w:r w:rsidRPr="007911BE">
              <w:rPr>
                <w:sz w:val="14"/>
                <w:lang w:val="ru-RU"/>
              </w:rPr>
              <w:t>Уровень бедности среди многодетных семей</w:t>
            </w:r>
          </w:p>
        </w:tc>
        <w:tc>
          <w:tcPr>
            <w:tcW w:w="454" w:type="pct"/>
            <w:vAlign w:val="center"/>
          </w:tcPr>
          <w:p w14:paraId="17A1B1BE" w14:textId="77777777" w:rsidR="00F12170" w:rsidRPr="007911BE" w:rsidRDefault="00000000">
            <w:pPr>
              <w:ind w:firstLine="0"/>
              <w:jc w:val="center"/>
            </w:pPr>
            <w:r w:rsidRPr="007911BE">
              <w:rPr>
                <w:sz w:val="14"/>
              </w:rPr>
              <w:t>12</w:t>
            </w:r>
          </w:p>
        </w:tc>
        <w:tc>
          <w:tcPr>
            <w:tcW w:w="515" w:type="pct"/>
            <w:vAlign w:val="center"/>
          </w:tcPr>
          <w:p w14:paraId="312C82A4" w14:textId="77777777" w:rsidR="00F12170" w:rsidRPr="007911BE" w:rsidRDefault="00000000">
            <w:pPr>
              <w:ind w:firstLine="0"/>
              <w:jc w:val="center"/>
            </w:pPr>
            <w:r w:rsidRPr="007911BE">
              <w:rPr>
                <w:sz w:val="14"/>
              </w:rPr>
              <w:t>0</w:t>
            </w:r>
          </w:p>
        </w:tc>
        <w:tc>
          <w:tcPr>
            <w:tcW w:w="515" w:type="pct"/>
            <w:vAlign w:val="center"/>
          </w:tcPr>
          <w:p w14:paraId="139CA566" w14:textId="77777777" w:rsidR="00F12170" w:rsidRPr="007911BE" w:rsidRDefault="00000000">
            <w:pPr>
              <w:ind w:firstLine="0"/>
              <w:jc w:val="center"/>
            </w:pPr>
            <w:r w:rsidRPr="007911BE">
              <w:rPr>
                <w:sz w:val="14"/>
              </w:rPr>
              <w:t>12</w:t>
            </w:r>
          </w:p>
        </w:tc>
        <w:tc>
          <w:tcPr>
            <w:tcW w:w="666" w:type="pct"/>
            <w:vAlign w:val="center"/>
          </w:tcPr>
          <w:p w14:paraId="7B81E908" w14:textId="77777777" w:rsidR="00F12170" w:rsidRPr="007911BE" w:rsidRDefault="00000000">
            <w:pPr>
              <w:ind w:firstLine="0"/>
              <w:jc w:val="left"/>
            </w:pPr>
            <w:proofErr w:type="spellStart"/>
            <w:r w:rsidRPr="007911BE">
              <w:rPr>
                <w:sz w:val="14"/>
              </w:rPr>
              <w:t>достигается</w:t>
            </w:r>
            <w:proofErr w:type="spellEnd"/>
          </w:p>
        </w:tc>
        <w:tc>
          <w:tcPr>
            <w:tcW w:w="909" w:type="pct"/>
            <w:vAlign w:val="center"/>
          </w:tcPr>
          <w:p w14:paraId="41D5D3D6" w14:textId="77777777" w:rsidR="00F12170" w:rsidRPr="007911BE" w:rsidRDefault="00F12170">
            <w:pPr>
              <w:ind w:firstLine="0"/>
              <w:jc w:val="left"/>
            </w:pPr>
          </w:p>
        </w:tc>
      </w:tr>
      <w:tr w:rsidR="00F12170" w:rsidRPr="007911BE" w14:paraId="1AD6BED9" w14:textId="77777777" w:rsidTr="00B408C8">
        <w:trPr>
          <w:jc w:val="center"/>
        </w:trPr>
        <w:tc>
          <w:tcPr>
            <w:tcW w:w="424" w:type="pct"/>
            <w:vAlign w:val="center"/>
          </w:tcPr>
          <w:p w14:paraId="228412D5" w14:textId="77777777" w:rsidR="00F12170" w:rsidRPr="007911BE" w:rsidRDefault="00000000">
            <w:pPr>
              <w:ind w:firstLine="0"/>
              <w:jc w:val="left"/>
            </w:pPr>
            <w:r w:rsidRPr="007911BE">
              <w:rPr>
                <w:sz w:val="14"/>
              </w:rPr>
              <w:t>2.14.Я.2</w:t>
            </w:r>
          </w:p>
        </w:tc>
        <w:tc>
          <w:tcPr>
            <w:tcW w:w="1515" w:type="pct"/>
            <w:vAlign w:val="center"/>
          </w:tcPr>
          <w:p w14:paraId="3FD34C5F" w14:textId="77777777" w:rsidR="00F12170" w:rsidRPr="007911BE" w:rsidRDefault="00000000">
            <w:pPr>
              <w:ind w:firstLine="0"/>
              <w:jc w:val="left"/>
            </w:pPr>
            <w:proofErr w:type="spellStart"/>
            <w:r w:rsidRPr="007911BE">
              <w:rPr>
                <w:sz w:val="14"/>
              </w:rPr>
              <w:t>Суммарный</w:t>
            </w:r>
            <w:proofErr w:type="spellEnd"/>
            <w:r w:rsidRPr="007911BE">
              <w:rPr>
                <w:sz w:val="14"/>
              </w:rPr>
              <w:t xml:space="preserve"> </w:t>
            </w:r>
            <w:proofErr w:type="spellStart"/>
            <w:r w:rsidRPr="007911BE">
              <w:rPr>
                <w:sz w:val="14"/>
              </w:rPr>
              <w:t>коэффициент</w:t>
            </w:r>
            <w:proofErr w:type="spellEnd"/>
            <w:r w:rsidRPr="007911BE">
              <w:rPr>
                <w:sz w:val="14"/>
              </w:rPr>
              <w:t xml:space="preserve"> </w:t>
            </w:r>
            <w:proofErr w:type="spellStart"/>
            <w:r w:rsidRPr="007911BE">
              <w:rPr>
                <w:sz w:val="14"/>
              </w:rPr>
              <w:t>рождаемости</w:t>
            </w:r>
            <w:proofErr w:type="spellEnd"/>
            <w:r w:rsidRPr="007911BE">
              <w:rPr>
                <w:sz w:val="14"/>
              </w:rPr>
              <w:t xml:space="preserve"> (Я1)</w:t>
            </w:r>
          </w:p>
        </w:tc>
        <w:tc>
          <w:tcPr>
            <w:tcW w:w="454" w:type="pct"/>
            <w:vAlign w:val="center"/>
          </w:tcPr>
          <w:p w14:paraId="2825ADEF" w14:textId="77777777" w:rsidR="00F12170" w:rsidRPr="007911BE" w:rsidRDefault="00000000">
            <w:pPr>
              <w:ind w:firstLine="0"/>
              <w:jc w:val="center"/>
            </w:pPr>
            <w:r w:rsidRPr="007911BE">
              <w:rPr>
                <w:sz w:val="14"/>
              </w:rPr>
              <w:t>1.59</w:t>
            </w:r>
          </w:p>
        </w:tc>
        <w:tc>
          <w:tcPr>
            <w:tcW w:w="515" w:type="pct"/>
            <w:vAlign w:val="center"/>
          </w:tcPr>
          <w:p w14:paraId="488E5FFF" w14:textId="77777777" w:rsidR="00F12170" w:rsidRPr="007911BE" w:rsidRDefault="00000000">
            <w:pPr>
              <w:ind w:firstLine="0"/>
              <w:jc w:val="center"/>
            </w:pPr>
            <w:r w:rsidRPr="007911BE">
              <w:rPr>
                <w:sz w:val="14"/>
              </w:rPr>
              <w:t>1.21</w:t>
            </w:r>
          </w:p>
        </w:tc>
        <w:tc>
          <w:tcPr>
            <w:tcW w:w="515" w:type="pct"/>
            <w:vAlign w:val="center"/>
          </w:tcPr>
          <w:p w14:paraId="19059FFE" w14:textId="77777777" w:rsidR="00F12170" w:rsidRPr="007911BE" w:rsidRDefault="00000000">
            <w:pPr>
              <w:ind w:firstLine="0"/>
              <w:jc w:val="center"/>
            </w:pPr>
            <w:r w:rsidRPr="007911BE">
              <w:rPr>
                <w:sz w:val="14"/>
              </w:rPr>
              <w:t>-0.38</w:t>
            </w:r>
          </w:p>
        </w:tc>
        <w:tc>
          <w:tcPr>
            <w:tcW w:w="666" w:type="pct"/>
            <w:vAlign w:val="center"/>
          </w:tcPr>
          <w:p w14:paraId="07D78B66"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достигается</w:t>
            </w:r>
            <w:proofErr w:type="spellEnd"/>
          </w:p>
        </w:tc>
        <w:tc>
          <w:tcPr>
            <w:tcW w:w="909" w:type="pct"/>
            <w:vAlign w:val="center"/>
          </w:tcPr>
          <w:p w14:paraId="730B7D67" w14:textId="77777777" w:rsidR="00F12170" w:rsidRPr="007911BE" w:rsidRDefault="00F12170">
            <w:pPr>
              <w:ind w:firstLine="0"/>
              <w:jc w:val="left"/>
            </w:pPr>
          </w:p>
        </w:tc>
      </w:tr>
      <w:tr w:rsidR="00F12170" w:rsidRPr="007911BE" w14:paraId="34710AF7" w14:textId="77777777" w:rsidTr="00B408C8">
        <w:trPr>
          <w:jc w:val="center"/>
        </w:trPr>
        <w:tc>
          <w:tcPr>
            <w:tcW w:w="424" w:type="pct"/>
            <w:vAlign w:val="center"/>
          </w:tcPr>
          <w:p w14:paraId="3B6449FF" w14:textId="77777777" w:rsidR="00F12170" w:rsidRPr="007911BE" w:rsidRDefault="00000000">
            <w:pPr>
              <w:ind w:firstLine="0"/>
              <w:jc w:val="left"/>
            </w:pPr>
            <w:r w:rsidRPr="007911BE">
              <w:rPr>
                <w:sz w:val="14"/>
              </w:rPr>
              <w:lastRenderedPageBreak/>
              <w:t>2.14.Я.3</w:t>
            </w:r>
          </w:p>
        </w:tc>
        <w:tc>
          <w:tcPr>
            <w:tcW w:w="1515" w:type="pct"/>
            <w:vAlign w:val="center"/>
          </w:tcPr>
          <w:p w14:paraId="11779A33" w14:textId="77777777" w:rsidR="00F12170" w:rsidRPr="007911BE" w:rsidRDefault="00000000">
            <w:pPr>
              <w:ind w:firstLine="0"/>
              <w:jc w:val="left"/>
              <w:rPr>
                <w:lang w:val="ru-RU"/>
              </w:rPr>
            </w:pPr>
            <w:r w:rsidRPr="007911BE">
              <w:rPr>
                <w:sz w:val="14"/>
                <w:lang w:val="ru-RU"/>
              </w:rPr>
              <w:t>Суммарный коэффициент рождаемости третьих и последующих детей (Я2)</w:t>
            </w:r>
          </w:p>
        </w:tc>
        <w:tc>
          <w:tcPr>
            <w:tcW w:w="454" w:type="pct"/>
            <w:vAlign w:val="center"/>
          </w:tcPr>
          <w:p w14:paraId="346352D8" w14:textId="77777777" w:rsidR="00F12170" w:rsidRPr="007911BE" w:rsidRDefault="00000000">
            <w:pPr>
              <w:ind w:firstLine="0"/>
              <w:jc w:val="center"/>
            </w:pPr>
            <w:r w:rsidRPr="007911BE">
              <w:rPr>
                <w:sz w:val="14"/>
              </w:rPr>
              <w:t>0.47</w:t>
            </w:r>
          </w:p>
        </w:tc>
        <w:tc>
          <w:tcPr>
            <w:tcW w:w="515" w:type="pct"/>
            <w:vAlign w:val="center"/>
          </w:tcPr>
          <w:p w14:paraId="616E0AC6" w14:textId="77777777" w:rsidR="00F12170" w:rsidRPr="007911BE" w:rsidRDefault="00000000">
            <w:pPr>
              <w:ind w:firstLine="0"/>
              <w:jc w:val="center"/>
            </w:pPr>
            <w:r w:rsidRPr="007911BE">
              <w:rPr>
                <w:sz w:val="14"/>
              </w:rPr>
              <w:t>0.29</w:t>
            </w:r>
          </w:p>
        </w:tc>
        <w:tc>
          <w:tcPr>
            <w:tcW w:w="515" w:type="pct"/>
            <w:vAlign w:val="center"/>
          </w:tcPr>
          <w:p w14:paraId="55A033C2" w14:textId="77777777" w:rsidR="00F12170" w:rsidRPr="007911BE" w:rsidRDefault="00000000">
            <w:pPr>
              <w:ind w:firstLine="0"/>
              <w:jc w:val="center"/>
            </w:pPr>
            <w:r w:rsidRPr="007911BE">
              <w:rPr>
                <w:sz w:val="14"/>
              </w:rPr>
              <w:t>-0.19</w:t>
            </w:r>
          </w:p>
        </w:tc>
        <w:tc>
          <w:tcPr>
            <w:tcW w:w="666" w:type="pct"/>
            <w:vAlign w:val="center"/>
          </w:tcPr>
          <w:p w14:paraId="7DEE6D8B"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достигается</w:t>
            </w:r>
            <w:proofErr w:type="spellEnd"/>
          </w:p>
        </w:tc>
        <w:tc>
          <w:tcPr>
            <w:tcW w:w="909" w:type="pct"/>
            <w:vAlign w:val="center"/>
          </w:tcPr>
          <w:p w14:paraId="3EED660E" w14:textId="77777777" w:rsidR="00F12170" w:rsidRPr="007911BE" w:rsidRDefault="00F12170">
            <w:pPr>
              <w:ind w:firstLine="0"/>
              <w:jc w:val="left"/>
            </w:pPr>
          </w:p>
        </w:tc>
      </w:tr>
      <w:tr w:rsidR="00F12170" w:rsidRPr="007911BE" w14:paraId="56F0B4A9" w14:textId="77777777" w:rsidTr="00B408C8">
        <w:trPr>
          <w:jc w:val="center"/>
        </w:trPr>
        <w:tc>
          <w:tcPr>
            <w:tcW w:w="424" w:type="pct"/>
            <w:vAlign w:val="center"/>
          </w:tcPr>
          <w:p w14:paraId="6FBE8470" w14:textId="77777777" w:rsidR="00F12170" w:rsidRPr="007911BE" w:rsidRDefault="00000000">
            <w:pPr>
              <w:ind w:firstLine="0"/>
              <w:jc w:val="left"/>
            </w:pPr>
            <w:r w:rsidRPr="007911BE">
              <w:rPr>
                <w:sz w:val="14"/>
              </w:rPr>
              <w:t>2.14.Я.4</w:t>
            </w:r>
          </w:p>
        </w:tc>
        <w:tc>
          <w:tcPr>
            <w:tcW w:w="1515" w:type="pct"/>
            <w:vAlign w:val="center"/>
          </w:tcPr>
          <w:p w14:paraId="7AEBAD4D" w14:textId="77777777" w:rsidR="00F12170" w:rsidRPr="007911BE" w:rsidRDefault="00000000">
            <w:pPr>
              <w:ind w:firstLine="0"/>
              <w:jc w:val="left"/>
              <w:rPr>
                <w:lang w:val="ru-RU"/>
              </w:rPr>
            </w:pPr>
            <w:r w:rsidRPr="007911BE">
              <w:rPr>
                <w:sz w:val="14"/>
                <w:lang w:val="ru-RU"/>
              </w:rPr>
              <w:t>Доля пожилых граждан и инвалидов, получающих долговременный уход, от общего числа нуждающихся в таком уходе граждан (Я4)</w:t>
            </w:r>
          </w:p>
        </w:tc>
        <w:tc>
          <w:tcPr>
            <w:tcW w:w="454" w:type="pct"/>
            <w:vAlign w:val="center"/>
          </w:tcPr>
          <w:p w14:paraId="3E64637A" w14:textId="77777777" w:rsidR="00F12170" w:rsidRPr="007911BE" w:rsidRDefault="00000000">
            <w:pPr>
              <w:ind w:firstLine="0"/>
              <w:jc w:val="center"/>
            </w:pPr>
            <w:r w:rsidRPr="007911BE">
              <w:rPr>
                <w:sz w:val="14"/>
              </w:rPr>
              <w:t>30.3</w:t>
            </w:r>
          </w:p>
        </w:tc>
        <w:tc>
          <w:tcPr>
            <w:tcW w:w="515" w:type="pct"/>
            <w:vAlign w:val="center"/>
          </w:tcPr>
          <w:p w14:paraId="2C490694" w14:textId="77777777" w:rsidR="00F12170" w:rsidRPr="007911BE" w:rsidRDefault="00000000">
            <w:pPr>
              <w:ind w:firstLine="0"/>
              <w:jc w:val="center"/>
            </w:pPr>
            <w:r w:rsidRPr="007911BE">
              <w:rPr>
                <w:sz w:val="14"/>
              </w:rPr>
              <w:t>13</w:t>
            </w:r>
          </w:p>
        </w:tc>
        <w:tc>
          <w:tcPr>
            <w:tcW w:w="515" w:type="pct"/>
            <w:vAlign w:val="center"/>
          </w:tcPr>
          <w:p w14:paraId="088E2BA5" w14:textId="77777777" w:rsidR="00F12170" w:rsidRPr="007911BE" w:rsidRDefault="00000000">
            <w:pPr>
              <w:ind w:firstLine="0"/>
              <w:jc w:val="center"/>
            </w:pPr>
            <w:r w:rsidRPr="007911BE">
              <w:rPr>
                <w:sz w:val="14"/>
              </w:rPr>
              <w:t>-17.3</w:t>
            </w:r>
          </w:p>
        </w:tc>
        <w:tc>
          <w:tcPr>
            <w:tcW w:w="666" w:type="pct"/>
            <w:vAlign w:val="center"/>
          </w:tcPr>
          <w:p w14:paraId="512CFE2E"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достигается</w:t>
            </w:r>
            <w:proofErr w:type="spellEnd"/>
          </w:p>
        </w:tc>
        <w:tc>
          <w:tcPr>
            <w:tcW w:w="909" w:type="pct"/>
            <w:vAlign w:val="center"/>
          </w:tcPr>
          <w:p w14:paraId="46200F1D" w14:textId="77777777" w:rsidR="00F12170" w:rsidRPr="007911BE" w:rsidRDefault="00F12170">
            <w:pPr>
              <w:ind w:firstLine="0"/>
              <w:jc w:val="left"/>
            </w:pPr>
          </w:p>
        </w:tc>
      </w:tr>
      <w:tr w:rsidR="00F12170" w:rsidRPr="007911BE" w14:paraId="77BEE733" w14:textId="77777777" w:rsidTr="00B408C8">
        <w:trPr>
          <w:jc w:val="center"/>
        </w:trPr>
        <w:tc>
          <w:tcPr>
            <w:tcW w:w="424" w:type="pct"/>
            <w:vAlign w:val="center"/>
          </w:tcPr>
          <w:p w14:paraId="6B4F8B29" w14:textId="77777777" w:rsidR="00F12170" w:rsidRPr="007911BE" w:rsidRDefault="00000000">
            <w:pPr>
              <w:ind w:firstLine="0"/>
              <w:jc w:val="left"/>
            </w:pPr>
            <w:r w:rsidRPr="007911BE">
              <w:rPr>
                <w:sz w:val="14"/>
              </w:rPr>
              <w:t>2.14.Я.5</w:t>
            </w:r>
          </w:p>
        </w:tc>
        <w:tc>
          <w:tcPr>
            <w:tcW w:w="1515" w:type="pct"/>
            <w:vAlign w:val="center"/>
          </w:tcPr>
          <w:p w14:paraId="659AA6F1" w14:textId="77777777" w:rsidR="00F12170" w:rsidRPr="007911BE" w:rsidRDefault="00000000">
            <w:pPr>
              <w:ind w:firstLine="0"/>
              <w:jc w:val="left"/>
              <w:rPr>
                <w:lang w:val="ru-RU"/>
              </w:rPr>
            </w:pPr>
            <w:r w:rsidRPr="007911BE">
              <w:rPr>
                <w:sz w:val="14"/>
                <w:lang w:val="ru-RU"/>
              </w:rPr>
              <w:t>Количество созданных центров воспроизведения аудиовизуального контента в малых населенных пунктах с численностью населения до 50 тыс. человек, оснащенных необходимым оборудованием и подключенных к единой цифровой платформе с библиотекой современных продуктов российской киноиндустрии (Я5)</w:t>
            </w:r>
          </w:p>
        </w:tc>
        <w:tc>
          <w:tcPr>
            <w:tcW w:w="454" w:type="pct"/>
            <w:vAlign w:val="center"/>
          </w:tcPr>
          <w:p w14:paraId="79035FE9" w14:textId="77777777" w:rsidR="00F12170" w:rsidRPr="007911BE" w:rsidRDefault="00000000">
            <w:pPr>
              <w:ind w:firstLine="0"/>
              <w:jc w:val="center"/>
            </w:pPr>
            <w:r w:rsidRPr="007911BE">
              <w:rPr>
                <w:sz w:val="14"/>
              </w:rPr>
              <w:t>900</w:t>
            </w:r>
          </w:p>
        </w:tc>
        <w:tc>
          <w:tcPr>
            <w:tcW w:w="515" w:type="pct"/>
            <w:vAlign w:val="center"/>
          </w:tcPr>
          <w:p w14:paraId="11837139" w14:textId="77777777" w:rsidR="00F12170" w:rsidRPr="007911BE" w:rsidRDefault="00000000">
            <w:pPr>
              <w:ind w:firstLine="0"/>
              <w:jc w:val="center"/>
            </w:pPr>
            <w:r w:rsidRPr="007911BE">
              <w:rPr>
                <w:sz w:val="14"/>
              </w:rPr>
              <w:t>164</w:t>
            </w:r>
          </w:p>
        </w:tc>
        <w:tc>
          <w:tcPr>
            <w:tcW w:w="515" w:type="pct"/>
            <w:vAlign w:val="center"/>
          </w:tcPr>
          <w:p w14:paraId="7A9B49AE" w14:textId="77777777" w:rsidR="00F12170" w:rsidRPr="007911BE" w:rsidRDefault="00000000">
            <w:pPr>
              <w:ind w:firstLine="0"/>
              <w:jc w:val="center"/>
            </w:pPr>
            <w:r w:rsidRPr="007911BE">
              <w:rPr>
                <w:sz w:val="14"/>
              </w:rPr>
              <w:t>-736</w:t>
            </w:r>
          </w:p>
        </w:tc>
        <w:tc>
          <w:tcPr>
            <w:tcW w:w="666" w:type="pct"/>
            <w:vAlign w:val="center"/>
          </w:tcPr>
          <w:p w14:paraId="32669E55"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достигается</w:t>
            </w:r>
            <w:proofErr w:type="spellEnd"/>
          </w:p>
        </w:tc>
        <w:tc>
          <w:tcPr>
            <w:tcW w:w="909" w:type="pct"/>
            <w:vAlign w:val="center"/>
          </w:tcPr>
          <w:p w14:paraId="25D5021D" w14:textId="77777777" w:rsidR="00F12170" w:rsidRPr="007911BE" w:rsidRDefault="00F12170">
            <w:pPr>
              <w:ind w:firstLine="0"/>
              <w:jc w:val="left"/>
            </w:pPr>
          </w:p>
        </w:tc>
      </w:tr>
      <w:tr w:rsidR="00F12170" w:rsidRPr="007911BE" w14:paraId="545F7FCF" w14:textId="77777777" w:rsidTr="00B408C8">
        <w:trPr>
          <w:jc w:val="center"/>
        </w:trPr>
        <w:tc>
          <w:tcPr>
            <w:tcW w:w="424" w:type="pct"/>
            <w:vAlign w:val="center"/>
          </w:tcPr>
          <w:p w14:paraId="71B89978" w14:textId="77777777" w:rsidR="00F12170" w:rsidRPr="007911BE" w:rsidRDefault="00000000">
            <w:pPr>
              <w:ind w:firstLine="0"/>
              <w:jc w:val="left"/>
            </w:pPr>
            <w:r w:rsidRPr="007911BE">
              <w:rPr>
                <w:sz w:val="14"/>
              </w:rPr>
              <w:t>2.14.Я.6</w:t>
            </w:r>
          </w:p>
        </w:tc>
        <w:tc>
          <w:tcPr>
            <w:tcW w:w="1515" w:type="pct"/>
            <w:vAlign w:val="center"/>
          </w:tcPr>
          <w:p w14:paraId="51E479DE" w14:textId="77777777" w:rsidR="00F12170" w:rsidRPr="007911BE" w:rsidRDefault="00000000">
            <w:pPr>
              <w:ind w:firstLine="0"/>
              <w:jc w:val="left"/>
              <w:rPr>
                <w:lang w:val="ru-RU"/>
              </w:rPr>
            </w:pPr>
            <w:r w:rsidRPr="007911BE">
              <w:rPr>
                <w:sz w:val="14"/>
                <w:lang w:val="ru-RU"/>
              </w:rPr>
              <w:t>Уровень удовлетворенности граждан работой государственных и муниципальных организаций культуры, искусства и народного творчества (Я5)</w:t>
            </w:r>
          </w:p>
        </w:tc>
        <w:tc>
          <w:tcPr>
            <w:tcW w:w="454" w:type="pct"/>
            <w:vAlign w:val="center"/>
          </w:tcPr>
          <w:p w14:paraId="45241B6E" w14:textId="77777777" w:rsidR="00F12170" w:rsidRPr="007911BE" w:rsidRDefault="00000000">
            <w:pPr>
              <w:ind w:firstLine="0"/>
              <w:jc w:val="center"/>
            </w:pPr>
            <w:r w:rsidRPr="007911BE">
              <w:rPr>
                <w:sz w:val="14"/>
              </w:rPr>
              <w:t>63</w:t>
            </w:r>
          </w:p>
        </w:tc>
        <w:tc>
          <w:tcPr>
            <w:tcW w:w="515" w:type="pct"/>
            <w:vAlign w:val="center"/>
          </w:tcPr>
          <w:p w14:paraId="153D2660" w14:textId="77777777" w:rsidR="00F12170" w:rsidRPr="007911BE" w:rsidRDefault="00000000">
            <w:pPr>
              <w:ind w:firstLine="0"/>
              <w:jc w:val="center"/>
            </w:pPr>
            <w:r w:rsidRPr="007911BE">
              <w:rPr>
                <w:sz w:val="14"/>
              </w:rPr>
              <w:t>100.06</w:t>
            </w:r>
          </w:p>
        </w:tc>
        <w:tc>
          <w:tcPr>
            <w:tcW w:w="515" w:type="pct"/>
            <w:vAlign w:val="center"/>
          </w:tcPr>
          <w:p w14:paraId="65F5FB6D" w14:textId="77777777" w:rsidR="00F12170" w:rsidRPr="007911BE" w:rsidRDefault="00000000">
            <w:pPr>
              <w:ind w:firstLine="0"/>
              <w:jc w:val="center"/>
            </w:pPr>
            <w:r w:rsidRPr="007911BE">
              <w:rPr>
                <w:sz w:val="14"/>
              </w:rPr>
              <w:t>37.06</w:t>
            </w:r>
          </w:p>
        </w:tc>
        <w:tc>
          <w:tcPr>
            <w:tcW w:w="666" w:type="pct"/>
            <w:vAlign w:val="center"/>
          </w:tcPr>
          <w:p w14:paraId="28BB7A89" w14:textId="77777777" w:rsidR="00F12170" w:rsidRPr="007911BE" w:rsidRDefault="00000000">
            <w:pPr>
              <w:ind w:firstLine="0"/>
              <w:jc w:val="left"/>
            </w:pPr>
            <w:proofErr w:type="spellStart"/>
            <w:r w:rsidRPr="007911BE">
              <w:rPr>
                <w:sz w:val="14"/>
              </w:rPr>
              <w:t>достигается</w:t>
            </w:r>
            <w:proofErr w:type="spellEnd"/>
          </w:p>
        </w:tc>
        <w:tc>
          <w:tcPr>
            <w:tcW w:w="909" w:type="pct"/>
            <w:vAlign w:val="center"/>
          </w:tcPr>
          <w:p w14:paraId="3B58AFDD" w14:textId="77777777" w:rsidR="00F12170" w:rsidRPr="007911BE" w:rsidRDefault="00F12170">
            <w:pPr>
              <w:ind w:firstLine="0"/>
              <w:jc w:val="left"/>
            </w:pPr>
          </w:p>
        </w:tc>
      </w:tr>
      <w:tr w:rsidR="00F12170" w:rsidRPr="007911BE" w14:paraId="6ED5C8E9" w14:textId="77777777" w:rsidTr="00B408C8">
        <w:trPr>
          <w:jc w:val="center"/>
        </w:trPr>
        <w:tc>
          <w:tcPr>
            <w:tcW w:w="424" w:type="pct"/>
            <w:vAlign w:val="center"/>
          </w:tcPr>
          <w:p w14:paraId="6EB70FD3" w14:textId="77777777" w:rsidR="00F12170" w:rsidRPr="007911BE" w:rsidRDefault="00000000">
            <w:pPr>
              <w:ind w:firstLine="0"/>
              <w:jc w:val="left"/>
            </w:pPr>
            <w:r w:rsidRPr="007911BE">
              <w:rPr>
                <w:sz w:val="14"/>
              </w:rPr>
              <w:t>2.14.Я3.1</w:t>
            </w:r>
          </w:p>
        </w:tc>
        <w:tc>
          <w:tcPr>
            <w:tcW w:w="1515" w:type="pct"/>
            <w:vAlign w:val="center"/>
          </w:tcPr>
          <w:p w14:paraId="7FE6F381" w14:textId="77777777" w:rsidR="00F12170" w:rsidRPr="007911BE" w:rsidRDefault="00000000">
            <w:pPr>
              <w:ind w:firstLine="0"/>
              <w:jc w:val="left"/>
              <w:rPr>
                <w:lang w:val="ru-RU"/>
              </w:rPr>
            </w:pPr>
            <w:r w:rsidRPr="007911BE">
              <w:rPr>
                <w:sz w:val="14"/>
                <w:lang w:val="ru-RU"/>
              </w:rPr>
              <w:t>Охват граждан репродуктивного возраста (18–49 лет) диспансеризацией с целью оценки репродуктивного здоровья</w:t>
            </w:r>
          </w:p>
        </w:tc>
        <w:tc>
          <w:tcPr>
            <w:tcW w:w="454" w:type="pct"/>
            <w:vAlign w:val="center"/>
          </w:tcPr>
          <w:p w14:paraId="5A18A4C2" w14:textId="77777777" w:rsidR="00F12170" w:rsidRPr="007911BE" w:rsidRDefault="00000000">
            <w:pPr>
              <w:ind w:firstLine="0"/>
              <w:jc w:val="center"/>
            </w:pPr>
            <w:r w:rsidRPr="007911BE">
              <w:rPr>
                <w:sz w:val="14"/>
              </w:rPr>
              <w:t>50</w:t>
            </w:r>
          </w:p>
        </w:tc>
        <w:tc>
          <w:tcPr>
            <w:tcW w:w="515" w:type="pct"/>
            <w:vAlign w:val="center"/>
          </w:tcPr>
          <w:p w14:paraId="7E757AEB" w14:textId="77777777" w:rsidR="00F12170" w:rsidRPr="007911BE" w:rsidRDefault="00000000">
            <w:pPr>
              <w:ind w:firstLine="0"/>
              <w:jc w:val="center"/>
            </w:pPr>
            <w:r w:rsidRPr="007911BE">
              <w:rPr>
                <w:sz w:val="14"/>
              </w:rPr>
              <w:t>45.43</w:t>
            </w:r>
          </w:p>
        </w:tc>
        <w:tc>
          <w:tcPr>
            <w:tcW w:w="515" w:type="pct"/>
            <w:vAlign w:val="center"/>
          </w:tcPr>
          <w:p w14:paraId="7BF97E68" w14:textId="77777777" w:rsidR="00F12170" w:rsidRPr="007911BE" w:rsidRDefault="00000000">
            <w:pPr>
              <w:ind w:firstLine="0"/>
              <w:jc w:val="center"/>
            </w:pPr>
            <w:r w:rsidRPr="007911BE">
              <w:rPr>
                <w:sz w:val="14"/>
              </w:rPr>
              <w:t>-4.57</w:t>
            </w:r>
          </w:p>
        </w:tc>
        <w:tc>
          <w:tcPr>
            <w:tcW w:w="666" w:type="pct"/>
            <w:vAlign w:val="center"/>
          </w:tcPr>
          <w:p w14:paraId="2D73517F" w14:textId="77777777" w:rsidR="00F12170" w:rsidRPr="007911BE" w:rsidRDefault="00000000">
            <w:pPr>
              <w:ind w:firstLine="0"/>
              <w:jc w:val="left"/>
            </w:pPr>
            <w:proofErr w:type="spellStart"/>
            <w:r w:rsidRPr="007911BE">
              <w:rPr>
                <w:sz w:val="14"/>
              </w:rPr>
              <w:t>не</w:t>
            </w:r>
            <w:proofErr w:type="spellEnd"/>
            <w:r w:rsidRPr="007911BE">
              <w:rPr>
                <w:sz w:val="14"/>
              </w:rPr>
              <w:t xml:space="preserve"> </w:t>
            </w:r>
            <w:proofErr w:type="spellStart"/>
            <w:r w:rsidRPr="007911BE">
              <w:rPr>
                <w:sz w:val="14"/>
              </w:rPr>
              <w:t>достигается</w:t>
            </w:r>
            <w:proofErr w:type="spellEnd"/>
          </w:p>
        </w:tc>
        <w:tc>
          <w:tcPr>
            <w:tcW w:w="909" w:type="pct"/>
            <w:vAlign w:val="center"/>
          </w:tcPr>
          <w:p w14:paraId="3C0A3666" w14:textId="77777777" w:rsidR="00F12170" w:rsidRPr="007911BE" w:rsidRDefault="00F12170">
            <w:pPr>
              <w:ind w:firstLine="0"/>
              <w:jc w:val="left"/>
            </w:pPr>
          </w:p>
        </w:tc>
      </w:tr>
      <w:tr w:rsidR="00F12170" w:rsidRPr="00A27575" w14:paraId="71C2F8D5" w14:textId="77777777" w:rsidTr="00B408C8">
        <w:trPr>
          <w:jc w:val="center"/>
        </w:trPr>
        <w:tc>
          <w:tcPr>
            <w:tcW w:w="424" w:type="pct"/>
            <w:vAlign w:val="center"/>
          </w:tcPr>
          <w:p w14:paraId="1A897507" w14:textId="77777777" w:rsidR="00F12170" w:rsidRPr="007911BE" w:rsidRDefault="00000000">
            <w:pPr>
              <w:ind w:firstLine="0"/>
              <w:jc w:val="left"/>
            </w:pPr>
            <w:r w:rsidRPr="007911BE">
              <w:rPr>
                <w:sz w:val="14"/>
              </w:rPr>
              <w:t>2.14.Я3.3</w:t>
            </w:r>
          </w:p>
        </w:tc>
        <w:tc>
          <w:tcPr>
            <w:tcW w:w="1515" w:type="pct"/>
            <w:vAlign w:val="center"/>
          </w:tcPr>
          <w:p w14:paraId="265B540D" w14:textId="77777777" w:rsidR="00F12170" w:rsidRPr="007911BE" w:rsidRDefault="00000000">
            <w:pPr>
              <w:ind w:firstLine="0"/>
              <w:jc w:val="left"/>
            </w:pPr>
            <w:proofErr w:type="spellStart"/>
            <w:r w:rsidRPr="007911BE">
              <w:rPr>
                <w:sz w:val="14"/>
              </w:rPr>
              <w:t>Младенческая</w:t>
            </w:r>
            <w:proofErr w:type="spellEnd"/>
            <w:r w:rsidRPr="007911BE">
              <w:rPr>
                <w:sz w:val="14"/>
              </w:rPr>
              <w:t xml:space="preserve"> </w:t>
            </w:r>
            <w:proofErr w:type="spellStart"/>
            <w:r w:rsidRPr="007911BE">
              <w:rPr>
                <w:sz w:val="14"/>
              </w:rPr>
              <w:t>смертность</w:t>
            </w:r>
            <w:proofErr w:type="spellEnd"/>
          </w:p>
        </w:tc>
        <w:tc>
          <w:tcPr>
            <w:tcW w:w="454" w:type="pct"/>
            <w:vAlign w:val="center"/>
          </w:tcPr>
          <w:p w14:paraId="18B44DA4" w14:textId="77777777" w:rsidR="00F12170" w:rsidRPr="007911BE" w:rsidRDefault="00000000">
            <w:pPr>
              <w:ind w:firstLine="0"/>
              <w:jc w:val="center"/>
            </w:pPr>
            <w:r w:rsidRPr="007911BE">
              <w:rPr>
                <w:sz w:val="14"/>
              </w:rPr>
              <w:t>3.9</w:t>
            </w:r>
          </w:p>
        </w:tc>
        <w:tc>
          <w:tcPr>
            <w:tcW w:w="515" w:type="pct"/>
            <w:vAlign w:val="center"/>
          </w:tcPr>
          <w:p w14:paraId="58135B07" w14:textId="77777777" w:rsidR="00F12170" w:rsidRPr="007911BE" w:rsidRDefault="00000000">
            <w:pPr>
              <w:ind w:firstLine="0"/>
              <w:jc w:val="left"/>
            </w:pPr>
            <w:r w:rsidRPr="007911BE">
              <w:rPr>
                <w:sz w:val="14"/>
              </w:rPr>
              <w:t>3.359–3.684</w:t>
            </w:r>
          </w:p>
        </w:tc>
        <w:tc>
          <w:tcPr>
            <w:tcW w:w="515" w:type="pct"/>
            <w:vAlign w:val="center"/>
          </w:tcPr>
          <w:p w14:paraId="7997FC33" w14:textId="77777777" w:rsidR="00F12170" w:rsidRPr="007911BE" w:rsidRDefault="00000000">
            <w:pPr>
              <w:ind w:firstLine="0"/>
              <w:jc w:val="left"/>
            </w:pPr>
            <w:r w:rsidRPr="007911BE">
              <w:rPr>
                <w:sz w:val="14"/>
              </w:rPr>
              <w:t>0.216–0.541</w:t>
            </w:r>
          </w:p>
        </w:tc>
        <w:tc>
          <w:tcPr>
            <w:tcW w:w="666" w:type="pct"/>
            <w:vAlign w:val="center"/>
          </w:tcPr>
          <w:p w14:paraId="56B31681" w14:textId="77777777" w:rsidR="00F12170" w:rsidRPr="007911BE" w:rsidRDefault="00000000">
            <w:pPr>
              <w:ind w:firstLine="0"/>
              <w:jc w:val="left"/>
            </w:pPr>
            <w:proofErr w:type="spellStart"/>
            <w:r w:rsidRPr="007911BE">
              <w:rPr>
                <w:sz w:val="14"/>
              </w:rPr>
              <w:t>достигается</w:t>
            </w:r>
            <w:proofErr w:type="spellEnd"/>
          </w:p>
        </w:tc>
        <w:tc>
          <w:tcPr>
            <w:tcW w:w="909" w:type="pct"/>
            <w:vAlign w:val="center"/>
          </w:tcPr>
          <w:p w14:paraId="2F7334F2" w14:textId="77777777" w:rsidR="00F12170" w:rsidRPr="007911BE" w:rsidRDefault="00000000">
            <w:pPr>
              <w:ind w:firstLine="0"/>
              <w:jc w:val="left"/>
              <w:rPr>
                <w:lang w:val="ru-RU"/>
              </w:rPr>
            </w:pPr>
            <w:r w:rsidRPr="007911BE">
              <w:rPr>
                <w:sz w:val="14"/>
                <w:lang w:val="ru-RU"/>
              </w:rPr>
              <w:t>Два операционных контура младенческой смертности.</w:t>
            </w:r>
          </w:p>
        </w:tc>
      </w:tr>
      <w:tr w:rsidR="00F12170" w:rsidRPr="007911BE" w14:paraId="35951ACC" w14:textId="77777777" w:rsidTr="00B408C8">
        <w:trPr>
          <w:jc w:val="center"/>
        </w:trPr>
        <w:tc>
          <w:tcPr>
            <w:tcW w:w="424" w:type="pct"/>
            <w:vAlign w:val="center"/>
          </w:tcPr>
          <w:p w14:paraId="5FD10A2C" w14:textId="77777777" w:rsidR="00F12170" w:rsidRPr="007911BE" w:rsidRDefault="00000000">
            <w:pPr>
              <w:ind w:firstLine="0"/>
              <w:jc w:val="left"/>
            </w:pPr>
            <w:r w:rsidRPr="007911BE">
              <w:rPr>
                <w:sz w:val="14"/>
              </w:rPr>
              <w:t>2.14.Я3.5</w:t>
            </w:r>
          </w:p>
        </w:tc>
        <w:tc>
          <w:tcPr>
            <w:tcW w:w="1515" w:type="pct"/>
            <w:vAlign w:val="center"/>
          </w:tcPr>
          <w:p w14:paraId="7180317E" w14:textId="77777777" w:rsidR="00F12170" w:rsidRPr="007911BE" w:rsidRDefault="00000000">
            <w:pPr>
              <w:ind w:firstLine="0"/>
              <w:jc w:val="left"/>
              <w:rPr>
                <w:lang w:val="ru-RU"/>
              </w:rPr>
            </w:pPr>
            <w:r w:rsidRPr="007911BE">
              <w:rPr>
                <w:sz w:val="1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454" w:type="pct"/>
            <w:vAlign w:val="center"/>
          </w:tcPr>
          <w:p w14:paraId="5DF7A41C" w14:textId="77777777" w:rsidR="00F12170" w:rsidRPr="007911BE" w:rsidRDefault="00000000">
            <w:pPr>
              <w:ind w:firstLine="0"/>
              <w:jc w:val="center"/>
            </w:pPr>
            <w:r w:rsidRPr="007911BE">
              <w:rPr>
                <w:sz w:val="14"/>
              </w:rPr>
              <w:t>26</w:t>
            </w:r>
          </w:p>
        </w:tc>
        <w:tc>
          <w:tcPr>
            <w:tcW w:w="515" w:type="pct"/>
            <w:vAlign w:val="center"/>
          </w:tcPr>
          <w:p w14:paraId="005FB166" w14:textId="77777777" w:rsidR="00F12170" w:rsidRPr="007911BE" w:rsidRDefault="00000000">
            <w:pPr>
              <w:ind w:firstLine="0"/>
              <w:jc w:val="center"/>
            </w:pPr>
            <w:r w:rsidRPr="007911BE">
              <w:rPr>
                <w:sz w:val="14"/>
              </w:rPr>
              <w:t>50.86</w:t>
            </w:r>
          </w:p>
        </w:tc>
        <w:tc>
          <w:tcPr>
            <w:tcW w:w="515" w:type="pct"/>
            <w:vAlign w:val="center"/>
          </w:tcPr>
          <w:p w14:paraId="722546C1" w14:textId="77777777" w:rsidR="00F12170" w:rsidRPr="007911BE" w:rsidRDefault="00000000">
            <w:pPr>
              <w:ind w:firstLine="0"/>
              <w:jc w:val="center"/>
            </w:pPr>
            <w:r w:rsidRPr="007911BE">
              <w:rPr>
                <w:sz w:val="14"/>
              </w:rPr>
              <w:t>24.86</w:t>
            </w:r>
          </w:p>
        </w:tc>
        <w:tc>
          <w:tcPr>
            <w:tcW w:w="666" w:type="pct"/>
            <w:vAlign w:val="center"/>
          </w:tcPr>
          <w:p w14:paraId="1B185CDE" w14:textId="77777777" w:rsidR="00F12170" w:rsidRPr="007911BE" w:rsidRDefault="00000000">
            <w:pPr>
              <w:ind w:firstLine="0"/>
              <w:jc w:val="left"/>
            </w:pPr>
            <w:proofErr w:type="spellStart"/>
            <w:r w:rsidRPr="007911BE">
              <w:rPr>
                <w:sz w:val="14"/>
              </w:rPr>
              <w:t>достигается</w:t>
            </w:r>
            <w:proofErr w:type="spellEnd"/>
          </w:p>
        </w:tc>
        <w:tc>
          <w:tcPr>
            <w:tcW w:w="909" w:type="pct"/>
            <w:vAlign w:val="center"/>
          </w:tcPr>
          <w:p w14:paraId="10AF712A" w14:textId="77777777" w:rsidR="00F12170" w:rsidRPr="007911BE" w:rsidRDefault="00F12170">
            <w:pPr>
              <w:ind w:firstLine="0"/>
              <w:jc w:val="left"/>
            </w:pPr>
          </w:p>
        </w:tc>
      </w:tr>
    </w:tbl>
    <w:p w14:paraId="3431C2FA"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7411B381" w14:textId="77777777" w:rsidR="00F12170" w:rsidRPr="007911BE" w:rsidRDefault="00000000" w:rsidP="00585C06">
      <w:pPr>
        <w:pStyle w:val="21"/>
      </w:pPr>
      <w:bookmarkStart w:id="18" w:name="_Toc228134064"/>
      <w:r w:rsidRPr="007911BE">
        <w:t>4.</w:t>
      </w:r>
      <w:r w:rsidR="00585C06" w:rsidRPr="007911BE">
        <w:t>4</w:t>
      </w:r>
      <w:r w:rsidRPr="007911BE">
        <w:t>. Выводы и рекомендации</w:t>
      </w:r>
      <w:bookmarkEnd w:id="18"/>
    </w:p>
    <w:p w14:paraId="66204F07" w14:textId="77777777" w:rsidR="00F12170" w:rsidRPr="007911BE" w:rsidRDefault="00000000">
      <w:pPr>
        <w:rPr>
          <w:sz w:val="28"/>
          <w:szCs w:val="28"/>
          <w:lang w:val="ru-RU"/>
        </w:rPr>
      </w:pPr>
      <w:r w:rsidRPr="007911BE">
        <w:rPr>
          <w:sz w:val="28"/>
          <w:szCs w:val="28"/>
          <w:lang w:val="ru-RU"/>
        </w:rPr>
        <w:t>Цели по рождаемости следует признать достижимыми только при условии существенного ускорения эффекта мер, сдерживания дальнейшего откладывания рождений и общего улучшения социально-экономических условий семей. Для периодного суммарного коэффициента рождаемости решающим является не возрастная структура женщин сама по себе, а то, как меняются календарь рождений, репродуктивные намерения и барьеры к их реализации. В текущем мониторинговом срезе центральные демографические показатели идут ниже целевой траектории. Следовательно, требуется не только продолжение мер, но и пересмотр их фокусировки: усиление мер, влияющих на первые и вторые рождения, снижение жилищных и трудовых барьеров, адресная региональная политика и причинная оценка эффективности региональных программ.</w:t>
      </w:r>
    </w:p>
    <w:p w14:paraId="0084A06E" w14:textId="77777777" w:rsidR="00F12170" w:rsidRPr="007911BE" w:rsidRDefault="00000000">
      <w:pPr>
        <w:rPr>
          <w:lang w:val="ru-RU"/>
        </w:rPr>
      </w:pPr>
      <w:r w:rsidRPr="007911BE">
        <w:rPr>
          <w:sz w:val="28"/>
          <w:lang w:val="ru-RU"/>
        </w:rPr>
        <w:t>Для каждого ключевого показателя следует перейти от бинарной оценки «достигнуто/не достигнуто» к вероятностной оценке достижения цели. В управленческой панели необходимо показывать прогнозный интервал, вероятность достижения цели к 2030 году, требуемое среднегодовое изменение и набор факторов риска. Это позволит заранее корректировать проект, а не фиксировать недостижение постфактум.</w:t>
      </w:r>
    </w:p>
    <w:p w14:paraId="7B0B4A1D" w14:textId="77777777" w:rsidR="00F12170" w:rsidRPr="007911BE" w:rsidRDefault="00000000" w:rsidP="00585C06">
      <w:pPr>
        <w:pStyle w:val="1"/>
      </w:pPr>
      <w:bookmarkStart w:id="19" w:name="_Toc228134065"/>
      <w:r w:rsidRPr="007911BE">
        <w:t>5. Территориальная экспертиза и картографический анализ</w:t>
      </w:r>
      <w:bookmarkEnd w:id="19"/>
    </w:p>
    <w:p w14:paraId="7B27368A" w14:textId="77777777" w:rsidR="00F12170" w:rsidRPr="007911BE" w:rsidRDefault="00000000" w:rsidP="00585C06">
      <w:pPr>
        <w:pStyle w:val="21"/>
      </w:pPr>
      <w:bookmarkStart w:id="20" w:name="_Toc228134066"/>
      <w:r w:rsidRPr="007911BE">
        <w:t>5.1. Методика</w:t>
      </w:r>
      <w:bookmarkEnd w:id="20"/>
    </w:p>
    <w:p w14:paraId="2A644931" w14:textId="77777777" w:rsidR="00F12170" w:rsidRPr="007911BE" w:rsidRDefault="00000000">
      <w:pPr>
        <w:rPr>
          <w:sz w:val="28"/>
          <w:szCs w:val="28"/>
          <w:lang w:val="ru-RU"/>
        </w:rPr>
      </w:pPr>
      <w:r w:rsidRPr="007911BE">
        <w:rPr>
          <w:sz w:val="28"/>
          <w:szCs w:val="28"/>
          <w:lang w:val="ru-RU"/>
        </w:rPr>
        <w:t xml:space="preserve">Территориальная экспертиза включала подготовку региональных данных к картографированию, соединение их с полигональным слоем 89 субъектов и построение нескольких типов карт. Главный принцип раздела состоял в том, что карта используется не как иллюстрация, а как аналитический инструмент: </w:t>
      </w:r>
      <w:r w:rsidRPr="007911BE">
        <w:rPr>
          <w:sz w:val="28"/>
          <w:szCs w:val="28"/>
          <w:lang w:val="ru-RU"/>
        </w:rPr>
        <w:lastRenderedPageBreak/>
        <w:t>она должна показывать не только уровень показателя, но и его пространственный рисунок, соседство, разрывы и зоны концентрации риска.</w:t>
      </w:r>
    </w:p>
    <w:p w14:paraId="6458966B" w14:textId="77777777" w:rsidR="00F12170" w:rsidRPr="007911BE" w:rsidRDefault="00000000">
      <w:pPr>
        <w:rPr>
          <w:sz w:val="28"/>
          <w:szCs w:val="28"/>
          <w:lang w:val="ru-RU"/>
        </w:rPr>
      </w:pPr>
      <w:r w:rsidRPr="007911BE">
        <w:rPr>
          <w:sz w:val="28"/>
          <w:szCs w:val="28"/>
          <w:lang w:val="ru-RU"/>
        </w:rPr>
        <w:t xml:space="preserve">Для разных задач использовались разные типы карт. </w:t>
      </w:r>
      <w:proofErr w:type="spellStart"/>
      <w:r w:rsidRPr="007911BE">
        <w:rPr>
          <w:sz w:val="28"/>
          <w:szCs w:val="28"/>
          <w:lang w:val="ru-RU"/>
        </w:rPr>
        <w:t>Хлороплеты</w:t>
      </w:r>
      <w:proofErr w:type="spellEnd"/>
      <w:r w:rsidRPr="007911BE">
        <w:rPr>
          <w:sz w:val="28"/>
          <w:szCs w:val="28"/>
          <w:lang w:val="ru-RU"/>
        </w:rPr>
        <w:t xml:space="preserve"> позволяют видеть интенсивность показателя по территории; плиточная картограмма уменьшает влияние огромной площади малонаселённых регионов и облегчает сравнение субъектов «по ячейкам»; картодиаграммы помогают одновременно видеть географию и относительный масштаб значений. Такое сочетание нужно для России, где чисто географическая карта может визуально переоценивать крупные по площади, но не по населению территории.</w:t>
      </w:r>
    </w:p>
    <w:p w14:paraId="358F7ADC" w14:textId="77777777" w:rsidR="00F12170" w:rsidRPr="007911BE" w:rsidRDefault="00000000">
      <w:pPr>
        <w:rPr>
          <w:sz w:val="28"/>
          <w:szCs w:val="28"/>
          <w:lang w:val="ru-RU"/>
        </w:rPr>
      </w:pPr>
      <w:r w:rsidRPr="007911BE">
        <w:rPr>
          <w:sz w:val="28"/>
          <w:szCs w:val="28"/>
          <w:lang w:val="ru-RU"/>
        </w:rPr>
        <w:t>При подготовке карт проводилась отдельная нормализация названий субъектов и проверка пространственного соединения. Это техническая, но очень важная процедура: один и тот же регион в разных базах может быть записан по-разному, а ошибка соединения автоматически превращается в ложный вывод о пространственной картине. В отчёте проверялось, что всем 89 субъектам сопоставлены корректные территориальные объекты.</w:t>
      </w:r>
    </w:p>
    <w:p w14:paraId="5C692AA7" w14:textId="77777777" w:rsidR="00F12170" w:rsidRPr="007911BE" w:rsidRDefault="00000000">
      <w:pPr>
        <w:rPr>
          <w:sz w:val="28"/>
          <w:szCs w:val="28"/>
          <w:lang w:val="ru-RU"/>
        </w:rPr>
      </w:pPr>
      <w:r w:rsidRPr="007911BE">
        <w:rPr>
          <w:sz w:val="28"/>
          <w:szCs w:val="28"/>
          <w:lang w:val="ru-RU"/>
        </w:rPr>
        <w:t xml:space="preserve">Для полигональных карт использована равновеликая проекция </w:t>
      </w:r>
      <w:r w:rsidRPr="007911BE">
        <w:rPr>
          <w:sz w:val="28"/>
          <w:szCs w:val="28"/>
        </w:rPr>
        <w:t>Lambert</w:t>
      </w:r>
      <w:r w:rsidRPr="007911BE">
        <w:rPr>
          <w:sz w:val="28"/>
          <w:szCs w:val="28"/>
          <w:lang w:val="ru-RU"/>
        </w:rPr>
        <w:t xml:space="preserve"> </w:t>
      </w:r>
      <w:r w:rsidRPr="007911BE">
        <w:rPr>
          <w:sz w:val="28"/>
          <w:szCs w:val="28"/>
        </w:rPr>
        <w:t>azimuthal</w:t>
      </w:r>
      <w:r w:rsidRPr="007911BE">
        <w:rPr>
          <w:sz w:val="28"/>
          <w:szCs w:val="28"/>
          <w:lang w:val="ru-RU"/>
        </w:rPr>
        <w:t xml:space="preserve"> </w:t>
      </w:r>
      <w:r w:rsidRPr="007911BE">
        <w:rPr>
          <w:sz w:val="28"/>
          <w:szCs w:val="28"/>
        </w:rPr>
        <w:t>equal</w:t>
      </w:r>
      <w:r w:rsidRPr="007911BE">
        <w:rPr>
          <w:sz w:val="28"/>
          <w:szCs w:val="28"/>
          <w:lang w:val="ru-RU"/>
        </w:rPr>
        <w:t>-</w:t>
      </w:r>
      <w:r w:rsidRPr="007911BE">
        <w:rPr>
          <w:sz w:val="28"/>
          <w:szCs w:val="28"/>
        </w:rPr>
        <w:t>area</w:t>
      </w:r>
      <w:r w:rsidRPr="007911BE">
        <w:rPr>
          <w:sz w:val="28"/>
          <w:szCs w:val="28"/>
          <w:lang w:val="ru-RU"/>
        </w:rPr>
        <w:t>, центрированная на России. Проще говоря, это способ показать страну так, чтобы форма и площадь территорий не искажались сильнее необходимого. В противном случае отдельные регионы, особенно на востоке страны, визуально «растягиваются» или «сжимаются», и карта перестаёт быть надёжным инструментом сравнения.</w:t>
      </w:r>
    </w:p>
    <w:p w14:paraId="4996359D" w14:textId="77777777" w:rsidR="00B408C8" w:rsidRPr="007911BE" w:rsidRDefault="00B408C8">
      <w:pPr>
        <w:ind w:firstLine="0"/>
        <w:jc w:val="center"/>
        <w:rPr>
          <w:sz w:val="24"/>
          <w:szCs w:val="24"/>
        </w:rPr>
      </w:pPr>
      <w:r w:rsidRPr="007911BE">
        <w:rPr>
          <w:noProof/>
        </w:rPr>
        <w:drawing>
          <wp:inline distT="0" distB="0" distL="0" distR="0" wp14:anchorId="021F78D4" wp14:editId="0C6B1344">
            <wp:extent cx="5580000" cy="342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1_.xls_2.14.Я.2_latest.png"/>
                    <pic:cNvPicPr/>
                  </pic:nvPicPr>
                  <pic:blipFill>
                    <a:blip r:embed="rId15"/>
                    <a:stretch>
                      <a:fillRect/>
                    </a:stretch>
                  </pic:blipFill>
                  <pic:spPr>
                    <a:xfrm>
                      <a:off x="0" y="0"/>
                      <a:ext cx="5580000" cy="3420000"/>
                    </a:xfrm>
                    <a:prstGeom prst="rect">
                      <a:avLst/>
                    </a:prstGeom>
                  </pic:spPr>
                </pic:pic>
              </a:graphicData>
            </a:graphic>
          </wp:inline>
        </w:drawing>
      </w:r>
    </w:p>
    <w:p w14:paraId="2293A5EC" w14:textId="77777777" w:rsidR="00F12170" w:rsidRPr="007911BE" w:rsidRDefault="00000000">
      <w:pPr>
        <w:ind w:firstLine="0"/>
        <w:jc w:val="center"/>
        <w:rPr>
          <w:sz w:val="24"/>
          <w:szCs w:val="24"/>
          <w:lang w:val="ru-RU"/>
        </w:rPr>
      </w:pPr>
      <w:r w:rsidRPr="007911BE">
        <w:rPr>
          <w:sz w:val="24"/>
          <w:szCs w:val="24"/>
          <w:lang w:val="ru-RU"/>
        </w:rPr>
        <w:t xml:space="preserve">Рисунок 8 </w:t>
      </w:r>
      <w:r w:rsidR="00387CF6" w:rsidRPr="007911BE">
        <w:rPr>
          <w:sz w:val="24"/>
          <w:szCs w:val="24"/>
          <w:lang w:val="ru-RU"/>
        </w:rPr>
        <w:t xml:space="preserve">– </w:t>
      </w:r>
      <w:r w:rsidRPr="007911BE">
        <w:rPr>
          <w:sz w:val="24"/>
          <w:szCs w:val="24"/>
          <w:lang w:val="ru-RU"/>
        </w:rPr>
        <w:t xml:space="preserve"> Суммарный коэффициент рождаемости по субъектам РФ, последнее доступное значение</w:t>
      </w:r>
    </w:p>
    <w:p w14:paraId="15511911" w14:textId="77777777" w:rsidR="00F12170" w:rsidRPr="007911BE" w:rsidRDefault="00000000" w:rsidP="00B408C8">
      <w:pPr>
        <w:ind w:firstLine="0"/>
        <w:rPr>
          <w:lang w:val="ru-RU"/>
        </w:rPr>
      </w:pPr>
      <w:r w:rsidRPr="007911BE">
        <w:rPr>
          <w:i/>
          <w:sz w:val="24"/>
          <w:szCs w:val="24"/>
          <w:lang w:val="ru-RU"/>
        </w:rPr>
        <w:t>Источник: расчёты по базе ЕМИСС, полигональный</w:t>
      </w:r>
      <w:r w:rsidRPr="007911BE">
        <w:rPr>
          <w:i/>
          <w:sz w:val="24"/>
          <w:lang w:val="ru-RU"/>
        </w:rPr>
        <w:t xml:space="preserve"> слой 89 субъектов</w:t>
      </w:r>
    </w:p>
    <w:p w14:paraId="633B5BD8" w14:textId="77777777" w:rsidR="00F12170" w:rsidRPr="007911BE" w:rsidRDefault="00000000">
      <w:pPr>
        <w:ind w:firstLine="0"/>
        <w:jc w:val="center"/>
      </w:pPr>
      <w:r w:rsidRPr="007911BE">
        <w:rPr>
          <w:noProof/>
        </w:rPr>
        <w:lastRenderedPageBreak/>
        <w:drawing>
          <wp:inline distT="0" distB="0" distL="0" distR="0" wp14:anchorId="112AD4E4" wp14:editId="3335ED18">
            <wp:extent cx="5580000" cy="342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2_.xls_2.14.Я.3_latest.png"/>
                    <pic:cNvPicPr/>
                  </pic:nvPicPr>
                  <pic:blipFill>
                    <a:blip r:embed="rId16"/>
                    <a:stretch>
                      <a:fillRect/>
                    </a:stretch>
                  </pic:blipFill>
                  <pic:spPr>
                    <a:xfrm>
                      <a:off x="0" y="0"/>
                      <a:ext cx="5580000" cy="3420000"/>
                    </a:xfrm>
                    <a:prstGeom prst="rect">
                      <a:avLst/>
                    </a:prstGeom>
                  </pic:spPr>
                </pic:pic>
              </a:graphicData>
            </a:graphic>
          </wp:inline>
        </w:drawing>
      </w:r>
    </w:p>
    <w:p w14:paraId="773F4FEC" w14:textId="77777777" w:rsidR="00F12170" w:rsidRPr="007911BE" w:rsidRDefault="00000000">
      <w:pPr>
        <w:ind w:firstLine="0"/>
        <w:jc w:val="center"/>
        <w:rPr>
          <w:lang w:val="ru-RU"/>
        </w:rPr>
      </w:pPr>
      <w:r w:rsidRPr="007911BE">
        <w:rPr>
          <w:lang w:val="ru-RU"/>
        </w:rPr>
        <w:t xml:space="preserve">Рисунок 9 </w:t>
      </w:r>
      <w:r w:rsidR="00387CF6" w:rsidRPr="007911BE">
        <w:rPr>
          <w:lang w:val="ru-RU"/>
        </w:rPr>
        <w:t xml:space="preserve">– </w:t>
      </w:r>
      <w:r w:rsidRPr="007911BE">
        <w:rPr>
          <w:lang w:val="ru-RU"/>
        </w:rPr>
        <w:t xml:space="preserve"> СКР третьих и последующих детей по субъектам РФ, последнее доступное значение</w:t>
      </w:r>
    </w:p>
    <w:p w14:paraId="52EA047F" w14:textId="77777777" w:rsidR="00F12170" w:rsidRPr="007911BE" w:rsidRDefault="00000000" w:rsidP="00B408C8">
      <w:pPr>
        <w:ind w:firstLine="0"/>
        <w:rPr>
          <w:lang w:val="ru-RU"/>
        </w:rPr>
      </w:pPr>
      <w:r w:rsidRPr="007911BE">
        <w:rPr>
          <w:i/>
          <w:sz w:val="24"/>
          <w:lang w:val="ru-RU"/>
        </w:rPr>
        <w:t>Источник: расчёты по базе ЕМИСС, полигональный слой 89 субъектов</w:t>
      </w:r>
    </w:p>
    <w:p w14:paraId="76BB6E66" w14:textId="77777777" w:rsidR="00F12170" w:rsidRPr="007911BE" w:rsidRDefault="00000000">
      <w:pPr>
        <w:ind w:firstLine="0"/>
        <w:jc w:val="center"/>
      </w:pPr>
      <w:r w:rsidRPr="007911BE">
        <w:rPr>
          <w:noProof/>
        </w:rPr>
        <w:drawing>
          <wp:inline distT="0" distB="0" distL="0" distR="0" wp14:anchorId="36D58963" wp14:editId="3904625F">
            <wp:extent cx="5580000" cy="342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0_.xls_2.14.Я.1_latest.png"/>
                    <pic:cNvPicPr/>
                  </pic:nvPicPr>
                  <pic:blipFill>
                    <a:blip r:embed="rId17"/>
                    <a:stretch>
                      <a:fillRect/>
                    </a:stretch>
                  </pic:blipFill>
                  <pic:spPr>
                    <a:xfrm>
                      <a:off x="0" y="0"/>
                      <a:ext cx="5580000" cy="3420000"/>
                    </a:xfrm>
                    <a:prstGeom prst="rect">
                      <a:avLst/>
                    </a:prstGeom>
                  </pic:spPr>
                </pic:pic>
              </a:graphicData>
            </a:graphic>
          </wp:inline>
        </w:drawing>
      </w:r>
    </w:p>
    <w:p w14:paraId="0F873F56" w14:textId="77777777" w:rsidR="00F12170" w:rsidRPr="007911BE" w:rsidRDefault="00000000">
      <w:pPr>
        <w:ind w:firstLine="0"/>
        <w:jc w:val="center"/>
        <w:rPr>
          <w:lang w:val="ru-RU"/>
        </w:rPr>
      </w:pPr>
      <w:r w:rsidRPr="007911BE">
        <w:rPr>
          <w:lang w:val="ru-RU"/>
        </w:rPr>
        <w:t xml:space="preserve">Рисунок 10 </w:t>
      </w:r>
      <w:r w:rsidR="00387CF6" w:rsidRPr="007911BE">
        <w:rPr>
          <w:lang w:val="ru-RU"/>
        </w:rPr>
        <w:t xml:space="preserve">– </w:t>
      </w:r>
      <w:r w:rsidRPr="007911BE">
        <w:rPr>
          <w:lang w:val="ru-RU"/>
        </w:rPr>
        <w:t xml:space="preserve"> Уровень бедности среди многодетных семей по субъектам РФ</w:t>
      </w:r>
    </w:p>
    <w:p w14:paraId="52957885"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4B3D5B96" w14:textId="77777777" w:rsidR="00F12170" w:rsidRPr="007911BE" w:rsidRDefault="00000000" w:rsidP="00585C06">
      <w:pPr>
        <w:pStyle w:val="21"/>
      </w:pPr>
      <w:bookmarkStart w:id="21" w:name="_Toc228134067"/>
      <w:r w:rsidRPr="007911BE">
        <w:t>5.2. Результаты</w:t>
      </w:r>
      <w:bookmarkEnd w:id="21"/>
    </w:p>
    <w:p w14:paraId="0BEF5818" w14:textId="77777777" w:rsidR="00F12170" w:rsidRPr="007911BE" w:rsidRDefault="00000000">
      <w:pPr>
        <w:rPr>
          <w:lang w:val="ru-RU"/>
        </w:rPr>
      </w:pPr>
      <w:r w:rsidRPr="007911BE">
        <w:rPr>
          <w:sz w:val="28"/>
          <w:lang w:val="ru-RU"/>
        </w:rPr>
        <w:t xml:space="preserve">Картографический анализ подтверждает высокую территориальную неоднородность демографической ситуации. Регионы с более высоким уровнем рождаемости и рождаемости третьих и последующих детей не совпадают автоматически с регионами социального благополучия. Напротив, часть регионов высокой многодетности одновременно демонстрирует повышенную бедность многодетных семей. Это означает, что политика повышения </w:t>
      </w:r>
      <w:r w:rsidRPr="007911BE">
        <w:rPr>
          <w:sz w:val="28"/>
          <w:lang w:val="ru-RU"/>
        </w:rPr>
        <w:lastRenderedPageBreak/>
        <w:t>многодетности без одновременного снижения бедности и инфраструктурного дефицита может усиливать социальную уязвимость.</w:t>
      </w:r>
    </w:p>
    <w:p w14:paraId="781358F2" w14:textId="77777777" w:rsidR="00F12170" w:rsidRPr="007911BE" w:rsidRDefault="00000000">
      <w:pPr>
        <w:rPr>
          <w:lang w:val="ru-RU"/>
        </w:rPr>
      </w:pPr>
      <w:r w:rsidRPr="007911BE">
        <w:rPr>
          <w:sz w:val="28"/>
          <w:lang w:val="ru-RU"/>
        </w:rPr>
        <w:t>Карта бедности многодетных семей показывает, что социальная поддержка должна быть не только универсальной, но и территориально адресной. Высокий уровень бедности в регионах с высокой рождаемостью требует иной политики, чем низкая рождаемость в мегаполисах и регионах с высокой стоимостью жилья. Универсальный федеральный набор мер имеет смысл как минимальный стандарт, но не может заменить региональные пакеты, адаптированные к типу демографической ситуации.</w:t>
      </w:r>
    </w:p>
    <w:p w14:paraId="19484004" w14:textId="77777777" w:rsidR="00F12170" w:rsidRPr="007911BE" w:rsidRDefault="00000000">
      <w:pPr>
        <w:ind w:firstLine="0"/>
        <w:jc w:val="center"/>
      </w:pPr>
      <w:r w:rsidRPr="007911BE">
        <w:rPr>
          <w:noProof/>
        </w:rPr>
        <w:drawing>
          <wp:inline distT="0" distB="0" distL="0" distR="0" wp14:anchorId="783EB452" wp14:editId="18989784">
            <wp:extent cx="5580000" cy="368738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1_.xls_2.14.Я.2_latest.png"/>
                    <pic:cNvPicPr/>
                  </pic:nvPicPr>
                  <pic:blipFill>
                    <a:blip r:embed="rId18"/>
                    <a:stretch>
                      <a:fillRect/>
                    </a:stretch>
                  </pic:blipFill>
                  <pic:spPr>
                    <a:xfrm>
                      <a:off x="0" y="0"/>
                      <a:ext cx="5580000" cy="3687381"/>
                    </a:xfrm>
                    <a:prstGeom prst="rect">
                      <a:avLst/>
                    </a:prstGeom>
                  </pic:spPr>
                </pic:pic>
              </a:graphicData>
            </a:graphic>
          </wp:inline>
        </w:drawing>
      </w:r>
    </w:p>
    <w:p w14:paraId="03CC95ED" w14:textId="77777777" w:rsidR="00F12170" w:rsidRPr="007911BE" w:rsidRDefault="00000000">
      <w:pPr>
        <w:ind w:firstLine="0"/>
        <w:jc w:val="center"/>
        <w:rPr>
          <w:lang w:val="ru-RU"/>
        </w:rPr>
      </w:pPr>
      <w:r w:rsidRPr="007911BE">
        <w:rPr>
          <w:lang w:val="ru-RU"/>
        </w:rPr>
        <w:t xml:space="preserve">Рисунок 11 </w:t>
      </w:r>
      <w:r w:rsidR="00387CF6" w:rsidRPr="007911BE">
        <w:rPr>
          <w:lang w:val="ru-RU"/>
        </w:rPr>
        <w:t xml:space="preserve">– </w:t>
      </w:r>
      <w:r w:rsidRPr="007911BE">
        <w:rPr>
          <w:lang w:val="ru-RU"/>
        </w:rPr>
        <w:t xml:space="preserve"> Плиточная картограмма СКР по субъектам РФ</w:t>
      </w:r>
    </w:p>
    <w:p w14:paraId="5AA0489D" w14:textId="77777777" w:rsidR="00F12170" w:rsidRPr="007911BE" w:rsidRDefault="00000000">
      <w:pPr>
        <w:ind w:firstLine="0"/>
        <w:jc w:val="center"/>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базе</w:t>
      </w:r>
      <w:proofErr w:type="spellEnd"/>
      <w:r w:rsidRPr="007911BE">
        <w:rPr>
          <w:i/>
          <w:sz w:val="24"/>
        </w:rPr>
        <w:t xml:space="preserve"> ЕМИСС</w:t>
      </w:r>
    </w:p>
    <w:p w14:paraId="520E8C9F" w14:textId="77777777" w:rsidR="00F12170" w:rsidRPr="007911BE" w:rsidRDefault="00000000">
      <w:pPr>
        <w:ind w:firstLine="0"/>
        <w:jc w:val="center"/>
      </w:pPr>
      <w:r w:rsidRPr="007911BE">
        <w:rPr>
          <w:noProof/>
        </w:rPr>
        <w:lastRenderedPageBreak/>
        <w:drawing>
          <wp:inline distT="0" distB="0" distL="0" distR="0" wp14:anchorId="30F961D2" wp14:editId="6A2A77F9">
            <wp:extent cx="5580000" cy="342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3_.xls_2.14.Я.4_latest.png"/>
                    <pic:cNvPicPr/>
                  </pic:nvPicPr>
                  <pic:blipFill>
                    <a:blip r:embed="rId19"/>
                    <a:stretch>
                      <a:fillRect/>
                    </a:stretch>
                  </pic:blipFill>
                  <pic:spPr>
                    <a:xfrm>
                      <a:off x="0" y="0"/>
                      <a:ext cx="5580000" cy="3420000"/>
                    </a:xfrm>
                    <a:prstGeom prst="rect">
                      <a:avLst/>
                    </a:prstGeom>
                  </pic:spPr>
                </pic:pic>
              </a:graphicData>
            </a:graphic>
          </wp:inline>
        </w:drawing>
      </w:r>
    </w:p>
    <w:p w14:paraId="13358495" w14:textId="77777777" w:rsidR="00F12170" w:rsidRPr="007911BE" w:rsidRDefault="00000000">
      <w:pPr>
        <w:ind w:firstLine="0"/>
        <w:jc w:val="center"/>
        <w:rPr>
          <w:lang w:val="ru-RU"/>
        </w:rPr>
      </w:pPr>
      <w:r w:rsidRPr="007911BE">
        <w:rPr>
          <w:lang w:val="ru-RU"/>
        </w:rPr>
        <w:t xml:space="preserve">Рисунок 12 </w:t>
      </w:r>
      <w:r w:rsidR="00387CF6" w:rsidRPr="007911BE">
        <w:rPr>
          <w:lang w:val="ru-RU"/>
        </w:rPr>
        <w:t xml:space="preserve">– </w:t>
      </w:r>
      <w:r w:rsidRPr="007911BE">
        <w:rPr>
          <w:lang w:val="ru-RU"/>
        </w:rPr>
        <w:t xml:space="preserve"> Доля нуждающихся, получающих долговременный уход, по субъектам РФ</w:t>
      </w:r>
    </w:p>
    <w:p w14:paraId="072C1349" w14:textId="77777777" w:rsidR="00F12170" w:rsidRPr="007911BE" w:rsidRDefault="00000000">
      <w:pPr>
        <w:ind w:firstLine="0"/>
        <w:jc w:val="center"/>
        <w:rPr>
          <w:lang w:val="ru-RU"/>
        </w:rPr>
      </w:pPr>
      <w:r w:rsidRPr="007911BE">
        <w:rPr>
          <w:i/>
          <w:sz w:val="24"/>
          <w:lang w:val="ru-RU"/>
        </w:rPr>
        <w:t>Источник: расчёты по базе ЕМИСС</w:t>
      </w:r>
    </w:p>
    <w:p w14:paraId="40EC921D" w14:textId="77777777" w:rsidR="00F12170" w:rsidRPr="007911BE" w:rsidRDefault="00000000" w:rsidP="008A6905">
      <w:pPr>
        <w:pStyle w:val="31"/>
      </w:pPr>
      <w:bookmarkStart w:id="22" w:name="_Toc228134068"/>
      <w:r w:rsidRPr="007911BE">
        <w:t>Дополнительная территориальная детализация по показателям национального проекта</w:t>
      </w:r>
      <w:bookmarkEnd w:id="22"/>
    </w:p>
    <w:p w14:paraId="4EAE3E06" w14:textId="77777777" w:rsidR="00F12170" w:rsidRPr="007911BE" w:rsidRDefault="00000000">
      <w:pPr>
        <w:rPr>
          <w:sz w:val="28"/>
          <w:szCs w:val="28"/>
          <w:lang w:val="ru-RU"/>
        </w:rPr>
      </w:pPr>
      <w:r w:rsidRPr="007911BE">
        <w:rPr>
          <w:sz w:val="28"/>
          <w:szCs w:val="28"/>
          <w:lang w:val="ru-RU"/>
        </w:rPr>
        <w:t xml:space="preserve">Ниже приведён расширенный территориальный блок по тем показателям, которые уже доступны в региональном разрезе, но в кратком изложении оставались за пределами основного текста. Его задача </w:t>
      </w:r>
      <w:r w:rsidR="00387CF6" w:rsidRPr="007911BE">
        <w:rPr>
          <w:sz w:val="28"/>
          <w:szCs w:val="28"/>
          <w:lang w:val="ru-RU"/>
        </w:rPr>
        <w:t xml:space="preserve">– </w:t>
      </w:r>
      <w:r w:rsidRPr="007911BE">
        <w:rPr>
          <w:sz w:val="28"/>
          <w:szCs w:val="28"/>
          <w:lang w:val="ru-RU"/>
        </w:rPr>
        <w:t xml:space="preserve"> показать, что социальная, медицинская и культурная инфраструктура проекта распределены по территории неравномерно и формируют разные режимы управленческого риска.</w:t>
      </w:r>
    </w:p>
    <w:p w14:paraId="0D8E3DB4" w14:textId="77777777" w:rsidR="00F12170" w:rsidRPr="007911BE" w:rsidRDefault="00000000">
      <w:pPr>
        <w:rPr>
          <w:lang w:val="ru-RU"/>
        </w:rPr>
      </w:pPr>
      <w:r w:rsidRPr="007911BE">
        <w:rPr>
          <w:sz w:val="28"/>
          <w:lang w:val="ru-RU"/>
        </w:rPr>
        <w:t>Ниже приведены дополнительные полигональные картограммы и картодиаграммы по последним доступным региональным значениям. На каждой карте присутствуют все 89 субъектов Российской Федерации; территории без данных показаны отдельной заливкой.</w:t>
      </w:r>
    </w:p>
    <w:p w14:paraId="24E1EDD8" w14:textId="77777777" w:rsidR="00F12170" w:rsidRPr="007911BE" w:rsidRDefault="00000000">
      <w:pPr>
        <w:ind w:firstLine="0"/>
        <w:jc w:val="center"/>
      </w:pPr>
      <w:r w:rsidRPr="007911BE">
        <w:rPr>
          <w:noProof/>
        </w:rPr>
        <w:lastRenderedPageBreak/>
        <w:drawing>
          <wp:inline distT="0" distB="0" distL="0" distR="0" wp14:anchorId="7A497E9E" wp14:editId="708B7A91">
            <wp:extent cx="5580000" cy="342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5_.xls_2.14.Я.6_latest.png"/>
                    <pic:cNvPicPr/>
                  </pic:nvPicPr>
                  <pic:blipFill>
                    <a:blip r:embed="rId20"/>
                    <a:stretch>
                      <a:fillRect/>
                    </a:stretch>
                  </pic:blipFill>
                  <pic:spPr>
                    <a:xfrm>
                      <a:off x="0" y="0"/>
                      <a:ext cx="5580000" cy="3420000"/>
                    </a:xfrm>
                    <a:prstGeom prst="rect">
                      <a:avLst/>
                    </a:prstGeom>
                  </pic:spPr>
                </pic:pic>
              </a:graphicData>
            </a:graphic>
          </wp:inline>
        </w:drawing>
      </w:r>
    </w:p>
    <w:p w14:paraId="0A6E4DF1" w14:textId="77777777" w:rsidR="00F12170" w:rsidRPr="007911BE" w:rsidRDefault="00000000">
      <w:pPr>
        <w:ind w:firstLine="0"/>
        <w:jc w:val="center"/>
        <w:rPr>
          <w:lang w:val="ru-RU"/>
        </w:rPr>
      </w:pPr>
      <w:r w:rsidRPr="007911BE">
        <w:rPr>
          <w:lang w:val="ru-RU"/>
        </w:rPr>
        <w:t xml:space="preserve">Рисунок 13 </w:t>
      </w:r>
      <w:r w:rsidR="00387CF6" w:rsidRPr="007911BE">
        <w:rPr>
          <w:lang w:val="ru-RU"/>
        </w:rPr>
        <w:t xml:space="preserve">– </w:t>
      </w:r>
      <w:r w:rsidRPr="007911BE">
        <w:rPr>
          <w:lang w:val="ru-RU"/>
        </w:rPr>
        <w:t xml:space="preserve"> Удовлетворённость работой организаций культуры по субъектам РФ</w:t>
      </w:r>
    </w:p>
    <w:p w14:paraId="44B0BB31"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4B0A19D2" w14:textId="77777777" w:rsidR="00F12170" w:rsidRPr="007911BE" w:rsidRDefault="00000000">
      <w:pPr>
        <w:ind w:firstLine="0"/>
        <w:jc w:val="center"/>
      </w:pPr>
      <w:r w:rsidRPr="007911BE">
        <w:rPr>
          <w:noProof/>
        </w:rPr>
        <w:drawing>
          <wp:inline distT="0" distB="0" distL="0" distR="0" wp14:anchorId="31EA0097" wp14:editId="79257AB1">
            <wp:extent cx="5580000" cy="3420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9_.xls_2.14.Я3.1_latest.png"/>
                    <pic:cNvPicPr/>
                  </pic:nvPicPr>
                  <pic:blipFill>
                    <a:blip r:embed="rId21"/>
                    <a:stretch>
                      <a:fillRect/>
                    </a:stretch>
                  </pic:blipFill>
                  <pic:spPr>
                    <a:xfrm>
                      <a:off x="0" y="0"/>
                      <a:ext cx="5580000" cy="3420000"/>
                    </a:xfrm>
                    <a:prstGeom prst="rect">
                      <a:avLst/>
                    </a:prstGeom>
                  </pic:spPr>
                </pic:pic>
              </a:graphicData>
            </a:graphic>
          </wp:inline>
        </w:drawing>
      </w:r>
    </w:p>
    <w:p w14:paraId="5D8D7104" w14:textId="77777777" w:rsidR="00F12170" w:rsidRPr="007911BE" w:rsidRDefault="00000000">
      <w:pPr>
        <w:ind w:firstLine="0"/>
        <w:jc w:val="center"/>
        <w:rPr>
          <w:lang w:val="ru-RU"/>
        </w:rPr>
      </w:pPr>
      <w:r w:rsidRPr="007911BE">
        <w:rPr>
          <w:lang w:val="ru-RU"/>
        </w:rPr>
        <w:t xml:space="preserve">Рисунок 14 </w:t>
      </w:r>
      <w:r w:rsidR="00387CF6" w:rsidRPr="007911BE">
        <w:rPr>
          <w:lang w:val="ru-RU"/>
        </w:rPr>
        <w:t xml:space="preserve">– </w:t>
      </w:r>
      <w:r w:rsidRPr="007911BE">
        <w:rPr>
          <w:lang w:val="ru-RU"/>
        </w:rPr>
        <w:t xml:space="preserve"> Охват граждан репродуктивного возраста диспансеризацией</w:t>
      </w:r>
    </w:p>
    <w:p w14:paraId="16359D98"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21EB7C5B" w14:textId="77777777" w:rsidR="00F12170" w:rsidRPr="007911BE" w:rsidRDefault="00000000">
      <w:pPr>
        <w:ind w:firstLine="0"/>
        <w:jc w:val="center"/>
      </w:pPr>
      <w:r w:rsidRPr="007911BE">
        <w:rPr>
          <w:noProof/>
        </w:rPr>
        <w:lastRenderedPageBreak/>
        <w:drawing>
          <wp:inline distT="0" distB="0" distL="0" distR="0" wp14:anchorId="2DE0D056" wp14:editId="24A54CC9">
            <wp:extent cx="5580000" cy="2185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30_.xls_2.14.Я3.2_latest.png"/>
                    <pic:cNvPicPr/>
                  </pic:nvPicPr>
                  <pic:blipFill>
                    <a:blip r:embed="rId22"/>
                    <a:stretch>
                      <a:fillRect/>
                    </a:stretch>
                  </pic:blipFill>
                  <pic:spPr>
                    <a:xfrm>
                      <a:off x="0" y="0"/>
                      <a:ext cx="5580000" cy="2185400"/>
                    </a:xfrm>
                    <a:prstGeom prst="rect">
                      <a:avLst/>
                    </a:prstGeom>
                  </pic:spPr>
                </pic:pic>
              </a:graphicData>
            </a:graphic>
          </wp:inline>
        </w:drawing>
      </w:r>
    </w:p>
    <w:p w14:paraId="620E6202" w14:textId="77777777" w:rsidR="00F12170" w:rsidRPr="007911BE" w:rsidRDefault="00000000">
      <w:pPr>
        <w:ind w:firstLine="0"/>
        <w:jc w:val="center"/>
        <w:rPr>
          <w:lang w:val="ru-RU"/>
        </w:rPr>
      </w:pPr>
      <w:r w:rsidRPr="007911BE">
        <w:rPr>
          <w:lang w:val="ru-RU"/>
        </w:rPr>
        <w:t xml:space="preserve">Рисунок 15 </w:t>
      </w:r>
      <w:r w:rsidR="00387CF6" w:rsidRPr="007911BE">
        <w:rPr>
          <w:lang w:val="ru-RU"/>
        </w:rPr>
        <w:t xml:space="preserve">– </w:t>
      </w:r>
      <w:r w:rsidRPr="007911BE">
        <w:rPr>
          <w:lang w:val="ru-RU"/>
        </w:rPr>
        <w:t xml:space="preserve"> Доля женщин в сельской местности и малых городах, получивших помощь в женских консультациях</w:t>
      </w:r>
    </w:p>
    <w:p w14:paraId="5CD2D458"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1F292A35" w14:textId="77777777" w:rsidR="00F12170" w:rsidRPr="007911BE" w:rsidRDefault="00000000">
      <w:pPr>
        <w:ind w:firstLine="0"/>
        <w:jc w:val="center"/>
      </w:pPr>
      <w:r w:rsidRPr="007911BE">
        <w:rPr>
          <w:noProof/>
        </w:rPr>
        <w:drawing>
          <wp:inline distT="0" distB="0" distL="0" distR="0" wp14:anchorId="747F70D1" wp14:editId="5817EBCC">
            <wp:extent cx="5580000" cy="3420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32_.xls_2.14.Я3.3_latest.png"/>
                    <pic:cNvPicPr/>
                  </pic:nvPicPr>
                  <pic:blipFill>
                    <a:blip r:embed="rId23"/>
                    <a:stretch>
                      <a:fillRect/>
                    </a:stretch>
                  </pic:blipFill>
                  <pic:spPr>
                    <a:xfrm>
                      <a:off x="0" y="0"/>
                      <a:ext cx="5580000" cy="3420000"/>
                    </a:xfrm>
                    <a:prstGeom prst="rect">
                      <a:avLst/>
                    </a:prstGeom>
                  </pic:spPr>
                </pic:pic>
              </a:graphicData>
            </a:graphic>
          </wp:inline>
        </w:drawing>
      </w:r>
    </w:p>
    <w:p w14:paraId="0944FEDC" w14:textId="77777777" w:rsidR="00F12170" w:rsidRPr="007911BE" w:rsidRDefault="00000000">
      <w:pPr>
        <w:ind w:firstLine="0"/>
        <w:jc w:val="center"/>
        <w:rPr>
          <w:lang w:val="ru-RU"/>
        </w:rPr>
      </w:pPr>
      <w:r w:rsidRPr="007911BE">
        <w:rPr>
          <w:lang w:val="ru-RU"/>
        </w:rPr>
        <w:t xml:space="preserve">Рисунок 16 </w:t>
      </w:r>
      <w:r w:rsidR="00387CF6" w:rsidRPr="007911BE">
        <w:rPr>
          <w:lang w:val="ru-RU"/>
        </w:rPr>
        <w:t xml:space="preserve">– </w:t>
      </w:r>
      <w:r w:rsidRPr="007911BE">
        <w:rPr>
          <w:lang w:val="ru-RU"/>
        </w:rPr>
        <w:t xml:space="preserve"> Младенческая смертность по субъектам РФ</w:t>
      </w:r>
    </w:p>
    <w:p w14:paraId="36F1FBF7"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7C5BF57D" w14:textId="77777777" w:rsidR="00F12170" w:rsidRPr="007911BE" w:rsidRDefault="00000000">
      <w:pPr>
        <w:ind w:firstLine="0"/>
        <w:jc w:val="center"/>
      </w:pPr>
      <w:r w:rsidRPr="007911BE">
        <w:rPr>
          <w:noProof/>
        </w:rPr>
        <w:drawing>
          <wp:inline distT="0" distB="0" distL="0" distR="0" wp14:anchorId="28BDE447" wp14:editId="17EB323D">
            <wp:extent cx="5580000" cy="272121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33_.xls_2.14.Я3.4_latest.png"/>
                    <pic:cNvPicPr/>
                  </pic:nvPicPr>
                  <pic:blipFill>
                    <a:blip r:embed="rId24"/>
                    <a:stretch>
                      <a:fillRect/>
                    </a:stretch>
                  </pic:blipFill>
                  <pic:spPr>
                    <a:xfrm>
                      <a:off x="0" y="0"/>
                      <a:ext cx="5580000" cy="2721219"/>
                    </a:xfrm>
                    <a:prstGeom prst="rect">
                      <a:avLst/>
                    </a:prstGeom>
                  </pic:spPr>
                </pic:pic>
              </a:graphicData>
            </a:graphic>
          </wp:inline>
        </w:drawing>
      </w:r>
    </w:p>
    <w:p w14:paraId="6EE5B68A" w14:textId="77777777" w:rsidR="00F12170" w:rsidRPr="007911BE" w:rsidRDefault="00000000">
      <w:pPr>
        <w:ind w:firstLine="0"/>
        <w:jc w:val="center"/>
        <w:rPr>
          <w:lang w:val="ru-RU"/>
        </w:rPr>
      </w:pPr>
      <w:r w:rsidRPr="007911BE">
        <w:rPr>
          <w:lang w:val="ru-RU"/>
        </w:rPr>
        <w:lastRenderedPageBreak/>
        <w:t xml:space="preserve">Рисунок 17 </w:t>
      </w:r>
      <w:r w:rsidR="00387CF6" w:rsidRPr="007911BE">
        <w:rPr>
          <w:lang w:val="ru-RU"/>
        </w:rPr>
        <w:t xml:space="preserve">– </w:t>
      </w:r>
      <w:r w:rsidRPr="007911BE">
        <w:rPr>
          <w:lang w:val="ru-RU"/>
        </w:rPr>
        <w:t xml:space="preserve"> Доля детей, взятых под диспансерное наблюдение</w:t>
      </w:r>
    </w:p>
    <w:p w14:paraId="7D98CF54"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6A56CBD0" w14:textId="77777777" w:rsidR="00F12170" w:rsidRPr="007911BE" w:rsidRDefault="00000000">
      <w:pPr>
        <w:ind w:firstLine="0"/>
        <w:jc w:val="center"/>
      </w:pPr>
      <w:r w:rsidRPr="007911BE">
        <w:rPr>
          <w:noProof/>
        </w:rPr>
        <w:drawing>
          <wp:inline distT="0" distB="0" distL="0" distR="0" wp14:anchorId="34F31BB6" wp14:editId="6D7AEEE1">
            <wp:extent cx="5580000" cy="221570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34_.xls_2.14.Я3.5_latest.png"/>
                    <pic:cNvPicPr/>
                  </pic:nvPicPr>
                  <pic:blipFill>
                    <a:blip r:embed="rId25"/>
                    <a:stretch>
                      <a:fillRect/>
                    </a:stretch>
                  </pic:blipFill>
                  <pic:spPr>
                    <a:xfrm>
                      <a:off x="0" y="0"/>
                      <a:ext cx="5580000" cy="2215708"/>
                    </a:xfrm>
                    <a:prstGeom prst="rect">
                      <a:avLst/>
                    </a:prstGeom>
                  </pic:spPr>
                </pic:pic>
              </a:graphicData>
            </a:graphic>
          </wp:inline>
        </w:drawing>
      </w:r>
    </w:p>
    <w:p w14:paraId="1ED5E5F9" w14:textId="77777777" w:rsidR="00F12170" w:rsidRPr="007911BE" w:rsidRDefault="00000000">
      <w:pPr>
        <w:ind w:firstLine="0"/>
        <w:jc w:val="center"/>
        <w:rPr>
          <w:lang w:val="ru-RU"/>
        </w:rPr>
      </w:pPr>
      <w:r w:rsidRPr="007911BE">
        <w:rPr>
          <w:lang w:val="ru-RU"/>
        </w:rPr>
        <w:t xml:space="preserve">Рисунок 18 </w:t>
      </w:r>
      <w:r w:rsidR="00387CF6" w:rsidRPr="007911BE">
        <w:rPr>
          <w:lang w:val="ru-RU"/>
        </w:rPr>
        <w:t xml:space="preserve">– </w:t>
      </w:r>
      <w:r w:rsidRPr="007911BE">
        <w:rPr>
          <w:lang w:val="ru-RU"/>
        </w:rPr>
        <w:t xml:space="preserve"> Доля беременных женщин, получивших помощь и вставших на учет</w:t>
      </w:r>
    </w:p>
    <w:p w14:paraId="0EE43B28"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64BE1BC3" w14:textId="77777777" w:rsidR="00F12170" w:rsidRPr="007911BE" w:rsidRDefault="00000000">
      <w:pPr>
        <w:ind w:firstLine="0"/>
        <w:jc w:val="center"/>
      </w:pPr>
      <w:r w:rsidRPr="007911BE">
        <w:rPr>
          <w:noProof/>
        </w:rPr>
        <w:drawing>
          <wp:inline distT="0" distB="0" distL="0" distR="0" wp14:anchorId="202B1ECF" wp14:editId="3149A26C">
            <wp:extent cx="5580000" cy="3420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35_.xls_2.14.Я5.2_latest.png"/>
                    <pic:cNvPicPr/>
                  </pic:nvPicPr>
                  <pic:blipFill>
                    <a:blip r:embed="rId26"/>
                    <a:stretch>
                      <a:fillRect/>
                    </a:stretch>
                  </pic:blipFill>
                  <pic:spPr>
                    <a:xfrm>
                      <a:off x="0" y="0"/>
                      <a:ext cx="5580000" cy="3420000"/>
                    </a:xfrm>
                    <a:prstGeom prst="rect">
                      <a:avLst/>
                    </a:prstGeom>
                  </pic:spPr>
                </pic:pic>
              </a:graphicData>
            </a:graphic>
          </wp:inline>
        </w:drawing>
      </w:r>
    </w:p>
    <w:p w14:paraId="6C3BE473" w14:textId="77777777" w:rsidR="00F12170" w:rsidRPr="007911BE" w:rsidRDefault="00000000">
      <w:pPr>
        <w:ind w:firstLine="0"/>
        <w:jc w:val="center"/>
        <w:rPr>
          <w:lang w:val="ru-RU"/>
        </w:rPr>
      </w:pPr>
      <w:r w:rsidRPr="007911BE">
        <w:rPr>
          <w:lang w:val="ru-RU"/>
        </w:rPr>
        <w:t xml:space="preserve">Рисунок 19 </w:t>
      </w:r>
      <w:r w:rsidR="00387CF6" w:rsidRPr="007911BE">
        <w:rPr>
          <w:lang w:val="ru-RU"/>
        </w:rPr>
        <w:t xml:space="preserve">– </w:t>
      </w:r>
      <w:r w:rsidRPr="007911BE">
        <w:rPr>
          <w:lang w:val="ru-RU"/>
        </w:rPr>
        <w:t xml:space="preserve"> Увеличение числа посещений организаций культуры</w:t>
      </w:r>
    </w:p>
    <w:p w14:paraId="50B7FD19"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3D758285" w14:textId="77777777" w:rsidR="00F12170" w:rsidRPr="007911BE" w:rsidRDefault="00000000">
      <w:pPr>
        <w:ind w:firstLine="0"/>
        <w:jc w:val="center"/>
      </w:pPr>
      <w:r w:rsidRPr="007911BE">
        <w:rPr>
          <w:noProof/>
        </w:rPr>
        <w:lastRenderedPageBreak/>
        <w:drawing>
          <wp:inline distT="0" distB="0" distL="0" distR="0" wp14:anchorId="70E8DE0D" wp14:editId="309B8A3E">
            <wp:extent cx="5580000" cy="3420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1_.xls_2.14.Я.2_latest.png"/>
                    <pic:cNvPicPr/>
                  </pic:nvPicPr>
                  <pic:blipFill>
                    <a:blip r:embed="rId27"/>
                    <a:stretch>
                      <a:fillRect/>
                    </a:stretch>
                  </pic:blipFill>
                  <pic:spPr>
                    <a:xfrm>
                      <a:off x="0" y="0"/>
                      <a:ext cx="5580000" cy="3420000"/>
                    </a:xfrm>
                    <a:prstGeom prst="rect">
                      <a:avLst/>
                    </a:prstGeom>
                  </pic:spPr>
                </pic:pic>
              </a:graphicData>
            </a:graphic>
          </wp:inline>
        </w:drawing>
      </w:r>
    </w:p>
    <w:p w14:paraId="601D0B5F" w14:textId="77777777" w:rsidR="00F12170" w:rsidRPr="007911BE" w:rsidRDefault="00000000">
      <w:pPr>
        <w:ind w:firstLine="0"/>
        <w:jc w:val="center"/>
        <w:rPr>
          <w:lang w:val="ru-RU"/>
        </w:rPr>
      </w:pPr>
      <w:r w:rsidRPr="007911BE">
        <w:rPr>
          <w:lang w:val="ru-RU"/>
        </w:rPr>
        <w:t xml:space="preserve">Рисунок 20 </w:t>
      </w:r>
      <w:r w:rsidR="00387CF6" w:rsidRPr="007911BE">
        <w:rPr>
          <w:lang w:val="ru-RU"/>
        </w:rPr>
        <w:t xml:space="preserve">– </w:t>
      </w:r>
      <w:r w:rsidRPr="007911BE">
        <w:rPr>
          <w:lang w:val="ru-RU"/>
        </w:rPr>
        <w:t xml:space="preserve"> Картодиаграмма СКР по субъектам РФ</w:t>
      </w:r>
    </w:p>
    <w:p w14:paraId="554A1A4C"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16DFA6D6" w14:textId="77777777" w:rsidR="00F12170" w:rsidRPr="007911BE" w:rsidRDefault="00000000">
      <w:pPr>
        <w:ind w:firstLine="0"/>
        <w:jc w:val="center"/>
      </w:pPr>
      <w:r w:rsidRPr="007911BE">
        <w:rPr>
          <w:noProof/>
        </w:rPr>
        <w:drawing>
          <wp:inline distT="0" distB="0" distL="0" distR="0" wp14:anchorId="5A132731" wp14:editId="2BD36542">
            <wp:extent cx="5580000" cy="3420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0_.xls_2.14.Я.1_latest.png"/>
                    <pic:cNvPicPr/>
                  </pic:nvPicPr>
                  <pic:blipFill>
                    <a:blip r:embed="rId28"/>
                    <a:stretch>
                      <a:fillRect/>
                    </a:stretch>
                  </pic:blipFill>
                  <pic:spPr>
                    <a:xfrm>
                      <a:off x="0" y="0"/>
                      <a:ext cx="5580000" cy="3420000"/>
                    </a:xfrm>
                    <a:prstGeom prst="rect">
                      <a:avLst/>
                    </a:prstGeom>
                  </pic:spPr>
                </pic:pic>
              </a:graphicData>
            </a:graphic>
          </wp:inline>
        </w:drawing>
      </w:r>
    </w:p>
    <w:p w14:paraId="1D100F53" w14:textId="77777777" w:rsidR="00F12170" w:rsidRPr="007911BE" w:rsidRDefault="00000000">
      <w:pPr>
        <w:ind w:firstLine="0"/>
        <w:jc w:val="center"/>
        <w:rPr>
          <w:lang w:val="ru-RU"/>
        </w:rPr>
      </w:pPr>
      <w:r w:rsidRPr="007911BE">
        <w:rPr>
          <w:lang w:val="ru-RU"/>
        </w:rPr>
        <w:t xml:space="preserve">Рисунок 21 </w:t>
      </w:r>
      <w:r w:rsidR="00387CF6" w:rsidRPr="007911BE">
        <w:rPr>
          <w:lang w:val="ru-RU"/>
        </w:rPr>
        <w:t xml:space="preserve">– </w:t>
      </w:r>
      <w:r w:rsidRPr="007911BE">
        <w:rPr>
          <w:lang w:val="ru-RU"/>
        </w:rPr>
        <w:t xml:space="preserve"> Картодиаграмма бедности многодетных семей</w:t>
      </w:r>
    </w:p>
    <w:p w14:paraId="0C28A3BE"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0E1E7988" w14:textId="77777777" w:rsidR="00F12170" w:rsidRPr="007911BE" w:rsidRDefault="00F12170">
      <w:pPr>
        <w:ind w:firstLine="0"/>
        <w:jc w:val="center"/>
        <w:rPr>
          <w:lang w:val="ru-RU"/>
        </w:rPr>
      </w:pPr>
    </w:p>
    <w:p w14:paraId="42291126" w14:textId="77777777" w:rsidR="00F12170" w:rsidRPr="007911BE" w:rsidRDefault="00000000">
      <w:pPr>
        <w:rPr>
          <w:rFonts w:cs="Times New Roman"/>
          <w:sz w:val="28"/>
          <w:szCs w:val="28"/>
          <w:lang w:val="ru-RU"/>
        </w:rPr>
      </w:pPr>
      <w:r w:rsidRPr="007911BE">
        <w:rPr>
          <w:rFonts w:cs="Times New Roman"/>
          <w:sz w:val="28"/>
          <w:szCs w:val="28"/>
          <w:lang w:val="ru-RU"/>
        </w:rPr>
        <w:t>Дополнительные карты показывают, что сервисные и профилактические показатели нацпроекта имеют собственную географию и не совпадают автоматически ни с картой рождаемости, ни с картой бедности многодетных семей. Это особенно важно для интерпретации проекта: высокий или низкий итоговый демографический результат может сочетаться с очень разной доступностью медицинских услуг, профилактики, диспансерного наблюдения и культурной инфраструктуры.</w:t>
      </w:r>
    </w:p>
    <w:p w14:paraId="3C83C83B" w14:textId="77777777" w:rsidR="00F12170" w:rsidRPr="007911BE" w:rsidRDefault="00000000">
      <w:pPr>
        <w:rPr>
          <w:rFonts w:cs="Times New Roman"/>
          <w:sz w:val="28"/>
          <w:szCs w:val="28"/>
          <w:lang w:val="ru-RU"/>
        </w:rPr>
      </w:pPr>
      <w:r w:rsidRPr="007911BE">
        <w:rPr>
          <w:rFonts w:cs="Times New Roman"/>
          <w:sz w:val="28"/>
          <w:szCs w:val="28"/>
          <w:lang w:val="ru-RU"/>
        </w:rPr>
        <w:lastRenderedPageBreak/>
        <w:t>Управленчески это означает, что федеральная мера не равна федерально одинаковой доступности результата. В части субъектов проблема заключается не в отсутствии инструмента как такового, а в кадровом дефиците, территориальной удалённости, слабой воронке выявления нуждаемости или низкой устойчивости канала обращения семьи в систему здравоохранения и социальной поддержки.</w:t>
      </w:r>
    </w:p>
    <w:p w14:paraId="26A548B7" w14:textId="77777777" w:rsidR="00F12170" w:rsidRPr="007911BE" w:rsidRDefault="00000000" w:rsidP="008A6905">
      <w:pPr>
        <w:pStyle w:val="31"/>
      </w:pPr>
      <w:bookmarkStart w:id="23" w:name="_Toc228134069"/>
      <w:r w:rsidRPr="007911BE">
        <w:t>Региональные экстремумы и окружные градиенты</w:t>
      </w:r>
      <w:bookmarkEnd w:id="23"/>
    </w:p>
    <w:p w14:paraId="2DE360AF" w14:textId="77777777" w:rsidR="00F12170" w:rsidRPr="007911BE" w:rsidRDefault="00000000">
      <w:pPr>
        <w:rPr>
          <w:rFonts w:cs="Times New Roman"/>
          <w:sz w:val="28"/>
          <w:szCs w:val="28"/>
          <w:lang w:val="ru-RU"/>
        </w:rPr>
      </w:pPr>
      <w:r w:rsidRPr="007911BE">
        <w:rPr>
          <w:rFonts w:cs="Times New Roman"/>
          <w:sz w:val="28"/>
          <w:szCs w:val="28"/>
          <w:lang w:val="ru-RU"/>
        </w:rPr>
        <w:t xml:space="preserve">Региональный слой позволяет перевести территориальный раздел из режима иллюстративных карт в режим содержательной дифференциации субъектов РФ. По уровню бедности среди многодетных семей лучшие значения фиксируются в Ямало-Ненецком автономном округе (7,3%), Ханты-Мансийском автономном округе </w:t>
      </w:r>
      <w:r w:rsidR="00387CF6" w:rsidRPr="007911BE">
        <w:rPr>
          <w:rFonts w:cs="Times New Roman"/>
          <w:sz w:val="28"/>
          <w:szCs w:val="28"/>
          <w:lang w:val="ru-RU"/>
        </w:rPr>
        <w:t xml:space="preserve">– </w:t>
      </w:r>
      <w:r w:rsidRPr="007911BE">
        <w:rPr>
          <w:rFonts w:cs="Times New Roman"/>
          <w:sz w:val="28"/>
          <w:szCs w:val="28"/>
          <w:lang w:val="ru-RU"/>
        </w:rPr>
        <w:t xml:space="preserve"> Югре (7,6%) и Москве (7,7%), тогда как наиболее напряжённая ситуация наблюдается в Республике Дагестан (51,4%), Иркутской области (37,6%) и Республике Ингушетия (37,4%). В окружном разрезе минимальное среднее значение имеет УФО (13,02%), максимальное </w:t>
      </w:r>
      <w:r w:rsidR="00387CF6" w:rsidRPr="007911BE">
        <w:rPr>
          <w:rFonts w:cs="Times New Roman"/>
          <w:sz w:val="28"/>
          <w:szCs w:val="28"/>
          <w:lang w:val="ru-RU"/>
        </w:rPr>
        <w:t xml:space="preserve">– </w:t>
      </w:r>
      <w:r w:rsidRPr="007911BE">
        <w:rPr>
          <w:rFonts w:cs="Times New Roman"/>
          <w:sz w:val="28"/>
          <w:szCs w:val="28"/>
          <w:lang w:val="ru-RU"/>
        </w:rPr>
        <w:t xml:space="preserve"> СКФО (27,39%).</w:t>
      </w:r>
    </w:p>
    <w:p w14:paraId="0700E901" w14:textId="77777777" w:rsidR="00F12170" w:rsidRPr="007911BE" w:rsidRDefault="00000000">
      <w:pPr>
        <w:rPr>
          <w:rFonts w:cs="Times New Roman"/>
          <w:sz w:val="28"/>
          <w:szCs w:val="28"/>
          <w:lang w:val="ru-RU"/>
        </w:rPr>
      </w:pPr>
      <w:r w:rsidRPr="007911BE">
        <w:rPr>
          <w:rFonts w:cs="Times New Roman"/>
          <w:sz w:val="28"/>
          <w:szCs w:val="28"/>
          <w:lang w:val="ru-RU"/>
        </w:rPr>
        <w:t xml:space="preserve">По суммарному коэффициенту рождаемости лидируют Чеченская Республика (2,58), Республика Тыва (2,152) и Ямало-Ненецкий автономный округ (2,000), а минимальные значения фиксируются в Ленинградской области (0,911), Смоленской области (1,012) и Республике Мордовия (1,017). По СКР третьих и последующих детей лучшая тройка складывается из Чеченской Республики (1,335), Республики Тыва (0,973) и Республики Ингушетия (0,933), тогда как наименьшие значения наблюдаются в Севастополе (0,190), Белгородской области (0,208) и Санкт-Петербурге (0,211). Окружные средние подтверждают этот разрыв: СКФО демонстрирует наивысшие средние уровни обоих показателей (1,68 и 0,71 соответственно), а ЦФО </w:t>
      </w:r>
      <w:r w:rsidR="00387CF6" w:rsidRPr="007911BE">
        <w:rPr>
          <w:rFonts w:cs="Times New Roman"/>
          <w:sz w:val="28"/>
          <w:szCs w:val="28"/>
          <w:lang w:val="ru-RU"/>
        </w:rPr>
        <w:t xml:space="preserve">– </w:t>
      </w:r>
      <w:r w:rsidRPr="007911BE">
        <w:rPr>
          <w:rFonts w:cs="Times New Roman"/>
          <w:sz w:val="28"/>
          <w:szCs w:val="28"/>
          <w:lang w:val="ru-RU"/>
        </w:rPr>
        <w:t xml:space="preserve"> минимальные (1,19 и 0,28).</w:t>
      </w:r>
    </w:p>
    <w:p w14:paraId="48F76D28" w14:textId="77777777" w:rsidR="00201AF2" w:rsidRPr="007911BE" w:rsidRDefault="00000000">
      <w:pPr>
        <w:rPr>
          <w:sz w:val="28"/>
          <w:szCs w:val="28"/>
          <w:lang w:val="ru-RU"/>
        </w:rPr>
      </w:pPr>
      <w:r w:rsidRPr="007911BE">
        <w:rPr>
          <w:sz w:val="28"/>
          <w:szCs w:val="28"/>
          <w:lang w:val="ru-RU"/>
        </w:rPr>
        <w:t>При этом сами региональные экстремумы не следует трактовать как прямое ранжирование субъектов по «истинной» интенсивности рождаемости. Для территорий с сильным миграционным притоком и оттоком величины СКР и СКР3+ чувствительны к качеству расчёта численности женщин репродуктивного возраста. Поэтому карты и рейтинги должны читаться совместно с динамикой показателей внутри региона и с ПДСКР3+, показывающей вклад третьих и последующих рождений в общий уровень рождаемости.</w:t>
      </w:r>
    </w:p>
    <w:p w14:paraId="57236E4C" w14:textId="77777777" w:rsidR="00F12170" w:rsidRPr="007911BE" w:rsidRDefault="00000000">
      <w:pPr>
        <w:rPr>
          <w:rFonts w:cs="Times New Roman"/>
          <w:sz w:val="28"/>
          <w:szCs w:val="28"/>
          <w:lang w:val="ru-RU"/>
        </w:rPr>
      </w:pPr>
      <w:r w:rsidRPr="007911BE">
        <w:rPr>
          <w:rFonts w:cs="Times New Roman"/>
          <w:sz w:val="28"/>
          <w:szCs w:val="28"/>
          <w:lang w:val="ru-RU"/>
        </w:rPr>
        <w:t xml:space="preserve">По оперативному слою младенческой смертности лучшие значения наблюдаются в Чукотском автономном округе (0,0‰), Мурманской области (0,9‰) и Чувашской Республике (1,0‰); наихудшие </w:t>
      </w:r>
      <w:r w:rsidR="00387CF6" w:rsidRPr="007911BE">
        <w:rPr>
          <w:rFonts w:cs="Times New Roman"/>
          <w:sz w:val="28"/>
          <w:szCs w:val="28"/>
          <w:lang w:val="ru-RU"/>
        </w:rPr>
        <w:t xml:space="preserve">– </w:t>
      </w:r>
      <w:r w:rsidRPr="007911BE">
        <w:rPr>
          <w:rFonts w:cs="Times New Roman"/>
          <w:sz w:val="28"/>
          <w:szCs w:val="28"/>
          <w:lang w:val="ru-RU"/>
        </w:rPr>
        <w:t xml:space="preserve"> в Ненецком автономном округе (10,2‰), Республике Карелия (9,3‰) и Республике Тыва (7,2‰). По доле женщин, получивших помощь в женских консультациях в сельской местности, посёлках городского типа и малых городах, лидируют Пермский край (22,86%), Магаданская область (22,48%) и Ненецкий автономный округ (21,8%), тогда как в Москве, Санкт-Петербурге и Республике Калмыкия показатель на текущей точке равен нулю. По показателю постановки на учёт </w:t>
      </w:r>
      <w:r w:rsidRPr="007911BE">
        <w:rPr>
          <w:rFonts w:cs="Times New Roman"/>
          <w:sz w:val="28"/>
          <w:szCs w:val="28"/>
          <w:lang w:val="ru-RU"/>
        </w:rPr>
        <w:lastRenderedPageBreak/>
        <w:t>после консультации в ситуации репродуктивного выбора лидируют Республика Ингушетия и Кабардино-Балкарская Республика (по 100%), а минимальные уровни фиксируются в Чеченской Республике (0%), Калужской области (6,17%) и Магаданской области (11,11%).</w:t>
      </w:r>
    </w:p>
    <w:p w14:paraId="054B407D" w14:textId="77777777" w:rsidR="00F12170" w:rsidRPr="007911BE" w:rsidRDefault="00000000">
      <w:pPr>
        <w:spacing w:before="120" w:after="60"/>
        <w:rPr>
          <w:lang w:val="ru-RU"/>
        </w:rPr>
      </w:pPr>
      <w:r w:rsidRPr="007911BE">
        <w:rPr>
          <w:lang w:val="ru-RU"/>
        </w:rPr>
        <w:t xml:space="preserve">Таблица 10 </w:t>
      </w:r>
      <w:r w:rsidR="00387CF6" w:rsidRPr="007911BE">
        <w:rPr>
          <w:lang w:val="ru-RU"/>
        </w:rPr>
        <w:t xml:space="preserve">– </w:t>
      </w:r>
      <w:r w:rsidRPr="007911BE">
        <w:rPr>
          <w:lang w:val="ru-RU"/>
        </w:rPr>
        <w:t xml:space="preserve"> Тройки лидеров и аутсайдеров по ключевым региональным показателям</w:t>
      </w:r>
    </w:p>
    <w:tbl>
      <w:tblPr>
        <w:tblStyle w:val="aff0"/>
        <w:tblW w:w="0" w:type="auto"/>
        <w:jc w:val="center"/>
        <w:tblLook w:val="04A0" w:firstRow="1" w:lastRow="0" w:firstColumn="1" w:lastColumn="0" w:noHBand="0" w:noVBand="1"/>
      </w:tblPr>
      <w:tblGrid>
        <w:gridCol w:w="843"/>
        <w:gridCol w:w="4926"/>
        <w:gridCol w:w="898"/>
        <w:gridCol w:w="559"/>
        <w:gridCol w:w="1739"/>
        <w:gridCol w:w="890"/>
      </w:tblGrid>
      <w:tr w:rsidR="00F12170" w:rsidRPr="007911BE" w14:paraId="27236B76" w14:textId="77777777" w:rsidTr="00B408C8">
        <w:trPr>
          <w:tblHeader/>
          <w:jc w:val="center"/>
        </w:trPr>
        <w:tc>
          <w:tcPr>
            <w:tcW w:w="0" w:type="auto"/>
            <w:shd w:val="clear" w:color="auto" w:fill="D9EAF7"/>
            <w:vAlign w:val="center"/>
          </w:tcPr>
          <w:p w14:paraId="32F5BDF3" w14:textId="77777777" w:rsidR="00F12170" w:rsidRPr="007911BE" w:rsidRDefault="00000000">
            <w:pPr>
              <w:ind w:firstLine="0"/>
              <w:jc w:val="center"/>
              <w:rPr>
                <w:sz w:val="16"/>
                <w:szCs w:val="24"/>
              </w:rPr>
            </w:pPr>
            <w:proofErr w:type="spellStart"/>
            <w:r w:rsidRPr="007911BE">
              <w:rPr>
                <w:b/>
                <w:sz w:val="16"/>
                <w:szCs w:val="24"/>
              </w:rPr>
              <w:t>Код</w:t>
            </w:r>
            <w:proofErr w:type="spellEnd"/>
          </w:p>
        </w:tc>
        <w:tc>
          <w:tcPr>
            <w:tcW w:w="0" w:type="auto"/>
            <w:shd w:val="clear" w:color="auto" w:fill="D9EAF7"/>
            <w:vAlign w:val="center"/>
          </w:tcPr>
          <w:p w14:paraId="1884D225" w14:textId="77777777" w:rsidR="00F12170" w:rsidRPr="007911BE" w:rsidRDefault="00000000">
            <w:pPr>
              <w:ind w:firstLine="0"/>
              <w:jc w:val="center"/>
              <w:rPr>
                <w:sz w:val="16"/>
                <w:szCs w:val="24"/>
              </w:rPr>
            </w:pPr>
            <w:proofErr w:type="spellStart"/>
            <w:r w:rsidRPr="007911BE">
              <w:rPr>
                <w:b/>
                <w:sz w:val="16"/>
                <w:szCs w:val="24"/>
              </w:rPr>
              <w:t>Показатель</w:t>
            </w:r>
            <w:proofErr w:type="spellEnd"/>
          </w:p>
        </w:tc>
        <w:tc>
          <w:tcPr>
            <w:tcW w:w="0" w:type="auto"/>
            <w:shd w:val="clear" w:color="auto" w:fill="D9EAF7"/>
            <w:vAlign w:val="center"/>
          </w:tcPr>
          <w:p w14:paraId="3A7E9821" w14:textId="77777777" w:rsidR="00F12170" w:rsidRPr="007911BE" w:rsidRDefault="00000000">
            <w:pPr>
              <w:ind w:firstLine="0"/>
              <w:jc w:val="center"/>
              <w:rPr>
                <w:sz w:val="16"/>
                <w:szCs w:val="24"/>
              </w:rPr>
            </w:pPr>
            <w:proofErr w:type="spellStart"/>
            <w:r w:rsidRPr="007911BE">
              <w:rPr>
                <w:b/>
                <w:sz w:val="16"/>
                <w:szCs w:val="24"/>
              </w:rPr>
              <w:t>Группа</w:t>
            </w:r>
            <w:proofErr w:type="spellEnd"/>
          </w:p>
        </w:tc>
        <w:tc>
          <w:tcPr>
            <w:tcW w:w="0" w:type="auto"/>
            <w:shd w:val="clear" w:color="auto" w:fill="D9EAF7"/>
            <w:vAlign w:val="center"/>
          </w:tcPr>
          <w:p w14:paraId="259EF6CB" w14:textId="77777777" w:rsidR="00F12170" w:rsidRPr="007911BE" w:rsidRDefault="00000000">
            <w:pPr>
              <w:ind w:firstLine="0"/>
              <w:jc w:val="center"/>
              <w:rPr>
                <w:sz w:val="16"/>
                <w:szCs w:val="24"/>
              </w:rPr>
            </w:pPr>
            <w:proofErr w:type="spellStart"/>
            <w:r w:rsidRPr="007911BE">
              <w:rPr>
                <w:b/>
                <w:sz w:val="16"/>
                <w:szCs w:val="24"/>
              </w:rPr>
              <w:t>Ранг</w:t>
            </w:r>
            <w:proofErr w:type="spellEnd"/>
          </w:p>
        </w:tc>
        <w:tc>
          <w:tcPr>
            <w:tcW w:w="0" w:type="auto"/>
            <w:shd w:val="clear" w:color="auto" w:fill="D9EAF7"/>
            <w:vAlign w:val="center"/>
          </w:tcPr>
          <w:p w14:paraId="5E6E8430" w14:textId="77777777" w:rsidR="00F12170" w:rsidRPr="007911BE" w:rsidRDefault="00000000">
            <w:pPr>
              <w:ind w:firstLine="0"/>
              <w:jc w:val="center"/>
              <w:rPr>
                <w:sz w:val="16"/>
                <w:szCs w:val="24"/>
              </w:rPr>
            </w:pPr>
            <w:proofErr w:type="spellStart"/>
            <w:r w:rsidRPr="007911BE">
              <w:rPr>
                <w:b/>
                <w:sz w:val="16"/>
                <w:szCs w:val="24"/>
              </w:rPr>
              <w:t>Субъект</w:t>
            </w:r>
            <w:proofErr w:type="spellEnd"/>
            <w:r w:rsidRPr="007911BE">
              <w:rPr>
                <w:b/>
                <w:sz w:val="16"/>
                <w:szCs w:val="24"/>
              </w:rPr>
              <w:t xml:space="preserve"> РФ</w:t>
            </w:r>
          </w:p>
        </w:tc>
        <w:tc>
          <w:tcPr>
            <w:tcW w:w="0" w:type="auto"/>
            <w:shd w:val="clear" w:color="auto" w:fill="D9EAF7"/>
            <w:vAlign w:val="center"/>
          </w:tcPr>
          <w:p w14:paraId="50D2195A" w14:textId="77777777" w:rsidR="00F12170" w:rsidRPr="007911BE" w:rsidRDefault="00000000">
            <w:pPr>
              <w:ind w:firstLine="0"/>
              <w:jc w:val="center"/>
              <w:rPr>
                <w:sz w:val="16"/>
                <w:szCs w:val="24"/>
              </w:rPr>
            </w:pPr>
            <w:proofErr w:type="spellStart"/>
            <w:r w:rsidRPr="007911BE">
              <w:rPr>
                <w:b/>
                <w:sz w:val="16"/>
                <w:szCs w:val="24"/>
              </w:rPr>
              <w:t>Значение</w:t>
            </w:r>
            <w:proofErr w:type="spellEnd"/>
          </w:p>
        </w:tc>
      </w:tr>
      <w:tr w:rsidR="00F12170" w:rsidRPr="007911BE" w14:paraId="687799B8" w14:textId="77777777" w:rsidTr="00B408C8">
        <w:trPr>
          <w:jc w:val="center"/>
        </w:trPr>
        <w:tc>
          <w:tcPr>
            <w:tcW w:w="0" w:type="auto"/>
            <w:vAlign w:val="center"/>
          </w:tcPr>
          <w:p w14:paraId="14DE5893"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30F8B68D"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50800D13"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5B82612D"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33D6DBEE" w14:textId="77777777" w:rsidR="00F12170" w:rsidRPr="007911BE" w:rsidRDefault="00000000">
            <w:pPr>
              <w:ind w:firstLine="0"/>
              <w:jc w:val="left"/>
              <w:rPr>
                <w:sz w:val="16"/>
                <w:szCs w:val="24"/>
              </w:rPr>
            </w:pPr>
            <w:proofErr w:type="spellStart"/>
            <w:r w:rsidRPr="007911BE">
              <w:rPr>
                <w:sz w:val="16"/>
                <w:szCs w:val="24"/>
              </w:rPr>
              <w:t>Ямало-Ненецкий</w:t>
            </w:r>
            <w:proofErr w:type="spellEnd"/>
            <w:r w:rsidRPr="007911BE">
              <w:rPr>
                <w:sz w:val="16"/>
                <w:szCs w:val="24"/>
              </w:rPr>
              <w:t xml:space="preserve"> </w:t>
            </w:r>
            <w:proofErr w:type="spellStart"/>
            <w:r w:rsidRPr="007911BE">
              <w:rPr>
                <w:sz w:val="16"/>
                <w:szCs w:val="24"/>
              </w:rPr>
              <w:t>автономный</w:t>
            </w:r>
            <w:proofErr w:type="spellEnd"/>
            <w:r w:rsidRPr="007911BE">
              <w:rPr>
                <w:sz w:val="16"/>
                <w:szCs w:val="24"/>
              </w:rPr>
              <w:t xml:space="preserve"> </w:t>
            </w:r>
            <w:proofErr w:type="spellStart"/>
            <w:r w:rsidRPr="007911BE">
              <w:rPr>
                <w:sz w:val="16"/>
                <w:szCs w:val="24"/>
              </w:rPr>
              <w:t>округ</w:t>
            </w:r>
            <w:proofErr w:type="spellEnd"/>
          </w:p>
        </w:tc>
        <w:tc>
          <w:tcPr>
            <w:tcW w:w="0" w:type="auto"/>
            <w:vAlign w:val="center"/>
          </w:tcPr>
          <w:p w14:paraId="54C01878" w14:textId="77777777" w:rsidR="00F12170" w:rsidRPr="007911BE" w:rsidRDefault="00000000">
            <w:pPr>
              <w:ind w:firstLine="0"/>
              <w:jc w:val="center"/>
              <w:rPr>
                <w:sz w:val="16"/>
                <w:szCs w:val="24"/>
              </w:rPr>
            </w:pPr>
            <w:r w:rsidRPr="007911BE">
              <w:rPr>
                <w:sz w:val="16"/>
                <w:szCs w:val="24"/>
              </w:rPr>
              <w:t>7.3</w:t>
            </w:r>
          </w:p>
        </w:tc>
      </w:tr>
      <w:tr w:rsidR="00F12170" w:rsidRPr="007911BE" w14:paraId="64EECFE6" w14:textId="77777777" w:rsidTr="00B408C8">
        <w:trPr>
          <w:jc w:val="center"/>
        </w:trPr>
        <w:tc>
          <w:tcPr>
            <w:tcW w:w="0" w:type="auto"/>
            <w:vAlign w:val="center"/>
          </w:tcPr>
          <w:p w14:paraId="4F5117C9"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750A6218"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2A621806"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104067D6"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11DC456D" w14:textId="77777777" w:rsidR="00F12170" w:rsidRPr="007911BE" w:rsidRDefault="00000000">
            <w:pPr>
              <w:ind w:firstLine="0"/>
              <w:jc w:val="left"/>
              <w:rPr>
                <w:sz w:val="16"/>
                <w:szCs w:val="24"/>
                <w:lang w:val="ru-RU"/>
              </w:rPr>
            </w:pPr>
            <w:r w:rsidRPr="007911BE">
              <w:rPr>
                <w:sz w:val="16"/>
                <w:szCs w:val="24"/>
                <w:lang w:val="ru-RU"/>
              </w:rPr>
              <w:t>Ханты-Мансийский автономный округ - Югра</w:t>
            </w:r>
          </w:p>
        </w:tc>
        <w:tc>
          <w:tcPr>
            <w:tcW w:w="0" w:type="auto"/>
            <w:vAlign w:val="center"/>
          </w:tcPr>
          <w:p w14:paraId="4A60216B" w14:textId="77777777" w:rsidR="00F12170" w:rsidRPr="007911BE" w:rsidRDefault="00000000">
            <w:pPr>
              <w:ind w:firstLine="0"/>
              <w:jc w:val="center"/>
              <w:rPr>
                <w:sz w:val="16"/>
                <w:szCs w:val="24"/>
              </w:rPr>
            </w:pPr>
            <w:r w:rsidRPr="007911BE">
              <w:rPr>
                <w:sz w:val="16"/>
                <w:szCs w:val="24"/>
              </w:rPr>
              <w:t>7.6</w:t>
            </w:r>
          </w:p>
        </w:tc>
      </w:tr>
      <w:tr w:rsidR="00F12170" w:rsidRPr="007911BE" w14:paraId="3A1726FF" w14:textId="77777777" w:rsidTr="00B408C8">
        <w:trPr>
          <w:jc w:val="center"/>
        </w:trPr>
        <w:tc>
          <w:tcPr>
            <w:tcW w:w="0" w:type="auto"/>
            <w:vAlign w:val="center"/>
          </w:tcPr>
          <w:p w14:paraId="38AA9614"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034C49D9"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20B9AF60"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0E89A96E"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5235AA3D" w14:textId="77777777" w:rsidR="00F12170" w:rsidRPr="007911BE" w:rsidRDefault="00000000">
            <w:pPr>
              <w:ind w:firstLine="0"/>
              <w:jc w:val="left"/>
              <w:rPr>
                <w:sz w:val="16"/>
                <w:szCs w:val="24"/>
              </w:rPr>
            </w:pPr>
            <w:proofErr w:type="spellStart"/>
            <w:r w:rsidRPr="007911BE">
              <w:rPr>
                <w:sz w:val="16"/>
                <w:szCs w:val="24"/>
              </w:rPr>
              <w:t>Москва</w:t>
            </w:r>
            <w:proofErr w:type="spellEnd"/>
          </w:p>
        </w:tc>
        <w:tc>
          <w:tcPr>
            <w:tcW w:w="0" w:type="auto"/>
            <w:vAlign w:val="center"/>
          </w:tcPr>
          <w:p w14:paraId="6FD0D8B9" w14:textId="77777777" w:rsidR="00F12170" w:rsidRPr="007911BE" w:rsidRDefault="00000000">
            <w:pPr>
              <w:ind w:firstLine="0"/>
              <w:jc w:val="center"/>
              <w:rPr>
                <w:sz w:val="16"/>
                <w:szCs w:val="24"/>
              </w:rPr>
            </w:pPr>
            <w:r w:rsidRPr="007911BE">
              <w:rPr>
                <w:sz w:val="16"/>
                <w:szCs w:val="24"/>
              </w:rPr>
              <w:t>7.7</w:t>
            </w:r>
          </w:p>
        </w:tc>
      </w:tr>
      <w:tr w:rsidR="00F12170" w:rsidRPr="007911BE" w14:paraId="0A13D4B7" w14:textId="77777777" w:rsidTr="00B408C8">
        <w:trPr>
          <w:jc w:val="center"/>
        </w:trPr>
        <w:tc>
          <w:tcPr>
            <w:tcW w:w="0" w:type="auto"/>
            <w:vAlign w:val="center"/>
          </w:tcPr>
          <w:p w14:paraId="253FCCCB"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1BA05E84"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7256AE77"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026FF422"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1BF57B38"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Дагестан</w:t>
            </w:r>
            <w:proofErr w:type="spellEnd"/>
          </w:p>
        </w:tc>
        <w:tc>
          <w:tcPr>
            <w:tcW w:w="0" w:type="auto"/>
            <w:vAlign w:val="center"/>
          </w:tcPr>
          <w:p w14:paraId="3384D609" w14:textId="77777777" w:rsidR="00F12170" w:rsidRPr="007911BE" w:rsidRDefault="00000000">
            <w:pPr>
              <w:ind w:firstLine="0"/>
              <w:jc w:val="center"/>
              <w:rPr>
                <w:sz w:val="16"/>
                <w:szCs w:val="24"/>
              </w:rPr>
            </w:pPr>
            <w:r w:rsidRPr="007911BE">
              <w:rPr>
                <w:sz w:val="16"/>
                <w:szCs w:val="24"/>
              </w:rPr>
              <w:t>51.4</w:t>
            </w:r>
          </w:p>
        </w:tc>
      </w:tr>
      <w:tr w:rsidR="00F12170" w:rsidRPr="007911BE" w14:paraId="3EC596D9" w14:textId="77777777" w:rsidTr="00B408C8">
        <w:trPr>
          <w:jc w:val="center"/>
        </w:trPr>
        <w:tc>
          <w:tcPr>
            <w:tcW w:w="0" w:type="auto"/>
            <w:vAlign w:val="center"/>
          </w:tcPr>
          <w:p w14:paraId="35D421DC"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2623C34C"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4508144C"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61FF91B5"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2485AE63" w14:textId="77777777" w:rsidR="00F12170" w:rsidRPr="007911BE" w:rsidRDefault="00000000">
            <w:pPr>
              <w:ind w:firstLine="0"/>
              <w:jc w:val="left"/>
              <w:rPr>
                <w:sz w:val="16"/>
                <w:szCs w:val="24"/>
              </w:rPr>
            </w:pPr>
            <w:proofErr w:type="spellStart"/>
            <w:r w:rsidRPr="007911BE">
              <w:rPr>
                <w:sz w:val="16"/>
                <w:szCs w:val="24"/>
              </w:rPr>
              <w:t>Иркутская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377FD971" w14:textId="77777777" w:rsidR="00F12170" w:rsidRPr="007911BE" w:rsidRDefault="00000000">
            <w:pPr>
              <w:ind w:firstLine="0"/>
              <w:jc w:val="center"/>
              <w:rPr>
                <w:sz w:val="16"/>
                <w:szCs w:val="24"/>
              </w:rPr>
            </w:pPr>
            <w:r w:rsidRPr="007911BE">
              <w:rPr>
                <w:sz w:val="16"/>
                <w:szCs w:val="24"/>
              </w:rPr>
              <w:t>37.6</w:t>
            </w:r>
          </w:p>
        </w:tc>
      </w:tr>
      <w:tr w:rsidR="00F12170" w:rsidRPr="007911BE" w14:paraId="621E09CD" w14:textId="77777777" w:rsidTr="00B408C8">
        <w:trPr>
          <w:jc w:val="center"/>
        </w:trPr>
        <w:tc>
          <w:tcPr>
            <w:tcW w:w="0" w:type="auto"/>
            <w:vAlign w:val="center"/>
          </w:tcPr>
          <w:p w14:paraId="3D38D1A8"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47CFF72B"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1049FDFF"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01A1DD28"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39ADFFE1"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Ингушетия</w:t>
            </w:r>
            <w:proofErr w:type="spellEnd"/>
          </w:p>
        </w:tc>
        <w:tc>
          <w:tcPr>
            <w:tcW w:w="0" w:type="auto"/>
            <w:vAlign w:val="center"/>
          </w:tcPr>
          <w:p w14:paraId="633E24FE" w14:textId="77777777" w:rsidR="00F12170" w:rsidRPr="007911BE" w:rsidRDefault="00000000">
            <w:pPr>
              <w:ind w:firstLine="0"/>
              <w:jc w:val="center"/>
              <w:rPr>
                <w:sz w:val="16"/>
                <w:szCs w:val="24"/>
              </w:rPr>
            </w:pPr>
            <w:r w:rsidRPr="007911BE">
              <w:rPr>
                <w:sz w:val="16"/>
                <w:szCs w:val="24"/>
              </w:rPr>
              <w:t>37.4</w:t>
            </w:r>
          </w:p>
        </w:tc>
      </w:tr>
      <w:tr w:rsidR="00F12170" w:rsidRPr="007911BE" w14:paraId="0724C2D5" w14:textId="77777777" w:rsidTr="00B408C8">
        <w:trPr>
          <w:jc w:val="center"/>
        </w:trPr>
        <w:tc>
          <w:tcPr>
            <w:tcW w:w="0" w:type="auto"/>
            <w:vAlign w:val="center"/>
          </w:tcPr>
          <w:p w14:paraId="356ADC08"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5F880196"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7FB1B9CB"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6031ACEF"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6CC44754" w14:textId="77777777" w:rsidR="00F12170" w:rsidRPr="007911BE" w:rsidRDefault="00000000">
            <w:pPr>
              <w:ind w:firstLine="0"/>
              <w:jc w:val="left"/>
              <w:rPr>
                <w:sz w:val="16"/>
                <w:szCs w:val="24"/>
              </w:rPr>
            </w:pPr>
            <w:proofErr w:type="spellStart"/>
            <w:r w:rsidRPr="007911BE">
              <w:rPr>
                <w:sz w:val="16"/>
                <w:szCs w:val="24"/>
              </w:rPr>
              <w:t>Чеченская</w:t>
            </w:r>
            <w:proofErr w:type="spellEnd"/>
            <w:r w:rsidRPr="007911BE">
              <w:rPr>
                <w:sz w:val="16"/>
                <w:szCs w:val="24"/>
              </w:rPr>
              <w:t xml:space="preserve"> </w:t>
            </w:r>
            <w:proofErr w:type="spellStart"/>
            <w:r w:rsidRPr="007911BE">
              <w:rPr>
                <w:sz w:val="16"/>
                <w:szCs w:val="24"/>
              </w:rPr>
              <w:t>Республика</w:t>
            </w:r>
            <w:proofErr w:type="spellEnd"/>
          </w:p>
        </w:tc>
        <w:tc>
          <w:tcPr>
            <w:tcW w:w="0" w:type="auto"/>
            <w:vAlign w:val="center"/>
          </w:tcPr>
          <w:p w14:paraId="40F1610B" w14:textId="77777777" w:rsidR="00F12170" w:rsidRPr="007911BE" w:rsidRDefault="00000000">
            <w:pPr>
              <w:ind w:firstLine="0"/>
              <w:jc w:val="center"/>
              <w:rPr>
                <w:sz w:val="16"/>
                <w:szCs w:val="24"/>
              </w:rPr>
            </w:pPr>
            <w:r w:rsidRPr="007911BE">
              <w:rPr>
                <w:sz w:val="16"/>
                <w:szCs w:val="24"/>
              </w:rPr>
              <w:t>2.58</w:t>
            </w:r>
          </w:p>
        </w:tc>
      </w:tr>
      <w:tr w:rsidR="00F12170" w:rsidRPr="007911BE" w14:paraId="6C1FBECE" w14:textId="77777777" w:rsidTr="00B408C8">
        <w:trPr>
          <w:jc w:val="center"/>
        </w:trPr>
        <w:tc>
          <w:tcPr>
            <w:tcW w:w="0" w:type="auto"/>
            <w:vAlign w:val="center"/>
          </w:tcPr>
          <w:p w14:paraId="28532512"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18C1E627"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61A72C00"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654FE0ED"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4474D7A3"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Тыва</w:t>
            </w:r>
            <w:proofErr w:type="spellEnd"/>
          </w:p>
        </w:tc>
        <w:tc>
          <w:tcPr>
            <w:tcW w:w="0" w:type="auto"/>
            <w:vAlign w:val="center"/>
          </w:tcPr>
          <w:p w14:paraId="51816580" w14:textId="77777777" w:rsidR="00F12170" w:rsidRPr="007911BE" w:rsidRDefault="00000000">
            <w:pPr>
              <w:ind w:firstLine="0"/>
              <w:jc w:val="center"/>
              <w:rPr>
                <w:sz w:val="16"/>
                <w:szCs w:val="24"/>
              </w:rPr>
            </w:pPr>
            <w:r w:rsidRPr="007911BE">
              <w:rPr>
                <w:sz w:val="16"/>
                <w:szCs w:val="24"/>
              </w:rPr>
              <w:t>2.15</w:t>
            </w:r>
          </w:p>
        </w:tc>
      </w:tr>
      <w:tr w:rsidR="00F12170" w:rsidRPr="007911BE" w14:paraId="50902514" w14:textId="77777777" w:rsidTr="00B408C8">
        <w:trPr>
          <w:jc w:val="center"/>
        </w:trPr>
        <w:tc>
          <w:tcPr>
            <w:tcW w:w="0" w:type="auto"/>
            <w:vAlign w:val="center"/>
          </w:tcPr>
          <w:p w14:paraId="18E7E6D7"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138F7F47"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031290FA"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7A50738D"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7B6DD2EB" w14:textId="77777777" w:rsidR="00F12170" w:rsidRPr="007911BE" w:rsidRDefault="00000000">
            <w:pPr>
              <w:ind w:firstLine="0"/>
              <w:jc w:val="left"/>
              <w:rPr>
                <w:sz w:val="16"/>
                <w:szCs w:val="24"/>
              </w:rPr>
            </w:pPr>
            <w:proofErr w:type="spellStart"/>
            <w:r w:rsidRPr="007911BE">
              <w:rPr>
                <w:sz w:val="16"/>
                <w:szCs w:val="24"/>
              </w:rPr>
              <w:t>Ямало-Ненецкий</w:t>
            </w:r>
            <w:proofErr w:type="spellEnd"/>
            <w:r w:rsidRPr="007911BE">
              <w:rPr>
                <w:sz w:val="16"/>
                <w:szCs w:val="24"/>
              </w:rPr>
              <w:t xml:space="preserve"> </w:t>
            </w:r>
            <w:proofErr w:type="spellStart"/>
            <w:r w:rsidRPr="007911BE">
              <w:rPr>
                <w:sz w:val="16"/>
                <w:szCs w:val="24"/>
              </w:rPr>
              <w:t>автономный</w:t>
            </w:r>
            <w:proofErr w:type="spellEnd"/>
            <w:r w:rsidRPr="007911BE">
              <w:rPr>
                <w:sz w:val="16"/>
                <w:szCs w:val="24"/>
              </w:rPr>
              <w:t xml:space="preserve"> </w:t>
            </w:r>
            <w:proofErr w:type="spellStart"/>
            <w:r w:rsidRPr="007911BE">
              <w:rPr>
                <w:sz w:val="16"/>
                <w:szCs w:val="24"/>
              </w:rPr>
              <w:t>округ</w:t>
            </w:r>
            <w:proofErr w:type="spellEnd"/>
          </w:p>
        </w:tc>
        <w:tc>
          <w:tcPr>
            <w:tcW w:w="0" w:type="auto"/>
            <w:vAlign w:val="center"/>
          </w:tcPr>
          <w:p w14:paraId="3F418B77" w14:textId="77777777" w:rsidR="00F12170" w:rsidRPr="007911BE" w:rsidRDefault="00000000">
            <w:pPr>
              <w:ind w:firstLine="0"/>
              <w:jc w:val="center"/>
              <w:rPr>
                <w:sz w:val="16"/>
                <w:szCs w:val="24"/>
              </w:rPr>
            </w:pPr>
            <w:r w:rsidRPr="007911BE">
              <w:rPr>
                <w:sz w:val="16"/>
                <w:szCs w:val="24"/>
              </w:rPr>
              <w:t>2</w:t>
            </w:r>
          </w:p>
        </w:tc>
      </w:tr>
      <w:tr w:rsidR="00F12170" w:rsidRPr="007911BE" w14:paraId="2FA2741C" w14:textId="77777777" w:rsidTr="00B408C8">
        <w:trPr>
          <w:jc w:val="center"/>
        </w:trPr>
        <w:tc>
          <w:tcPr>
            <w:tcW w:w="0" w:type="auto"/>
            <w:vAlign w:val="center"/>
          </w:tcPr>
          <w:p w14:paraId="44EB49BB"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11786021"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520C999E"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486E351D"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46F876E5" w14:textId="77777777" w:rsidR="00F12170" w:rsidRPr="007911BE" w:rsidRDefault="00000000">
            <w:pPr>
              <w:ind w:firstLine="0"/>
              <w:jc w:val="left"/>
              <w:rPr>
                <w:sz w:val="16"/>
                <w:szCs w:val="24"/>
              </w:rPr>
            </w:pPr>
            <w:proofErr w:type="spellStart"/>
            <w:r w:rsidRPr="007911BE">
              <w:rPr>
                <w:sz w:val="16"/>
                <w:szCs w:val="24"/>
              </w:rPr>
              <w:t>Ленинградская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44F61578" w14:textId="77777777" w:rsidR="00F12170" w:rsidRPr="007911BE" w:rsidRDefault="00000000">
            <w:pPr>
              <w:ind w:firstLine="0"/>
              <w:jc w:val="center"/>
              <w:rPr>
                <w:sz w:val="16"/>
                <w:szCs w:val="24"/>
              </w:rPr>
            </w:pPr>
            <w:r w:rsidRPr="007911BE">
              <w:rPr>
                <w:sz w:val="16"/>
                <w:szCs w:val="24"/>
              </w:rPr>
              <w:t>0.91</w:t>
            </w:r>
          </w:p>
        </w:tc>
      </w:tr>
      <w:tr w:rsidR="00F12170" w:rsidRPr="007911BE" w14:paraId="4C6A4065" w14:textId="77777777" w:rsidTr="00B408C8">
        <w:trPr>
          <w:jc w:val="center"/>
        </w:trPr>
        <w:tc>
          <w:tcPr>
            <w:tcW w:w="0" w:type="auto"/>
            <w:vAlign w:val="center"/>
          </w:tcPr>
          <w:p w14:paraId="064D3602"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5B1DAA6A"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1C1F8D7C"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018393E2"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2FCD03AB" w14:textId="77777777" w:rsidR="00F12170" w:rsidRPr="007911BE" w:rsidRDefault="00000000">
            <w:pPr>
              <w:ind w:firstLine="0"/>
              <w:jc w:val="left"/>
              <w:rPr>
                <w:sz w:val="16"/>
                <w:szCs w:val="24"/>
              </w:rPr>
            </w:pPr>
            <w:proofErr w:type="spellStart"/>
            <w:r w:rsidRPr="007911BE">
              <w:rPr>
                <w:sz w:val="16"/>
                <w:szCs w:val="24"/>
              </w:rPr>
              <w:t>Смоленская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6712844C" w14:textId="77777777" w:rsidR="00F12170" w:rsidRPr="007911BE" w:rsidRDefault="00000000">
            <w:pPr>
              <w:ind w:firstLine="0"/>
              <w:jc w:val="center"/>
              <w:rPr>
                <w:sz w:val="16"/>
                <w:szCs w:val="24"/>
              </w:rPr>
            </w:pPr>
            <w:r w:rsidRPr="007911BE">
              <w:rPr>
                <w:sz w:val="16"/>
                <w:szCs w:val="24"/>
              </w:rPr>
              <w:t>1.01</w:t>
            </w:r>
          </w:p>
        </w:tc>
      </w:tr>
      <w:tr w:rsidR="00F12170" w:rsidRPr="007911BE" w14:paraId="72F0C4F7" w14:textId="77777777" w:rsidTr="00B408C8">
        <w:trPr>
          <w:jc w:val="center"/>
        </w:trPr>
        <w:tc>
          <w:tcPr>
            <w:tcW w:w="0" w:type="auto"/>
            <w:vAlign w:val="center"/>
          </w:tcPr>
          <w:p w14:paraId="233550B0"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4F653C4A"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79C6C03E"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58C9F0CD"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5627C010"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Мордовия</w:t>
            </w:r>
            <w:proofErr w:type="spellEnd"/>
          </w:p>
        </w:tc>
        <w:tc>
          <w:tcPr>
            <w:tcW w:w="0" w:type="auto"/>
            <w:vAlign w:val="center"/>
          </w:tcPr>
          <w:p w14:paraId="4E000C9D" w14:textId="77777777" w:rsidR="00F12170" w:rsidRPr="007911BE" w:rsidRDefault="00000000">
            <w:pPr>
              <w:ind w:firstLine="0"/>
              <w:jc w:val="center"/>
              <w:rPr>
                <w:sz w:val="16"/>
                <w:szCs w:val="24"/>
              </w:rPr>
            </w:pPr>
            <w:r w:rsidRPr="007911BE">
              <w:rPr>
                <w:sz w:val="16"/>
                <w:szCs w:val="24"/>
              </w:rPr>
              <w:t>1.02</w:t>
            </w:r>
          </w:p>
        </w:tc>
      </w:tr>
      <w:tr w:rsidR="00F12170" w:rsidRPr="007911BE" w14:paraId="1D62454B" w14:textId="77777777" w:rsidTr="00B408C8">
        <w:trPr>
          <w:jc w:val="center"/>
        </w:trPr>
        <w:tc>
          <w:tcPr>
            <w:tcW w:w="0" w:type="auto"/>
            <w:vAlign w:val="center"/>
          </w:tcPr>
          <w:p w14:paraId="19C12115"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211EE518"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3947819E"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07445136"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62EC2AAE" w14:textId="77777777" w:rsidR="00F12170" w:rsidRPr="007911BE" w:rsidRDefault="00000000">
            <w:pPr>
              <w:ind w:firstLine="0"/>
              <w:jc w:val="left"/>
              <w:rPr>
                <w:sz w:val="16"/>
                <w:szCs w:val="24"/>
              </w:rPr>
            </w:pPr>
            <w:proofErr w:type="spellStart"/>
            <w:r w:rsidRPr="007911BE">
              <w:rPr>
                <w:sz w:val="16"/>
                <w:szCs w:val="24"/>
              </w:rPr>
              <w:t>Чеченская</w:t>
            </w:r>
            <w:proofErr w:type="spellEnd"/>
            <w:r w:rsidRPr="007911BE">
              <w:rPr>
                <w:sz w:val="16"/>
                <w:szCs w:val="24"/>
              </w:rPr>
              <w:t xml:space="preserve"> </w:t>
            </w:r>
            <w:proofErr w:type="spellStart"/>
            <w:r w:rsidRPr="007911BE">
              <w:rPr>
                <w:sz w:val="16"/>
                <w:szCs w:val="24"/>
              </w:rPr>
              <w:t>Республика</w:t>
            </w:r>
            <w:proofErr w:type="spellEnd"/>
          </w:p>
        </w:tc>
        <w:tc>
          <w:tcPr>
            <w:tcW w:w="0" w:type="auto"/>
            <w:vAlign w:val="center"/>
          </w:tcPr>
          <w:p w14:paraId="192E398B" w14:textId="77777777" w:rsidR="00F12170" w:rsidRPr="007911BE" w:rsidRDefault="00000000">
            <w:pPr>
              <w:ind w:firstLine="0"/>
              <w:jc w:val="center"/>
              <w:rPr>
                <w:sz w:val="16"/>
                <w:szCs w:val="24"/>
              </w:rPr>
            </w:pPr>
            <w:r w:rsidRPr="007911BE">
              <w:rPr>
                <w:sz w:val="16"/>
                <w:szCs w:val="24"/>
              </w:rPr>
              <w:t>1.34</w:t>
            </w:r>
          </w:p>
        </w:tc>
      </w:tr>
      <w:tr w:rsidR="00F12170" w:rsidRPr="007911BE" w14:paraId="7D1EDF2A" w14:textId="77777777" w:rsidTr="00B408C8">
        <w:trPr>
          <w:jc w:val="center"/>
        </w:trPr>
        <w:tc>
          <w:tcPr>
            <w:tcW w:w="0" w:type="auto"/>
            <w:vAlign w:val="center"/>
          </w:tcPr>
          <w:p w14:paraId="5E08FFC6"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1A492B3E"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040CBAF9"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776DA6F0"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44AA4624"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Тыва</w:t>
            </w:r>
            <w:proofErr w:type="spellEnd"/>
          </w:p>
        </w:tc>
        <w:tc>
          <w:tcPr>
            <w:tcW w:w="0" w:type="auto"/>
            <w:vAlign w:val="center"/>
          </w:tcPr>
          <w:p w14:paraId="53519DC8" w14:textId="77777777" w:rsidR="00F12170" w:rsidRPr="007911BE" w:rsidRDefault="00000000">
            <w:pPr>
              <w:ind w:firstLine="0"/>
              <w:jc w:val="center"/>
              <w:rPr>
                <w:sz w:val="16"/>
                <w:szCs w:val="24"/>
              </w:rPr>
            </w:pPr>
            <w:r w:rsidRPr="007911BE">
              <w:rPr>
                <w:sz w:val="16"/>
                <w:szCs w:val="24"/>
              </w:rPr>
              <w:t>0.97</w:t>
            </w:r>
          </w:p>
        </w:tc>
      </w:tr>
      <w:tr w:rsidR="00F12170" w:rsidRPr="007911BE" w14:paraId="601ABBF6" w14:textId="77777777" w:rsidTr="00B408C8">
        <w:trPr>
          <w:jc w:val="center"/>
        </w:trPr>
        <w:tc>
          <w:tcPr>
            <w:tcW w:w="0" w:type="auto"/>
            <w:vAlign w:val="center"/>
          </w:tcPr>
          <w:p w14:paraId="24644279"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3556EB4F"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628DF6E3"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7B453D59"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2A4F8C33"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Ингушетия</w:t>
            </w:r>
            <w:proofErr w:type="spellEnd"/>
          </w:p>
        </w:tc>
        <w:tc>
          <w:tcPr>
            <w:tcW w:w="0" w:type="auto"/>
            <w:vAlign w:val="center"/>
          </w:tcPr>
          <w:p w14:paraId="48C24696" w14:textId="77777777" w:rsidR="00F12170" w:rsidRPr="007911BE" w:rsidRDefault="00000000">
            <w:pPr>
              <w:ind w:firstLine="0"/>
              <w:jc w:val="center"/>
              <w:rPr>
                <w:sz w:val="16"/>
                <w:szCs w:val="24"/>
              </w:rPr>
            </w:pPr>
            <w:r w:rsidRPr="007911BE">
              <w:rPr>
                <w:sz w:val="16"/>
                <w:szCs w:val="24"/>
              </w:rPr>
              <w:t>0.93</w:t>
            </w:r>
          </w:p>
        </w:tc>
      </w:tr>
      <w:tr w:rsidR="00F12170" w:rsidRPr="007911BE" w14:paraId="5965EEEA" w14:textId="77777777" w:rsidTr="00B408C8">
        <w:trPr>
          <w:jc w:val="center"/>
        </w:trPr>
        <w:tc>
          <w:tcPr>
            <w:tcW w:w="0" w:type="auto"/>
            <w:vAlign w:val="center"/>
          </w:tcPr>
          <w:p w14:paraId="7CA9B38A"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1559B9E9"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2E3DCE07"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1415A6BB"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1DAA12A7" w14:textId="77777777" w:rsidR="00F12170" w:rsidRPr="007911BE" w:rsidRDefault="00000000">
            <w:pPr>
              <w:ind w:firstLine="0"/>
              <w:jc w:val="left"/>
              <w:rPr>
                <w:sz w:val="16"/>
                <w:szCs w:val="24"/>
              </w:rPr>
            </w:pPr>
            <w:proofErr w:type="spellStart"/>
            <w:r w:rsidRPr="007911BE">
              <w:rPr>
                <w:sz w:val="16"/>
                <w:szCs w:val="24"/>
              </w:rPr>
              <w:t>Севастополь</w:t>
            </w:r>
            <w:proofErr w:type="spellEnd"/>
          </w:p>
        </w:tc>
        <w:tc>
          <w:tcPr>
            <w:tcW w:w="0" w:type="auto"/>
            <w:vAlign w:val="center"/>
          </w:tcPr>
          <w:p w14:paraId="209A456B" w14:textId="77777777" w:rsidR="00F12170" w:rsidRPr="007911BE" w:rsidRDefault="00000000">
            <w:pPr>
              <w:ind w:firstLine="0"/>
              <w:jc w:val="center"/>
              <w:rPr>
                <w:sz w:val="16"/>
                <w:szCs w:val="24"/>
              </w:rPr>
            </w:pPr>
            <w:r w:rsidRPr="007911BE">
              <w:rPr>
                <w:sz w:val="16"/>
                <w:szCs w:val="24"/>
              </w:rPr>
              <w:t>0.19</w:t>
            </w:r>
          </w:p>
        </w:tc>
      </w:tr>
      <w:tr w:rsidR="00F12170" w:rsidRPr="007911BE" w14:paraId="62971A41" w14:textId="77777777" w:rsidTr="00B408C8">
        <w:trPr>
          <w:jc w:val="center"/>
        </w:trPr>
        <w:tc>
          <w:tcPr>
            <w:tcW w:w="0" w:type="auto"/>
            <w:vAlign w:val="center"/>
          </w:tcPr>
          <w:p w14:paraId="368B6711"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1CFDCBC6"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4F7F212D"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5B28A8AB"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41DB827C" w14:textId="77777777" w:rsidR="00F12170" w:rsidRPr="007911BE" w:rsidRDefault="00000000">
            <w:pPr>
              <w:ind w:firstLine="0"/>
              <w:jc w:val="left"/>
              <w:rPr>
                <w:sz w:val="16"/>
                <w:szCs w:val="24"/>
              </w:rPr>
            </w:pPr>
            <w:proofErr w:type="spellStart"/>
            <w:r w:rsidRPr="007911BE">
              <w:rPr>
                <w:sz w:val="16"/>
                <w:szCs w:val="24"/>
              </w:rPr>
              <w:t>Белгородская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1D29AB23" w14:textId="77777777" w:rsidR="00F12170" w:rsidRPr="007911BE" w:rsidRDefault="00000000">
            <w:pPr>
              <w:ind w:firstLine="0"/>
              <w:jc w:val="center"/>
              <w:rPr>
                <w:sz w:val="16"/>
                <w:szCs w:val="24"/>
              </w:rPr>
            </w:pPr>
            <w:r w:rsidRPr="007911BE">
              <w:rPr>
                <w:sz w:val="16"/>
                <w:szCs w:val="24"/>
              </w:rPr>
              <w:t>0.21</w:t>
            </w:r>
          </w:p>
        </w:tc>
      </w:tr>
      <w:tr w:rsidR="00F12170" w:rsidRPr="007911BE" w14:paraId="7A8B7144" w14:textId="77777777" w:rsidTr="00B408C8">
        <w:trPr>
          <w:jc w:val="center"/>
        </w:trPr>
        <w:tc>
          <w:tcPr>
            <w:tcW w:w="0" w:type="auto"/>
            <w:vAlign w:val="center"/>
          </w:tcPr>
          <w:p w14:paraId="59D726D3"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2DF9461E"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4F03C217"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5E39DA59"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6C7A7B0B" w14:textId="77777777" w:rsidR="00F12170" w:rsidRPr="007911BE" w:rsidRDefault="00000000">
            <w:pPr>
              <w:ind w:firstLine="0"/>
              <w:jc w:val="left"/>
              <w:rPr>
                <w:sz w:val="16"/>
                <w:szCs w:val="24"/>
              </w:rPr>
            </w:pPr>
            <w:proofErr w:type="spellStart"/>
            <w:r w:rsidRPr="007911BE">
              <w:rPr>
                <w:sz w:val="16"/>
                <w:szCs w:val="24"/>
              </w:rPr>
              <w:t>Санкт-Петербург</w:t>
            </w:r>
            <w:proofErr w:type="spellEnd"/>
          </w:p>
        </w:tc>
        <w:tc>
          <w:tcPr>
            <w:tcW w:w="0" w:type="auto"/>
            <w:vAlign w:val="center"/>
          </w:tcPr>
          <w:p w14:paraId="31CF58B9" w14:textId="77777777" w:rsidR="00F12170" w:rsidRPr="007911BE" w:rsidRDefault="00000000">
            <w:pPr>
              <w:ind w:firstLine="0"/>
              <w:jc w:val="center"/>
              <w:rPr>
                <w:sz w:val="16"/>
                <w:szCs w:val="24"/>
              </w:rPr>
            </w:pPr>
            <w:r w:rsidRPr="007911BE">
              <w:rPr>
                <w:sz w:val="16"/>
                <w:szCs w:val="24"/>
              </w:rPr>
              <w:t>0.21</w:t>
            </w:r>
          </w:p>
        </w:tc>
      </w:tr>
      <w:tr w:rsidR="00F12170" w:rsidRPr="007911BE" w14:paraId="0B4DDB8D" w14:textId="77777777" w:rsidTr="00B408C8">
        <w:trPr>
          <w:jc w:val="center"/>
        </w:trPr>
        <w:tc>
          <w:tcPr>
            <w:tcW w:w="0" w:type="auto"/>
            <w:vAlign w:val="center"/>
          </w:tcPr>
          <w:p w14:paraId="52854985"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5E624B0E"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7BE64CD2"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4D1E1457"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15FF37C8" w14:textId="77777777" w:rsidR="00F12170" w:rsidRPr="007911BE" w:rsidRDefault="00000000">
            <w:pPr>
              <w:ind w:firstLine="0"/>
              <w:jc w:val="left"/>
              <w:rPr>
                <w:sz w:val="16"/>
                <w:szCs w:val="24"/>
              </w:rPr>
            </w:pPr>
            <w:proofErr w:type="spellStart"/>
            <w:r w:rsidRPr="007911BE">
              <w:rPr>
                <w:sz w:val="16"/>
                <w:szCs w:val="24"/>
              </w:rPr>
              <w:t>Чукотский</w:t>
            </w:r>
            <w:proofErr w:type="spellEnd"/>
            <w:r w:rsidRPr="007911BE">
              <w:rPr>
                <w:sz w:val="16"/>
                <w:szCs w:val="24"/>
              </w:rPr>
              <w:t xml:space="preserve"> </w:t>
            </w:r>
            <w:proofErr w:type="spellStart"/>
            <w:r w:rsidRPr="007911BE">
              <w:rPr>
                <w:sz w:val="16"/>
                <w:szCs w:val="24"/>
              </w:rPr>
              <w:t>автономный</w:t>
            </w:r>
            <w:proofErr w:type="spellEnd"/>
            <w:r w:rsidRPr="007911BE">
              <w:rPr>
                <w:sz w:val="16"/>
                <w:szCs w:val="24"/>
              </w:rPr>
              <w:t xml:space="preserve"> </w:t>
            </w:r>
            <w:proofErr w:type="spellStart"/>
            <w:r w:rsidRPr="007911BE">
              <w:rPr>
                <w:sz w:val="16"/>
                <w:szCs w:val="24"/>
              </w:rPr>
              <w:t>округ</w:t>
            </w:r>
            <w:proofErr w:type="spellEnd"/>
          </w:p>
        </w:tc>
        <w:tc>
          <w:tcPr>
            <w:tcW w:w="0" w:type="auto"/>
            <w:vAlign w:val="center"/>
          </w:tcPr>
          <w:p w14:paraId="7B0BB5E4" w14:textId="77777777" w:rsidR="00F12170" w:rsidRPr="007911BE" w:rsidRDefault="00000000">
            <w:pPr>
              <w:ind w:firstLine="0"/>
              <w:jc w:val="center"/>
              <w:rPr>
                <w:sz w:val="16"/>
                <w:szCs w:val="24"/>
              </w:rPr>
            </w:pPr>
            <w:r w:rsidRPr="007911BE">
              <w:rPr>
                <w:sz w:val="16"/>
                <w:szCs w:val="24"/>
              </w:rPr>
              <w:t>0</w:t>
            </w:r>
          </w:p>
        </w:tc>
      </w:tr>
      <w:tr w:rsidR="00F12170" w:rsidRPr="007911BE" w14:paraId="18C72723" w14:textId="77777777" w:rsidTr="00B408C8">
        <w:trPr>
          <w:jc w:val="center"/>
        </w:trPr>
        <w:tc>
          <w:tcPr>
            <w:tcW w:w="0" w:type="auto"/>
            <w:vAlign w:val="center"/>
          </w:tcPr>
          <w:p w14:paraId="44EC5D1B"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3ABCA715"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72629509"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4AFC7441"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5204B05D" w14:textId="77777777" w:rsidR="00F12170" w:rsidRPr="007911BE" w:rsidRDefault="00000000">
            <w:pPr>
              <w:ind w:firstLine="0"/>
              <w:jc w:val="left"/>
              <w:rPr>
                <w:sz w:val="16"/>
                <w:szCs w:val="24"/>
              </w:rPr>
            </w:pPr>
            <w:proofErr w:type="spellStart"/>
            <w:r w:rsidRPr="007911BE">
              <w:rPr>
                <w:sz w:val="16"/>
                <w:szCs w:val="24"/>
              </w:rPr>
              <w:t>Мурманская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18EEB5F5" w14:textId="77777777" w:rsidR="00F12170" w:rsidRPr="007911BE" w:rsidRDefault="00000000">
            <w:pPr>
              <w:ind w:firstLine="0"/>
              <w:jc w:val="center"/>
              <w:rPr>
                <w:sz w:val="16"/>
                <w:szCs w:val="24"/>
              </w:rPr>
            </w:pPr>
            <w:r w:rsidRPr="007911BE">
              <w:rPr>
                <w:sz w:val="16"/>
                <w:szCs w:val="24"/>
              </w:rPr>
              <w:t>0.9</w:t>
            </w:r>
          </w:p>
        </w:tc>
      </w:tr>
      <w:tr w:rsidR="00F12170" w:rsidRPr="007911BE" w14:paraId="47A48608" w14:textId="77777777" w:rsidTr="00B408C8">
        <w:trPr>
          <w:jc w:val="center"/>
        </w:trPr>
        <w:tc>
          <w:tcPr>
            <w:tcW w:w="0" w:type="auto"/>
            <w:vAlign w:val="center"/>
          </w:tcPr>
          <w:p w14:paraId="2B3526DC"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312081CA"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4720013E"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31DC7FB7"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731C614D" w14:textId="77777777" w:rsidR="00F12170" w:rsidRPr="007911BE" w:rsidRDefault="00000000">
            <w:pPr>
              <w:ind w:firstLine="0"/>
              <w:jc w:val="left"/>
              <w:rPr>
                <w:sz w:val="16"/>
                <w:szCs w:val="24"/>
              </w:rPr>
            </w:pPr>
            <w:proofErr w:type="spellStart"/>
            <w:r w:rsidRPr="007911BE">
              <w:rPr>
                <w:sz w:val="16"/>
                <w:szCs w:val="24"/>
              </w:rPr>
              <w:t>Чувашская</w:t>
            </w:r>
            <w:proofErr w:type="spellEnd"/>
            <w:r w:rsidRPr="007911BE">
              <w:rPr>
                <w:sz w:val="16"/>
                <w:szCs w:val="24"/>
              </w:rPr>
              <w:t xml:space="preserve"> </w:t>
            </w:r>
            <w:proofErr w:type="spellStart"/>
            <w:r w:rsidRPr="007911BE">
              <w:rPr>
                <w:sz w:val="16"/>
                <w:szCs w:val="24"/>
              </w:rPr>
              <w:t>Республика</w:t>
            </w:r>
            <w:proofErr w:type="spellEnd"/>
            <w:r w:rsidRPr="007911BE">
              <w:rPr>
                <w:sz w:val="16"/>
                <w:szCs w:val="24"/>
              </w:rPr>
              <w:t xml:space="preserve"> - </w:t>
            </w:r>
            <w:proofErr w:type="spellStart"/>
            <w:r w:rsidRPr="007911BE">
              <w:rPr>
                <w:sz w:val="16"/>
                <w:szCs w:val="24"/>
              </w:rPr>
              <w:t>Чувашия</w:t>
            </w:r>
            <w:proofErr w:type="spellEnd"/>
          </w:p>
        </w:tc>
        <w:tc>
          <w:tcPr>
            <w:tcW w:w="0" w:type="auto"/>
            <w:vAlign w:val="center"/>
          </w:tcPr>
          <w:p w14:paraId="22CDAE4D" w14:textId="77777777" w:rsidR="00F12170" w:rsidRPr="007911BE" w:rsidRDefault="00000000">
            <w:pPr>
              <w:ind w:firstLine="0"/>
              <w:jc w:val="center"/>
              <w:rPr>
                <w:sz w:val="16"/>
                <w:szCs w:val="24"/>
              </w:rPr>
            </w:pPr>
            <w:r w:rsidRPr="007911BE">
              <w:rPr>
                <w:sz w:val="16"/>
                <w:szCs w:val="24"/>
              </w:rPr>
              <w:t>1</w:t>
            </w:r>
          </w:p>
        </w:tc>
      </w:tr>
      <w:tr w:rsidR="00F12170" w:rsidRPr="007911BE" w14:paraId="440411A9" w14:textId="77777777" w:rsidTr="00B408C8">
        <w:trPr>
          <w:jc w:val="center"/>
        </w:trPr>
        <w:tc>
          <w:tcPr>
            <w:tcW w:w="0" w:type="auto"/>
            <w:vAlign w:val="center"/>
          </w:tcPr>
          <w:p w14:paraId="0DB6B461"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3532AE0D"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744C0721"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23BA7819"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439E1B58" w14:textId="77777777" w:rsidR="00F12170" w:rsidRPr="007911BE" w:rsidRDefault="00000000">
            <w:pPr>
              <w:ind w:firstLine="0"/>
              <w:jc w:val="left"/>
              <w:rPr>
                <w:sz w:val="16"/>
                <w:szCs w:val="24"/>
              </w:rPr>
            </w:pPr>
            <w:proofErr w:type="spellStart"/>
            <w:r w:rsidRPr="007911BE">
              <w:rPr>
                <w:sz w:val="16"/>
                <w:szCs w:val="24"/>
              </w:rPr>
              <w:t>Ненецкий</w:t>
            </w:r>
            <w:proofErr w:type="spellEnd"/>
            <w:r w:rsidRPr="007911BE">
              <w:rPr>
                <w:sz w:val="16"/>
                <w:szCs w:val="24"/>
              </w:rPr>
              <w:t xml:space="preserve"> </w:t>
            </w:r>
            <w:proofErr w:type="spellStart"/>
            <w:r w:rsidRPr="007911BE">
              <w:rPr>
                <w:sz w:val="16"/>
                <w:szCs w:val="24"/>
              </w:rPr>
              <w:t>автономный</w:t>
            </w:r>
            <w:proofErr w:type="spellEnd"/>
            <w:r w:rsidRPr="007911BE">
              <w:rPr>
                <w:sz w:val="16"/>
                <w:szCs w:val="24"/>
              </w:rPr>
              <w:t xml:space="preserve"> </w:t>
            </w:r>
            <w:proofErr w:type="spellStart"/>
            <w:r w:rsidRPr="007911BE">
              <w:rPr>
                <w:sz w:val="16"/>
                <w:szCs w:val="24"/>
              </w:rPr>
              <w:t>округ</w:t>
            </w:r>
            <w:proofErr w:type="spellEnd"/>
          </w:p>
        </w:tc>
        <w:tc>
          <w:tcPr>
            <w:tcW w:w="0" w:type="auto"/>
            <w:vAlign w:val="center"/>
          </w:tcPr>
          <w:p w14:paraId="238BC4A7" w14:textId="77777777" w:rsidR="00F12170" w:rsidRPr="007911BE" w:rsidRDefault="00000000">
            <w:pPr>
              <w:ind w:firstLine="0"/>
              <w:jc w:val="center"/>
              <w:rPr>
                <w:sz w:val="16"/>
                <w:szCs w:val="24"/>
              </w:rPr>
            </w:pPr>
            <w:r w:rsidRPr="007911BE">
              <w:rPr>
                <w:sz w:val="16"/>
                <w:szCs w:val="24"/>
              </w:rPr>
              <w:t>10.2</w:t>
            </w:r>
          </w:p>
        </w:tc>
      </w:tr>
      <w:tr w:rsidR="00F12170" w:rsidRPr="007911BE" w14:paraId="25E7265D" w14:textId="77777777" w:rsidTr="00B408C8">
        <w:trPr>
          <w:jc w:val="center"/>
        </w:trPr>
        <w:tc>
          <w:tcPr>
            <w:tcW w:w="0" w:type="auto"/>
            <w:vAlign w:val="center"/>
          </w:tcPr>
          <w:p w14:paraId="6B2655CF"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38B6E91A"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5C194A82"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514C42AE"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75A6E4CD"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Карелия</w:t>
            </w:r>
            <w:proofErr w:type="spellEnd"/>
          </w:p>
        </w:tc>
        <w:tc>
          <w:tcPr>
            <w:tcW w:w="0" w:type="auto"/>
            <w:vAlign w:val="center"/>
          </w:tcPr>
          <w:p w14:paraId="1EA47347" w14:textId="77777777" w:rsidR="00F12170" w:rsidRPr="007911BE" w:rsidRDefault="00000000">
            <w:pPr>
              <w:ind w:firstLine="0"/>
              <w:jc w:val="center"/>
              <w:rPr>
                <w:sz w:val="16"/>
                <w:szCs w:val="24"/>
              </w:rPr>
            </w:pPr>
            <w:r w:rsidRPr="007911BE">
              <w:rPr>
                <w:sz w:val="16"/>
                <w:szCs w:val="24"/>
              </w:rPr>
              <w:t>9.3</w:t>
            </w:r>
          </w:p>
        </w:tc>
      </w:tr>
      <w:tr w:rsidR="00F12170" w:rsidRPr="007911BE" w14:paraId="2259E7C3" w14:textId="77777777" w:rsidTr="00B408C8">
        <w:trPr>
          <w:jc w:val="center"/>
        </w:trPr>
        <w:tc>
          <w:tcPr>
            <w:tcW w:w="0" w:type="auto"/>
            <w:vAlign w:val="center"/>
          </w:tcPr>
          <w:p w14:paraId="2FB780C6"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2DD3EE3E"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366790D9"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3E2CA3E2"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5197E0C7"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Тыва</w:t>
            </w:r>
            <w:proofErr w:type="spellEnd"/>
          </w:p>
        </w:tc>
        <w:tc>
          <w:tcPr>
            <w:tcW w:w="0" w:type="auto"/>
            <w:vAlign w:val="center"/>
          </w:tcPr>
          <w:p w14:paraId="4A971DAA" w14:textId="77777777" w:rsidR="00F12170" w:rsidRPr="007911BE" w:rsidRDefault="00000000">
            <w:pPr>
              <w:ind w:firstLine="0"/>
              <w:jc w:val="center"/>
              <w:rPr>
                <w:sz w:val="16"/>
                <w:szCs w:val="24"/>
              </w:rPr>
            </w:pPr>
            <w:r w:rsidRPr="007911BE">
              <w:rPr>
                <w:sz w:val="16"/>
                <w:szCs w:val="24"/>
              </w:rPr>
              <w:t>7.2</w:t>
            </w:r>
          </w:p>
        </w:tc>
      </w:tr>
      <w:tr w:rsidR="00F12170" w:rsidRPr="007911BE" w14:paraId="7143D13C" w14:textId="77777777" w:rsidTr="00B408C8">
        <w:trPr>
          <w:jc w:val="center"/>
        </w:trPr>
        <w:tc>
          <w:tcPr>
            <w:tcW w:w="0" w:type="auto"/>
            <w:vAlign w:val="center"/>
          </w:tcPr>
          <w:p w14:paraId="6E1CF7FB"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686257B6"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1FCBC0F4"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66B61054"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719D4F7D" w14:textId="77777777" w:rsidR="00F12170" w:rsidRPr="007911BE" w:rsidRDefault="00000000">
            <w:pPr>
              <w:ind w:firstLine="0"/>
              <w:jc w:val="left"/>
              <w:rPr>
                <w:sz w:val="16"/>
                <w:szCs w:val="24"/>
              </w:rPr>
            </w:pPr>
            <w:proofErr w:type="spellStart"/>
            <w:r w:rsidRPr="007911BE">
              <w:rPr>
                <w:sz w:val="16"/>
                <w:szCs w:val="24"/>
              </w:rPr>
              <w:t>Пермский</w:t>
            </w:r>
            <w:proofErr w:type="spellEnd"/>
            <w:r w:rsidRPr="007911BE">
              <w:rPr>
                <w:sz w:val="16"/>
                <w:szCs w:val="24"/>
              </w:rPr>
              <w:t xml:space="preserve"> </w:t>
            </w:r>
            <w:proofErr w:type="spellStart"/>
            <w:r w:rsidRPr="007911BE">
              <w:rPr>
                <w:sz w:val="16"/>
                <w:szCs w:val="24"/>
              </w:rPr>
              <w:t>край</w:t>
            </w:r>
            <w:proofErr w:type="spellEnd"/>
          </w:p>
        </w:tc>
        <w:tc>
          <w:tcPr>
            <w:tcW w:w="0" w:type="auto"/>
            <w:vAlign w:val="center"/>
          </w:tcPr>
          <w:p w14:paraId="3AFF5A9B" w14:textId="77777777" w:rsidR="00F12170" w:rsidRPr="007911BE" w:rsidRDefault="00000000">
            <w:pPr>
              <w:ind w:firstLine="0"/>
              <w:jc w:val="center"/>
              <w:rPr>
                <w:sz w:val="16"/>
                <w:szCs w:val="24"/>
              </w:rPr>
            </w:pPr>
            <w:r w:rsidRPr="007911BE">
              <w:rPr>
                <w:sz w:val="16"/>
                <w:szCs w:val="24"/>
              </w:rPr>
              <w:t>22.86</w:t>
            </w:r>
          </w:p>
        </w:tc>
      </w:tr>
      <w:tr w:rsidR="00F12170" w:rsidRPr="007911BE" w14:paraId="2F3C530A" w14:textId="77777777" w:rsidTr="00B408C8">
        <w:trPr>
          <w:jc w:val="center"/>
        </w:trPr>
        <w:tc>
          <w:tcPr>
            <w:tcW w:w="0" w:type="auto"/>
            <w:vAlign w:val="center"/>
          </w:tcPr>
          <w:p w14:paraId="51BEDE56"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226466AE"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00C3E819"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76ABB41C"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34299CBF" w14:textId="77777777" w:rsidR="00F12170" w:rsidRPr="007911BE" w:rsidRDefault="00000000">
            <w:pPr>
              <w:ind w:firstLine="0"/>
              <w:jc w:val="left"/>
              <w:rPr>
                <w:sz w:val="16"/>
                <w:szCs w:val="24"/>
              </w:rPr>
            </w:pPr>
            <w:proofErr w:type="spellStart"/>
            <w:r w:rsidRPr="007911BE">
              <w:rPr>
                <w:sz w:val="16"/>
                <w:szCs w:val="24"/>
              </w:rPr>
              <w:t>Магаданская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3B6F1318" w14:textId="77777777" w:rsidR="00F12170" w:rsidRPr="007911BE" w:rsidRDefault="00000000">
            <w:pPr>
              <w:ind w:firstLine="0"/>
              <w:jc w:val="center"/>
              <w:rPr>
                <w:sz w:val="16"/>
                <w:szCs w:val="24"/>
              </w:rPr>
            </w:pPr>
            <w:r w:rsidRPr="007911BE">
              <w:rPr>
                <w:sz w:val="16"/>
                <w:szCs w:val="24"/>
              </w:rPr>
              <w:t>22.48</w:t>
            </w:r>
          </w:p>
        </w:tc>
      </w:tr>
      <w:tr w:rsidR="00F12170" w:rsidRPr="007911BE" w14:paraId="05B2E2FB" w14:textId="77777777" w:rsidTr="00B408C8">
        <w:trPr>
          <w:jc w:val="center"/>
        </w:trPr>
        <w:tc>
          <w:tcPr>
            <w:tcW w:w="0" w:type="auto"/>
            <w:vAlign w:val="center"/>
          </w:tcPr>
          <w:p w14:paraId="384A7FE0"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1D1874AA"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4E4071C0"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1958C458"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7D712587" w14:textId="77777777" w:rsidR="00F12170" w:rsidRPr="007911BE" w:rsidRDefault="00000000">
            <w:pPr>
              <w:ind w:firstLine="0"/>
              <w:jc w:val="left"/>
              <w:rPr>
                <w:sz w:val="16"/>
                <w:szCs w:val="24"/>
              </w:rPr>
            </w:pPr>
            <w:proofErr w:type="spellStart"/>
            <w:r w:rsidRPr="007911BE">
              <w:rPr>
                <w:sz w:val="16"/>
                <w:szCs w:val="24"/>
              </w:rPr>
              <w:t>Ненецкий</w:t>
            </w:r>
            <w:proofErr w:type="spellEnd"/>
            <w:r w:rsidRPr="007911BE">
              <w:rPr>
                <w:sz w:val="16"/>
                <w:szCs w:val="24"/>
              </w:rPr>
              <w:t xml:space="preserve"> </w:t>
            </w:r>
            <w:proofErr w:type="spellStart"/>
            <w:r w:rsidRPr="007911BE">
              <w:rPr>
                <w:sz w:val="16"/>
                <w:szCs w:val="24"/>
              </w:rPr>
              <w:t>автономный</w:t>
            </w:r>
            <w:proofErr w:type="spellEnd"/>
            <w:r w:rsidRPr="007911BE">
              <w:rPr>
                <w:sz w:val="16"/>
                <w:szCs w:val="24"/>
              </w:rPr>
              <w:t xml:space="preserve"> </w:t>
            </w:r>
            <w:proofErr w:type="spellStart"/>
            <w:r w:rsidRPr="007911BE">
              <w:rPr>
                <w:sz w:val="16"/>
                <w:szCs w:val="24"/>
              </w:rPr>
              <w:t>округ</w:t>
            </w:r>
            <w:proofErr w:type="spellEnd"/>
          </w:p>
        </w:tc>
        <w:tc>
          <w:tcPr>
            <w:tcW w:w="0" w:type="auto"/>
            <w:vAlign w:val="center"/>
          </w:tcPr>
          <w:p w14:paraId="78B9A9C5" w14:textId="77777777" w:rsidR="00F12170" w:rsidRPr="007911BE" w:rsidRDefault="00000000">
            <w:pPr>
              <w:ind w:firstLine="0"/>
              <w:jc w:val="center"/>
              <w:rPr>
                <w:sz w:val="16"/>
                <w:szCs w:val="24"/>
              </w:rPr>
            </w:pPr>
            <w:r w:rsidRPr="007911BE">
              <w:rPr>
                <w:sz w:val="16"/>
                <w:szCs w:val="24"/>
              </w:rPr>
              <w:t>21.8</w:t>
            </w:r>
          </w:p>
        </w:tc>
      </w:tr>
      <w:tr w:rsidR="00F12170" w:rsidRPr="007911BE" w14:paraId="7446BAB7" w14:textId="77777777" w:rsidTr="00B408C8">
        <w:trPr>
          <w:jc w:val="center"/>
        </w:trPr>
        <w:tc>
          <w:tcPr>
            <w:tcW w:w="0" w:type="auto"/>
            <w:vAlign w:val="center"/>
          </w:tcPr>
          <w:p w14:paraId="3ABA66C4"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1C052DCB"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0DBA8E41"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48F00E5B"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3C63A27C"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t>Калмыкия</w:t>
            </w:r>
            <w:proofErr w:type="spellEnd"/>
          </w:p>
        </w:tc>
        <w:tc>
          <w:tcPr>
            <w:tcW w:w="0" w:type="auto"/>
            <w:vAlign w:val="center"/>
          </w:tcPr>
          <w:p w14:paraId="555D3853" w14:textId="77777777" w:rsidR="00F12170" w:rsidRPr="007911BE" w:rsidRDefault="00000000">
            <w:pPr>
              <w:ind w:firstLine="0"/>
              <w:jc w:val="center"/>
              <w:rPr>
                <w:sz w:val="16"/>
                <w:szCs w:val="24"/>
              </w:rPr>
            </w:pPr>
            <w:r w:rsidRPr="007911BE">
              <w:rPr>
                <w:sz w:val="16"/>
                <w:szCs w:val="24"/>
              </w:rPr>
              <w:t>0</w:t>
            </w:r>
          </w:p>
        </w:tc>
      </w:tr>
      <w:tr w:rsidR="00F12170" w:rsidRPr="007911BE" w14:paraId="0D342BC3" w14:textId="77777777" w:rsidTr="00B408C8">
        <w:trPr>
          <w:jc w:val="center"/>
        </w:trPr>
        <w:tc>
          <w:tcPr>
            <w:tcW w:w="0" w:type="auto"/>
            <w:vAlign w:val="center"/>
          </w:tcPr>
          <w:p w14:paraId="5875F444"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4028C339"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76D63879"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134160D6"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4E2CB45A" w14:textId="77777777" w:rsidR="00F12170" w:rsidRPr="007911BE" w:rsidRDefault="00000000">
            <w:pPr>
              <w:ind w:firstLine="0"/>
              <w:jc w:val="left"/>
              <w:rPr>
                <w:sz w:val="16"/>
                <w:szCs w:val="24"/>
              </w:rPr>
            </w:pPr>
            <w:proofErr w:type="spellStart"/>
            <w:r w:rsidRPr="007911BE">
              <w:rPr>
                <w:sz w:val="16"/>
                <w:szCs w:val="24"/>
              </w:rPr>
              <w:t>Москва</w:t>
            </w:r>
            <w:proofErr w:type="spellEnd"/>
          </w:p>
        </w:tc>
        <w:tc>
          <w:tcPr>
            <w:tcW w:w="0" w:type="auto"/>
            <w:vAlign w:val="center"/>
          </w:tcPr>
          <w:p w14:paraId="240FCCE5" w14:textId="77777777" w:rsidR="00F12170" w:rsidRPr="007911BE" w:rsidRDefault="00000000">
            <w:pPr>
              <w:ind w:firstLine="0"/>
              <w:jc w:val="center"/>
              <w:rPr>
                <w:sz w:val="16"/>
                <w:szCs w:val="24"/>
              </w:rPr>
            </w:pPr>
            <w:r w:rsidRPr="007911BE">
              <w:rPr>
                <w:sz w:val="16"/>
                <w:szCs w:val="24"/>
              </w:rPr>
              <w:t>0</w:t>
            </w:r>
          </w:p>
        </w:tc>
      </w:tr>
      <w:tr w:rsidR="00F12170" w:rsidRPr="007911BE" w14:paraId="22DB990E" w14:textId="77777777" w:rsidTr="00B408C8">
        <w:trPr>
          <w:jc w:val="center"/>
        </w:trPr>
        <w:tc>
          <w:tcPr>
            <w:tcW w:w="0" w:type="auto"/>
            <w:vAlign w:val="center"/>
          </w:tcPr>
          <w:p w14:paraId="257F7EA8"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272AA9F5"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2AC6D4F3"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28E449EB"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58F47577" w14:textId="77777777" w:rsidR="00F12170" w:rsidRPr="007911BE" w:rsidRDefault="00000000">
            <w:pPr>
              <w:ind w:firstLine="0"/>
              <w:jc w:val="left"/>
              <w:rPr>
                <w:sz w:val="16"/>
                <w:szCs w:val="24"/>
              </w:rPr>
            </w:pPr>
            <w:proofErr w:type="spellStart"/>
            <w:r w:rsidRPr="007911BE">
              <w:rPr>
                <w:sz w:val="16"/>
                <w:szCs w:val="24"/>
              </w:rPr>
              <w:t>Санкт-Петербург</w:t>
            </w:r>
            <w:proofErr w:type="spellEnd"/>
          </w:p>
        </w:tc>
        <w:tc>
          <w:tcPr>
            <w:tcW w:w="0" w:type="auto"/>
            <w:vAlign w:val="center"/>
          </w:tcPr>
          <w:p w14:paraId="354B3FCE" w14:textId="77777777" w:rsidR="00F12170" w:rsidRPr="007911BE" w:rsidRDefault="00000000">
            <w:pPr>
              <w:ind w:firstLine="0"/>
              <w:jc w:val="center"/>
              <w:rPr>
                <w:sz w:val="16"/>
                <w:szCs w:val="24"/>
              </w:rPr>
            </w:pPr>
            <w:r w:rsidRPr="007911BE">
              <w:rPr>
                <w:sz w:val="16"/>
                <w:szCs w:val="24"/>
              </w:rPr>
              <w:t>0</w:t>
            </w:r>
          </w:p>
        </w:tc>
      </w:tr>
      <w:tr w:rsidR="00F12170" w:rsidRPr="007911BE" w14:paraId="4359B14A" w14:textId="77777777" w:rsidTr="00B408C8">
        <w:trPr>
          <w:jc w:val="center"/>
        </w:trPr>
        <w:tc>
          <w:tcPr>
            <w:tcW w:w="0" w:type="auto"/>
            <w:vAlign w:val="center"/>
          </w:tcPr>
          <w:p w14:paraId="5D8B720B"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49A30688" w14:textId="77777777" w:rsidR="00F12170" w:rsidRPr="007911BE" w:rsidRDefault="00000000">
            <w:pPr>
              <w:ind w:firstLine="0"/>
              <w:jc w:val="left"/>
              <w:rPr>
                <w:sz w:val="16"/>
                <w:szCs w:val="24"/>
                <w:lang w:val="ru-RU"/>
              </w:rPr>
            </w:pPr>
            <w:r w:rsidRPr="007911BE">
              <w:rPr>
                <w:sz w:val="16"/>
                <w:szCs w:val="24"/>
                <w:lang w:val="ru-RU"/>
              </w:rPr>
              <w:t xml:space="preserve">Доля беременных женщин, обратившихся в медицинские </w:t>
            </w:r>
            <w:r w:rsidRPr="007911BE">
              <w:rPr>
                <w:sz w:val="16"/>
                <w:szCs w:val="24"/>
                <w:lang w:val="ru-RU"/>
              </w:rPr>
              <w:lastRenderedPageBreak/>
              <w:t>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0E3E76E3" w14:textId="77777777" w:rsidR="00F12170" w:rsidRPr="007911BE" w:rsidRDefault="00000000">
            <w:pPr>
              <w:ind w:firstLine="0"/>
              <w:jc w:val="left"/>
              <w:rPr>
                <w:sz w:val="16"/>
                <w:szCs w:val="24"/>
              </w:rPr>
            </w:pPr>
            <w:proofErr w:type="spellStart"/>
            <w:r w:rsidRPr="007911BE">
              <w:rPr>
                <w:sz w:val="16"/>
                <w:szCs w:val="24"/>
              </w:rPr>
              <w:lastRenderedPageBreak/>
              <w:t>лидер</w:t>
            </w:r>
            <w:proofErr w:type="spellEnd"/>
          </w:p>
        </w:tc>
        <w:tc>
          <w:tcPr>
            <w:tcW w:w="0" w:type="auto"/>
            <w:vAlign w:val="center"/>
          </w:tcPr>
          <w:p w14:paraId="0D639006"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3F98FA71" w14:textId="77777777" w:rsidR="00F12170" w:rsidRPr="007911BE" w:rsidRDefault="00000000">
            <w:pPr>
              <w:ind w:firstLine="0"/>
              <w:jc w:val="left"/>
              <w:rPr>
                <w:sz w:val="16"/>
                <w:szCs w:val="24"/>
              </w:rPr>
            </w:pPr>
            <w:proofErr w:type="spellStart"/>
            <w:r w:rsidRPr="007911BE">
              <w:rPr>
                <w:sz w:val="16"/>
                <w:szCs w:val="24"/>
              </w:rPr>
              <w:t>Республика</w:t>
            </w:r>
            <w:proofErr w:type="spellEnd"/>
            <w:r w:rsidRPr="007911BE">
              <w:rPr>
                <w:sz w:val="16"/>
                <w:szCs w:val="24"/>
              </w:rPr>
              <w:t xml:space="preserve"> </w:t>
            </w:r>
            <w:proofErr w:type="spellStart"/>
            <w:r w:rsidRPr="007911BE">
              <w:rPr>
                <w:sz w:val="16"/>
                <w:szCs w:val="24"/>
              </w:rPr>
              <w:lastRenderedPageBreak/>
              <w:t>Ингушетия</w:t>
            </w:r>
            <w:proofErr w:type="spellEnd"/>
          </w:p>
        </w:tc>
        <w:tc>
          <w:tcPr>
            <w:tcW w:w="0" w:type="auto"/>
            <w:vAlign w:val="center"/>
          </w:tcPr>
          <w:p w14:paraId="6ACC86BB" w14:textId="77777777" w:rsidR="00F12170" w:rsidRPr="007911BE" w:rsidRDefault="00000000">
            <w:pPr>
              <w:ind w:firstLine="0"/>
              <w:jc w:val="center"/>
              <w:rPr>
                <w:sz w:val="16"/>
                <w:szCs w:val="24"/>
              </w:rPr>
            </w:pPr>
            <w:r w:rsidRPr="007911BE">
              <w:rPr>
                <w:sz w:val="16"/>
                <w:szCs w:val="24"/>
              </w:rPr>
              <w:lastRenderedPageBreak/>
              <w:t>100</w:t>
            </w:r>
          </w:p>
        </w:tc>
      </w:tr>
      <w:tr w:rsidR="00F12170" w:rsidRPr="007911BE" w14:paraId="1223D65B" w14:textId="77777777" w:rsidTr="00B408C8">
        <w:trPr>
          <w:jc w:val="center"/>
        </w:trPr>
        <w:tc>
          <w:tcPr>
            <w:tcW w:w="0" w:type="auto"/>
            <w:vAlign w:val="center"/>
          </w:tcPr>
          <w:p w14:paraId="62F33960"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27ECFB62"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49749A78"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1956CC75"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31EE5655" w14:textId="77777777" w:rsidR="00F12170" w:rsidRPr="007911BE" w:rsidRDefault="00000000">
            <w:pPr>
              <w:ind w:firstLine="0"/>
              <w:jc w:val="left"/>
              <w:rPr>
                <w:sz w:val="16"/>
                <w:szCs w:val="24"/>
              </w:rPr>
            </w:pPr>
            <w:proofErr w:type="spellStart"/>
            <w:r w:rsidRPr="007911BE">
              <w:rPr>
                <w:sz w:val="16"/>
                <w:szCs w:val="24"/>
              </w:rPr>
              <w:t>Кабардино-Балкарская</w:t>
            </w:r>
            <w:proofErr w:type="spellEnd"/>
            <w:r w:rsidRPr="007911BE">
              <w:rPr>
                <w:sz w:val="16"/>
                <w:szCs w:val="24"/>
              </w:rPr>
              <w:t xml:space="preserve"> </w:t>
            </w:r>
            <w:proofErr w:type="spellStart"/>
            <w:r w:rsidRPr="007911BE">
              <w:rPr>
                <w:sz w:val="16"/>
                <w:szCs w:val="24"/>
              </w:rPr>
              <w:t>Республика</w:t>
            </w:r>
            <w:proofErr w:type="spellEnd"/>
          </w:p>
        </w:tc>
        <w:tc>
          <w:tcPr>
            <w:tcW w:w="0" w:type="auto"/>
            <w:vAlign w:val="center"/>
          </w:tcPr>
          <w:p w14:paraId="1F72CCB4" w14:textId="77777777" w:rsidR="00F12170" w:rsidRPr="007911BE" w:rsidRDefault="00000000">
            <w:pPr>
              <w:ind w:firstLine="0"/>
              <w:jc w:val="center"/>
              <w:rPr>
                <w:sz w:val="16"/>
                <w:szCs w:val="24"/>
              </w:rPr>
            </w:pPr>
            <w:r w:rsidRPr="007911BE">
              <w:rPr>
                <w:sz w:val="16"/>
                <w:szCs w:val="24"/>
              </w:rPr>
              <w:t>100</w:t>
            </w:r>
          </w:p>
        </w:tc>
      </w:tr>
      <w:tr w:rsidR="00F12170" w:rsidRPr="007911BE" w14:paraId="142829AB" w14:textId="77777777" w:rsidTr="00B408C8">
        <w:trPr>
          <w:jc w:val="center"/>
        </w:trPr>
        <w:tc>
          <w:tcPr>
            <w:tcW w:w="0" w:type="auto"/>
            <w:vAlign w:val="center"/>
          </w:tcPr>
          <w:p w14:paraId="03E3270C"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3C5D9D80"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6E6FFC6E" w14:textId="77777777" w:rsidR="00F12170" w:rsidRPr="007911BE" w:rsidRDefault="00000000">
            <w:pPr>
              <w:ind w:firstLine="0"/>
              <w:jc w:val="left"/>
              <w:rPr>
                <w:sz w:val="16"/>
                <w:szCs w:val="24"/>
              </w:rPr>
            </w:pPr>
            <w:proofErr w:type="spellStart"/>
            <w:r w:rsidRPr="007911BE">
              <w:rPr>
                <w:sz w:val="16"/>
                <w:szCs w:val="24"/>
              </w:rPr>
              <w:t>лидер</w:t>
            </w:r>
            <w:proofErr w:type="spellEnd"/>
          </w:p>
        </w:tc>
        <w:tc>
          <w:tcPr>
            <w:tcW w:w="0" w:type="auto"/>
            <w:vAlign w:val="center"/>
          </w:tcPr>
          <w:p w14:paraId="59340C5C"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3CCAFDC3" w14:textId="77777777" w:rsidR="00F12170" w:rsidRPr="007911BE" w:rsidRDefault="00000000">
            <w:pPr>
              <w:ind w:firstLine="0"/>
              <w:jc w:val="left"/>
              <w:rPr>
                <w:sz w:val="16"/>
                <w:szCs w:val="24"/>
              </w:rPr>
            </w:pPr>
            <w:proofErr w:type="spellStart"/>
            <w:r w:rsidRPr="007911BE">
              <w:rPr>
                <w:sz w:val="16"/>
                <w:szCs w:val="24"/>
              </w:rPr>
              <w:t>Вологодская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52760199" w14:textId="77777777" w:rsidR="00F12170" w:rsidRPr="007911BE" w:rsidRDefault="00000000">
            <w:pPr>
              <w:ind w:firstLine="0"/>
              <w:jc w:val="center"/>
              <w:rPr>
                <w:sz w:val="16"/>
                <w:szCs w:val="24"/>
              </w:rPr>
            </w:pPr>
            <w:r w:rsidRPr="007911BE">
              <w:rPr>
                <w:sz w:val="16"/>
                <w:szCs w:val="24"/>
              </w:rPr>
              <w:t>92.24</w:t>
            </w:r>
          </w:p>
        </w:tc>
      </w:tr>
      <w:tr w:rsidR="00F12170" w:rsidRPr="007911BE" w14:paraId="6CC1C6F4" w14:textId="77777777" w:rsidTr="00B408C8">
        <w:trPr>
          <w:jc w:val="center"/>
        </w:trPr>
        <w:tc>
          <w:tcPr>
            <w:tcW w:w="0" w:type="auto"/>
            <w:vAlign w:val="center"/>
          </w:tcPr>
          <w:p w14:paraId="63D34BDA"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3C11D605"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134C3FE8"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6F3C62B2"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7AA34870" w14:textId="77777777" w:rsidR="00F12170" w:rsidRPr="007911BE" w:rsidRDefault="00000000">
            <w:pPr>
              <w:ind w:firstLine="0"/>
              <w:jc w:val="left"/>
              <w:rPr>
                <w:sz w:val="16"/>
                <w:szCs w:val="24"/>
              </w:rPr>
            </w:pPr>
            <w:proofErr w:type="spellStart"/>
            <w:r w:rsidRPr="007911BE">
              <w:rPr>
                <w:sz w:val="16"/>
                <w:szCs w:val="24"/>
              </w:rPr>
              <w:t>Чеченская</w:t>
            </w:r>
            <w:proofErr w:type="spellEnd"/>
            <w:r w:rsidRPr="007911BE">
              <w:rPr>
                <w:sz w:val="16"/>
                <w:szCs w:val="24"/>
              </w:rPr>
              <w:t xml:space="preserve"> </w:t>
            </w:r>
            <w:proofErr w:type="spellStart"/>
            <w:r w:rsidRPr="007911BE">
              <w:rPr>
                <w:sz w:val="16"/>
                <w:szCs w:val="24"/>
              </w:rPr>
              <w:t>Республика</w:t>
            </w:r>
            <w:proofErr w:type="spellEnd"/>
          </w:p>
        </w:tc>
        <w:tc>
          <w:tcPr>
            <w:tcW w:w="0" w:type="auto"/>
            <w:vAlign w:val="center"/>
          </w:tcPr>
          <w:p w14:paraId="651EE19A" w14:textId="77777777" w:rsidR="00F12170" w:rsidRPr="007911BE" w:rsidRDefault="00000000">
            <w:pPr>
              <w:ind w:firstLine="0"/>
              <w:jc w:val="center"/>
              <w:rPr>
                <w:sz w:val="16"/>
                <w:szCs w:val="24"/>
              </w:rPr>
            </w:pPr>
            <w:r w:rsidRPr="007911BE">
              <w:rPr>
                <w:sz w:val="16"/>
                <w:szCs w:val="24"/>
              </w:rPr>
              <w:t>0</w:t>
            </w:r>
          </w:p>
        </w:tc>
      </w:tr>
      <w:tr w:rsidR="00F12170" w:rsidRPr="007911BE" w14:paraId="6ED9B7CB" w14:textId="77777777" w:rsidTr="00B408C8">
        <w:trPr>
          <w:jc w:val="center"/>
        </w:trPr>
        <w:tc>
          <w:tcPr>
            <w:tcW w:w="0" w:type="auto"/>
            <w:vAlign w:val="center"/>
          </w:tcPr>
          <w:p w14:paraId="60FA8210"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055C90BC"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4B292582"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0490C253"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407B9250" w14:textId="77777777" w:rsidR="00F12170" w:rsidRPr="007911BE" w:rsidRDefault="00000000">
            <w:pPr>
              <w:ind w:firstLine="0"/>
              <w:jc w:val="left"/>
              <w:rPr>
                <w:sz w:val="16"/>
                <w:szCs w:val="24"/>
              </w:rPr>
            </w:pPr>
            <w:proofErr w:type="spellStart"/>
            <w:r w:rsidRPr="007911BE">
              <w:rPr>
                <w:sz w:val="16"/>
                <w:szCs w:val="24"/>
              </w:rPr>
              <w:t>Калужская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5FA8EEB0" w14:textId="77777777" w:rsidR="00F12170" w:rsidRPr="007911BE" w:rsidRDefault="00000000">
            <w:pPr>
              <w:ind w:firstLine="0"/>
              <w:jc w:val="center"/>
              <w:rPr>
                <w:sz w:val="16"/>
                <w:szCs w:val="24"/>
              </w:rPr>
            </w:pPr>
            <w:r w:rsidRPr="007911BE">
              <w:rPr>
                <w:sz w:val="16"/>
                <w:szCs w:val="24"/>
              </w:rPr>
              <w:t>6.17</w:t>
            </w:r>
          </w:p>
        </w:tc>
      </w:tr>
      <w:tr w:rsidR="00F12170" w:rsidRPr="007911BE" w14:paraId="09834B27" w14:textId="77777777" w:rsidTr="00B408C8">
        <w:trPr>
          <w:jc w:val="center"/>
        </w:trPr>
        <w:tc>
          <w:tcPr>
            <w:tcW w:w="0" w:type="auto"/>
            <w:vAlign w:val="center"/>
          </w:tcPr>
          <w:p w14:paraId="316CC921"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356CBD7F"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27AE880E" w14:textId="77777777" w:rsidR="00F12170" w:rsidRPr="007911BE" w:rsidRDefault="00000000">
            <w:pPr>
              <w:ind w:firstLine="0"/>
              <w:jc w:val="left"/>
              <w:rPr>
                <w:sz w:val="16"/>
                <w:szCs w:val="24"/>
              </w:rPr>
            </w:pPr>
            <w:proofErr w:type="spellStart"/>
            <w:r w:rsidRPr="007911BE">
              <w:rPr>
                <w:sz w:val="16"/>
                <w:szCs w:val="24"/>
              </w:rPr>
              <w:t>аутсайдер</w:t>
            </w:r>
            <w:proofErr w:type="spellEnd"/>
          </w:p>
        </w:tc>
        <w:tc>
          <w:tcPr>
            <w:tcW w:w="0" w:type="auto"/>
            <w:vAlign w:val="center"/>
          </w:tcPr>
          <w:p w14:paraId="6DA64F89" w14:textId="77777777" w:rsidR="00F12170" w:rsidRPr="007911BE" w:rsidRDefault="00000000">
            <w:pPr>
              <w:ind w:firstLine="0"/>
              <w:jc w:val="center"/>
              <w:rPr>
                <w:sz w:val="16"/>
                <w:szCs w:val="24"/>
              </w:rPr>
            </w:pPr>
            <w:r w:rsidRPr="007911BE">
              <w:rPr>
                <w:sz w:val="16"/>
                <w:szCs w:val="24"/>
              </w:rPr>
              <w:t>3</w:t>
            </w:r>
          </w:p>
        </w:tc>
        <w:tc>
          <w:tcPr>
            <w:tcW w:w="0" w:type="auto"/>
            <w:vAlign w:val="center"/>
          </w:tcPr>
          <w:p w14:paraId="20461B6E" w14:textId="77777777" w:rsidR="00F12170" w:rsidRPr="007911BE" w:rsidRDefault="00000000">
            <w:pPr>
              <w:ind w:firstLine="0"/>
              <w:jc w:val="left"/>
              <w:rPr>
                <w:sz w:val="16"/>
                <w:szCs w:val="24"/>
              </w:rPr>
            </w:pPr>
            <w:proofErr w:type="spellStart"/>
            <w:r w:rsidRPr="007911BE">
              <w:rPr>
                <w:sz w:val="16"/>
                <w:szCs w:val="24"/>
              </w:rPr>
              <w:t>Магаданская</w:t>
            </w:r>
            <w:proofErr w:type="spellEnd"/>
            <w:r w:rsidRPr="007911BE">
              <w:rPr>
                <w:sz w:val="16"/>
                <w:szCs w:val="24"/>
              </w:rPr>
              <w:t xml:space="preserve"> </w:t>
            </w:r>
            <w:proofErr w:type="spellStart"/>
            <w:r w:rsidRPr="007911BE">
              <w:rPr>
                <w:sz w:val="16"/>
                <w:szCs w:val="24"/>
              </w:rPr>
              <w:t>область</w:t>
            </w:r>
            <w:proofErr w:type="spellEnd"/>
          </w:p>
        </w:tc>
        <w:tc>
          <w:tcPr>
            <w:tcW w:w="0" w:type="auto"/>
            <w:vAlign w:val="center"/>
          </w:tcPr>
          <w:p w14:paraId="3C970ABA" w14:textId="77777777" w:rsidR="00F12170" w:rsidRPr="007911BE" w:rsidRDefault="00000000">
            <w:pPr>
              <w:ind w:firstLine="0"/>
              <w:jc w:val="center"/>
              <w:rPr>
                <w:sz w:val="16"/>
                <w:szCs w:val="24"/>
              </w:rPr>
            </w:pPr>
            <w:r w:rsidRPr="007911BE">
              <w:rPr>
                <w:sz w:val="16"/>
                <w:szCs w:val="24"/>
              </w:rPr>
              <w:t>11.11</w:t>
            </w:r>
          </w:p>
        </w:tc>
      </w:tr>
    </w:tbl>
    <w:p w14:paraId="0CE6D8E2"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0F1B150B" w14:textId="77777777" w:rsidR="00F12170" w:rsidRPr="007911BE" w:rsidRDefault="00000000">
      <w:pPr>
        <w:spacing w:before="120" w:after="60"/>
        <w:rPr>
          <w:lang w:val="ru-RU"/>
        </w:rPr>
      </w:pPr>
      <w:r w:rsidRPr="007911BE">
        <w:rPr>
          <w:lang w:val="ru-RU"/>
        </w:rPr>
        <w:t xml:space="preserve">Таблица 11 </w:t>
      </w:r>
      <w:r w:rsidR="00387CF6" w:rsidRPr="007911BE">
        <w:rPr>
          <w:lang w:val="ru-RU"/>
        </w:rPr>
        <w:t xml:space="preserve">– </w:t>
      </w:r>
      <w:r w:rsidRPr="007911BE">
        <w:rPr>
          <w:lang w:val="ru-RU"/>
        </w:rPr>
        <w:t xml:space="preserve"> Окружные сводки по ключевым региональным показателям</w:t>
      </w:r>
    </w:p>
    <w:tbl>
      <w:tblPr>
        <w:tblStyle w:val="aff0"/>
        <w:tblW w:w="0" w:type="auto"/>
        <w:jc w:val="center"/>
        <w:tblLook w:val="04A0" w:firstRow="1" w:lastRow="0" w:firstColumn="1" w:lastColumn="0" w:noHBand="0" w:noVBand="1"/>
      </w:tblPr>
      <w:tblGrid>
        <w:gridCol w:w="843"/>
        <w:gridCol w:w="3179"/>
        <w:gridCol w:w="1282"/>
        <w:gridCol w:w="807"/>
        <w:gridCol w:w="864"/>
        <w:gridCol w:w="942"/>
        <w:gridCol w:w="1001"/>
        <w:gridCol w:w="937"/>
      </w:tblGrid>
      <w:tr w:rsidR="00F12170" w:rsidRPr="007911BE" w14:paraId="16BB16AF" w14:textId="77777777" w:rsidTr="00B408C8">
        <w:trPr>
          <w:tblHeader/>
          <w:jc w:val="center"/>
        </w:trPr>
        <w:tc>
          <w:tcPr>
            <w:tcW w:w="0" w:type="auto"/>
            <w:shd w:val="clear" w:color="auto" w:fill="D9EAF7"/>
            <w:vAlign w:val="center"/>
          </w:tcPr>
          <w:p w14:paraId="1D0310A7" w14:textId="77777777" w:rsidR="00F12170" w:rsidRPr="007911BE" w:rsidRDefault="00000000">
            <w:pPr>
              <w:ind w:firstLine="0"/>
              <w:jc w:val="center"/>
              <w:rPr>
                <w:sz w:val="16"/>
                <w:szCs w:val="24"/>
              </w:rPr>
            </w:pPr>
            <w:proofErr w:type="spellStart"/>
            <w:r w:rsidRPr="007911BE">
              <w:rPr>
                <w:b/>
                <w:sz w:val="16"/>
                <w:szCs w:val="24"/>
              </w:rPr>
              <w:t>Код</w:t>
            </w:r>
            <w:proofErr w:type="spellEnd"/>
          </w:p>
        </w:tc>
        <w:tc>
          <w:tcPr>
            <w:tcW w:w="0" w:type="auto"/>
            <w:shd w:val="clear" w:color="auto" w:fill="D9EAF7"/>
            <w:vAlign w:val="center"/>
          </w:tcPr>
          <w:p w14:paraId="19A29F5A" w14:textId="77777777" w:rsidR="00F12170" w:rsidRPr="007911BE" w:rsidRDefault="00000000">
            <w:pPr>
              <w:ind w:firstLine="0"/>
              <w:jc w:val="center"/>
              <w:rPr>
                <w:sz w:val="16"/>
                <w:szCs w:val="24"/>
              </w:rPr>
            </w:pPr>
            <w:proofErr w:type="spellStart"/>
            <w:r w:rsidRPr="007911BE">
              <w:rPr>
                <w:b/>
                <w:sz w:val="16"/>
                <w:szCs w:val="24"/>
              </w:rPr>
              <w:t>Показатель</w:t>
            </w:r>
            <w:proofErr w:type="spellEnd"/>
          </w:p>
        </w:tc>
        <w:tc>
          <w:tcPr>
            <w:tcW w:w="0" w:type="auto"/>
            <w:shd w:val="clear" w:color="auto" w:fill="D9EAF7"/>
            <w:vAlign w:val="center"/>
          </w:tcPr>
          <w:p w14:paraId="0EC7FA84" w14:textId="77777777" w:rsidR="00F12170" w:rsidRPr="007911BE" w:rsidRDefault="00000000">
            <w:pPr>
              <w:ind w:firstLine="0"/>
              <w:jc w:val="center"/>
              <w:rPr>
                <w:sz w:val="16"/>
                <w:szCs w:val="24"/>
              </w:rPr>
            </w:pPr>
            <w:proofErr w:type="spellStart"/>
            <w:r w:rsidRPr="007911BE">
              <w:rPr>
                <w:b/>
                <w:sz w:val="16"/>
                <w:szCs w:val="24"/>
              </w:rPr>
              <w:t>Федеральный</w:t>
            </w:r>
            <w:proofErr w:type="spellEnd"/>
            <w:r w:rsidRPr="007911BE">
              <w:rPr>
                <w:b/>
                <w:sz w:val="16"/>
                <w:szCs w:val="24"/>
              </w:rPr>
              <w:t xml:space="preserve"> </w:t>
            </w:r>
            <w:proofErr w:type="spellStart"/>
            <w:r w:rsidRPr="007911BE">
              <w:rPr>
                <w:b/>
                <w:sz w:val="16"/>
                <w:szCs w:val="24"/>
              </w:rPr>
              <w:t>округ</w:t>
            </w:r>
            <w:proofErr w:type="spellEnd"/>
          </w:p>
        </w:tc>
        <w:tc>
          <w:tcPr>
            <w:tcW w:w="0" w:type="auto"/>
            <w:shd w:val="clear" w:color="auto" w:fill="D9EAF7"/>
            <w:vAlign w:val="center"/>
          </w:tcPr>
          <w:p w14:paraId="28E263FC" w14:textId="77777777" w:rsidR="00F12170" w:rsidRPr="007911BE" w:rsidRDefault="00000000">
            <w:pPr>
              <w:ind w:firstLine="0"/>
              <w:jc w:val="center"/>
              <w:rPr>
                <w:sz w:val="16"/>
                <w:szCs w:val="24"/>
              </w:rPr>
            </w:pPr>
            <w:proofErr w:type="spellStart"/>
            <w:r w:rsidRPr="007911BE">
              <w:rPr>
                <w:b/>
                <w:sz w:val="16"/>
                <w:szCs w:val="24"/>
              </w:rPr>
              <w:t>Среднее</w:t>
            </w:r>
            <w:proofErr w:type="spellEnd"/>
          </w:p>
        </w:tc>
        <w:tc>
          <w:tcPr>
            <w:tcW w:w="0" w:type="auto"/>
            <w:shd w:val="clear" w:color="auto" w:fill="D9EAF7"/>
            <w:vAlign w:val="center"/>
          </w:tcPr>
          <w:p w14:paraId="10227FB5" w14:textId="77777777" w:rsidR="00F12170" w:rsidRPr="007911BE" w:rsidRDefault="00000000">
            <w:pPr>
              <w:ind w:firstLine="0"/>
              <w:jc w:val="center"/>
              <w:rPr>
                <w:sz w:val="16"/>
                <w:szCs w:val="24"/>
              </w:rPr>
            </w:pPr>
            <w:proofErr w:type="spellStart"/>
            <w:r w:rsidRPr="007911BE">
              <w:rPr>
                <w:b/>
                <w:sz w:val="16"/>
                <w:szCs w:val="24"/>
              </w:rPr>
              <w:t>Медиана</w:t>
            </w:r>
            <w:proofErr w:type="spellEnd"/>
          </w:p>
        </w:tc>
        <w:tc>
          <w:tcPr>
            <w:tcW w:w="0" w:type="auto"/>
            <w:shd w:val="clear" w:color="auto" w:fill="D9EAF7"/>
            <w:vAlign w:val="center"/>
          </w:tcPr>
          <w:p w14:paraId="168A0F55" w14:textId="77777777" w:rsidR="00F12170" w:rsidRPr="007911BE" w:rsidRDefault="00000000">
            <w:pPr>
              <w:ind w:firstLine="0"/>
              <w:jc w:val="center"/>
              <w:rPr>
                <w:sz w:val="16"/>
                <w:szCs w:val="24"/>
              </w:rPr>
            </w:pPr>
            <w:proofErr w:type="spellStart"/>
            <w:r w:rsidRPr="007911BE">
              <w:rPr>
                <w:b/>
                <w:sz w:val="16"/>
                <w:szCs w:val="24"/>
              </w:rPr>
              <w:t>Минимум</w:t>
            </w:r>
            <w:proofErr w:type="spellEnd"/>
          </w:p>
        </w:tc>
        <w:tc>
          <w:tcPr>
            <w:tcW w:w="0" w:type="auto"/>
            <w:shd w:val="clear" w:color="auto" w:fill="D9EAF7"/>
            <w:vAlign w:val="center"/>
          </w:tcPr>
          <w:p w14:paraId="497AFBC8" w14:textId="77777777" w:rsidR="00F12170" w:rsidRPr="007911BE" w:rsidRDefault="00000000">
            <w:pPr>
              <w:ind w:firstLine="0"/>
              <w:jc w:val="center"/>
              <w:rPr>
                <w:sz w:val="16"/>
                <w:szCs w:val="24"/>
              </w:rPr>
            </w:pPr>
            <w:proofErr w:type="spellStart"/>
            <w:r w:rsidRPr="007911BE">
              <w:rPr>
                <w:b/>
                <w:sz w:val="16"/>
                <w:szCs w:val="24"/>
              </w:rPr>
              <w:t>Максимум</w:t>
            </w:r>
            <w:proofErr w:type="spellEnd"/>
          </w:p>
        </w:tc>
        <w:tc>
          <w:tcPr>
            <w:tcW w:w="0" w:type="auto"/>
            <w:shd w:val="clear" w:color="auto" w:fill="D9EAF7"/>
            <w:vAlign w:val="center"/>
          </w:tcPr>
          <w:p w14:paraId="0E1A0193" w14:textId="77777777" w:rsidR="00F12170" w:rsidRPr="007911BE" w:rsidRDefault="00000000">
            <w:pPr>
              <w:ind w:firstLine="0"/>
              <w:jc w:val="center"/>
              <w:rPr>
                <w:sz w:val="16"/>
                <w:szCs w:val="24"/>
              </w:rPr>
            </w:pPr>
            <w:proofErr w:type="spellStart"/>
            <w:r w:rsidRPr="007911BE">
              <w:rPr>
                <w:b/>
                <w:sz w:val="16"/>
                <w:szCs w:val="24"/>
              </w:rPr>
              <w:t>Число</w:t>
            </w:r>
            <w:proofErr w:type="spellEnd"/>
            <w:r w:rsidRPr="007911BE">
              <w:rPr>
                <w:b/>
                <w:sz w:val="16"/>
                <w:szCs w:val="24"/>
              </w:rPr>
              <w:t xml:space="preserve"> </w:t>
            </w:r>
            <w:proofErr w:type="spellStart"/>
            <w:r w:rsidRPr="007911BE">
              <w:rPr>
                <w:b/>
                <w:sz w:val="16"/>
                <w:szCs w:val="24"/>
              </w:rPr>
              <w:t>регионов</w:t>
            </w:r>
            <w:proofErr w:type="spellEnd"/>
          </w:p>
        </w:tc>
      </w:tr>
      <w:tr w:rsidR="00F12170" w:rsidRPr="007911BE" w14:paraId="2EF5A54E" w14:textId="77777777" w:rsidTr="00B408C8">
        <w:trPr>
          <w:jc w:val="center"/>
        </w:trPr>
        <w:tc>
          <w:tcPr>
            <w:tcW w:w="0" w:type="auto"/>
            <w:vAlign w:val="center"/>
          </w:tcPr>
          <w:p w14:paraId="2261E67B"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20D3CB49"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782A77BF" w14:textId="77777777" w:rsidR="00F12170" w:rsidRPr="007911BE" w:rsidRDefault="00000000">
            <w:pPr>
              <w:ind w:firstLine="0"/>
              <w:jc w:val="left"/>
              <w:rPr>
                <w:sz w:val="16"/>
                <w:szCs w:val="24"/>
              </w:rPr>
            </w:pPr>
            <w:r w:rsidRPr="007911BE">
              <w:rPr>
                <w:sz w:val="16"/>
                <w:szCs w:val="24"/>
              </w:rPr>
              <w:t>ДФО</w:t>
            </w:r>
          </w:p>
        </w:tc>
        <w:tc>
          <w:tcPr>
            <w:tcW w:w="0" w:type="auto"/>
            <w:vAlign w:val="center"/>
          </w:tcPr>
          <w:p w14:paraId="1040DE7D" w14:textId="77777777" w:rsidR="00F12170" w:rsidRPr="007911BE" w:rsidRDefault="00000000">
            <w:pPr>
              <w:ind w:firstLine="0"/>
              <w:jc w:val="center"/>
              <w:rPr>
                <w:sz w:val="16"/>
                <w:szCs w:val="24"/>
              </w:rPr>
            </w:pPr>
            <w:r w:rsidRPr="007911BE">
              <w:rPr>
                <w:sz w:val="16"/>
                <w:szCs w:val="24"/>
              </w:rPr>
              <w:t>22.87</w:t>
            </w:r>
          </w:p>
        </w:tc>
        <w:tc>
          <w:tcPr>
            <w:tcW w:w="0" w:type="auto"/>
            <w:vAlign w:val="center"/>
          </w:tcPr>
          <w:p w14:paraId="23A41DE1" w14:textId="77777777" w:rsidR="00F12170" w:rsidRPr="007911BE" w:rsidRDefault="00000000">
            <w:pPr>
              <w:ind w:firstLine="0"/>
              <w:jc w:val="center"/>
              <w:rPr>
                <w:sz w:val="16"/>
                <w:szCs w:val="24"/>
              </w:rPr>
            </w:pPr>
            <w:r w:rsidRPr="007911BE">
              <w:rPr>
                <w:sz w:val="16"/>
                <w:szCs w:val="24"/>
              </w:rPr>
              <w:t>22.5</w:t>
            </w:r>
          </w:p>
        </w:tc>
        <w:tc>
          <w:tcPr>
            <w:tcW w:w="0" w:type="auto"/>
            <w:vAlign w:val="center"/>
          </w:tcPr>
          <w:p w14:paraId="6A1B0A9E" w14:textId="77777777" w:rsidR="00F12170" w:rsidRPr="007911BE" w:rsidRDefault="00000000">
            <w:pPr>
              <w:ind w:firstLine="0"/>
              <w:jc w:val="center"/>
              <w:rPr>
                <w:sz w:val="16"/>
                <w:szCs w:val="24"/>
              </w:rPr>
            </w:pPr>
            <w:r w:rsidRPr="007911BE">
              <w:rPr>
                <w:sz w:val="16"/>
                <w:szCs w:val="24"/>
              </w:rPr>
              <w:t>11.3</w:t>
            </w:r>
          </w:p>
        </w:tc>
        <w:tc>
          <w:tcPr>
            <w:tcW w:w="0" w:type="auto"/>
            <w:vAlign w:val="center"/>
          </w:tcPr>
          <w:p w14:paraId="2A732CFC" w14:textId="77777777" w:rsidR="00F12170" w:rsidRPr="007911BE" w:rsidRDefault="00000000">
            <w:pPr>
              <w:ind w:firstLine="0"/>
              <w:jc w:val="center"/>
              <w:rPr>
                <w:sz w:val="16"/>
                <w:szCs w:val="24"/>
              </w:rPr>
            </w:pPr>
            <w:r w:rsidRPr="007911BE">
              <w:rPr>
                <w:sz w:val="16"/>
                <w:szCs w:val="24"/>
              </w:rPr>
              <w:t>33.8</w:t>
            </w:r>
          </w:p>
        </w:tc>
        <w:tc>
          <w:tcPr>
            <w:tcW w:w="0" w:type="auto"/>
            <w:vAlign w:val="center"/>
          </w:tcPr>
          <w:p w14:paraId="1F91945E" w14:textId="77777777" w:rsidR="00F12170" w:rsidRPr="007911BE" w:rsidRDefault="00000000">
            <w:pPr>
              <w:ind w:firstLine="0"/>
              <w:jc w:val="center"/>
              <w:rPr>
                <w:sz w:val="16"/>
                <w:szCs w:val="24"/>
              </w:rPr>
            </w:pPr>
            <w:r w:rsidRPr="007911BE">
              <w:rPr>
                <w:sz w:val="16"/>
                <w:szCs w:val="24"/>
              </w:rPr>
              <w:t>11</w:t>
            </w:r>
          </w:p>
        </w:tc>
      </w:tr>
      <w:tr w:rsidR="00F12170" w:rsidRPr="007911BE" w14:paraId="0E2AEC54" w14:textId="77777777" w:rsidTr="00B408C8">
        <w:trPr>
          <w:jc w:val="center"/>
        </w:trPr>
        <w:tc>
          <w:tcPr>
            <w:tcW w:w="0" w:type="auto"/>
            <w:vAlign w:val="center"/>
          </w:tcPr>
          <w:p w14:paraId="20D35BEF"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677A94F2"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64B0FFCC" w14:textId="77777777" w:rsidR="00F12170" w:rsidRPr="007911BE" w:rsidRDefault="00000000">
            <w:pPr>
              <w:ind w:firstLine="0"/>
              <w:jc w:val="left"/>
              <w:rPr>
                <w:sz w:val="16"/>
                <w:szCs w:val="24"/>
              </w:rPr>
            </w:pPr>
            <w:r w:rsidRPr="007911BE">
              <w:rPr>
                <w:sz w:val="16"/>
                <w:szCs w:val="24"/>
              </w:rPr>
              <w:t>ПФО</w:t>
            </w:r>
          </w:p>
        </w:tc>
        <w:tc>
          <w:tcPr>
            <w:tcW w:w="0" w:type="auto"/>
            <w:vAlign w:val="center"/>
          </w:tcPr>
          <w:p w14:paraId="755226EC" w14:textId="77777777" w:rsidR="00F12170" w:rsidRPr="007911BE" w:rsidRDefault="00000000">
            <w:pPr>
              <w:ind w:firstLine="0"/>
              <w:jc w:val="center"/>
              <w:rPr>
                <w:sz w:val="16"/>
                <w:szCs w:val="24"/>
              </w:rPr>
            </w:pPr>
            <w:r w:rsidRPr="007911BE">
              <w:rPr>
                <w:sz w:val="16"/>
                <w:szCs w:val="24"/>
              </w:rPr>
              <w:t>15.71</w:t>
            </w:r>
          </w:p>
        </w:tc>
        <w:tc>
          <w:tcPr>
            <w:tcW w:w="0" w:type="auto"/>
            <w:vAlign w:val="center"/>
          </w:tcPr>
          <w:p w14:paraId="6BAC2890" w14:textId="77777777" w:rsidR="00F12170" w:rsidRPr="007911BE" w:rsidRDefault="00000000">
            <w:pPr>
              <w:ind w:firstLine="0"/>
              <w:jc w:val="center"/>
              <w:rPr>
                <w:sz w:val="16"/>
                <w:szCs w:val="24"/>
              </w:rPr>
            </w:pPr>
            <w:r w:rsidRPr="007911BE">
              <w:rPr>
                <w:sz w:val="16"/>
                <w:szCs w:val="24"/>
              </w:rPr>
              <w:t>16.05</w:t>
            </w:r>
          </w:p>
        </w:tc>
        <w:tc>
          <w:tcPr>
            <w:tcW w:w="0" w:type="auto"/>
            <w:vAlign w:val="center"/>
          </w:tcPr>
          <w:p w14:paraId="469D0DD4" w14:textId="77777777" w:rsidR="00F12170" w:rsidRPr="007911BE" w:rsidRDefault="00000000">
            <w:pPr>
              <w:ind w:firstLine="0"/>
              <w:jc w:val="center"/>
              <w:rPr>
                <w:sz w:val="16"/>
                <w:szCs w:val="24"/>
              </w:rPr>
            </w:pPr>
            <w:r w:rsidRPr="007911BE">
              <w:rPr>
                <w:sz w:val="16"/>
                <w:szCs w:val="24"/>
              </w:rPr>
              <w:t>8.6</w:t>
            </w:r>
          </w:p>
        </w:tc>
        <w:tc>
          <w:tcPr>
            <w:tcW w:w="0" w:type="auto"/>
            <w:vAlign w:val="center"/>
          </w:tcPr>
          <w:p w14:paraId="12285F0D" w14:textId="77777777" w:rsidR="00F12170" w:rsidRPr="007911BE" w:rsidRDefault="00000000">
            <w:pPr>
              <w:ind w:firstLine="0"/>
              <w:jc w:val="center"/>
              <w:rPr>
                <w:sz w:val="16"/>
                <w:szCs w:val="24"/>
              </w:rPr>
            </w:pPr>
            <w:r w:rsidRPr="007911BE">
              <w:rPr>
                <w:sz w:val="16"/>
                <w:szCs w:val="24"/>
              </w:rPr>
              <w:t>23</w:t>
            </w:r>
          </w:p>
        </w:tc>
        <w:tc>
          <w:tcPr>
            <w:tcW w:w="0" w:type="auto"/>
            <w:vAlign w:val="center"/>
          </w:tcPr>
          <w:p w14:paraId="31D331D1" w14:textId="77777777" w:rsidR="00F12170" w:rsidRPr="007911BE" w:rsidRDefault="00000000">
            <w:pPr>
              <w:ind w:firstLine="0"/>
              <w:jc w:val="center"/>
              <w:rPr>
                <w:sz w:val="16"/>
                <w:szCs w:val="24"/>
              </w:rPr>
            </w:pPr>
            <w:r w:rsidRPr="007911BE">
              <w:rPr>
                <w:sz w:val="16"/>
                <w:szCs w:val="24"/>
              </w:rPr>
              <w:t>14</w:t>
            </w:r>
          </w:p>
        </w:tc>
      </w:tr>
      <w:tr w:rsidR="00F12170" w:rsidRPr="007911BE" w14:paraId="31F9FF5A" w14:textId="77777777" w:rsidTr="00B408C8">
        <w:trPr>
          <w:jc w:val="center"/>
        </w:trPr>
        <w:tc>
          <w:tcPr>
            <w:tcW w:w="0" w:type="auto"/>
            <w:vAlign w:val="center"/>
          </w:tcPr>
          <w:p w14:paraId="1FB91E58"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1BCDE8EB"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456D35C5" w14:textId="77777777" w:rsidR="00F12170" w:rsidRPr="007911BE" w:rsidRDefault="00000000">
            <w:pPr>
              <w:ind w:firstLine="0"/>
              <w:jc w:val="left"/>
              <w:rPr>
                <w:sz w:val="16"/>
                <w:szCs w:val="24"/>
              </w:rPr>
            </w:pPr>
            <w:r w:rsidRPr="007911BE">
              <w:rPr>
                <w:sz w:val="16"/>
                <w:szCs w:val="24"/>
              </w:rPr>
              <w:t>СЗФО</w:t>
            </w:r>
          </w:p>
        </w:tc>
        <w:tc>
          <w:tcPr>
            <w:tcW w:w="0" w:type="auto"/>
            <w:vAlign w:val="center"/>
          </w:tcPr>
          <w:p w14:paraId="09B49B77" w14:textId="77777777" w:rsidR="00F12170" w:rsidRPr="007911BE" w:rsidRDefault="00000000">
            <w:pPr>
              <w:ind w:firstLine="0"/>
              <w:jc w:val="center"/>
              <w:rPr>
                <w:sz w:val="16"/>
                <w:szCs w:val="24"/>
              </w:rPr>
            </w:pPr>
            <w:r w:rsidRPr="007911BE">
              <w:rPr>
                <w:sz w:val="16"/>
                <w:szCs w:val="24"/>
              </w:rPr>
              <w:t>16.65</w:t>
            </w:r>
          </w:p>
        </w:tc>
        <w:tc>
          <w:tcPr>
            <w:tcW w:w="0" w:type="auto"/>
            <w:vAlign w:val="center"/>
          </w:tcPr>
          <w:p w14:paraId="70BCCFFC" w14:textId="77777777" w:rsidR="00F12170" w:rsidRPr="007911BE" w:rsidRDefault="00000000">
            <w:pPr>
              <w:ind w:firstLine="0"/>
              <w:jc w:val="center"/>
              <w:rPr>
                <w:sz w:val="16"/>
                <w:szCs w:val="24"/>
              </w:rPr>
            </w:pPr>
            <w:r w:rsidRPr="007911BE">
              <w:rPr>
                <w:sz w:val="16"/>
                <w:szCs w:val="24"/>
              </w:rPr>
              <w:t>13.9</w:t>
            </w:r>
          </w:p>
        </w:tc>
        <w:tc>
          <w:tcPr>
            <w:tcW w:w="0" w:type="auto"/>
            <w:vAlign w:val="center"/>
          </w:tcPr>
          <w:p w14:paraId="1683F9C0" w14:textId="77777777" w:rsidR="00F12170" w:rsidRPr="007911BE" w:rsidRDefault="00000000">
            <w:pPr>
              <w:ind w:firstLine="0"/>
              <w:jc w:val="center"/>
              <w:rPr>
                <w:sz w:val="16"/>
                <w:szCs w:val="24"/>
              </w:rPr>
            </w:pPr>
            <w:r w:rsidRPr="007911BE">
              <w:rPr>
                <w:sz w:val="16"/>
                <w:szCs w:val="24"/>
              </w:rPr>
              <w:t>10.1</w:t>
            </w:r>
          </w:p>
        </w:tc>
        <w:tc>
          <w:tcPr>
            <w:tcW w:w="0" w:type="auto"/>
            <w:vAlign w:val="center"/>
          </w:tcPr>
          <w:p w14:paraId="6010F052" w14:textId="77777777" w:rsidR="00F12170" w:rsidRPr="007911BE" w:rsidRDefault="00000000">
            <w:pPr>
              <w:ind w:firstLine="0"/>
              <w:jc w:val="center"/>
              <w:rPr>
                <w:sz w:val="16"/>
                <w:szCs w:val="24"/>
              </w:rPr>
            </w:pPr>
            <w:r w:rsidRPr="007911BE">
              <w:rPr>
                <w:sz w:val="16"/>
                <w:szCs w:val="24"/>
              </w:rPr>
              <w:t>30.7</w:t>
            </w:r>
          </w:p>
        </w:tc>
        <w:tc>
          <w:tcPr>
            <w:tcW w:w="0" w:type="auto"/>
            <w:vAlign w:val="center"/>
          </w:tcPr>
          <w:p w14:paraId="04E07520" w14:textId="77777777" w:rsidR="00F12170" w:rsidRPr="007911BE" w:rsidRDefault="00000000">
            <w:pPr>
              <w:ind w:firstLine="0"/>
              <w:jc w:val="center"/>
              <w:rPr>
                <w:sz w:val="16"/>
                <w:szCs w:val="24"/>
              </w:rPr>
            </w:pPr>
            <w:r w:rsidRPr="007911BE">
              <w:rPr>
                <w:sz w:val="16"/>
                <w:szCs w:val="24"/>
              </w:rPr>
              <w:t>11</w:t>
            </w:r>
          </w:p>
        </w:tc>
      </w:tr>
      <w:tr w:rsidR="00F12170" w:rsidRPr="007911BE" w14:paraId="0E1465E6" w14:textId="77777777" w:rsidTr="00B408C8">
        <w:trPr>
          <w:jc w:val="center"/>
        </w:trPr>
        <w:tc>
          <w:tcPr>
            <w:tcW w:w="0" w:type="auto"/>
            <w:vAlign w:val="center"/>
          </w:tcPr>
          <w:p w14:paraId="5EC5F869"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6BD7B061"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4C966A14" w14:textId="77777777" w:rsidR="00F12170" w:rsidRPr="007911BE" w:rsidRDefault="00000000">
            <w:pPr>
              <w:ind w:firstLine="0"/>
              <w:jc w:val="left"/>
              <w:rPr>
                <w:sz w:val="16"/>
                <w:szCs w:val="24"/>
              </w:rPr>
            </w:pPr>
            <w:r w:rsidRPr="007911BE">
              <w:rPr>
                <w:sz w:val="16"/>
                <w:szCs w:val="24"/>
              </w:rPr>
              <w:t>СКФО</w:t>
            </w:r>
          </w:p>
        </w:tc>
        <w:tc>
          <w:tcPr>
            <w:tcW w:w="0" w:type="auto"/>
            <w:vAlign w:val="center"/>
          </w:tcPr>
          <w:p w14:paraId="41707062" w14:textId="77777777" w:rsidR="00F12170" w:rsidRPr="007911BE" w:rsidRDefault="00000000">
            <w:pPr>
              <w:ind w:firstLine="0"/>
              <w:jc w:val="center"/>
              <w:rPr>
                <w:sz w:val="16"/>
                <w:szCs w:val="24"/>
              </w:rPr>
            </w:pPr>
            <w:r w:rsidRPr="007911BE">
              <w:rPr>
                <w:sz w:val="16"/>
                <w:szCs w:val="24"/>
              </w:rPr>
              <w:t>27.39</w:t>
            </w:r>
          </w:p>
        </w:tc>
        <w:tc>
          <w:tcPr>
            <w:tcW w:w="0" w:type="auto"/>
            <w:vAlign w:val="center"/>
          </w:tcPr>
          <w:p w14:paraId="119447C1" w14:textId="77777777" w:rsidR="00F12170" w:rsidRPr="007911BE" w:rsidRDefault="00000000">
            <w:pPr>
              <w:ind w:firstLine="0"/>
              <w:jc w:val="center"/>
              <w:rPr>
                <w:sz w:val="16"/>
                <w:szCs w:val="24"/>
              </w:rPr>
            </w:pPr>
            <w:r w:rsidRPr="007911BE">
              <w:rPr>
                <w:sz w:val="16"/>
                <w:szCs w:val="24"/>
              </w:rPr>
              <w:t>20.9</w:t>
            </w:r>
          </w:p>
        </w:tc>
        <w:tc>
          <w:tcPr>
            <w:tcW w:w="0" w:type="auto"/>
            <w:vAlign w:val="center"/>
          </w:tcPr>
          <w:p w14:paraId="00917D07" w14:textId="77777777" w:rsidR="00F12170" w:rsidRPr="007911BE" w:rsidRDefault="00000000">
            <w:pPr>
              <w:ind w:firstLine="0"/>
              <w:jc w:val="center"/>
              <w:rPr>
                <w:sz w:val="16"/>
                <w:szCs w:val="24"/>
              </w:rPr>
            </w:pPr>
            <w:r w:rsidRPr="007911BE">
              <w:rPr>
                <w:sz w:val="16"/>
                <w:szCs w:val="24"/>
              </w:rPr>
              <w:t>15.9</w:t>
            </w:r>
          </w:p>
        </w:tc>
        <w:tc>
          <w:tcPr>
            <w:tcW w:w="0" w:type="auto"/>
            <w:vAlign w:val="center"/>
          </w:tcPr>
          <w:p w14:paraId="687614B6" w14:textId="77777777" w:rsidR="00F12170" w:rsidRPr="007911BE" w:rsidRDefault="00000000">
            <w:pPr>
              <w:ind w:firstLine="0"/>
              <w:jc w:val="center"/>
              <w:rPr>
                <w:sz w:val="16"/>
                <w:szCs w:val="24"/>
              </w:rPr>
            </w:pPr>
            <w:r w:rsidRPr="007911BE">
              <w:rPr>
                <w:sz w:val="16"/>
                <w:szCs w:val="24"/>
              </w:rPr>
              <w:t>51.4</w:t>
            </w:r>
          </w:p>
        </w:tc>
        <w:tc>
          <w:tcPr>
            <w:tcW w:w="0" w:type="auto"/>
            <w:vAlign w:val="center"/>
          </w:tcPr>
          <w:p w14:paraId="1505798A" w14:textId="77777777" w:rsidR="00F12170" w:rsidRPr="007911BE" w:rsidRDefault="00000000">
            <w:pPr>
              <w:ind w:firstLine="0"/>
              <w:jc w:val="center"/>
              <w:rPr>
                <w:sz w:val="16"/>
                <w:szCs w:val="24"/>
              </w:rPr>
            </w:pPr>
            <w:r w:rsidRPr="007911BE">
              <w:rPr>
                <w:sz w:val="16"/>
                <w:szCs w:val="24"/>
              </w:rPr>
              <w:t>7</w:t>
            </w:r>
          </w:p>
        </w:tc>
      </w:tr>
      <w:tr w:rsidR="00F12170" w:rsidRPr="007911BE" w14:paraId="200EDBEB" w14:textId="77777777" w:rsidTr="00B408C8">
        <w:trPr>
          <w:jc w:val="center"/>
        </w:trPr>
        <w:tc>
          <w:tcPr>
            <w:tcW w:w="0" w:type="auto"/>
            <w:vAlign w:val="center"/>
          </w:tcPr>
          <w:p w14:paraId="3F95D5F6"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723E1B0D"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53A0B603" w14:textId="77777777" w:rsidR="00F12170" w:rsidRPr="007911BE" w:rsidRDefault="00000000">
            <w:pPr>
              <w:ind w:firstLine="0"/>
              <w:jc w:val="left"/>
              <w:rPr>
                <w:sz w:val="16"/>
                <w:szCs w:val="24"/>
              </w:rPr>
            </w:pPr>
            <w:r w:rsidRPr="007911BE">
              <w:rPr>
                <w:sz w:val="16"/>
                <w:szCs w:val="24"/>
              </w:rPr>
              <w:t>СФО</w:t>
            </w:r>
          </w:p>
        </w:tc>
        <w:tc>
          <w:tcPr>
            <w:tcW w:w="0" w:type="auto"/>
            <w:vAlign w:val="center"/>
          </w:tcPr>
          <w:p w14:paraId="57736755" w14:textId="77777777" w:rsidR="00F12170" w:rsidRPr="007911BE" w:rsidRDefault="00000000">
            <w:pPr>
              <w:ind w:firstLine="0"/>
              <w:jc w:val="center"/>
              <w:rPr>
                <w:sz w:val="16"/>
                <w:szCs w:val="24"/>
              </w:rPr>
            </w:pPr>
            <w:r w:rsidRPr="007911BE">
              <w:rPr>
                <w:sz w:val="16"/>
                <w:szCs w:val="24"/>
              </w:rPr>
              <w:t>23.52</w:t>
            </w:r>
          </w:p>
        </w:tc>
        <w:tc>
          <w:tcPr>
            <w:tcW w:w="0" w:type="auto"/>
            <w:vAlign w:val="center"/>
          </w:tcPr>
          <w:p w14:paraId="01500458" w14:textId="77777777" w:rsidR="00F12170" w:rsidRPr="007911BE" w:rsidRDefault="00000000">
            <w:pPr>
              <w:ind w:firstLine="0"/>
              <w:jc w:val="center"/>
              <w:rPr>
                <w:sz w:val="16"/>
                <w:szCs w:val="24"/>
              </w:rPr>
            </w:pPr>
            <w:r w:rsidRPr="007911BE">
              <w:rPr>
                <w:sz w:val="16"/>
                <w:szCs w:val="24"/>
              </w:rPr>
              <w:t>23.25</w:t>
            </w:r>
          </w:p>
        </w:tc>
        <w:tc>
          <w:tcPr>
            <w:tcW w:w="0" w:type="auto"/>
            <w:vAlign w:val="center"/>
          </w:tcPr>
          <w:p w14:paraId="75C35CFC" w14:textId="77777777" w:rsidR="00F12170" w:rsidRPr="007911BE" w:rsidRDefault="00000000">
            <w:pPr>
              <w:ind w:firstLine="0"/>
              <w:jc w:val="center"/>
              <w:rPr>
                <w:sz w:val="16"/>
                <w:szCs w:val="24"/>
              </w:rPr>
            </w:pPr>
            <w:r w:rsidRPr="007911BE">
              <w:rPr>
                <w:sz w:val="16"/>
                <w:szCs w:val="24"/>
              </w:rPr>
              <w:t>14.3</w:t>
            </w:r>
          </w:p>
        </w:tc>
        <w:tc>
          <w:tcPr>
            <w:tcW w:w="0" w:type="auto"/>
            <w:vAlign w:val="center"/>
          </w:tcPr>
          <w:p w14:paraId="62D33884" w14:textId="77777777" w:rsidR="00F12170" w:rsidRPr="007911BE" w:rsidRDefault="00000000">
            <w:pPr>
              <w:ind w:firstLine="0"/>
              <w:jc w:val="center"/>
              <w:rPr>
                <w:sz w:val="16"/>
                <w:szCs w:val="24"/>
              </w:rPr>
            </w:pPr>
            <w:r w:rsidRPr="007911BE">
              <w:rPr>
                <w:sz w:val="16"/>
                <w:szCs w:val="24"/>
              </w:rPr>
              <w:t>37.6</w:t>
            </w:r>
          </w:p>
        </w:tc>
        <w:tc>
          <w:tcPr>
            <w:tcW w:w="0" w:type="auto"/>
            <w:vAlign w:val="center"/>
          </w:tcPr>
          <w:p w14:paraId="5C2C06D4" w14:textId="77777777" w:rsidR="00F12170" w:rsidRPr="007911BE" w:rsidRDefault="00000000">
            <w:pPr>
              <w:ind w:firstLine="0"/>
              <w:jc w:val="center"/>
              <w:rPr>
                <w:sz w:val="16"/>
                <w:szCs w:val="24"/>
              </w:rPr>
            </w:pPr>
            <w:r w:rsidRPr="007911BE">
              <w:rPr>
                <w:sz w:val="16"/>
                <w:szCs w:val="24"/>
              </w:rPr>
              <w:t>10</w:t>
            </w:r>
          </w:p>
        </w:tc>
      </w:tr>
      <w:tr w:rsidR="00F12170" w:rsidRPr="007911BE" w14:paraId="71634F58" w14:textId="77777777" w:rsidTr="00B408C8">
        <w:trPr>
          <w:jc w:val="center"/>
        </w:trPr>
        <w:tc>
          <w:tcPr>
            <w:tcW w:w="0" w:type="auto"/>
            <w:vAlign w:val="center"/>
          </w:tcPr>
          <w:p w14:paraId="7517853C"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225F37D9"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39EE4CC9" w14:textId="77777777" w:rsidR="00F12170" w:rsidRPr="007911BE" w:rsidRDefault="00000000">
            <w:pPr>
              <w:ind w:firstLine="0"/>
              <w:jc w:val="left"/>
              <w:rPr>
                <w:sz w:val="16"/>
                <w:szCs w:val="24"/>
              </w:rPr>
            </w:pPr>
            <w:r w:rsidRPr="007911BE">
              <w:rPr>
                <w:sz w:val="16"/>
                <w:szCs w:val="24"/>
              </w:rPr>
              <w:t>УФО</w:t>
            </w:r>
          </w:p>
        </w:tc>
        <w:tc>
          <w:tcPr>
            <w:tcW w:w="0" w:type="auto"/>
            <w:vAlign w:val="center"/>
          </w:tcPr>
          <w:p w14:paraId="06048367" w14:textId="77777777" w:rsidR="00F12170" w:rsidRPr="007911BE" w:rsidRDefault="00000000">
            <w:pPr>
              <w:ind w:firstLine="0"/>
              <w:jc w:val="center"/>
              <w:rPr>
                <w:sz w:val="16"/>
                <w:szCs w:val="24"/>
              </w:rPr>
            </w:pPr>
            <w:r w:rsidRPr="007911BE">
              <w:rPr>
                <w:sz w:val="16"/>
                <w:szCs w:val="24"/>
              </w:rPr>
              <w:t>13.02</w:t>
            </w:r>
          </w:p>
        </w:tc>
        <w:tc>
          <w:tcPr>
            <w:tcW w:w="0" w:type="auto"/>
            <w:vAlign w:val="center"/>
          </w:tcPr>
          <w:p w14:paraId="7631CBB9" w14:textId="77777777" w:rsidR="00F12170" w:rsidRPr="007911BE" w:rsidRDefault="00000000">
            <w:pPr>
              <w:ind w:firstLine="0"/>
              <w:jc w:val="center"/>
              <w:rPr>
                <w:sz w:val="16"/>
                <w:szCs w:val="24"/>
              </w:rPr>
            </w:pPr>
            <w:r w:rsidRPr="007911BE">
              <w:rPr>
                <w:sz w:val="16"/>
                <w:szCs w:val="24"/>
              </w:rPr>
              <w:t>15.15</w:t>
            </w:r>
          </w:p>
        </w:tc>
        <w:tc>
          <w:tcPr>
            <w:tcW w:w="0" w:type="auto"/>
            <w:vAlign w:val="center"/>
          </w:tcPr>
          <w:p w14:paraId="6F617915" w14:textId="77777777" w:rsidR="00F12170" w:rsidRPr="007911BE" w:rsidRDefault="00000000">
            <w:pPr>
              <w:ind w:firstLine="0"/>
              <w:jc w:val="center"/>
              <w:rPr>
                <w:sz w:val="16"/>
                <w:szCs w:val="24"/>
              </w:rPr>
            </w:pPr>
            <w:r w:rsidRPr="007911BE">
              <w:rPr>
                <w:sz w:val="16"/>
                <w:szCs w:val="24"/>
              </w:rPr>
              <w:t>7.3</w:t>
            </w:r>
          </w:p>
        </w:tc>
        <w:tc>
          <w:tcPr>
            <w:tcW w:w="0" w:type="auto"/>
            <w:vAlign w:val="center"/>
          </w:tcPr>
          <w:p w14:paraId="096F04A8" w14:textId="77777777" w:rsidR="00F12170" w:rsidRPr="007911BE" w:rsidRDefault="00000000">
            <w:pPr>
              <w:ind w:firstLine="0"/>
              <w:jc w:val="center"/>
              <w:rPr>
                <w:sz w:val="16"/>
                <w:szCs w:val="24"/>
              </w:rPr>
            </w:pPr>
            <w:r w:rsidRPr="007911BE">
              <w:rPr>
                <w:sz w:val="16"/>
                <w:szCs w:val="24"/>
              </w:rPr>
              <w:t>17</w:t>
            </w:r>
          </w:p>
        </w:tc>
        <w:tc>
          <w:tcPr>
            <w:tcW w:w="0" w:type="auto"/>
            <w:vAlign w:val="center"/>
          </w:tcPr>
          <w:p w14:paraId="03125569" w14:textId="77777777" w:rsidR="00F12170" w:rsidRPr="007911BE" w:rsidRDefault="00000000">
            <w:pPr>
              <w:ind w:firstLine="0"/>
              <w:jc w:val="center"/>
              <w:rPr>
                <w:sz w:val="16"/>
                <w:szCs w:val="24"/>
              </w:rPr>
            </w:pPr>
            <w:r w:rsidRPr="007911BE">
              <w:rPr>
                <w:sz w:val="16"/>
                <w:szCs w:val="24"/>
              </w:rPr>
              <w:t>6</w:t>
            </w:r>
          </w:p>
        </w:tc>
      </w:tr>
      <w:tr w:rsidR="00F12170" w:rsidRPr="007911BE" w14:paraId="7AC3E59F" w14:textId="77777777" w:rsidTr="00B408C8">
        <w:trPr>
          <w:jc w:val="center"/>
        </w:trPr>
        <w:tc>
          <w:tcPr>
            <w:tcW w:w="0" w:type="auto"/>
            <w:vAlign w:val="center"/>
          </w:tcPr>
          <w:p w14:paraId="09E7D7A3"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1E484B94"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56882B8E" w14:textId="77777777" w:rsidR="00F12170" w:rsidRPr="007911BE" w:rsidRDefault="00000000">
            <w:pPr>
              <w:ind w:firstLine="0"/>
              <w:jc w:val="left"/>
              <w:rPr>
                <w:sz w:val="16"/>
                <w:szCs w:val="24"/>
              </w:rPr>
            </w:pPr>
            <w:r w:rsidRPr="007911BE">
              <w:rPr>
                <w:sz w:val="16"/>
                <w:szCs w:val="24"/>
              </w:rPr>
              <w:t>ЦФО</w:t>
            </w:r>
          </w:p>
        </w:tc>
        <w:tc>
          <w:tcPr>
            <w:tcW w:w="0" w:type="auto"/>
            <w:vAlign w:val="center"/>
          </w:tcPr>
          <w:p w14:paraId="40FBC8AB" w14:textId="77777777" w:rsidR="00F12170" w:rsidRPr="007911BE" w:rsidRDefault="00000000">
            <w:pPr>
              <w:ind w:firstLine="0"/>
              <w:jc w:val="center"/>
              <w:rPr>
                <w:sz w:val="16"/>
                <w:szCs w:val="24"/>
              </w:rPr>
            </w:pPr>
            <w:r w:rsidRPr="007911BE">
              <w:rPr>
                <w:sz w:val="16"/>
                <w:szCs w:val="24"/>
              </w:rPr>
              <w:t>16.16</w:t>
            </w:r>
          </w:p>
        </w:tc>
        <w:tc>
          <w:tcPr>
            <w:tcW w:w="0" w:type="auto"/>
            <w:vAlign w:val="center"/>
          </w:tcPr>
          <w:p w14:paraId="164E190C" w14:textId="77777777" w:rsidR="00F12170" w:rsidRPr="007911BE" w:rsidRDefault="00000000">
            <w:pPr>
              <w:ind w:firstLine="0"/>
              <w:jc w:val="center"/>
              <w:rPr>
                <w:sz w:val="16"/>
                <w:szCs w:val="24"/>
              </w:rPr>
            </w:pPr>
            <w:r w:rsidRPr="007911BE">
              <w:rPr>
                <w:sz w:val="16"/>
                <w:szCs w:val="24"/>
              </w:rPr>
              <w:t>15.65</w:t>
            </w:r>
          </w:p>
        </w:tc>
        <w:tc>
          <w:tcPr>
            <w:tcW w:w="0" w:type="auto"/>
            <w:vAlign w:val="center"/>
          </w:tcPr>
          <w:p w14:paraId="4D239B6E" w14:textId="77777777" w:rsidR="00F12170" w:rsidRPr="007911BE" w:rsidRDefault="00000000">
            <w:pPr>
              <w:ind w:firstLine="0"/>
              <w:jc w:val="center"/>
              <w:rPr>
                <w:sz w:val="16"/>
                <w:szCs w:val="24"/>
              </w:rPr>
            </w:pPr>
            <w:r w:rsidRPr="007911BE">
              <w:rPr>
                <w:sz w:val="16"/>
                <w:szCs w:val="24"/>
              </w:rPr>
              <w:t>7.7</w:t>
            </w:r>
          </w:p>
        </w:tc>
        <w:tc>
          <w:tcPr>
            <w:tcW w:w="0" w:type="auto"/>
            <w:vAlign w:val="center"/>
          </w:tcPr>
          <w:p w14:paraId="6A0E9C08" w14:textId="77777777" w:rsidR="00F12170" w:rsidRPr="007911BE" w:rsidRDefault="00000000">
            <w:pPr>
              <w:ind w:firstLine="0"/>
              <w:jc w:val="center"/>
              <w:rPr>
                <w:sz w:val="16"/>
                <w:szCs w:val="24"/>
              </w:rPr>
            </w:pPr>
            <w:r w:rsidRPr="007911BE">
              <w:rPr>
                <w:sz w:val="16"/>
                <w:szCs w:val="24"/>
              </w:rPr>
              <w:t>25.7</w:t>
            </w:r>
          </w:p>
        </w:tc>
        <w:tc>
          <w:tcPr>
            <w:tcW w:w="0" w:type="auto"/>
            <w:vAlign w:val="center"/>
          </w:tcPr>
          <w:p w14:paraId="4D84CD46" w14:textId="77777777" w:rsidR="00F12170" w:rsidRPr="007911BE" w:rsidRDefault="00000000">
            <w:pPr>
              <w:ind w:firstLine="0"/>
              <w:jc w:val="center"/>
              <w:rPr>
                <w:sz w:val="16"/>
                <w:szCs w:val="24"/>
              </w:rPr>
            </w:pPr>
            <w:r w:rsidRPr="007911BE">
              <w:rPr>
                <w:sz w:val="16"/>
                <w:szCs w:val="24"/>
              </w:rPr>
              <w:t>18</w:t>
            </w:r>
          </w:p>
        </w:tc>
      </w:tr>
      <w:tr w:rsidR="00F12170" w:rsidRPr="007911BE" w14:paraId="2152A6F4" w14:textId="77777777" w:rsidTr="00B408C8">
        <w:trPr>
          <w:jc w:val="center"/>
        </w:trPr>
        <w:tc>
          <w:tcPr>
            <w:tcW w:w="0" w:type="auto"/>
            <w:vAlign w:val="center"/>
          </w:tcPr>
          <w:p w14:paraId="484CF3E1" w14:textId="77777777" w:rsidR="00F12170" w:rsidRPr="007911BE" w:rsidRDefault="00000000">
            <w:pPr>
              <w:ind w:firstLine="0"/>
              <w:jc w:val="left"/>
              <w:rPr>
                <w:sz w:val="16"/>
                <w:szCs w:val="24"/>
              </w:rPr>
            </w:pPr>
            <w:r w:rsidRPr="007911BE">
              <w:rPr>
                <w:sz w:val="16"/>
                <w:szCs w:val="24"/>
              </w:rPr>
              <w:t>2.14.Я.1</w:t>
            </w:r>
          </w:p>
        </w:tc>
        <w:tc>
          <w:tcPr>
            <w:tcW w:w="0" w:type="auto"/>
            <w:vAlign w:val="center"/>
          </w:tcPr>
          <w:p w14:paraId="4B34E6F7" w14:textId="77777777" w:rsidR="00F12170" w:rsidRPr="007911BE" w:rsidRDefault="00000000">
            <w:pPr>
              <w:ind w:firstLine="0"/>
              <w:jc w:val="left"/>
              <w:rPr>
                <w:sz w:val="16"/>
                <w:szCs w:val="24"/>
                <w:lang w:val="ru-RU"/>
              </w:rPr>
            </w:pPr>
            <w:r w:rsidRPr="007911BE">
              <w:rPr>
                <w:sz w:val="16"/>
                <w:szCs w:val="24"/>
                <w:lang w:val="ru-RU"/>
              </w:rPr>
              <w:t>Уровень бедности среди многодетных семей</w:t>
            </w:r>
          </w:p>
        </w:tc>
        <w:tc>
          <w:tcPr>
            <w:tcW w:w="0" w:type="auto"/>
            <w:vAlign w:val="center"/>
          </w:tcPr>
          <w:p w14:paraId="478D5E9B" w14:textId="77777777" w:rsidR="00F12170" w:rsidRPr="007911BE" w:rsidRDefault="00000000">
            <w:pPr>
              <w:ind w:firstLine="0"/>
              <w:jc w:val="left"/>
              <w:rPr>
                <w:sz w:val="16"/>
                <w:szCs w:val="24"/>
              </w:rPr>
            </w:pPr>
            <w:r w:rsidRPr="007911BE">
              <w:rPr>
                <w:sz w:val="16"/>
                <w:szCs w:val="24"/>
              </w:rPr>
              <w:t>ЮФО</w:t>
            </w:r>
          </w:p>
        </w:tc>
        <w:tc>
          <w:tcPr>
            <w:tcW w:w="0" w:type="auto"/>
            <w:vAlign w:val="center"/>
          </w:tcPr>
          <w:p w14:paraId="15734816" w14:textId="77777777" w:rsidR="00F12170" w:rsidRPr="007911BE" w:rsidRDefault="00000000">
            <w:pPr>
              <w:ind w:firstLine="0"/>
              <w:jc w:val="center"/>
              <w:rPr>
                <w:sz w:val="16"/>
                <w:szCs w:val="24"/>
              </w:rPr>
            </w:pPr>
            <w:r w:rsidRPr="007911BE">
              <w:rPr>
                <w:sz w:val="16"/>
                <w:szCs w:val="24"/>
              </w:rPr>
              <w:t>18.34</w:t>
            </w:r>
          </w:p>
        </w:tc>
        <w:tc>
          <w:tcPr>
            <w:tcW w:w="0" w:type="auto"/>
            <w:vAlign w:val="center"/>
          </w:tcPr>
          <w:p w14:paraId="02A13D6D" w14:textId="77777777" w:rsidR="00F12170" w:rsidRPr="007911BE" w:rsidRDefault="00000000">
            <w:pPr>
              <w:ind w:firstLine="0"/>
              <w:jc w:val="center"/>
              <w:rPr>
                <w:sz w:val="16"/>
                <w:szCs w:val="24"/>
              </w:rPr>
            </w:pPr>
            <w:r w:rsidRPr="007911BE">
              <w:rPr>
                <w:sz w:val="16"/>
                <w:szCs w:val="24"/>
              </w:rPr>
              <w:t>17.8</w:t>
            </w:r>
          </w:p>
        </w:tc>
        <w:tc>
          <w:tcPr>
            <w:tcW w:w="0" w:type="auto"/>
            <w:vAlign w:val="center"/>
          </w:tcPr>
          <w:p w14:paraId="7EBE325F" w14:textId="77777777" w:rsidR="00F12170" w:rsidRPr="007911BE" w:rsidRDefault="00000000">
            <w:pPr>
              <w:ind w:firstLine="0"/>
              <w:jc w:val="center"/>
              <w:rPr>
                <w:sz w:val="16"/>
                <w:szCs w:val="24"/>
              </w:rPr>
            </w:pPr>
            <w:r w:rsidRPr="007911BE">
              <w:rPr>
                <w:sz w:val="16"/>
                <w:szCs w:val="24"/>
              </w:rPr>
              <w:t>11.3</w:t>
            </w:r>
          </w:p>
        </w:tc>
        <w:tc>
          <w:tcPr>
            <w:tcW w:w="0" w:type="auto"/>
            <w:vAlign w:val="center"/>
          </w:tcPr>
          <w:p w14:paraId="619F540F" w14:textId="77777777" w:rsidR="00F12170" w:rsidRPr="007911BE" w:rsidRDefault="00000000">
            <w:pPr>
              <w:ind w:firstLine="0"/>
              <w:jc w:val="center"/>
              <w:rPr>
                <w:sz w:val="16"/>
                <w:szCs w:val="24"/>
              </w:rPr>
            </w:pPr>
            <w:r w:rsidRPr="007911BE">
              <w:rPr>
                <w:sz w:val="16"/>
                <w:szCs w:val="24"/>
              </w:rPr>
              <w:t>30.2</w:t>
            </w:r>
          </w:p>
        </w:tc>
        <w:tc>
          <w:tcPr>
            <w:tcW w:w="0" w:type="auto"/>
            <w:vAlign w:val="center"/>
          </w:tcPr>
          <w:p w14:paraId="3868A36F" w14:textId="77777777" w:rsidR="00F12170" w:rsidRPr="007911BE" w:rsidRDefault="00000000">
            <w:pPr>
              <w:ind w:firstLine="0"/>
              <w:jc w:val="center"/>
              <w:rPr>
                <w:sz w:val="16"/>
                <w:szCs w:val="24"/>
              </w:rPr>
            </w:pPr>
            <w:r w:rsidRPr="007911BE">
              <w:rPr>
                <w:sz w:val="16"/>
                <w:szCs w:val="24"/>
              </w:rPr>
              <w:t>8</w:t>
            </w:r>
          </w:p>
        </w:tc>
      </w:tr>
      <w:tr w:rsidR="00F12170" w:rsidRPr="007911BE" w14:paraId="1B650F01" w14:textId="77777777" w:rsidTr="00B408C8">
        <w:trPr>
          <w:jc w:val="center"/>
        </w:trPr>
        <w:tc>
          <w:tcPr>
            <w:tcW w:w="0" w:type="auto"/>
            <w:vAlign w:val="center"/>
          </w:tcPr>
          <w:p w14:paraId="7ADB9902"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5589CEAC"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22CA7A86" w14:textId="77777777" w:rsidR="00F12170" w:rsidRPr="007911BE" w:rsidRDefault="00000000">
            <w:pPr>
              <w:ind w:firstLine="0"/>
              <w:jc w:val="left"/>
              <w:rPr>
                <w:sz w:val="16"/>
                <w:szCs w:val="24"/>
              </w:rPr>
            </w:pPr>
            <w:r w:rsidRPr="007911BE">
              <w:rPr>
                <w:sz w:val="16"/>
                <w:szCs w:val="24"/>
              </w:rPr>
              <w:t>ДФО</w:t>
            </w:r>
          </w:p>
        </w:tc>
        <w:tc>
          <w:tcPr>
            <w:tcW w:w="0" w:type="auto"/>
            <w:vAlign w:val="center"/>
          </w:tcPr>
          <w:p w14:paraId="4CCB1895" w14:textId="77777777" w:rsidR="00F12170" w:rsidRPr="007911BE" w:rsidRDefault="00000000">
            <w:pPr>
              <w:ind w:firstLine="0"/>
              <w:jc w:val="center"/>
              <w:rPr>
                <w:sz w:val="16"/>
                <w:szCs w:val="24"/>
              </w:rPr>
            </w:pPr>
            <w:r w:rsidRPr="007911BE">
              <w:rPr>
                <w:sz w:val="16"/>
                <w:szCs w:val="24"/>
              </w:rPr>
              <w:t>1.45</w:t>
            </w:r>
          </w:p>
        </w:tc>
        <w:tc>
          <w:tcPr>
            <w:tcW w:w="0" w:type="auto"/>
            <w:vAlign w:val="center"/>
          </w:tcPr>
          <w:p w14:paraId="267AE4EC" w14:textId="77777777" w:rsidR="00F12170" w:rsidRPr="007911BE" w:rsidRDefault="00000000">
            <w:pPr>
              <w:ind w:firstLine="0"/>
              <w:jc w:val="center"/>
              <w:rPr>
                <w:sz w:val="16"/>
                <w:szCs w:val="24"/>
              </w:rPr>
            </w:pPr>
            <w:r w:rsidRPr="007911BE">
              <w:rPr>
                <w:sz w:val="16"/>
                <w:szCs w:val="24"/>
              </w:rPr>
              <w:t>1.45</w:t>
            </w:r>
          </w:p>
        </w:tc>
        <w:tc>
          <w:tcPr>
            <w:tcW w:w="0" w:type="auto"/>
            <w:vAlign w:val="center"/>
          </w:tcPr>
          <w:p w14:paraId="53ACEE93" w14:textId="77777777" w:rsidR="00F12170" w:rsidRPr="007911BE" w:rsidRDefault="00000000">
            <w:pPr>
              <w:ind w:firstLine="0"/>
              <w:jc w:val="center"/>
              <w:rPr>
                <w:sz w:val="16"/>
                <w:szCs w:val="24"/>
              </w:rPr>
            </w:pPr>
            <w:r w:rsidRPr="007911BE">
              <w:rPr>
                <w:sz w:val="16"/>
                <w:szCs w:val="24"/>
              </w:rPr>
              <w:t>1.2</w:t>
            </w:r>
          </w:p>
        </w:tc>
        <w:tc>
          <w:tcPr>
            <w:tcW w:w="0" w:type="auto"/>
            <w:vAlign w:val="center"/>
          </w:tcPr>
          <w:p w14:paraId="2C496A20" w14:textId="77777777" w:rsidR="00F12170" w:rsidRPr="007911BE" w:rsidRDefault="00000000">
            <w:pPr>
              <w:ind w:firstLine="0"/>
              <w:jc w:val="center"/>
              <w:rPr>
                <w:sz w:val="16"/>
                <w:szCs w:val="24"/>
              </w:rPr>
            </w:pPr>
            <w:r w:rsidRPr="007911BE">
              <w:rPr>
                <w:sz w:val="16"/>
                <w:szCs w:val="24"/>
              </w:rPr>
              <w:t>1.68</w:t>
            </w:r>
          </w:p>
        </w:tc>
        <w:tc>
          <w:tcPr>
            <w:tcW w:w="0" w:type="auto"/>
            <w:vAlign w:val="center"/>
          </w:tcPr>
          <w:p w14:paraId="1779169C" w14:textId="77777777" w:rsidR="00F12170" w:rsidRPr="007911BE" w:rsidRDefault="00000000">
            <w:pPr>
              <w:ind w:firstLine="0"/>
              <w:jc w:val="center"/>
              <w:rPr>
                <w:sz w:val="16"/>
                <w:szCs w:val="24"/>
              </w:rPr>
            </w:pPr>
            <w:r w:rsidRPr="007911BE">
              <w:rPr>
                <w:sz w:val="16"/>
                <w:szCs w:val="24"/>
              </w:rPr>
              <w:t>11</w:t>
            </w:r>
          </w:p>
        </w:tc>
      </w:tr>
      <w:tr w:rsidR="00F12170" w:rsidRPr="007911BE" w14:paraId="0956F502" w14:textId="77777777" w:rsidTr="00B408C8">
        <w:trPr>
          <w:jc w:val="center"/>
        </w:trPr>
        <w:tc>
          <w:tcPr>
            <w:tcW w:w="0" w:type="auto"/>
            <w:vAlign w:val="center"/>
          </w:tcPr>
          <w:p w14:paraId="0EFD52E9"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27627B4E"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08211DD4" w14:textId="77777777" w:rsidR="00F12170" w:rsidRPr="007911BE" w:rsidRDefault="00000000">
            <w:pPr>
              <w:ind w:firstLine="0"/>
              <w:jc w:val="left"/>
              <w:rPr>
                <w:sz w:val="16"/>
                <w:szCs w:val="24"/>
              </w:rPr>
            </w:pPr>
            <w:r w:rsidRPr="007911BE">
              <w:rPr>
                <w:sz w:val="16"/>
                <w:szCs w:val="24"/>
              </w:rPr>
              <w:t>ПФО</w:t>
            </w:r>
          </w:p>
        </w:tc>
        <w:tc>
          <w:tcPr>
            <w:tcW w:w="0" w:type="auto"/>
            <w:vAlign w:val="center"/>
          </w:tcPr>
          <w:p w14:paraId="79821438" w14:textId="77777777" w:rsidR="00F12170" w:rsidRPr="007911BE" w:rsidRDefault="00000000">
            <w:pPr>
              <w:ind w:firstLine="0"/>
              <w:jc w:val="center"/>
              <w:rPr>
                <w:sz w:val="16"/>
                <w:szCs w:val="24"/>
              </w:rPr>
            </w:pPr>
            <w:r w:rsidRPr="007911BE">
              <w:rPr>
                <w:sz w:val="16"/>
                <w:szCs w:val="24"/>
              </w:rPr>
              <w:t>1.28</w:t>
            </w:r>
          </w:p>
        </w:tc>
        <w:tc>
          <w:tcPr>
            <w:tcW w:w="0" w:type="auto"/>
            <w:vAlign w:val="center"/>
          </w:tcPr>
          <w:p w14:paraId="0E4EB01E" w14:textId="77777777" w:rsidR="00F12170" w:rsidRPr="007911BE" w:rsidRDefault="00000000">
            <w:pPr>
              <w:ind w:firstLine="0"/>
              <w:jc w:val="center"/>
              <w:rPr>
                <w:sz w:val="16"/>
                <w:szCs w:val="24"/>
              </w:rPr>
            </w:pPr>
            <w:r w:rsidRPr="007911BE">
              <w:rPr>
                <w:sz w:val="16"/>
                <w:szCs w:val="24"/>
              </w:rPr>
              <w:t>1.31</w:t>
            </w:r>
          </w:p>
        </w:tc>
        <w:tc>
          <w:tcPr>
            <w:tcW w:w="0" w:type="auto"/>
            <w:vAlign w:val="center"/>
          </w:tcPr>
          <w:p w14:paraId="7BC72777" w14:textId="77777777" w:rsidR="00F12170" w:rsidRPr="007911BE" w:rsidRDefault="00000000">
            <w:pPr>
              <w:ind w:firstLine="0"/>
              <w:jc w:val="center"/>
              <w:rPr>
                <w:sz w:val="16"/>
                <w:szCs w:val="24"/>
              </w:rPr>
            </w:pPr>
            <w:r w:rsidRPr="007911BE">
              <w:rPr>
                <w:sz w:val="16"/>
                <w:szCs w:val="24"/>
              </w:rPr>
              <w:t>1.02</w:t>
            </w:r>
          </w:p>
        </w:tc>
        <w:tc>
          <w:tcPr>
            <w:tcW w:w="0" w:type="auto"/>
            <w:vAlign w:val="center"/>
          </w:tcPr>
          <w:p w14:paraId="224205C1" w14:textId="77777777" w:rsidR="00F12170" w:rsidRPr="007911BE" w:rsidRDefault="00000000">
            <w:pPr>
              <w:ind w:firstLine="0"/>
              <w:jc w:val="center"/>
              <w:rPr>
                <w:sz w:val="16"/>
                <w:szCs w:val="24"/>
              </w:rPr>
            </w:pPr>
            <w:r w:rsidRPr="007911BE">
              <w:rPr>
                <w:sz w:val="16"/>
                <w:szCs w:val="24"/>
              </w:rPr>
              <w:t>1.43</w:t>
            </w:r>
          </w:p>
        </w:tc>
        <w:tc>
          <w:tcPr>
            <w:tcW w:w="0" w:type="auto"/>
            <w:vAlign w:val="center"/>
          </w:tcPr>
          <w:p w14:paraId="59E38AF6" w14:textId="77777777" w:rsidR="00F12170" w:rsidRPr="007911BE" w:rsidRDefault="00000000">
            <w:pPr>
              <w:ind w:firstLine="0"/>
              <w:jc w:val="center"/>
              <w:rPr>
                <w:sz w:val="16"/>
                <w:szCs w:val="24"/>
              </w:rPr>
            </w:pPr>
            <w:r w:rsidRPr="007911BE">
              <w:rPr>
                <w:sz w:val="16"/>
                <w:szCs w:val="24"/>
              </w:rPr>
              <w:t>14</w:t>
            </w:r>
          </w:p>
        </w:tc>
      </w:tr>
      <w:tr w:rsidR="00F12170" w:rsidRPr="007911BE" w14:paraId="500E2FEE" w14:textId="77777777" w:rsidTr="00B408C8">
        <w:trPr>
          <w:jc w:val="center"/>
        </w:trPr>
        <w:tc>
          <w:tcPr>
            <w:tcW w:w="0" w:type="auto"/>
            <w:vAlign w:val="center"/>
          </w:tcPr>
          <w:p w14:paraId="680207F2"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30F7ADED"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28D81CDD" w14:textId="77777777" w:rsidR="00F12170" w:rsidRPr="007911BE" w:rsidRDefault="00000000">
            <w:pPr>
              <w:ind w:firstLine="0"/>
              <w:jc w:val="left"/>
              <w:rPr>
                <w:sz w:val="16"/>
                <w:szCs w:val="24"/>
              </w:rPr>
            </w:pPr>
            <w:r w:rsidRPr="007911BE">
              <w:rPr>
                <w:sz w:val="16"/>
                <w:szCs w:val="24"/>
              </w:rPr>
              <w:t>СЗФО</w:t>
            </w:r>
          </w:p>
        </w:tc>
        <w:tc>
          <w:tcPr>
            <w:tcW w:w="0" w:type="auto"/>
            <w:vAlign w:val="center"/>
          </w:tcPr>
          <w:p w14:paraId="05D813DE" w14:textId="77777777" w:rsidR="00F12170" w:rsidRPr="007911BE" w:rsidRDefault="00000000">
            <w:pPr>
              <w:ind w:firstLine="0"/>
              <w:jc w:val="center"/>
              <w:rPr>
                <w:sz w:val="16"/>
                <w:szCs w:val="24"/>
              </w:rPr>
            </w:pPr>
            <w:r w:rsidRPr="007911BE">
              <w:rPr>
                <w:sz w:val="16"/>
                <w:szCs w:val="24"/>
              </w:rPr>
              <w:t>1.3</w:t>
            </w:r>
          </w:p>
        </w:tc>
        <w:tc>
          <w:tcPr>
            <w:tcW w:w="0" w:type="auto"/>
            <w:vAlign w:val="center"/>
          </w:tcPr>
          <w:p w14:paraId="4D7EED5C" w14:textId="77777777" w:rsidR="00F12170" w:rsidRPr="007911BE" w:rsidRDefault="00000000">
            <w:pPr>
              <w:ind w:firstLine="0"/>
              <w:jc w:val="center"/>
              <w:rPr>
                <w:sz w:val="16"/>
                <w:szCs w:val="24"/>
              </w:rPr>
            </w:pPr>
            <w:r w:rsidRPr="007911BE">
              <w:rPr>
                <w:sz w:val="16"/>
                <w:szCs w:val="24"/>
              </w:rPr>
              <w:t>1.27</w:t>
            </w:r>
          </w:p>
        </w:tc>
        <w:tc>
          <w:tcPr>
            <w:tcW w:w="0" w:type="auto"/>
            <w:vAlign w:val="center"/>
          </w:tcPr>
          <w:p w14:paraId="1964C7BA" w14:textId="77777777" w:rsidR="00F12170" w:rsidRPr="007911BE" w:rsidRDefault="00000000">
            <w:pPr>
              <w:ind w:firstLine="0"/>
              <w:jc w:val="center"/>
              <w:rPr>
                <w:sz w:val="16"/>
                <w:szCs w:val="24"/>
              </w:rPr>
            </w:pPr>
            <w:r w:rsidRPr="007911BE">
              <w:rPr>
                <w:sz w:val="16"/>
                <w:szCs w:val="24"/>
              </w:rPr>
              <w:t>0.91</w:t>
            </w:r>
          </w:p>
        </w:tc>
        <w:tc>
          <w:tcPr>
            <w:tcW w:w="0" w:type="auto"/>
            <w:vAlign w:val="center"/>
          </w:tcPr>
          <w:p w14:paraId="4A4EF439" w14:textId="77777777" w:rsidR="00F12170" w:rsidRPr="007911BE" w:rsidRDefault="00000000">
            <w:pPr>
              <w:ind w:firstLine="0"/>
              <w:jc w:val="center"/>
              <w:rPr>
                <w:sz w:val="16"/>
                <w:szCs w:val="24"/>
              </w:rPr>
            </w:pPr>
            <w:r w:rsidRPr="007911BE">
              <w:rPr>
                <w:sz w:val="16"/>
                <w:szCs w:val="24"/>
              </w:rPr>
              <w:t>1.5</w:t>
            </w:r>
          </w:p>
        </w:tc>
        <w:tc>
          <w:tcPr>
            <w:tcW w:w="0" w:type="auto"/>
            <w:vAlign w:val="center"/>
          </w:tcPr>
          <w:p w14:paraId="51FC1DC0" w14:textId="77777777" w:rsidR="00F12170" w:rsidRPr="007911BE" w:rsidRDefault="00000000">
            <w:pPr>
              <w:ind w:firstLine="0"/>
              <w:jc w:val="center"/>
              <w:rPr>
                <w:sz w:val="16"/>
                <w:szCs w:val="24"/>
              </w:rPr>
            </w:pPr>
            <w:r w:rsidRPr="007911BE">
              <w:rPr>
                <w:sz w:val="16"/>
                <w:szCs w:val="24"/>
              </w:rPr>
              <w:t>11</w:t>
            </w:r>
          </w:p>
        </w:tc>
      </w:tr>
      <w:tr w:rsidR="00F12170" w:rsidRPr="007911BE" w14:paraId="36031500" w14:textId="77777777" w:rsidTr="00B408C8">
        <w:trPr>
          <w:jc w:val="center"/>
        </w:trPr>
        <w:tc>
          <w:tcPr>
            <w:tcW w:w="0" w:type="auto"/>
            <w:vAlign w:val="center"/>
          </w:tcPr>
          <w:p w14:paraId="4B51ADDA"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17876FB8"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41D5B26C" w14:textId="77777777" w:rsidR="00F12170" w:rsidRPr="007911BE" w:rsidRDefault="00000000">
            <w:pPr>
              <w:ind w:firstLine="0"/>
              <w:jc w:val="left"/>
              <w:rPr>
                <w:sz w:val="16"/>
                <w:szCs w:val="24"/>
              </w:rPr>
            </w:pPr>
            <w:r w:rsidRPr="007911BE">
              <w:rPr>
                <w:sz w:val="16"/>
                <w:szCs w:val="24"/>
              </w:rPr>
              <w:t>СКФО</w:t>
            </w:r>
          </w:p>
        </w:tc>
        <w:tc>
          <w:tcPr>
            <w:tcW w:w="0" w:type="auto"/>
            <w:vAlign w:val="center"/>
          </w:tcPr>
          <w:p w14:paraId="3E2AA523" w14:textId="77777777" w:rsidR="00F12170" w:rsidRPr="007911BE" w:rsidRDefault="00000000">
            <w:pPr>
              <w:ind w:firstLine="0"/>
              <w:jc w:val="center"/>
              <w:rPr>
                <w:sz w:val="16"/>
                <w:szCs w:val="24"/>
              </w:rPr>
            </w:pPr>
            <w:r w:rsidRPr="007911BE">
              <w:rPr>
                <w:sz w:val="16"/>
                <w:szCs w:val="24"/>
              </w:rPr>
              <w:t>1.68</w:t>
            </w:r>
          </w:p>
        </w:tc>
        <w:tc>
          <w:tcPr>
            <w:tcW w:w="0" w:type="auto"/>
            <w:vAlign w:val="center"/>
          </w:tcPr>
          <w:p w14:paraId="050E09A2" w14:textId="77777777" w:rsidR="00F12170" w:rsidRPr="007911BE" w:rsidRDefault="00000000">
            <w:pPr>
              <w:ind w:firstLine="0"/>
              <w:jc w:val="center"/>
              <w:rPr>
                <w:sz w:val="16"/>
                <w:szCs w:val="24"/>
              </w:rPr>
            </w:pPr>
            <w:r w:rsidRPr="007911BE">
              <w:rPr>
                <w:sz w:val="16"/>
                <w:szCs w:val="24"/>
              </w:rPr>
              <w:t>1.58</w:t>
            </w:r>
          </w:p>
        </w:tc>
        <w:tc>
          <w:tcPr>
            <w:tcW w:w="0" w:type="auto"/>
            <w:vAlign w:val="center"/>
          </w:tcPr>
          <w:p w14:paraId="06943E22" w14:textId="77777777" w:rsidR="00F12170" w:rsidRPr="007911BE" w:rsidRDefault="00000000">
            <w:pPr>
              <w:ind w:firstLine="0"/>
              <w:jc w:val="center"/>
              <w:rPr>
                <w:sz w:val="16"/>
                <w:szCs w:val="24"/>
              </w:rPr>
            </w:pPr>
            <w:r w:rsidRPr="007911BE">
              <w:rPr>
                <w:sz w:val="16"/>
                <w:szCs w:val="24"/>
              </w:rPr>
              <w:t>1.23</w:t>
            </w:r>
          </w:p>
        </w:tc>
        <w:tc>
          <w:tcPr>
            <w:tcW w:w="0" w:type="auto"/>
            <w:vAlign w:val="center"/>
          </w:tcPr>
          <w:p w14:paraId="00204D43" w14:textId="77777777" w:rsidR="00F12170" w:rsidRPr="007911BE" w:rsidRDefault="00000000">
            <w:pPr>
              <w:ind w:firstLine="0"/>
              <w:jc w:val="center"/>
              <w:rPr>
                <w:sz w:val="16"/>
                <w:szCs w:val="24"/>
              </w:rPr>
            </w:pPr>
            <w:r w:rsidRPr="007911BE">
              <w:rPr>
                <w:sz w:val="16"/>
                <w:szCs w:val="24"/>
              </w:rPr>
              <w:t>2.58</w:t>
            </w:r>
          </w:p>
        </w:tc>
        <w:tc>
          <w:tcPr>
            <w:tcW w:w="0" w:type="auto"/>
            <w:vAlign w:val="center"/>
          </w:tcPr>
          <w:p w14:paraId="7240AB93" w14:textId="77777777" w:rsidR="00F12170" w:rsidRPr="007911BE" w:rsidRDefault="00000000">
            <w:pPr>
              <w:ind w:firstLine="0"/>
              <w:jc w:val="center"/>
              <w:rPr>
                <w:sz w:val="16"/>
                <w:szCs w:val="24"/>
              </w:rPr>
            </w:pPr>
            <w:r w:rsidRPr="007911BE">
              <w:rPr>
                <w:sz w:val="16"/>
                <w:szCs w:val="24"/>
              </w:rPr>
              <w:t>7</w:t>
            </w:r>
          </w:p>
        </w:tc>
      </w:tr>
      <w:tr w:rsidR="00F12170" w:rsidRPr="007911BE" w14:paraId="6764DBD2" w14:textId="77777777" w:rsidTr="00B408C8">
        <w:trPr>
          <w:jc w:val="center"/>
        </w:trPr>
        <w:tc>
          <w:tcPr>
            <w:tcW w:w="0" w:type="auto"/>
            <w:vAlign w:val="center"/>
          </w:tcPr>
          <w:p w14:paraId="2F4966C2"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2DF7FE70"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1DE8DFFD" w14:textId="77777777" w:rsidR="00F12170" w:rsidRPr="007911BE" w:rsidRDefault="00000000">
            <w:pPr>
              <w:ind w:firstLine="0"/>
              <w:jc w:val="left"/>
              <w:rPr>
                <w:sz w:val="16"/>
                <w:szCs w:val="24"/>
              </w:rPr>
            </w:pPr>
            <w:r w:rsidRPr="007911BE">
              <w:rPr>
                <w:sz w:val="16"/>
                <w:szCs w:val="24"/>
              </w:rPr>
              <w:t>СФО</w:t>
            </w:r>
          </w:p>
        </w:tc>
        <w:tc>
          <w:tcPr>
            <w:tcW w:w="0" w:type="auto"/>
            <w:vAlign w:val="center"/>
          </w:tcPr>
          <w:p w14:paraId="09E5A376" w14:textId="77777777" w:rsidR="00F12170" w:rsidRPr="007911BE" w:rsidRDefault="00000000">
            <w:pPr>
              <w:ind w:firstLine="0"/>
              <w:jc w:val="center"/>
              <w:rPr>
                <w:sz w:val="16"/>
                <w:szCs w:val="24"/>
              </w:rPr>
            </w:pPr>
            <w:r w:rsidRPr="007911BE">
              <w:rPr>
                <w:sz w:val="16"/>
                <w:szCs w:val="24"/>
              </w:rPr>
              <w:t>1.45</w:t>
            </w:r>
          </w:p>
        </w:tc>
        <w:tc>
          <w:tcPr>
            <w:tcW w:w="0" w:type="auto"/>
            <w:vAlign w:val="center"/>
          </w:tcPr>
          <w:p w14:paraId="49BCA256" w14:textId="77777777" w:rsidR="00F12170" w:rsidRPr="007911BE" w:rsidRDefault="00000000">
            <w:pPr>
              <w:ind w:firstLine="0"/>
              <w:jc w:val="center"/>
              <w:rPr>
                <w:sz w:val="16"/>
                <w:szCs w:val="24"/>
              </w:rPr>
            </w:pPr>
            <w:r w:rsidRPr="007911BE">
              <w:rPr>
                <w:sz w:val="16"/>
                <w:szCs w:val="24"/>
              </w:rPr>
              <w:t>1.4</w:t>
            </w:r>
          </w:p>
        </w:tc>
        <w:tc>
          <w:tcPr>
            <w:tcW w:w="0" w:type="auto"/>
            <w:vAlign w:val="center"/>
          </w:tcPr>
          <w:p w14:paraId="64AC871F" w14:textId="77777777" w:rsidR="00F12170" w:rsidRPr="007911BE" w:rsidRDefault="00000000">
            <w:pPr>
              <w:ind w:firstLine="0"/>
              <w:jc w:val="center"/>
              <w:rPr>
                <w:sz w:val="16"/>
                <w:szCs w:val="24"/>
              </w:rPr>
            </w:pPr>
            <w:r w:rsidRPr="007911BE">
              <w:rPr>
                <w:sz w:val="16"/>
                <w:szCs w:val="24"/>
              </w:rPr>
              <w:t>1.12</w:t>
            </w:r>
          </w:p>
        </w:tc>
        <w:tc>
          <w:tcPr>
            <w:tcW w:w="0" w:type="auto"/>
            <w:vAlign w:val="center"/>
          </w:tcPr>
          <w:p w14:paraId="49C88DD9" w14:textId="77777777" w:rsidR="00F12170" w:rsidRPr="007911BE" w:rsidRDefault="00000000">
            <w:pPr>
              <w:ind w:firstLine="0"/>
              <w:jc w:val="center"/>
              <w:rPr>
                <w:sz w:val="16"/>
                <w:szCs w:val="24"/>
              </w:rPr>
            </w:pPr>
            <w:r w:rsidRPr="007911BE">
              <w:rPr>
                <w:sz w:val="16"/>
                <w:szCs w:val="24"/>
              </w:rPr>
              <w:t>2.15</w:t>
            </w:r>
          </w:p>
        </w:tc>
        <w:tc>
          <w:tcPr>
            <w:tcW w:w="0" w:type="auto"/>
            <w:vAlign w:val="center"/>
          </w:tcPr>
          <w:p w14:paraId="2DF692A7" w14:textId="77777777" w:rsidR="00F12170" w:rsidRPr="007911BE" w:rsidRDefault="00000000">
            <w:pPr>
              <w:ind w:firstLine="0"/>
              <w:jc w:val="center"/>
              <w:rPr>
                <w:sz w:val="16"/>
                <w:szCs w:val="24"/>
              </w:rPr>
            </w:pPr>
            <w:r w:rsidRPr="007911BE">
              <w:rPr>
                <w:sz w:val="16"/>
                <w:szCs w:val="24"/>
              </w:rPr>
              <w:t>10</w:t>
            </w:r>
          </w:p>
        </w:tc>
      </w:tr>
      <w:tr w:rsidR="00F12170" w:rsidRPr="007911BE" w14:paraId="086F78FA" w14:textId="77777777" w:rsidTr="00B408C8">
        <w:trPr>
          <w:jc w:val="center"/>
        </w:trPr>
        <w:tc>
          <w:tcPr>
            <w:tcW w:w="0" w:type="auto"/>
            <w:vAlign w:val="center"/>
          </w:tcPr>
          <w:p w14:paraId="2351E840"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18479460"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0D13F867" w14:textId="77777777" w:rsidR="00F12170" w:rsidRPr="007911BE" w:rsidRDefault="00000000">
            <w:pPr>
              <w:ind w:firstLine="0"/>
              <w:jc w:val="left"/>
              <w:rPr>
                <w:sz w:val="16"/>
                <w:szCs w:val="24"/>
              </w:rPr>
            </w:pPr>
            <w:r w:rsidRPr="007911BE">
              <w:rPr>
                <w:sz w:val="16"/>
                <w:szCs w:val="24"/>
              </w:rPr>
              <w:t>УФО</w:t>
            </w:r>
          </w:p>
        </w:tc>
        <w:tc>
          <w:tcPr>
            <w:tcW w:w="0" w:type="auto"/>
            <w:vAlign w:val="center"/>
          </w:tcPr>
          <w:p w14:paraId="522D2C82" w14:textId="77777777" w:rsidR="00F12170" w:rsidRPr="007911BE" w:rsidRDefault="00000000">
            <w:pPr>
              <w:ind w:firstLine="0"/>
              <w:jc w:val="center"/>
              <w:rPr>
                <w:sz w:val="16"/>
                <w:szCs w:val="24"/>
              </w:rPr>
            </w:pPr>
            <w:r w:rsidRPr="007911BE">
              <w:rPr>
                <w:sz w:val="16"/>
                <w:szCs w:val="24"/>
              </w:rPr>
              <w:t>1.59</w:t>
            </w:r>
          </w:p>
        </w:tc>
        <w:tc>
          <w:tcPr>
            <w:tcW w:w="0" w:type="auto"/>
            <w:vAlign w:val="center"/>
          </w:tcPr>
          <w:p w14:paraId="2A114DB2" w14:textId="77777777" w:rsidR="00F12170" w:rsidRPr="007911BE" w:rsidRDefault="00000000">
            <w:pPr>
              <w:ind w:firstLine="0"/>
              <w:jc w:val="center"/>
              <w:rPr>
                <w:sz w:val="16"/>
                <w:szCs w:val="24"/>
              </w:rPr>
            </w:pPr>
            <w:r w:rsidRPr="007911BE">
              <w:rPr>
                <w:sz w:val="16"/>
                <w:szCs w:val="24"/>
              </w:rPr>
              <w:t>1.52</w:t>
            </w:r>
          </w:p>
        </w:tc>
        <w:tc>
          <w:tcPr>
            <w:tcW w:w="0" w:type="auto"/>
            <w:vAlign w:val="center"/>
          </w:tcPr>
          <w:p w14:paraId="74DE70AA" w14:textId="77777777" w:rsidR="00F12170" w:rsidRPr="007911BE" w:rsidRDefault="00000000">
            <w:pPr>
              <w:ind w:firstLine="0"/>
              <w:jc w:val="center"/>
              <w:rPr>
                <w:sz w:val="16"/>
                <w:szCs w:val="24"/>
              </w:rPr>
            </w:pPr>
            <w:r w:rsidRPr="007911BE">
              <w:rPr>
                <w:sz w:val="16"/>
                <w:szCs w:val="24"/>
              </w:rPr>
              <w:t>1.38</w:t>
            </w:r>
          </w:p>
        </w:tc>
        <w:tc>
          <w:tcPr>
            <w:tcW w:w="0" w:type="auto"/>
            <w:vAlign w:val="center"/>
          </w:tcPr>
          <w:p w14:paraId="14952325" w14:textId="77777777" w:rsidR="00F12170" w:rsidRPr="007911BE" w:rsidRDefault="00000000">
            <w:pPr>
              <w:ind w:firstLine="0"/>
              <w:jc w:val="center"/>
              <w:rPr>
                <w:sz w:val="16"/>
                <w:szCs w:val="24"/>
              </w:rPr>
            </w:pPr>
            <w:r w:rsidRPr="007911BE">
              <w:rPr>
                <w:sz w:val="16"/>
                <w:szCs w:val="24"/>
              </w:rPr>
              <w:t>2</w:t>
            </w:r>
          </w:p>
        </w:tc>
        <w:tc>
          <w:tcPr>
            <w:tcW w:w="0" w:type="auto"/>
            <w:vAlign w:val="center"/>
          </w:tcPr>
          <w:p w14:paraId="3871FFCF" w14:textId="77777777" w:rsidR="00F12170" w:rsidRPr="007911BE" w:rsidRDefault="00000000">
            <w:pPr>
              <w:ind w:firstLine="0"/>
              <w:jc w:val="center"/>
              <w:rPr>
                <w:sz w:val="16"/>
                <w:szCs w:val="24"/>
              </w:rPr>
            </w:pPr>
            <w:r w:rsidRPr="007911BE">
              <w:rPr>
                <w:sz w:val="16"/>
                <w:szCs w:val="24"/>
              </w:rPr>
              <w:t>6</w:t>
            </w:r>
          </w:p>
        </w:tc>
      </w:tr>
      <w:tr w:rsidR="00F12170" w:rsidRPr="007911BE" w14:paraId="6A1D6E3C" w14:textId="77777777" w:rsidTr="00B408C8">
        <w:trPr>
          <w:jc w:val="center"/>
        </w:trPr>
        <w:tc>
          <w:tcPr>
            <w:tcW w:w="0" w:type="auto"/>
            <w:vAlign w:val="center"/>
          </w:tcPr>
          <w:p w14:paraId="3780BAF4"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6090FBF4"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351EAD43" w14:textId="77777777" w:rsidR="00F12170" w:rsidRPr="007911BE" w:rsidRDefault="00000000">
            <w:pPr>
              <w:ind w:firstLine="0"/>
              <w:jc w:val="left"/>
              <w:rPr>
                <w:sz w:val="16"/>
                <w:szCs w:val="24"/>
              </w:rPr>
            </w:pPr>
            <w:r w:rsidRPr="007911BE">
              <w:rPr>
                <w:sz w:val="16"/>
                <w:szCs w:val="24"/>
              </w:rPr>
              <w:t>ЦФО</w:t>
            </w:r>
          </w:p>
        </w:tc>
        <w:tc>
          <w:tcPr>
            <w:tcW w:w="0" w:type="auto"/>
            <w:vAlign w:val="center"/>
          </w:tcPr>
          <w:p w14:paraId="74E9B336" w14:textId="77777777" w:rsidR="00F12170" w:rsidRPr="007911BE" w:rsidRDefault="00000000">
            <w:pPr>
              <w:ind w:firstLine="0"/>
              <w:jc w:val="center"/>
              <w:rPr>
                <w:sz w:val="16"/>
                <w:szCs w:val="24"/>
              </w:rPr>
            </w:pPr>
            <w:r w:rsidRPr="007911BE">
              <w:rPr>
                <w:sz w:val="16"/>
                <w:szCs w:val="24"/>
              </w:rPr>
              <w:t>1.19</w:t>
            </w:r>
          </w:p>
        </w:tc>
        <w:tc>
          <w:tcPr>
            <w:tcW w:w="0" w:type="auto"/>
            <w:vAlign w:val="center"/>
          </w:tcPr>
          <w:p w14:paraId="448D1095" w14:textId="77777777" w:rsidR="00F12170" w:rsidRPr="007911BE" w:rsidRDefault="00000000">
            <w:pPr>
              <w:ind w:firstLine="0"/>
              <w:jc w:val="center"/>
              <w:rPr>
                <w:sz w:val="16"/>
                <w:szCs w:val="24"/>
              </w:rPr>
            </w:pPr>
            <w:r w:rsidRPr="007911BE">
              <w:rPr>
                <w:sz w:val="16"/>
                <w:szCs w:val="24"/>
              </w:rPr>
              <w:t>1.16</w:t>
            </w:r>
          </w:p>
        </w:tc>
        <w:tc>
          <w:tcPr>
            <w:tcW w:w="0" w:type="auto"/>
            <w:vAlign w:val="center"/>
          </w:tcPr>
          <w:p w14:paraId="72C2089B" w14:textId="77777777" w:rsidR="00F12170" w:rsidRPr="007911BE" w:rsidRDefault="00000000">
            <w:pPr>
              <w:ind w:firstLine="0"/>
              <w:jc w:val="center"/>
              <w:rPr>
                <w:sz w:val="16"/>
                <w:szCs w:val="24"/>
              </w:rPr>
            </w:pPr>
            <w:r w:rsidRPr="007911BE">
              <w:rPr>
                <w:sz w:val="16"/>
                <w:szCs w:val="24"/>
              </w:rPr>
              <w:t>1.01</w:t>
            </w:r>
          </w:p>
        </w:tc>
        <w:tc>
          <w:tcPr>
            <w:tcW w:w="0" w:type="auto"/>
            <w:vAlign w:val="center"/>
          </w:tcPr>
          <w:p w14:paraId="18D11267" w14:textId="77777777" w:rsidR="00F12170" w:rsidRPr="007911BE" w:rsidRDefault="00000000">
            <w:pPr>
              <w:ind w:firstLine="0"/>
              <w:jc w:val="center"/>
              <w:rPr>
                <w:sz w:val="16"/>
                <w:szCs w:val="24"/>
              </w:rPr>
            </w:pPr>
            <w:r w:rsidRPr="007911BE">
              <w:rPr>
                <w:sz w:val="16"/>
                <w:szCs w:val="24"/>
              </w:rPr>
              <w:t>1.42</w:t>
            </w:r>
          </w:p>
        </w:tc>
        <w:tc>
          <w:tcPr>
            <w:tcW w:w="0" w:type="auto"/>
            <w:vAlign w:val="center"/>
          </w:tcPr>
          <w:p w14:paraId="27BBC912" w14:textId="77777777" w:rsidR="00F12170" w:rsidRPr="007911BE" w:rsidRDefault="00000000">
            <w:pPr>
              <w:ind w:firstLine="0"/>
              <w:jc w:val="center"/>
              <w:rPr>
                <w:sz w:val="16"/>
                <w:szCs w:val="24"/>
              </w:rPr>
            </w:pPr>
            <w:r w:rsidRPr="007911BE">
              <w:rPr>
                <w:sz w:val="16"/>
                <w:szCs w:val="24"/>
              </w:rPr>
              <w:t>18</w:t>
            </w:r>
          </w:p>
        </w:tc>
      </w:tr>
      <w:tr w:rsidR="00F12170" w:rsidRPr="007911BE" w14:paraId="3F699E46" w14:textId="77777777" w:rsidTr="00B408C8">
        <w:trPr>
          <w:jc w:val="center"/>
        </w:trPr>
        <w:tc>
          <w:tcPr>
            <w:tcW w:w="0" w:type="auto"/>
            <w:vAlign w:val="center"/>
          </w:tcPr>
          <w:p w14:paraId="061AE491" w14:textId="77777777" w:rsidR="00F12170" w:rsidRPr="007911BE" w:rsidRDefault="00000000">
            <w:pPr>
              <w:ind w:firstLine="0"/>
              <w:jc w:val="left"/>
              <w:rPr>
                <w:sz w:val="16"/>
                <w:szCs w:val="24"/>
              </w:rPr>
            </w:pPr>
            <w:r w:rsidRPr="007911BE">
              <w:rPr>
                <w:sz w:val="16"/>
                <w:szCs w:val="24"/>
              </w:rPr>
              <w:t>2.14.Я.2</w:t>
            </w:r>
          </w:p>
        </w:tc>
        <w:tc>
          <w:tcPr>
            <w:tcW w:w="0" w:type="auto"/>
            <w:vAlign w:val="center"/>
          </w:tcPr>
          <w:p w14:paraId="50BF5050" w14:textId="77777777" w:rsidR="00F12170" w:rsidRPr="007911BE" w:rsidRDefault="00000000">
            <w:pPr>
              <w:ind w:firstLine="0"/>
              <w:jc w:val="left"/>
              <w:rPr>
                <w:sz w:val="16"/>
                <w:szCs w:val="24"/>
              </w:rPr>
            </w:pPr>
            <w:proofErr w:type="spellStart"/>
            <w:r w:rsidRPr="007911BE">
              <w:rPr>
                <w:sz w:val="16"/>
                <w:szCs w:val="24"/>
              </w:rPr>
              <w:t>Суммарный</w:t>
            </w:r>
            <w:proofErr w:type="spellEnd"/>
            <w:r w:rsidRPr="007911BE">
              <w:rPr>
                <w:sz w:val="16"/>
                <w:szCs w:val="24"/>
              </w:rPr>
              <w:t xml:space="preserve"> </w:t>
            </w:r>
            <w:proofErr w:type="spellStart"/>
            <w:r w:rsidRPr="007911BE">
              <w:rPr>
                <w:sz w:val="16"/>
                <w:szCs w:val="24"/>
              </w:rPr>
              <w:t>коэффициент</w:t>
            </w:r>
            <w:proofErr w:type="spellEnd"/>
            <w:r w:rsidRPr="007911BE">
              <w:rPr>
                <w:sz w:val="16"/>
                <w:szCs w:val="24"/>
              </w:rPr>
              <w:t xml:space="preserve"> </w:t>
            </w:r>
            <w:proofErr w:type="spellStart"/>
            <w:r w:rsidRPr="007911BE">
              <w:rPr>
                <w:sz w:val="16"/>
                <w:szCs w:val="24"/>
              </w:rPr>
              <w:t>рождаемости</w:t>
            </w:r>
            <w:proofErr w:type="spellEnd"/>
            <w:r w:rsidRPr="007911BE">
              <w:rPr>
                <w:sz w:val="16"/>
                <w:szCs w:val="24"/>
              </w:rPr>
              <w:t xml:space="preserve"> (Я1)</w:t>
            </w:r>
          </w:p>
        </w:tc>
        <w:tc>
          <w:tcPr>
            <w:tcW w:w="0" w:type="auto"/>
            <w:vAlign w:val="center"/>
          </w:tcPr>
          <w:p w14:paraId="5678EB65" w14:textId="77777777" w:rsidR="00F12170" w:rsidRPr="007911BE" w:rsidRDefault="00000000">
            <w:pPr>
              <w:ind w:firstLine="0"/>
              <w:jc w:val="left"/>
              <w:rPr>
                <w:sz w:val="16"/>
                <w:szCs w:val="24"/>
              </w:rPr>
            </w:pPr>
            <w:r w:rsidRPr="007911BE">
              <w:rPr>
                <w:sz w:val="16"/>
                <w:szCs w:val="24"/>
              </w:rPr>
              <w:t>ЮФО</w:t>
            </w:r>
          </w:p>
        </w:tc>
        <w:tc>
          <w:tcPr>
            <w:tcW w:w="0" w:type="auto"/>
            <w:vAlign w:val="center"/>
          </w:tcPr>
          <w:p w14:paraId="77EB75D4" w14:textId="77777777" w:rsidR="00F12170" w:rsidRPr="007911BE" w:rsidRDefault="00000000">
            <w:pPr>
              <w:ind w:firstLine="0"/>
              <w:jc w:val="center"/>
              <w:rPr>
                <w:sz w:val="16"/>
                <w:szCs w:val="24"/>
              </w:rPr>
            </w:pPr>
            <w:r w:rsidRPr="007911BE">
              <w:rPr>
                <w:sz w:val="16"/>
                <w:szCs w:val="24"/>
              </w:rPr>
              <w:t>1.31</w:t>
            </w:r>
          </w:p>
        </w:tc>
        <w:tc>
          <w:tcPr>
            <w:tcW w:w="0" w:type="auto"/>
            <w:vAlign w:val="center"/>
          </w:tcPr>
          <w:p w14:paraId="1F1434B0" w14:textId="77777777" w:rsidR="00F12170" w:rsidRPr="007911BE" w:rsidRDefault="00000000">
            <w:pPr>
              <w:ind w:firstLine="0"/>
              <w:jc w:val="center"/>
              <w:rPr>
                <w:sz w:val="16"/>
                <w:szCs w:val="24"/>
              </w:rPr>
            </w:pPr>
            <w:r w:rsidRPr="007911BE">
              <w:rPr>
                <w:sz w:val="16"/>
                <w:szCs w:val="24"/>
              </w:rPr>
              <w:t>1.32</w:t>
            </w:r>
          </w:p>
        </w:tc>
        <w:tc>
          <w:tcPr>
            <w:tcW w:w="0" w:type="auto"/>
            <w:vAlign w:val="center"/>
          </w:tcPr>
          <w:p w14:paraId="6536025A" w14:textId="77777777" w:rsidR="00F12170" w:rsidRPr="007911BE" w:rsidRDefault="00000000">
            <w:pPr>
              <w:ind w:firstLine="0"/>
              <w:jc w:val="center"/>
              <w:rPr>
                <w:sz w:val="16"/>
                <w:szCs w:val="24"/>
              </w:rPr>
            </w:pPr>
            <w:r w:rsidRPr="007911BE">
              <w:rPr>
                <w:sz w:val="16"/>
                <w:szCs w:val="24"/>
              </w:rPr>
              <w:t>1.06</w:t>
            </w:r>
          </w:p>
        </w:tc>
        <w:tc>
          <w:tcPr>
            <w:tcW w:w="0" w:type="auto"/>
            <w:vAlign w:val="center"/>
          </w:tcPr>
          <w:p w14:paraId="64051C4C" w14:textId="77777777" w:rsidR="00F12170" w:rsidRPr="007911BE" w:rsidRDefault="00000000">
            <w:pPr>
              <w:ind w:firstLine="0"/>
              <w:jc w:val="center"/>
              <w:rPr>
                <w:sz w:val="16"/>
                <w:szCs w:val="24"/>
              </w:rPr>
            </w:pPr>
            <w:r w:rsidRPr="007911BE">
              <w:rPr>
                <w:sz w:val="16"/>
                <w:szCs w:val="24"/>
              </w:rPr>
              <w:t>1.57</w:t>
            </w:r>
          </w:p>
        </w:tc>
        <w:tc>
          <w:tcPr>
            <w:tcW w:w="0" w:type="auto"/>
            <w:vAlign w:val="center"/>
          </w:tcPr>
          <w:p w14:paraId="331B7523" w14:textId="77777777" w:rsidR="00F12170" w:rsidRPr="007911BE" w:rsidRDefault="00000000">
            <w:pPr>
              <w:ind w:firstLine="0"/>
              <w:jc w:val="center"/>
              <w:rPr>
                <w:sz w:val="16"/>
                <w:szCs w:val="24"/>
              </w:rPr>
            </w:pPr>
            <w:r w:rsidRPr="007911BE">
              <w:rPr>
                <w:sz w:val="16"/>
                <w:szCs w:val="24"/>
              </w:rPr>
              <w:t>8</w:t>
            </w:r>
          </w:p>
        </w:tc>
      </w:tr>
      <w:tr w:rsidR="00F12170" w:rsidRPr="007911BE" w14:paraId="0C8BF0F7" w14:textId="77777777" w:rsidTr="00B408C8">
        <w:trPr>
          <w:jc w:val="center"/>
        </w:trPr>
        <w:tc>
          <w:tcPr>
            <w:tcW w:w="0" w:type="auto"/>
            <w:vAlign w:val="center"/>
          </w:tcPr>
          <w:p w14:paraId="51E9C61C"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1062027B"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1B05E827" w14:textId="77777777" w:rsidR="00F12170" w:rsidRPr="007911BE" w:rsidRDefault="00000000">
            <w:pPr>
              <w:ind w:firstLine="0"/>
              <w:jc w:val="left"/>
              <w:rPr>
                <w:sz w:val="16"/>
                <w:szCs w:val="24"/>
              </w:rPr>
            </w:pPr>
            <w:r w:rsidRPr="007911BE">
              <w:rPr>
                <w:sz w:val="16"/>
                <w:szCs w:val="24"/>
              </w:rPr>
              <w:t>ДФО</w:t>
            </w:r>
          </w:p>
        </w:tc>
        <w:tc>
          <w:tcPr>
            <w:tcW w:w="0" w:type="auto"/>
            <w:vAlign w:val="center"/>
          </w:tcPr>
          <w:p w14:paraId="4CA7CDE0" w14:textId="77777777" w:rsidR="00F12170" w:rsidRPr="007911BE" w:rsidRDefault="00000000">
            <w:pPr>
              <w:ind w:firstLine="0"/>
              <w:jc w:val="center"/>
              <w:rPr>
                <w:sz w:val="16"/>
                <w:szCs w:val="24"/>
              </w:rPr>
            </w:pPr>
            <w:r w:rsidRPr="007911BE">
              <w:rPr>
                <w:sz w:val="16"/>
                <w:szCs w:val="24"/>
              </w:rPr>
              <w:t>0.45</w:t>
            </w:r>
          </w:p>
        </w:tc>
        <w:tc>
          <w:tcPr>
            <w:tcW w:w="0" w:type="auto"/>
            <w:vAlign w:val="center"/>
          </w:tcPr>
          <w:p w14:paraId="5C91DC92" w14:textId="77777777" w:rsidR="00F12170" w:rsidRPr="007911BE" w:rsidRDefault="00000000">
            <w:pPr>
              <w:ind w:firstLine="0"/>
              <w:jc w:val="center"/>
              <w:rPr>
                <w:sz w:val="16"/>
                <w:szCs w:val="24"/>
              </w:rPr>
            </w:pPr>
            <w:r w:rsidRPr="007911BE">
              <w:rPr>
                <w:sz w:val="16"/>
                <w:szCs w:val="24"/>
              </w:rPr>
              <w:t>0.44</w:t>
            </w:r>
          </w:p>
        </w:tc>
        <w:tc>
          <w:tcPr>
            <w:tcW w:w="0" w:type="auto"/>
            <w:vAlign w:val="center"/>
          </w:tcPr>
          <w:p w14:paraId="62C7B0D7" w14:textId="77777777" w:rsidR="00F12170" w:rsidRPr="007911BE" w:rsidRDefault="00000000">
            <w:pPr>
              <w:ind w:firstLine="0"/>
              <w:jc w:val="center"/>
              <w:rPr>
                <w:sz w:val="16"/>
                <w:szCs w:val="24"/>
              </w:rPr>
            </w:pPr>
            <w:r w:rsidRPr="007911BE">
              <w:rPr>
                <w:sz w:val="16"/>
                <w:szCs w:val="24"/>
              </w:rPr>
              <w:t>0.33</w:t>
            </w:r>
          </w:p>
        </w:tc>
        <w:tc>
          <w:tcPr>
            <w:tcW w:w="0" w:type="auto"/>
            <w:vAlign w:val="center"/>
          </w:tcPr>
          <w:p w14:paraId="21D82636" w14:textId="77777777" w:rsidR="00F12170" w:rsidRPr="007911BE" w:rsidRDefault="00000000">
            <w:pPr>
              <w:ind w:firstLine="0"/>
              <w:jc w:val="center"/>
              <w:rPr>
                <w:sz w:val="16"/>
                <w:szCs w:val="24"/>
              </w:rPr>
            </w:pPr>
            <w:r w:rsidRPr="007911BE">
              <w:rPr>
                <w:sz w:val="16"/>
                <w:szCs w:val="24"/>
              </w:rPr>
              <w:t>0.64</w:t>
            </w:r>
          </w:p>
        </w:tc>
        <w:tc>
          <w:tcPr>
            <w:tcW w:w="0" w:type="auto"/>
            <w:vAlign w:val="center"/>
          </w:tcPr>
          <w:p w14:paraId="7C3EB3FD" w14:textId="77777777" w:rsidR="00F12170" w:rsidRPr="007911BE" w:rsidRDefault="00000000">
            <w:pPr>
              <w:ind w:firstLine="0"/>
              <w:jc w:val="center"/>
              <w:rPr>
                <w:sz w:val="16"/>
                <w:szCs w:val="24"/>
              </w:rPr>
            </w:pPr>
            <w:r w:rsidRPr="007911BE">
              <w:rPr>
                <w:sz w:val="16"/>
                <w:szCs w:val="24"/>
              </w:rPr>
              <w:t>11</w:t>
            </w:r>
          </w:p>
        </w:tc>
      </w:tr>
      <w:tr w:rsidR="00F12170" w:rsidRPr="007911BE" w14:paraId="5D4094AE" w14:textId="77777777" w:rsidTr="00B408C8">
        <w:trPr>
          <w:jc w:val="center"/>
        </w:trPr>
        <w:tc>
          <w:tcPr>
            <w:tcW w:w="0" w:type="auto"/>
            <w:vAlign w:val="center"/>
          </w:tcPr>
          <w:p w14:paraId="6FA7F78A"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19D051BC"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67DC62A6" w14:textId="77777777" w:rsidR="00F12170" w:rsidRPr="007911BE" w:rsidRDefault="00000000">
            <w:pPr>
              <w:ind w:firstLine="0"/>
              <w:jc w:val="left"/>
              <w:rPr>
                <w:sz w:val="16"/>
                <w:szCs w:val="24"/>
              </w:rPr>
            </w:pPr>
            <w:r w:rsidRPr="007911BE">
              <w:rPr>
                <w:sz w:val="16"/>
                <w:szCs w:val="24"/>
              </w:rPr>
              <w:t>ПФО</w:t>
            </w:r>
          </w:p>
        </w:tc>
        <w:tc>
          <w:tcPr>
            <w:tcW w:w="0" w:type="auto"/>
            <w:vAlign w:val="center"/>
          </w:tcPr>
          <w:p w14:paraId="0CC173D8" w14:textId="77777777" w:rsidR="00F12170" w:rsidRPr="007911BE" w:rsidRDefault="00000000">
            <w:pPr>
              <w:ind w:firstLine="0"/>
              <w:jc w:val="center"/>
              <w:rPr>
                <w:sz w:val="16"/>
                <w:szCs w:val="24"/>
              </w:rPr>
            </w:pPr>
            <w:r w:rsidRPr="007911BE">
              <w:rPr>
                <w:sz w:val="16"/>
                <w:szCs w:val="24"/>
              </w:rPr>
              <w:t>0.32</w:t>
            </w:r>
          </w:p>
        </w:tc>
        <w:tc>
          <w:tcPr>
            <w:tcW w:w="0" w:type="auto"/>
            <w:vAlign w:val="center"/>
          </w:tcPr>
          <w:p w14:paraId="7485CA68" w14:textId="77777777" w:rsidR="00F12170" w:rsidRPr="007911BE" w:rsidRDefault="00000000">
            <w:pPr>
              <w:ind w:firstLine="0"/>
              <w:jc w:val="center"/>
              <w:rPr>
                <w:sz w:val="16"/>
                <w:szCs w:val="24"/>
              </w:rPr>
            </w:pPr>
            <w:r w:rsidRPr="007911BE">
              <w:rPr>
                <w:sz w:val="16"/>
                <w:szCs w:val="24"/>
              </w:rPr>
              <w:t>0.32</w:t>
            </w:r>
          </w:p>
        </w:tc>
        <w:tc>
          <w:tcPr>
            <w:tcW w:w="0" w:type="auto"/>
            <w:vAlign w:val="center"/>
          </w:tcPr>
          <w:p w14:paraId="4BB2E6AD" w14:textId="77777777" w:rsidR="00F12170" w:rsidRPr="007911BE" w:rsidRDefault="00000000">
            <w:pPr>
              <w:ind w:firstLine="0"/>
              <w:jc w:val="center"/>
              <w:rPr>
                <w:sz w:val="16"/>
                <w:szCs w:val="24"/>
              </w:rPr>
            </w:pPr>
            <w:r w:rsidRPr="007911BE">
              <w:rPr>
                <w:sz w:val="16"/>
                <w:szCs w:val="24"/>
              </w:rPr>
              <w:t>0.24</w:t>
            </w:r>
          </w:p>
        </w:tc>
        <w:tc>
          <w:tcPr>
            <w:tcW w:w="0" w:type="auto"/>
            <w:vAlign w:val="center"/>
          </w:tcPr>
          <w:p w14:paraId="29484E18" w14:textId="77777777" w:rsidR="00F12170" w:rsidRPr="007911BE" w:rsidRDefault="00000000">
            <w:pPr>
              <w:ind w:firstLine="0"/>
              <w:jc w:val="center"/>
              <w:rPr>
                <w:sz w:val="16"/>
                <w:szCs w:val="24"/>
              </w:rPr>
            </w:pPr>
            <w:r w:rsidRPr="007911BE">
              <w:rPr>
                <w:sz w:val="16"/>
                <w:szCs w:val="24"/>
              </w:rPr>
              <w:t>0.41</w:t>
            </w:r>
          </w:p>
        </w:tc>
        <w:tc>
          <w:tcPr>
            <w:tcW w:w="0" w:type="auto"/>
            <w:vAlign w:val="center"/>
          </w:tcPr>
          <w:p w14:paraId="55E8C0FD" w14:textId="77777777" w:rsidR="00F12170" w:rsidRPr="007911BE" w:rsidRDefault="00000000">
            <w:pPr>
              <w:ind w:firstLine="0"/>
              <w:jc w:val="center"/>
              <w:rPr>
                <w:sz w:val="16"/>
                <w:szCs w:val="24"/>
              </w:rPr>
            </w:pPr>
            <w:r w:rsidRPr="007911BE">
              <w:rPr>
                <w:sz w:val="16"/>
                <w:szCs w:val="24"/>
              </w:rPr>
              <w:t>14</w:t>
            </w:r>
          </w:p>
        </w:tc>
      </w:tr>
      <w:tr w:rsidR="00F12170" w:rsidRPr="007911BE" w14:paraId="66232CDE" w14:textId="77777777" w:rsidTr="00B408C8">
        <w:trPr>
          <w:jc w:val="center"/>
        </w:trPr>
        <w:tc>
          <w:tcPr>
            <w:tcW w:w="0" w:type="auto"/>
            <w:vAlign w:val="center"/>
          </w:tcPr>
          <w:p w14:paraId="1194D133"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152A39EB"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0FFC9C2E" w14:textId="77777777" w:rsidR="00F12170" w:rsidRPr="007911BE" w:rsidRDefault="00000000">
            <w:pPr>
              <w:ind w:firstLine="0"/>
              <w:jc w:val="left"/>
              <w:rPr>
                <w:sz w:val="16"/>
                <w:szCs w:val="24"/>
              </w:rPr>
            </w:pPr>
            <w:r w:rsidRPr="007911BE">
              <w:rPr>
                <w:sz w:val="16"/>
                <w:szCs w:val="24"/>
              </w:rPr>
              <w:t>СЗФО</w:t>
            </w:r>
          </w:p>
        </w:tc>
        <w:tc>
          <w:tcPr>
            <w:tcW w:w="0" w:type="auto"/>
            <w:vAlign w:val="center"/>
          </w:tcPr>
          <w:p w14:paraId="69003FD7" w14:textId="77777777" w:rsidR="00F12170" w:rsidRPr="007911BE" w:rsidRDefault="00000000">
            <w:pPr>
              <w:ind w:firstLine="0"/>
              <w:jc w:val="center"/>
              <w:rPr>
                <w:sz w:val="16"/>
                <w:szCs w:val="24"/>
              </w:rPr>
            </w:pPr>
            <w:r w:rsidRPr="007911BE">
              <w:rPr>
                <w:sz w:val="16"/>
                <w:szCs w:val="24"/>
              </w:rPr>
              <w:t>0.33</w:t>
            </w:r>
          </w:p>
        </w:tc>
        <w:tc>
          <w:tcPr>
            <w:tcW w:w="0" w:type="auto"/>
            <w:vAlign w:val="center"/>
          </w:tcPr>
          <w:p w14:paraId="499DFE9C" w14:textId="77777777" w:rsidR="00F12170" w:rsidRPr="007911BE" w:rsidRDefault="00000000">
            <w:pPr>
              <w:ind w:firstLine="0"/>
              <w:jc w:val="center"/>
              <w:rPr>
                <w:sz w:val="16"/>
                <w:szCs w:val="24"/>
              </w:rPr>
            </w:pPr>
            <w:r w:rsidRPr="007911BE">
              <w:rPr>
                <w:sz w:val="16"/>
                <w:szCs w:val="24"/>
              </w:rPr>
              <w:t>0.32</w:t>
            </w:r>
          </w:p>
        </w:tc>
        <w:tc>
          <w:tcPr>
            <w:tcW w:w="0" w:type="auto"/>
            <w:vAlign w:val="center"/>
          </w:tcPr>
          <w:p w14:paraId="4D3D88E7" w14:textId="77777777" w:rsidR="00F12170" w:rsidRPr="007911BE" w:rsidRDefault="00000000">
            <w:pPr>
              <w:ind w:firstLine="0"/>
              <w:jc w:val="center"/>
              <w:rPr>
                <w:sz w:val="16"/>
                <w:szCs w:val="24"/>
              </w:rPr>
            </w:pPr>
            <w:r w:rsidRPr="007911BE">
              <w:rPr>
                <w:sz w:val="16"/>
                <w:szCs w:val="24"/>
              </w:rPr>
              <w:t>0.21</w:t>
            </w:r>
          </w:p>
        </w:tc>
        <w:tc>
          <w:tcPr>
            <w:tcW w:w="0" w:type="auto"/>
            <w:vAlign w:val="center"/>
          </w:tcPr>
          <w:p w14:paraId="4CB9E4C7" w14:textId="77777777" w:rsidR="00F12170" w:rsidRPr="007911BE" w:rsidRDefault="00000000">
            <w:pPr>
              <w:ind w:firstLine="0"/>
              <w:jc w:val="center"/>
              <w:rPr>
                <w:sz w:val="16"/>
                <w:szCs w:val="24"/>
              </w:rPr>
            </w:pPr>
            <w:r w:rsidRPr="007911BE">
              <w:rPr>
                <w:sz w:val="16"/>
                <w:szCs w:val="24"/>
              </w:rPr>
              <w:t>0.59</w:t>
            </w:r>
          </w:p>
        </w:tc>
        <w:tc>
          <w:tcPr>
            <w:tcW w:w="0" w:type="auto"/>
            <w:vAlign w:val="center"/>
          </w:tcPr>
          <w:p w14:paraId="128A7E7D" w14:textId="77777777" w:rsidR="00F12170" w:rsidRPr="007911BE" w:rsidRDefault="00000000">
            <w:pPr>
              <w:ind w:firstLine="0"/>
              <w:jc w:val="center"/>
              <w:rPr>
                <w:sz w:val="16"/>
                <w:szCs w:val="24"/>
              </w:rPr>
            </w:pPr>
            <w:r w:rsidRPr="007911BE">
              <w:rPr>
                <w:sz w:val="16"/>
                <w:szCs w:val="24"/>
              </w:rPr>
              <w:t>11</w:t>
            </w:r>
          </w:p>
        </w:tc>
      </w:tr>
      <w:tr w:rsidR="00F12170" w:rsidRPr="007911BE" w14:paraId="6901F8F4" w14:textId="77777777" w:rsidTr="00B408C8">
        <w:trPr>
          <w:jc w:val="center"/>
        </w:trPr>
        <w:tc>
          <w:tcPr>
            <w:tcW w:w="0" w:type="auto"/>
            <w:vAlign w:val="center"/>
          </w:tcPr>
          <w:p w14:paraId="6E7D27F9"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527367CD"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3062167D" w14:textId="77777777" w:rsidR="00F12170" w:rsidRPr="007911BE" w:rsidRDefault="00000000">
            <w:pPr>
              <w:ind w:firstLine="0"/>
              <w:jc w:val="left"/>
              <w:rPr>
                <w:sz w:val="16"/>
                <w:szCs w:val="24"/>
              </w:rPr>
            </w:pPr>
            <w:r w:rsidRPr="007911BE">
              <w:rPr>
                <w:sz w:val="16"/>
                <w:szCs w:val="24"/>
              </w:rPr>
              <w:t>СКФО</w:t>
            </w:r>
          </w:p>
        </w:tc>
        <w:tc>
          <w:tcPr>
            <w:tcW w:w="0" w:type="auto"/>
            <w:vAlign w:val="center"/>
          </w:tcPr>
          <w:p w14:paraId="3E058C48" w14:textId="77777777" w:rsidR="00F12170" w:rsidRPr="007911BE" w:rsidRDefault="00000000">
            <w:pPr>
              <w:ind w:firstLine="0"/>
              <w:jc w:val="center"/>
              <w:rPr>
                <w:sz w:val="16"/>
                <w:szCs w:val="24"/>
              </w:rPr>
            </w:pPr>
            <w:r w:rsidRPr="007911BE">
              <w:rPr>
                <w:sz w:val="16"/>
                <w:szCs w:val="24"/>
              </w:rPr>
              <w:t>0.71</w:t>
            </w:r>
          </w:p>
        </w:tc>
        <w:tc>
          <w:tcPr>
            <w:tcW w:w="0" w:type="auto"/>
            <w:vAlign w:val="center"/>
          </w:tcPr>
          <w:p w14:paraId="75E37BF2" w14:textId="77777777" w:rsidR="00F12170" w:rsidRPr="007911BE" w:rsidRDefault="00000000">
            <w:pPr>
              <w:ind w:firstLine="0"/>
              <w:jc w:val="center"/>
              <w:rPr>
                <w:sz w:val="16"/>
                <w:szCs w:val="24"/>
              </w:rPr>
            </w:pPr>
            <w:r w:rsidRPr="007911BE">
              <w:rPr>
                <w:sz w:val="16"/>
                <w:szCs w:val="24"/>
              </w:rPr>
              <w:t>0.61</w:t>
            </w:r>
          </w:p>
        </w:tc>
        <w:tc>
          <w:tcPr>
            <w:tcW w:w="0" w:type="auto"/>
            <w:vAlign w:val="center"/>
          </w:tcPr>
          <w:p w14:paraId="3316F24B" w14:textId="77777777" w:rsidR="00F12170" w:rsidRPr="007911BE" w:rsidRDefault="00000000">
            <w:pPr>
              <w:ind w:firstLine="0"/>
              <w:jc w:val="center"/>
              <w:rPr>
                <w:sz w:val="16"/>
                <w:szCs w:val="24"/>
              </w:rPr>
            </w:pPr>
            <w:r w:rsidRPr="007911BE">
              <w:rPr>
                <w:sz w:val="16"/>
                <w:szCs w:val="24"/>
              </w:rPr>
              <w:t>0.36</w:t>
            </w:r>
          </w:p>
        </w:tc>
        <w:tc>
          <w:tcPr>
            <w:tcW w:w="0" w:type="auto"/>
            <w:vAlign w:val="center"/>
          </w:tcPr>
          <w:p w14:paraId="1259F8FF" w14:textId="77777777" w:rsidR="00F12170" w:rsidRPr="007911BE" w:rsidRDefault="00000000">
            <w:pPr>
              <w:ind w:firstLine="0"/>
              <w:jc w:val="center"/>
              <w:rPr>
                <w:sz w:val="16"/>
                <w:szCs w:val="24"/>
              </w:rPr>
            </w:pPr>
            <w:r w:rsidRPr="007911BE">
              <w:rPr>
                <w:sz w:val="16"/>
                <w:szCs w:val="24"/>
              </w:rPr>
              <w:t>1.34</w:t>
            </w:r>
          </w:p>
        </w:tc>
        <w:tc>
          <w:tcPr>
            <w:tcW w:w="0" w:type="auto"/>
            <w:vAlign w:val="center"/>
          </w:tcPr>
          <w:p w14:paraId="20B208A2" w14:textId="77777777" w:rsidR="00F12170" w:rsidRPr="007911BE" w:rsidRDefault="00000000">
            <w:pPr>
              <w:ind w:firstLine="0"/>
              <w:jc w:val="center"/>
              <w:rPr>
                <w:sz w:val="16"/>
                <w:szCs w:val="24"/>
              </w:rPr>
            </w:pPr>
            <w:r w:rsidRPr="007911BE">
              <w:rPr>
                <w:sz w:val="16"/>
                <w:szCs w:val="24"/>
              </w:rPr>
              <w:t>7</w:t>
            </w:r>
          </w:p>
        </w:tc>
      </w:tr>
      <w:tr w:rsidR="00F12170" w:rsidRPr="007911BE" w14:paraId="0C52EF45" w14:textId="77777777" w:rsidTr="00B408C8">
        <w:trPr>
          <w:jc w:val="center"/>
        </w:trPr>
        <w:tc>
          <w:tcPr>
            <w:tcW w:w="0" w:type="auto"/>
            <w:vAlign w:val="center"/>
          </w:tcPr>
          <w:p w14:paraId="0BB89B22"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44242FCF"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3B4AE47A" w14:textId="77777777" w:rsidR="00F12170" w:rsidRPr="007911BE" w:rsidRDefault="00000000">
            <w:pPr>
              <w:ind w:firstLine="0"/>
              <w:jc w:val="left"/>
              <w:rPr>
                <w:sz w:val="16"/>
                <w:szCs w:val="24"/>
              </w:rPr>
            </w:pPr>
            <w:r w:rsidRPr="007911BE">
              <w:rPr>
                <w:sz w:val="16"/>
                <w:szCs w:val="24"/>
              </w:rPr>
              <w:t>СФО</w:t>
            </w:r>
          </w:p>
        </w:tc>
        <w:tc>
          <w:tcPr>
            <w:tcW w:w="0" w:type="auto"/>
            <w:vAlign w:val="center"/>
          </w:tcPr>
          <w:p w14:paraId="432BF2B6" w14:textId="77777777" w:rsidR="00F12170" w:rsidRPr="007911BE" w:rsidRDefault="00000000">
            <w:pPr>
              <w:ind w:firstLine="0"/>
              <w:jc w:val="center"/>
              <w:rPr>
                <w:sz w:val="16"/>
                <w:szCs w:val="24"/>
              </w:rPr>
            </w:pPr>
            <w:r w:rsidRPr="007911BE">
              <w:rPr>
                <w:sz w:val="16"/>
                <w:szCs w:val="24"/>
              </w:rPr>
              <w:t>0.45</w:t>
            </w:r>
          </w:p>
        </w:tc>
        <w:tc>
          <w:tcPr>
            <w:tcW w:w="0" w:type="auto"/>
            <w:vAlign w:val="center"/>
          </w:tcPr>
          <w:p w14:paraId="080B1A85" w14:textId="77777777" w:rsidR="00F12170" w:rsidRPr="007911BE" w:rsidRDefault="00000000">
            <w:pPr>
              <w:ind w:firstLine="0"/>
              <w:jc w:val="center"/>
              <w:rPr>
                <w:sz w:val="16"/>
                <w:szCs w:val="24"/>
              </w:rPr>
            </w:pPr>
            <w:r w:rsidRPr="007911BE">
              <w:rPr>
                <w:sz w:val="16"/>
                <w:szCs w:val="24"/>
              </w:rPr>
              <w:t>0.37</w:t>
            </w:r>
          </w:p>
        </w:tc>
        <w:tc>
          <w:tcPr>
            <w:tcW w:w="0" w:type="auto"/>
            <w:vAlign w:val="center"/>
          </w:tcPr>
          <w:p w14:paraId="2D051119" w14:textId="77777777" w:rsidR="00F12170" w:rsidRPr="007911BE" w:rsidRDefault="00000000">
            <w:pPr>
              <w:ind w:firstLine="0"/>
              <w:jc w:val="center"/>
              <w:rPr>
                <w:sz w:val="16"/>
                <w:szCs w:val="24"/>
              </w:rPr>
            </w:pPr>
            <w:r w:rsidRPr="007911BE">
              <w:rPr>
                <w:sz w:val="16"/>
                <w:szCs w:val="24"/>
              </w:rPr>
              <w:t>0.28</w:t>
            </w:r>
          </w:p>
        </w:tc>
        <w:tc>
          <w:tcPr>
            <w:tcW w:w="0" w:type="auto"/>
            <w:vAlign w:val="center"/>
          </w:tcPr>
          <w:p w14:paraId="366DA913" w14:textId="77777777" w:rsidR="00F12170" w:rsidRPr="007911BE" w:rsidRDefault="00000000">
            <w:pPr>
              <w:ind w:firstLine="0"/>
              <w:jc w:val="center"/>
              <w:rPr>
                <w:sz w:val="16"/>
                <w:szCs w:val="24"/>
              </w:rPr>
            </w:pPr>
            <w:r w:rsidRPr="007911BE">
              <w:rPr>
                <w:sz w:val="16"/>
                <w:szCs w:val="24"/>
              </w:rPr>
              <w:t>0.97</w:t>
            </w:r>
          </w:p>
        </w:tc>
        <w:tc>
          <w:tcPr>
            <w:tcW w:w="0" w:type="auto"/>
            <w:vAlign w:val="center"/>
          </w:tcPr>
          <w:p w14:paraId="27FC1233" w14:textId="77777777" w:rsidR="00F12170" w:rsidRPr="007911BE" w:rsidRDefault="00000000">
            <w:pPr>
              <w:ind w:firstLine="0"/>
              <w:jc w:val="center"/>
              <w:rPr>
                <w:sz w:val="16"/>
                <w:szCs w:val="24"/>
              </w:rPr>
            </w:pPr>
            <w:r w:rsidRPr="007911BE">
              <w:rPr>
                <w:sz w:val="16"/>
                <w:szCs w:val="24"/>
              </w:rPr>
              <w:t>10</w:t>
            </w:r>
          </w:p>
        </w:tc>
      </w:tr>
      <w:tr w:rsidR="00F12170" w:rsidRPr="007911BE" w14:paraId="26D6F797" w14:textId="77777777" w:rsidTr="00B408C8">
        <w:trPr>
          <w:jc w:val="center"/>
        </w:trPr>
        <w:tc>
          <w:tcPr>
            <w:tcW w:w="0" w:type="auto"/>
            <w:vAlign w:val="center"/>
          </w:tcPr>
          <w:p w14:paraId="64B1DB24"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1630F34F"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6EF2E182" w14:textId="77777777" w:rsidR="00F12170" w:rsidRPr="007911BE" w:rsidRDefault="00000000">
            <w:pPr>
              <w:ind w:firstLine="0"/>
              <w:jc w:val="left"/>
              <w:rPr>
                <w:sz w:val="16"/>
                <w:szCs w:val="24"/>
              </w:rPr>
            </w:pPr>
            <w:r w:rsidRPr="007911BE">
              <w:rPr>
                <w:sz w:val="16"/>
                <w:szCs w:val="24"/>
              </w:rPr>
              <w:t>УФО</w:t>
            </w:r>
          </w:p>
        </w:tc>
        <w:tc>
          <w:tcPr>
            <w:tcW w:w="0" w:type="auto"/>
            <w:vAlign w:val="center"/>
          </w:tcPr>
          <w:p w14:paraId="76C220D3" w14:textId="77777777" w:rsidR="00F12170" w:rsidRPr="007911BE" w:rsidRDefault="00000000">
            <w:pPr>
              <w:ind w:firstLine="0"/>
              <w:jc w:val="center"/>
              <w:rPr>
                <w:sz w:val="16"/>
                <w:szCs w:val="24"/>
              </w:rPr>
            </w:pPr>
            <w:r w:rsidRPr="007911BE">
              <w:rPr>
                <w:sz w:val="16"/>
                <w:szCs w:val="24"/>
              </w:rPr>
              <w:t>0.48</w:t>
            </w:r>
          </w:p>
        </w:tc>
        <w:tc>
          <w:tcPr>
            <w:tcW w:w="0" w:type="auto"/>
            <w:vAlign w:val="center"/>
          </w:tcPr>
          <w:p w14:paraId="10722E60" w14:textId="77777777" w:rsidR="00F12170" w:rsidRPr="007911BE" w:rsidRDefault="00000000">
            <w:pPr>
              <w:ind w:firstLine="0"/>
              <w:jc w:val="center"/>
              <w:rPr>
                <w:sz w:val="16"/>
                <w:szCs w:val="24"/>
              </w:rPr>
            </w:pPr>
            <w:r w:rsidRPr="007911BE">
              <w:rPr>
                <w:sz w:val="16"/>
                <w:szCs w:val="24"/>
              </w:rPr>
              <w:t>0.48</w:t>
            </w:r>
          </w:p>
        </w:tc>
        <w:tc>
          <w:tcPr>
            <w:tcW w:w="0" w:type="auto"/>
            <w:vAlign w:val="center"/>
          </w:tcPr>
          <w:p w14:paraId="0769C5C3" w14:textId="77777777" w:rsidR="00F12170" w:rsidRPr="007911BE" w:rsidRDefault="00000000">
            <w:pPr>
              <w:ind w:firstLine="0"/>
              <w:jc w:val="center"/>
              <w:rPr>
                <w:sz w:val="16"/>
                <w:szCs w:val="24"/>
              </w:rPr>
            </w:pPr>
            <w:r w:rsidRPr="007911BE">
              <w:rPr>
                <w:sz w:val="16"/>
                <w:szCs w:val="24"/>
              </w:rPr>
              <w:t>0.36</w:t>
            </w:r>
          </w:p>
        </w:tc>
        <w:tc>
          <w:tcPr>
            <w:tcW w:w="0" w:type="auto"/>
            <w:vAlign w:val="center"/>
          </w:tcPr>
          <w:p w14:paraId="7FD475BF" w14:textId="77777777" w:rsidR="00F12170" w:rsidRPr="007911BE" w:rsidRDefault="00000000">
            <w:pPr>
              <w:ind w:firstLine="0"/>
              <w:jc w:val="center"/>
              <w:rPr>
                <w:sz w:val="16"/>
                <w:szCs w:val="24"/>
              </w:rPr>
            </w:pPr>
            <w:r w:rsidRPr="007911BE">
              <w:rPr>
                <w:sz w:val="16"/>
                <w:szCs w:val="24"/>
              </w:rPr>
              <w:t>0.66</w:t>
            </w:r>
          </w:p>
        </w:tc>
        <w:tc>
          <w:tcPr>
            <w:tcW w:w="0" w:type="auto"/>
            <w:vAlign w:val="center"/>
          </w:tcPr>
          <w:p w14:paraId="14B60B2A" w14:textId="77777777" w:rsidR="00F12170" w:rsidRPr="007911BE" w:rsidRDefault="00000000">
            <w:pPr>
              <w:ind w:firstLine="0"/>
              <w:jc w:val="center"/>
              <w:rPr>
                <w:sz w:val="16"/>
                <w:szCs w:val="24"/>
              </w:rPr>
            </w:pPr>
            <w:r w:rsidRPr="007911BE">
              <w:rPr>
                <w:sz w:val="16"/>
                <w:szCs w:val="24"/>
              </w:rPr>
              <w:t>6</w:t>
            </w:r>
          </w:p>
        </w:tc>
      </w:tr>
      <w:tr w:rsidR="00F12170" w:rsidRPr="007911BE" w14:paraId="6959820F" w14:textId="77777777" w:rsidTr="00B408C8">
        <w:trPr>
          <w:jc w:val="center"/>
        </w:trPr>
        <w:tc>
          <w:tcPr>
            <w:tcW w:w="0" w:type="auto"/>
            <w:vAlign w:val="center"/>
          </w:tcPr>
          <w:p w14:paraId="1FE53193"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36ABA673" w14:textId="77777777" w:rsidR="00F12170" w:rsidRPr="007911BE" w:rsidRDefault="00000000">
            <w:pPr>
              <w:ind w:firstLine="0"/>
              <w:jc w:val="left"/>
              <w:rPr>
                <w:sz w:val="16"/>
                <w:szCs w:val="24"/>
                <w:lang w:val="ru-RU"/>
              </w:rPr>
            </w:pPr>
            <w:r w:rsidRPr="007911BE">
              <w:rPr>
                <w:sz w:val="16"/>
                <w:szCs w:val="24"/>
                <w:lang w:val="ru-RU"/>
              </w:rPr>
              <w:t>Суммарный коэффициент рождаемости третьих и последующих детей (Я2)</w:t>
            </w:r>
          </w:p>
        </w:tc>
        <w:tc>
          <w:tcPr>
            <w:tcW w:w="0" w:type="auto"/>
            <w:vAlign w:val="center"/>
          </w:tcPr>
          <w:p w14:paraId="721D5FA4" w14:textId="77777777" w:rsidR="00F12170" w:rsidRPr="007911BE" w:rsidRDefault="00000000">
            <w:pPr>
              <w:ind w:firstLine="0"/>
              <w:jc w:val="left"/>
              <w:rPr>
                <w:sz w:val="16"/>
                <w:szCs w:val="24"/>
              </w:rPr>
            </w:pPr>
            <w:r w:rsidRPr="007911BE">
              <w:rPr>
                <w:sz w:val="16"/>
                <w:szCs w:val="24"/>
              </w:rPr>
              <w:t>ЦФО</w:t>
            </w:r>
          </w:p>
        </w:tc>
        <w:tc>
          <w:tcPr>
            <w:tcW w:w="0" w:type="auto"/>
            <w:vAlign w:val="center"/>
          </w:tcPr>
          <w:p w14:paraId="6BEB1CEC" w14:textId="77777777" w:rsidR="00F12170" w:rsidRPr="007911BE" w:rsidRDefault="00000000">
            <w:pPr>
              <w:ind w:firstLine="0"/>
              <w:jc w:val="center"/>
              <w:rPr>
                <w:sz w:val="16"/>
                <w:szCs w:val="24"/>
              </w:rPr>
            </w:pPr>
            <w:r w:rsidRPr="007911BE">
              <w:rPr>
                <w:sz w:val="16"/>
                <w:szCs w:val="24"/>
              </w:rPr>
              <w:t>0.28</w:t>
            </w:r>
          </w:p>
        </w:tc>
        <w:tc>
          <w:tcPr>
            <w:tcW w:w="0" w:type="auto"/>
            <w:vAlign w:val="center"/>
          </w:tcPr>
          <w:p w14:paraId="35C17DCD" w14:textId="77777777" w:rsidR="00F12170" w:rsidRPr="007911BE" w:rsidRDefault="00000000">
            <w:pPr>
              <w:ind w:firstLine="0"/>
              <w:jc w:val="center"/>
              <w:rPr>
                <w:sz w:val="16"/>
                <w:szCs w:val="24"/>
              </w:rPr>
            </w:pPr>
            <w:r w:rsidRPr="007911BE">
              <w:rPr>
                <w:sz w:val="16"/>
                <w:szCs w:val="24"/>
              </w:rPr>
              <w:t>0.27</w:t>
            </w:r>
          </w:p>
        </w:tc>
        <w:tc>
          <w:tcPr>
            <w:tcW w:w="0" w:type="auto"/>
            <w:vAlign w:val="center"/>
          </w:tcPr>
          <w:p w14:paraId="5B03E2E2" w14:textId="77777777" w:rsidR="00F12170" w:rsidRPr="007911BE" w:rsidRDefault="00000000">
            <w:pPr>
              <w:ind w:firstLine="0"/>
              <w:jc w:val="center"/>
              <w:rPr>
                <w:sz w:val="16"/>
                <w:szCs w:val="24"/>
              </w:rPr>
            </w:pPr>
            <w:r w:rsidRPr="007911BE">
              <w:rPr>
                <w:sz w:val="16"/>
                <w:szCs w:val="24"/>
              </w:rPr>
              <w:t>0.21</w:t>
            </w:r>
          </w:p>
        </w:tc>
        <w:tc>
          <w:tcPr>
            <w:tcW w:w="0" w:type="auto"/>
            <w:vAlign w:val="center"/>
          </w:tcPr>
          <w:p w14:paraId="3F23E7E5" w14:textId="77777777" w:rsidR="00F12170" w:rsidRPr="007911BE" w:rsidRDefault="00000000">
            <w:pPr>
              <w:ind w:firstLine="0"/>
              <w:jc w:val="center"/>
              <w:rPr>
                <w:sz w:val="16"/>
                <w:szCs w:val="24"/>
              </w:rPr>
            </w:pPr>
            <w:r w:rsidRPr="007911BE">
              <w:rPr>
                <w:sz w:val="16"/>
                <w:szCs w:val="24"/>
              </w:rPr>
              <w:t>0.41</w:t>
            </w:r>
          </w:p>
        </w:tc>
        <w:tc>
          <w:tcPr>
            <w:tcW w:w="0" w:type="auto"/>
            <w:vAlign w:val="center"/>
          </w:tcPr>
          <w:p w14:paraId="5F841654" w14:textId="77777777" w:rsidR="00F12170" w:rsidRPr="007911BE" w:rsidRDefault="00000000">
            <w:pPr>
              <w:ind w:firstLine="0"/>
              <w:jc w:val="center"/>
              <w:rPr>
                <w:sz w:val="16"/>
                <w:szCs w:val="24"/>
              </w:rPr>
            </w:pPr>
            <w:r w:rsidRPr="007911BE">
              <w:rPr>
                <w:sz w:val="16"/>
                <w:szCs w:val="24"/>
              </w:rPr>
              <w:t>18</w:t>
            </w:r>
          </w:p>
        </w:tc>
      </w:tr>
      <w:tr w:rsidR="00F12170" w:rsidRPr="007911BE" w14:paraId="23463388" w14:textId="77777777" w:rsidTr="00B408C8">
        <w:trPr>
          <w:jc w:val="center"/>
        </w:trPr>
        <w:tc>
          <w:tcPr>
            <w:tcW w:w="0" w:type="auto"/>
            <w:vAlign w:val="center"/>
          </w:tcPr>
          <w:p w14:paraId="29DF68B8" w14:textId="77777777" w:rsidR="00F12170" w:rsidRPr="007911BE" w:rsidRDefault="00000000">
            <w:pPr>
              <w:ind w:firstLine="0"/>
              <w:jc w:val="left"/>
              <w:rPr>
                <w:sz w:val="16"/>
                <w:szCs w:val="24"/>
              </w:rPr>
            </w:pPr>
            <w:r w:rsidRPr="007911BE">
              <w:rPr>
                <w:sz w:val="16"/>
                <w:szCs w:val="24"/>
              </w:rPr>
              <w:t>2.14.Я.3</w:t>
            </w:r>
          </w:p>
        </w:tc>
        <w:tc>
          <w:tcPr>
            <w:tcW w:w="0" w:type="auto"/>
            <w:vAlign w:val="center"/>
          </w:tcPr>
          <w:p w14:paraId="7AC12A90" w14:textId="77777777" w:rsidR="00F12170" w:rsidRPr="007911BE" w:rsidRDefault="00000000">
            <w:pPr>
              <w:ind w:firstLine="0"/>
              <w:jc w:val="left"/>
              <w:rPr>
                <w:sz w:val="16"/>
                <w:szCs w:val="24"/>
                <w:lang w:val="ru-RU"/>
              </w:rPr>
            </w:pPr>
            <w:r w:rsidRPr="007911BE">
              <w:rPr>
                <w:sz w:val="16"/>
                <w:szCs w:val="24"/>
                <w:lang w:val="ru-RU"/>
              </w:rPr>
              <w:t xml:space="preserve">Суммарный коэффициент рождаемости </w:t>
            </w:r>
            <w:r w:rsidRPr="007911BE">
              <w:rPr>
                <w:sz w:val="16"/>
                <w:szCs w:val="24"/>
                <w:lang w:val="ru-RU"/>
              </w:rPr>
              <w:lastRenderedPageBreak/>
              <w:t>третьих и последующих детей (Я2)</w:t>
            </w:r>
          </w:p>
        </w:tc>
        <w:tc>
          <w:tcPr>
            <w:tcW w:w="0" w:type="auto"/>
            <w:vAlign w:val="center"/>
          </w:tcPr>
          <w:p w14:paraId="5F8AE0B4" w14:textId="77777777" w:rsidR="00F12170" w:rsidRPr="007911BE" w:rsidRDefault="00000000">
            <w:pPr>
              <w:ind w:firstLine="0"/>
              <w:jc w:val="left"/>
              <w:rPr>
                <w:sz w:val="16"/>
                <w:szCs w:val="24"/>
              </w:rPr>
            </w:pPr>
            <w:r w:rsidRPr="007911BE">
              <w:rPr>
                <w:sz w:val="16"/>
                <w:szCs w:val="24"/>
              </w:rPr>
              <w:lastRenderedPageBreak/>
              <w:t>ЮФО</w:t>
            </w:r>
          </w:p>
        </w:tc>
        <w:tc>
          <w:tcPr>
            <w:tcW w:w="0" w:type="auto"/>
            <w:vAlign w:val="center"/>
          </w:tcPr>
          <w:p w14:paraId="6DDB461C" w14:textId="77777777" w:rsidR="00F12170" w:rsidRPr="007911BE" w:rsidRDefault="00000000">
            <w:pPr>
              <w:ind w:firstLine="0"/>
              <w:jc w:val="center"/>
              <w:rPr>
                <w:sz w:val="16"/>
                <w:szCs w:val="24"/>
              </w:rPr>
            </w:pPr>
            <w:r w:rsidRPr="007911BE">
              <w:rPr>
                <w:sz w:val="16"/>
                <w:szCs w:val="24"/>
              </w:rPr>
              <w:t>0.36</w:t>
            </w:r>
          </w:p>
        </w:tc>
        <w:tc>
          <w:tcPr>
            <w:tcW w:w="0" w:type="auto"/>
            <w:vAlign w:val="center"/>
          </w:tcPr>
          <w:p w14:paraId="101D8F85" w14:textId="77777777" w:rsidR="00F12170" w:rsidRPr="007911BE" w:rsidRDefault="00000000">
            <w:pPr>
              <w:ind w:firstLine="0"/>
              <w:jc w:val="center"/>
              <w:rPr>
                <w:sz w:val="16"/>
                <w:szCs w:val="24"/>
              </w:rPr>
            </w:pPr>
            <w:r w:rsidRPr="007911BE">
              <w:rPr>
                <w:sz w:val="16"/>
                <w:szCs w:val="24"/>
              </w:rPr>
              <w:t>0.36</w:t>
            </w:r>
          </w:p>
        </w:tc>
        <w:tc>
          <w:tcPr>
            <w:tcW w:w="0" w:type="auto"/>
            <w:vAlign w:val="center"/>
          </w:tcPr>
          <w:p w14:paraId="591791CB" w14:textId="77777777" w:rsidR="00F12170" w:rsidRPr="007911BE" w:rsidRDefault="00000000">
            <w:pPr>
              <w:ind w:firstLine="0"/>
              <w:jc w:val="center"/>
              <w:rPr>
                <w:sz w:val="16"/>
                <w:szCs w:val="24"/>
              </w:rPr>
            </w:pPr>
            <w:r w:rsidRPr="007911BE">
              <w:rPr>
                <w:sz w:val="16"/>
                <w:szCs w:val="24"/>
              </w:rPr>
              <w:t>0.19</w:t>
            </w:r>
          </w:p>
        </w:tc>
        <w:tc>
          <w:tcPr>
            <w:tcW w:w="0" w:type="auto"/>
            <w:vAlign w:val="center"/>
          </w:tcPr>
          <w:p w14:paraId="78410696" w14:textId="77777777" w:rsidR="00F12170" w:rsidRPr="007911BE" w:rsidRDefault="00000000">
            <w:pPr>
              <w:ind w:firstLine="0"/>
              <w:jc w:val="center"/>
              <w:rPr>
                <w:sz w:val="16"/>
                <w:szCs w:val="24"/>
              </w:rPr>
            </w:pPr>
            <w:r w:rsidRPr="007911BE">
              <w:rPr>
                <w:sz w:val="16"/>
                <w:szCs w:val="24"/>
              </w:rPr>
              <w:t>0.51</w:t>
            </w:r>
          </w:p>
        </w:tc>
        <w:tc>
          <w:tcPr>
            <w:tcW w:w="0" w:type="auto"/>
            <w:vAlign w:val="center"/>
          </w:tcPr>
          <w:p w14:paraId="71A6B3A2" w14:textId="77777777" w:rsidR="00F12170" w:rsidRPr="007911BE" w:rsidRDefault="00000000">
            <w:pPr>
              <w:ind w:firstLine="0"/>
              <w:jc w:val="center"/>
              <w:rPr>
                <w:sz w:val="16"/>
                <w:szCs w:val="24"/>
              </w:rPr>
            </w:pPr>
            <w:r w:rsidRPr="007911BE">
              <w:rPr>
                <w:sz w:val="16"/>
                <w:szCs w:val="24"/>
              </w:rPr>
              <w:t>8</w:t>
            </w:r>
          </w:p>
        </w:tc>
      </w:tr>
      <w:tr w:rsidR="00F12170" w:rsidRPr="007911BE" w14:paraId="73B729EB" w14:textId="77777777" w:rsidTr="00B408C8">
        <w:trPr>
          <w:jc w:val="center"/>
        </w:trPr>
        <w:tc>
          <w:tcPr>
            <w:tcW w:w="0" w:type="auto"/>
            <w:vAlign w:val="center"/>
          </w:tcPr>
          <w:p w14:paraId="5733AE9D"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74BE9E70"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4FD133FC" w14:textId="77777777" w:rsidR="00F12170" w:rsidRPr="007911BE" w:rsidRDefault="00000000">
            <w:pPr>
              <w:ind w:firstLine="0"/>
              <w:jc w:val="left"/>
              <w:rPr>
                <w:sz w:val="16"/>
                <w:szCs w:val="24"/>
              </w:rPr>
            </w:pPr>
            <w:r w:rsidRPr="007911BE">
              <w:rPr>
                <w:sz w:val="16"/>
                <w:szCs w:val="24"/>
              </w:rPr>
              <w:t>ДФО</w:t>
            </w:r>
          </w:p>
        </w:tc>
        <w:tc>
          <w:tcPr>
            <w:tcW w:w="0" w:type="auto"/>
            <w:vAlign w:val="center"/>
          </w:tcPr>
          <w:p w14:paraId="27C429C8" w14:textId="77777777" w:rsidR="00F12170" w:rsidRPr="007911BE" w:rsidRDefault="00000000">
            <w:pPr>
              <w:ind w:firstLine="0"/>
              <w:jc w:val="center"/>
              <w:rPr>
                <w:sz w:val="16"/>
                <w:szCs w:val="24"/>
              </w:rPr>
            </w:pPr>
            <w:r w:rsidRPr="007911BE">
              <w:rPr>
                <w:sz w:val="16"/>
                <w:szCs w:val="24"/>
              </w:rPr>
              <w:t>3.63</w:t>
            </w:r>
          </w:p>
        </w:tc>
        <w:tc>
          <w:tcPr>
            <w:tcW w:w="0" w:type="auto"/>
            <w:vAlign w:val="center"/>
          </w:tcPr>
          <w:p w14:paraId="2B83B254" w14:textId="77777777" w:rsidR="00F12170" w:rsidRPr="007911BE" w:rsidRDefault="00000000">
            <w:pPr>
              <w:ind w:firstLine="0"/>
              <w:jc w:val="center"/>
              <w:rPr>
                <w:sz w:val="16"/>
                <w:szCs w:val="24"/>
              </w:rPr>
            </w:pPr>
            <w:r w:rsidRPr="007911BE">
              <w:rPr>
                <w:sz w:val="16"/>
                <w:szCs w:val="24"/>
              </w:rPr>
              <w:t>3.4</w:t>
            </w:r>
          </w:p>
        </w:tc>
        <w:tc>
          <w:tcPr>
            <w:tcW w:w="0" w:type="auto"/>
            <w:vAlign w:val="center"/>
          </w:tcPr>
          <w:p w14:paraId="765CFDBB" w14:textId="77777777" w:rsidR="00F12170" w:rsidRPr="007911BE" w:rsidRDefault="00000000">
            <w:pPr>
              <w:ind w:firstLine="0"/>
              <w:jc w:val="center"/>
              <w:rPr>
                <w:sz w:val="16"/>
                <w:szCs w:val="24"/>
              </w:rPr>
            </w:pPr>
            <w:r w:rsidRPr="007911BE">
              <w:rPr>
                <w:sz w:val="16"/>
                <w:szCs w:val="24"/>
              </w:rPr>
              <w:t>0</w:t>
            </w:r>
          </w:p>
        </w:tc>
        <w:tc>
          <w:tcPr>
            <w:tcW w:w="0" w:type="auto"/>
            <w:vAlign w:val="center"/>
          </w:tcPr>
          <w:p w14:paraId="687ED821" w14:textId="77777777" w:rsidR="00F12170" w:rsidRPr="007911BE" w:rsidRDefault="00000000">
            <w:pPr>
              <w:ind w:firstLine="0"/>
              <w:jc w:val="center"/>
              <w:rPr>
                <w:sz w:val="16"/>
                <w:szCs w:val="24"/>
              </w:rPr>
            </w:pPr>
            <w:r w:rsidRPr="007911BE">
              <w:rPr>
                <w:sz w:val="16"/>
                <w:szCs w:val="24"/>
              </w:rPr>
              <w:t>7.2</w:t>
            </w:r>
          </w:p>
        </w:tc>
        <w:tc>
          <w:tcPr>
            <w:tcW w:w="0" w:type="auto"/>
            <w:vAlign w:val="center"/>
          </w:tcPr>
          <w:p w14:paraId="65366B16" w14:textId="77777777" w:rsidR="00F12170" w:rsidRPr="007911BE" w:rsidRDefault="00000000">
            <w:pPr>
              <w:ind w:firstLine="0"/>
              <w:jc w:val="center"/>
              <w:rPr>
                <w:sz w:val="16"/>
                <w:szCs w:val="24"/>
              </w:rPr>
            </w:pPr>
            <w:r w:rsidRPr="007911BE">
              <w:rPr>
                <w:sz w:val="16"/>
                <w:szCs w:val="24"/>
              </w:rPr>
              <w:t>11</w:t>
            </w:r>
          </w:p>
        </w:tc>
      </w:tr>
      <w:tr w:rsidR="00F12170" w:rsidRPr="007911BE" w14:paraId="46441C3E" w14:textId="77777777" w:rsidTr="00B408C8">
        <w:trPr>
          <w:jc w:val="center"/>
        </w:trPr>
        <w:tc>
          <w:tcPr>
            <w:tcW w:w="0" w:type="auto"/>
            <w:vAlign w:val="center"/>
          </w:tcPr>
          <w:p w14:paraId="54D01109"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4D2A5911"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6CA7AFFF" w14:textId="77777777" w:rsidR="00F12170" w:rsidRPr="007911BE" w:rsidRDefault="00000000">
            <w:pPr>
              <w:ind w:firstLine="0"/>
              <w:jc w:val="left"/>
              <w:rPr>
                <w:sz w:val="16"/>
                <w:szCs w:val="24"/>
              </w:rPr>
            </w:pPr>
            <w:r w:rsidRPr="007911BE">
              <w:rPr>
                <w:sz w:val="16"/>
                <w:szCs w:val="24"/>
              </w:rPr>
              <w:t>ПФО</w:t>
            </w:r>
          </w:p>
        </w:tc>
        <w:tc>
          <w:tcPr>
            <w:tcW w:w="0" w:type="auto"/>
            <w:vAlign w:val="center"/>
          </w:tcPr>
          <w:p w14:paraId="7817CD22" w14:textId="77777777" w:rsidR="00F12170" w:rsidRPr="007911BE" w:rsidRDefault="00000000">
            <w:pPr>
              <w:ind w:firstLine="0"/>
              <w:jc w:val="center"/>
              <w:rPr>
                <w:sz w:val="16"/>
                <w:szCs w:val="24"/>
              </w:rPr>
            </w:pPr>
            <w:r w:rsidRPr="007911BE">
              <w:rPr>
                <w:sz w:val="16"/>
                <w:szCs w:val="24"/>
              </w:rPr>
              <w:t>3.55</w:t>
            </w:r>
          </w:p>
        </w:tc>
        <w:tc>
          <w:tcPr>
            <w:tcW w:w="0" w:type="auto"/>
            <w:vAlign w:val="center"/>
          </w:tcPr>
          <w:p w14:paraId="44258929" w14:textId="77777777" w:rsidR="00F12170" w:rsidRPr="007911BE" w:rsidRDefault="00000000">
            <w:pPr>
              <w:ind w:firstLine="0"/>
              <w:jc w:val="center"/>
              <w:rPr>
                <w:sz w:val="16"/>
                <w:szCs w:val="24"/>
              </w:rPr>
            </w:pPr>
            <w:r w:rsidRPr="007911BE">
              <w:rPr>
                <w:sz w:val="16"/>
                <w:szCs w:val="24"/>
              </w:rPr>
              <w:t>3.3</w:t>
            </w:r>
          </w:p>
        </w:tc>
        <w:tc>
          <w:tcPr>
            <w:tcW w:w="0" w:type="auto"/>
            <w:vAlign w:val="center"/>
          </w:tcPr>
          <w:p w14:paraId="6F0BD4D1" w14:textId="77777777" w:rsidR="00F12170" w:rsidRPr="007911BE" w:rsidRDefault="00000000">
            <w:pPr>
              <w:ind w:firstLine="0"/>
              <w:jc w:val="center"/>
              <w:rPr>
                <w:sz w:val="16"/>
                <w:szCs w:val="24"/>
              </w:rPr>
            </w:pPr>
            <w:r w:rsidRPr="007911BE">
              <w:rPr>
                <w:sz w:val="16"/>
                <w:szCs w:val="24"/>
              </w:rPr>
              <w:t>1</w:t>
            </w:r>
          </w:p>
        </w:tc>
        <w:tc>
          <w:tcPr>
            <w:tcW w:w="0" w:type="auto"/>
            <w:vAlign w:val="center"/>
          </w:tcPr>
          <w:p w14:paraId="33F0377C" w14:textId="77777777" w:rsidR="00F12170" w:rsidRPr="007911BE" w:rsidRDefault="00000000">
            <w:pPr>
              <w:ind w:firstLine="0"/>
              <w:jc w:val="center"/>
              <w:rPr>
                <w:sz w:val="16"/>
                <w:szCs w:val="24"/>
              </w:rPr>
            </w:pPr>
            <w:r w:rsidRPr="007911BE">
              <w:rPr>
                <w:sz w:val="16"/>
                <w:szCs w:val="24"/>
              </w:rPr>
              <w:t>7.2</w:t>
            </w:r>
          </w:p>
        </w:tc>
        <w:tc>
          <w:tcPr>
            <w:tcW w:w="0" w:type="auto"/>
            <w:vAlign w:val="center"/>
          </w:tcPr>
          <w:p w14:paraId="218D56B5" w14:textId="77777777" w:rsidR="00F12170" w:rsidRPr="007911BE" w:rsidRDefault="00000000">
            <w:pPr>
              <w:ind w:firstLine="0"/>
              <w:jc w:val="center"/>
              <w:rPr>
                <w:sz w:val="16"/>
                <w:szCs w:val="24"/>
              </w:rPr>
            </w:pPr>
            <w:r w:rsidRPr="007911BE">
              <w:rPr>
                <w:sz w:val="16"/>
                <w:szCs w:val="24"/>
              </w:rPr>
              <w:t>14</w:t>
            </w:r>
          </w:p>
        </w:tc>
      </w:tr>
      <w:tr w:rsidR="00F12170" w:rsidRPr="007911BE" w14:paraId="4EE18092" w14:textId="77777777" w:rsidTr="00B408C8">
        <w:trPr>
          <w:jc w:val="center"/>
        </w:trPr>
        <w:tc>
          <w:tcPr>
            <w:tcW w:w="0" w:type="auto"/>
            <w:vAlign w:val="center"/>
          </w:tcPr>
          <w:p w14:paraId="3DFC6318"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16727121"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3F6AB78F" w14:textId="77777777" w:rsidR="00F12170" w:rsidRPr="007911BE" w:rsidRDefault="00000000">
            <w:pPr>
              <w:ind w:firstLine="0"/>
              <w:jc w:val="left"/>
              <w:rPr>
                <w:sz w:val="16"/>
                <w:szCs w:val="24"/>
              </w:rPr>
            </w:pPr>
            <w:r w:rsidRPr="007911BE">
              <w:rPr>
                <w:sz w:val="16"/>
                <w:szCs w:val="24"/>
              </w:rPr>
              <w:t>СЗФО</w:t>
            </w:r>
          </w:p>
        </w:tc>
        <w:tc>
          <w:tcPr>
            <w:tcW w:w="0" w:type="auto"/>
            <w:vAlign w:val="center"/>
          </w:tcPr>
          <w:p w14:paraId="7C10C81B" w14:textId="77777777" w:rsidR="00F12170" w:rsidRPr="007911BE" w:rsidRDefault="00000000">
            <w:pPr>
              <w:ind w:firstLine="0"/>
              <w:jc w:val="center"/>
              <w:rPr>
                <w:sz w:val="16"/>
                <w:szCs w:val="24"/>
              </w:rPr>
            </w:pPr>
            <w:r w:rsidRPr="007911BE">
              <w:rPr>
                <w:sz w:val="16"/>
                <w:szCs w:val="24"/>
              </w:rPr>
              <w:t>3.88</w:t>
            </w:r>
          </w:p>
        </w:tc>
        <w:tc>
          <w:tcPr>
            <w:tcW w:w="0" w:type="auto"/>
            <w:vAlign w:val="center"/>
          </w:tcPr>
          <w:p w14:paraId="2AD9A7E0" w14:textId="77777777" w:rsidR="00F12170" w:rsidRPr="007911BE" w:rsidRDefault="00000000">
            <w:pPr>
              <w:ind w:firstLine="0"/>
              <w:jc w:val="center"/>
              <w:rPr>
                <w:sz w:val="16"/>
                <w:szCs w:val="24"/>
              </w:rPr>
            </w:pPr>
            <w:r w:rsidRPr="007911BE">
              <w:rPr>
                <w:sz w:val="16"/>
                <w:szCs w:val="24"/>
              </w:rPr>
              <w:t>2.9</w:t>
            </w:r>
          </w:p>
        </w:tc>
        <w:tc>
          <w:tcPr>
            <w:tcW w:w="0" w:type="auto"/>
            <w:vAlign w:val="center"/>
          </w:tcPr>
          <w:p w14:paraId="7B09FDC9" w14:textId="77777777" w:rsidR="00F12170" w:rsidRPr="007911BE" w:rsidRDefault="00000000">
            <w:pPr>
              <w:ind w:firstLine="0"/>
              <w:jc w:val="center"/>
              <w:rPr>
                <w:sz w:val="16"/>
                <w:szCs w:val="24"/>
              </w:rPr>
            </w:pPr>
            <w:r w:rsidRPr="007911BE">
              <w:rPr>
                <w:sz w:val="16"/>
                <w:szCs w:val="24"/>
              </w:rPr>
              <w:t>0.9</w:t>
            </w:r>
          </w:p>
        </w:tc>
        <w:tc>
          <w:tcPr>
            <w:tcW w:w="0" w:type="auto"/>
            <w:vAlign w:val="center"/>
          </w:tcPr>
          <w:p w14:paraId="4959F7D0" w14:textId="77777777" w:rsidR="00F12170" w:rsidRPr="007911BE" w:rsidRDefault="00000000">
            <w:pPr>
              <w:ind w:firstLine="0"/>
              <w:jc w:val="center"/>
              <w:rPr>
                <w:sz w:val="16"/>
                <w:szCs w:val="24"/>
              </w:rPr>
            </w:pPr>
            <w:r w:rsidRPr="007911BE">
              <w:rPr>
                <w:sz w:val="16"/>
                <w:szCs w:val="24"/>
              </w:rPr>
              <w:t>10.2</w:t>
            </w:r>
          </w:p>
        </w:tc>
        <w:tc>
          <w:tcPr>
            <w:tcW w:w="0" w:type="auto"/>
            <w:vAlign w:val="center"/>
          </w:tcPr>
          <w:p w14:paraId="1B84C0B4" w14:textId="77777777" w:rsidR="00F12170" w:rsidRPr="007911BE" w:rsidRDefault="00000000">
            <w:pPr>
              <w:ind w:firstLine="0"/>
              <w:jc w:val="center"/>
              <w:rPr>
                <w:sz w:val="16"/>
                <w:szCs w:val="24"/>
              </w:rPr>
            </w:pPr>
            <w:r w:rsidRPr="007911BE">
              <w:rPr>
                <w:sz w:val="16"/>
                <w:szCs w:val="24"/>
              </w:rPr>
              <w:t>11</w:t>
            </w:r>
          </w:p>
        </w:tc>
      </w:tr>
      <w:tr w:rsidR="00F12170" w:rsidRPr="007911BE" w14:paraId="23B03E0E" w14:textId="77777777" w:rsidTr="00B408C8">
        <w:trPr>
          <w:jc w:val="center"/>
        </w:trPr>
        <w:tc>
          <w:tcPr>
            <w:tcW w:w="0" w:type="auto"/>
            <w:vAlign w:val="center"/>
          </w:tcPr>
          <w:p w14:paraId="3C0E504F"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0C2BB66D"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04023145" w14:textId="77777777" w:rsidR="00F12170" w:rsidRPr="007911BE" w:rsidRDefault="00000000">
            <w:pPr>
              <w:ind w:firstLine="0"/>
              <w:jc w:val="left"/>
              <w:rPr>
                <w:sz w:val="16"/>
                <w:szCs w:val="24"/>
              </w:rPr>
            </w:pPr>
            <w:r w:rsidRPr="007911BE">
              <w:rPr>
                <w:sz w:val="16"/>
                <w:szCs w:val="24"/>
              </w:rPr>
              <w:t>СКФО</w:t>
            </w:r>
          </w:p>
        </w:tc>
        <w:tc>
          <w:tcPr>
            <w:tcW w:w="0" w:type="auto"/>
            <w:vAlign w:val="center"/>
          </w:tcPr>
          <w:p w14:paraId="6328C3FC" w14:textId="77777777" w:rsidR="00F12170" w:rsidRPr="007911BE" w:rsidRDefault="00000000">
            <w:pPr>
              <w:ind w:firstLine="0"/>
              <w:jc w:val="center"/>
              <w:rPr>
                <w:sz w:val="16"/>
                <w:szCs w:val="24"/>
              </w:rPr>
            </w:pPr>
            <w:r w:rsidRPr="007911BE">
              <w:rPr>
                <w:sz w:val="16"/>
                <w:szCs w:val="24"/>
              </w:rPr>
              <w:t>4.01</w:t>
            </w:r>
          </w:p>
        </w:tc>
        <w:tc>
          <w:tcPr>
            <w:tcW w:w="0" w:type="auto"/>
            <w:vAlign w:val="center"/>
          </w:tcPr>
          <w:p w14:paraId="2DF382EC" w14:textId="77777777" w:rsidR="00F12170" w:rsidRPr="007911BE" w:rsidRDefault="00000000">
            <w:pPr>
              <w:ind w:firstLine="0"/>
              <w:jc w:val="center"/>
              <w:rPr>
                <w:sz w:val="16"/>
                <w:szCs w:val="24"/>
              </w:rPr>
            </w:pPr>
            <w:r w:rsidRPr="007911BE">
              <w:rPr>
                <w:sz w:val="16"/>
                <w:szCs w:val="24"/>
              </w:rPr>
              <w:t>4.2</w:t>
            </w:r>
          </w:p>
        </w:tc>
        <w:tc>
          <w:tcPr>
            <w:tcW w:w="0" w:type="auto"/>
            <w:vAlign w:val="center"/>
          </w:tcPr>
          <w:p w14:paraId="71F2728B" w14:textId="77777777" w:rsidR="00F12170" w:rsidRPr="007911BE" w:rsidRDefault="00000000">
            <w:pPr>
              <w:ind w:firstLine="0"/>
              <w:jc w:val="center"/>
              <w:rPr>
                <w:sz w:val="16"/>
                <w:szCs w:val="24"/>
              </w:rPr>
            </w:pPr>
            <w:r w:rsidRPr="007911BE">
              <w:rPr>
                <w:sz w:val="16"/>
                <w:szCs w:val="24"/>
              </w:rPr>
              <w:t>1.2</w:t>
            </w:r>
          </w:p>
        </w:tc>
        <w:tc>
          <w:tcPr>
            <w:tcW w:w="0" w:type="auto"/>
            <w:vAlign w:val="center"/>
          </w:tcPr>
          <w:p w14:paraId="7D214464" w14:textId="77777777" w:rsidR="00F12170" w:rsidRPr="007911BE" w:rsidRDefault="00000000">
            <w:pPr>
              <w:ind w:firstLine="0"/>
              <w:jc w:val="center"/>
              <w:rPr>
                <w:sz w:val="16"/>
                <w:szCs w:val="24"/>
              </w:rPr>
            </w:pPr>
            <w:r w:rsidRPr="007911BE">
              <w:rPr>
                <w:sz w:val="16"/>
                <w:szCs w:val="24"/>
              </w:rPr>
              <w:t>5.3</w:t>
            </w:r>
          </w:p>
        </w:tc>
        <w:tc>
          <w:tcPr>
            <w:tcW w:w="0" w:type="auto"/>
            <w:vAlign w:val="center"/>
          </w:tcPr>
          <w:p w14:paraId="0049A0F3" w14:textId="77777777" w:rsidR="00F12170" w:rsidRPr="007911BE" w:rsidRDefault="00000000">
            <w:pPr>
              <w:ind w:firstLine="0"/>
              <w:jc w:val="center"/>
              <w:rPr>
                <w:sz w:val="16"/>
                <w:szCs w:val="24"/>
              </w:rPr>
            </w:pPr>
            <w:r w:rsidRPr="007911BE">
              <w:rPr>
                <w:sz w:val="16"/>
                <w:szCs w:val="24"/>
              </w:rPr>
              <w:t>7</w:t>
            </w:r>
          </w:p>
        </w:tc>
      </w:tr>
      <w:tr w:rsidR="00F12170" w:rsidRPr="007911BE" w14:paraId="0C12F721" w14:textId="77777777" w:rsidTr="00B408C8">
        <w:trPr>
          <w:jc w:val="center"/>
        </w:trPr>
        <w:tc>
          <w:tcPr>
            <w:tcW w:w="0" w:type="auto"/>
            <w:vAlign w:val="center"/>
          </w:tcPr>
          <w:p w14:paraId="3B496645"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09E53C5D"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3A49605A" w14:textId="77777777" w:rsidR="00F12170" w:rsidRPr="007911BE" w:rsidRDefault="00000000">
            <w:pPr>
              <w:ind w:firstLine="0"/>
              <w:jc w:val="left"/>
              <w:rPr>
                <w:sz w:val="16"/>
                <w:szCs w:val="24"/>
              </w:rPr>
            </w:pPr>
            <w:r w:rsidRPr="007911BE">
              <w:rPr>
                <w:sz w:val="16"/>
                <w:szCs w:val="24"/>
              </w:rPr>
              <w:t>СФО</w:t>
            </w:r>
          </w:p>
        </w:tc>
        <w:tc>
          <w:tcPr>
            <w:tcW w:w="0" w:type="auto"/>
            <w:vAlign w:val="center"/>
          </w:tcPr>
          <w:p w14:paraId="2C0228C0" w14:textId="77777777" w:rsidR="00F12170" w:rsidRPr="007911BE" w:rsidRDefault="00000000">
            <w:pPr>
              <w:ind w:firstLine="0"/>
              <w:jc w:val="center"/>
              <w:rPr>
                <w:sz w:val="16"/>
                <w:szCs w:val="24"/>
              </w:rPr>
            </w:pPr>
            <w:r w:rsidRPr="007911BE">
              <w:rPr>
                <w:sz w:val="16"/>
                <w:szCs w:val="24"/>
              </w:rPr>
              <w:t>3.66</w:t>
            </w:r>
          </w:p>
        </w:tc>
        <w:tc>
          <w:tcPr>
            <w:tcW w:w="0" w:type="auto"/>
            <w:vAlign w:val="center"/>
          </w:tcPr>
          <w:p w14:paraId="69E20F3C" w14:textId="77777777" w:rsidR="00F12170" w:rsidRPr="007911BE" w:rsidRDefault="00000000">
            <w:pPr>
              <w:ind w:firstLine="0"/>
              <w:jc w:val="center"/>
              <w:rPr>
                <w:sz w:val="16"/>
                <w:szCs w:val="24"/>
              </w:rPr>
            </w:pPr>
            <w:r w:rsidRPr="007911BE">
              <w:rPr>
                <w:sz w:val="16"/>
                <w:szCs w:val="24"/>
              </w:rPr>
              <w:t>3.25</w:t>
            </w:r>
          </w:p>
        </w:tc>
        <w:tc>
          <w:tcPr>
            <w:tcW w:w="0" w:type="auto"/>
            <w:vAlign w:val="center"/>
          </w:tcPr>
          <w:p w14:paraId="206F678F" w14:textId="77777777" w:rsidR="00F12170" w:rsidRPr="007911BE" w:rsidRDefault="00000000">
            <w:pPr>
              <w:ind w:firstLine="0"/>
              <w:jc w:val="center"/>
              <w:rPr>
                <w:sz w:val="16"/>
                <w:szCs w:val="24"/>
              </w:rPr>
            </w:pPr>
            <w:r w:rsidRPr="007911BE">
              <w:rPr>
                <w:sz w:val="16"/>
                <w:szCs w:val="24"/>
              </w:rPr>
              <w:t>1.1</w:t>
            </w:r>
          </w:p>
        </w:tc>
        <w:tc>
          <w:tcPr>
            <w:tcW w:w="0" w:type="auto"/>
            <w:vAlign w:val="center"/>
          </w:tcPr>
          <w:p w14:paraId="6CE4AEF7" w14:textId="77777777" w:rsidR="00F12170" w:rsidRPr="007911BE" w:rsidRDefault="00000000">
            <w:pPr>
              <w:ind w:firstLine="0"/>
              <w:jc w:val="center"/>
              <w:rPr>
                <w:sz w:val="16"/>
                <w:szCs w:val="24"/>
              </w:rPr>
            </w:pPr>
            <w:r w:rsidRPr="007911BE">
              <w:rPr>
                <w:sz w:val="16"/>
                <w:szCs w:val="24"/>
              </w:rPr>
              <w:t>7.2</w:t>
            </w:r>
          </w:p>
        </w:tc>
        <w:tc>
          <w:tcPr>
            <w:tcW w:w="0" w:type="auto"/>
            <w:vAlign w:val="center"/>
          </w:tcPr>
          <w:p w14:paraId="1C1927A7" w14:textId="77777777" w:rsidR="00F12170" w:rsidRPr="007911BE" w:rsidRDefault="00000000">
            <w:pPr>
              <w:ind w:firstLine="0"/>
              <w:jc w:val="center"/>
              <w:rPr>
                <w:sz w:val="16"/>
                <w:szCs w:val="24"/>
              </w:rPr>
            </w:pPr>
            <w:r w:rsidRPr="007911BE">
              <w:rPr>
                <w:sz w:val="16"/>
                <w:szCs w:val="24"/>
              </w:rPr>
              <w:t>10</w:t>
            </w:r>
          </w:p>
        </w:tc>
      </w:tr>
      <w:tr w:rsidR="00F12170" w:rsidRPr="007911BE" w14:paraId="4FABEC23" w14:textId="77777777" w:rsidTr="00B408C8">
        <w:trPr>
          <w:jc w:val="center"/>
        </w:trPr>
        <w:tc>
          <w:tcPr>
            <w:tcW w:w="0" w:type="auto"/>
            <w:vAlign w:val="center"/>
          </w:tcPr>
          <w:p w14:paraId="4E9F6F13"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55750DAF"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069ACDFE" w14:textId="77777777" w:rsidR="00F12170" w:rsidRPr="007911BE" w:rsidRDefault="00000000">
            <w:pPr>
              <w:ind w:firstLine="0"/>
              <w:jc w:val="left"/>
              <w:rPr>
                <w:sz w:val="16"/>
                <w:szCs w:val="24"/>
              </w:rPr>
            </w:pPr>
            <w:r w:rsidRPr="007911BE">
              <w:rPr>
                <w:sz w:val="16"/>
                <w:szCs w:val="24"/>
              </w:rPr>
              <w:t>УФО</w:t>
            </w:r>
          </w:p>
        </w:tc>
        <w:tc>
          <w:tcPr>
            <w:tcW w:w="0" w:type="auto"/>
            <w:vAlign w:val="center"/>
          </w:tcPr>
          <w:p w14:paraId="7BDD2D76" w14:textId="77777777" w:rsidR="00F12170" w:rsidRPr="007911BE" w:rsidRDefault="00000000">
            <w:pPr>
              <w:ind w:firstLine="0"/>
              <w:jc w:val="center"/>
              <w:rPr>
                <w:sz w:val="16"/>
                <w:szCs w:val="24"/>
              </w:rPr>
            </w:pPr>
            <w:r w:rsidRPr="007911BE">
              <w:rPr>
                <w:sz w:val="16"/>
                <w:szCs w:val="24"/>
              </w:rPr>
              <w:t>2.92</w:t>
            </w:r>
          </w:p>
        </w:tc>
        <w:tc>
          <w:tcPr>
            <w:tcW w:w="0" w:type="auto"/>
            <w:vAlign w:val="center"/>
          </w:tcPr>
          <w:p w14:paraId="6F25FDCD" w14:textId="77777777" w:rsidR="00F12170" w:rsidRPr="007911BE" w:rsidRDefault="00000000">
            <w:pPr>
              <w:ind w:firstLine="0"/>
              <w:jc w:val="center"/>
              <w:rPr>
                <w:sz w:val="16"/>
                <w:szCs w:val="24"/>
              </w:rPr>
            </w:pPr>
            <w:r w:rsidRPr="007911BE">
              <w:rPr>
                <w:sz w:val="16"/>
                <w:szCs w:val="24"/>
              </w:rPr>
              <w:t>3.2</w:t>
            </w:r>
          </w:p>
        </w:tc>
        <w:tc>
          <w:tcPr>
            <w:tcW w:w="0" w:type="auto"/>
            <w:vAlign w:val="center"/>
          </w:tcPr>
          <w:p w14:paraId="1F869E15" w14:textId="77777777" w:rsidR="00F12170" w:rsidRPr="007911BE" w:rsidRDefault="00000000">
            <w:pPr>
              <w:ind w:firstLine="0"/>
              <w:jc w:val="center"/>
              <w:rPr>
                <w:sz w:val="16"/>
                <w:szCs w:val="24"/>
              </w:rPr>
            </w:pPr>
            <w:r w:rsidRPr="007911BE">
              <w:rPr>
                <w:sz w:val="16"/>
                <w:szCs w:val="24"/>
              </w:rPr>
              <w:t>1.4</w:t>
            </w:r>
          </w:p>
        </w:tc>
        <w:tc>
          <w:tcPr>
            <w:tcW w:w="0" w:type="auto"/>
            <w:vAlign w:val="center"/>
          </w:tcPr>
          <w:p w14:paraId="0A6B41CE" w14:textId="77777777" w:rsidR="00F12170" w:rsidRPr="007911BE" w:rsidRDefault="00000000">
            <w:pPr>
              <w:ind w:firstLine="0"/>
              <w:jc w:val="center"/>
              <w:rPr>
                <w:sz w:val="16"/>
                <w:szCs w:val="24"/>
              </w:rPr>
            </w:pPr>
            <w:r w:rsidRPr="007911BE">
              <w:rPr>
                <w:sz w:val="16"/>
                <w:szCs w:val="24"/>
              </w:rPr>
              <w:t>3.8</w:t>
            </w:r>
          </w:p>
        </w:tc>
        <w:tc>
          <w:tcPr>
            <w:tcW w:w="0" w:type="auto"/>
            <w:vAlign w:val="center"/>
          </w:tcPr>
          <w:p w14:paraId="4FC83BD3" w14:textId="77777777" w:rsidR="00F12170" w:rsidRPr="007911BE" w:rsidRDefault="00000000">
            <w:pPr>
              <w:ind w:firstLine="0"/>
              <w:jc w:val="center"/>
              <w:rPr>
                <w:sz w:val="16"/>
                <w:szCs w:val="24"/>
              </w:rPr>
            </w:pPr>
            <w:r w:rsidRPr="007911BE">
              <w:rPr>
                <w:sz w:val="16"/>
                <w:szCs w:val="24"/>
              </w:rPr>
              <w:t>6</w:t>
            </w:r>
          </w:p>
        </w:tc>
      </w:tr>
      <w:tr w:rsidR="00F12170" w:rsidRPr="007911BE" w14:paraId="74A6B2AC" w14:textId="77777777" w:rsidTr="00B408C8">
        <w:trPr>
          <w:jc w:val="center"/>
        </w:trPr>
        <w:tc>
          <w:tcPr>
            <w:tcW w:w="0" w:type="auto"/>
            <w:vAlign w:val="center"/>
          </w:tcPr>
          <w:p w14:paraId="118ED66E"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2FC4FA07"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32B89DA2" w14:textId="77777777" w:rsidR="00F12170" w:rsidRPr="007911BE" w:rsidRDefault="00000000">
            <w:pPr>
              <w:ind w:firstLine="0"/>
              <w:jc w:val="left"/>
              <w:rPr>
                <w:sz w:val="16"/>
                <w:szCs w:val="24"/>
              </w:rPr>
            </w:pPr>
            <w:r w:rsidRPr="007911BE">
              <w:rPr>
                <w:sz w:val="16"/>
                <w:szCs w:val="24"/>
              </w:rPr>
              <w:t>ЦФО</w:t>
            </w:r>
          </w:p>
        </w:tc>
        <w:tc>
          <w:tcPr>
            <w:tcW w:w="0" w:type="auto"/>
            <w:vAlign w:val="center"/>
          </w:tcPr>
          <w:p w14:paraId="6F842771" w14:textId="77777777" w:rsidR="00F12170" w:rsidRPr="007911BE" w:rsidRDefault="00000000">
            <w:pPr>
              <w:ind w:firstLine="0"/>
              <w:jc w:val="center"/>
              <w:rPr>
                <w:sz w:val="16"/>
                <w:szCs w:val="24"/>
              </w:rPr>
            </w:pPr>
            <w:r w:rsidRPr="007911BE">
              <w:rPr>
                <w:sz w:val="16"/>
                <w:szCs w:val="24"/>
              </w:rPr>
              <w:t>3.76</w:t>
            </w:r>
          </w:p>
        </w:tc>
        <w:tc>
          <w:tcPr>
            <w:tcW w:w="0" w:type="auto"/>
            <w:vAlign w:val="center"/>
          </w:tcPr>
          <w:p w14:paraId="3BEA00DA" w14:textId="77777777" w:rsidR="00F12170" w:rsidRPr="007911BE" w:rsidRDefault="00000000">
            <w:pPr>
              <w:ind w:firstLine="0"/>
              <w:jc w:val="center"/>
              <w:rPr>
                <w:sz w:val="16"/>
                <w:szCs w:val="24"/>
              </w:rPr>
            </w:pPr>
            <w:r w:rsidRPr="007911BE">
              <w:rPr>
                <w:sz w:val="16"/>
                <w:szCs w:val="24"/>
              </w:rPr>
              <w:t>3.25</w:t>
            </w:r>
          </w:p>
        </w:tc>
        <w:tc>
          <w:tcPr>
            <w:tcW w:w="0" w:type="auto"/>
            <w:vAlign w:val="center"/>
          </w:tcPr>
          <w:p w14:paraId="1B2F8D21" w14:textId="77777777" w:rsidR="00F12170" w:rsidRPr="007911BE" w:rsidRDefault="00000000">
            <w:pPr>
              <w:ind w:firstLine="0"/>
              <w:jc w:val="center"/>
              <w:rPr>
                <w:sz w:val="16"/>
                <w:szCs w:val="24"/>
              </w:rPr>
            </w:pPr>
            <w:r w:rsidRPr="007911BE">
              <w:rPr>
                <w:sz w:val="16"/>
                <w:szCs w:val="24"/>
              </w:rPr>
              <w:t>1.4</w:t>
            </w:r>
          </w:p>
        </w:tc>
        <w:tc>
          <w:tcPr>
            <w:tcW w:w="0" w:type="auto"/>
            <w:vAlign w:val="center"/>
          </w:tcPr>
          <w:p w14:paraId="0A45EDFA" w14:textId="77777777" w:rsidR="00F12170" w:rsidRPr="007911BE" w:rsidRDefault="00000000">
            <w:pPr>
              <w:ind w:firstLine="0"/>
              <w:jc w:val="center"/>
              <w:rPr>
                <w:sz w:val="16"/>
                <w:szCs w:val="24"/>
              </w:rPr>
            </w:pPr>
            <w:r w:rsidRPr="007911BE">
              <w:rPr>
                <w:sz w:val="16"/>
                <w:szCs w:val="24"/>
              </w:rPr>
              <w:t>6.4</w:t>
            </w:r>
          </w:p>
        </w:tc>
        <w:tc>
          <w:tcPr>
            <w:tcW w:w="0" w:type="auto"/>
            <w:vAlign w:val="center"/>
          </w:tcPr>
          <w:p w14:paraId="37C75222" w14:textId="77777777" w:rsidR="00F12170" w:rsidRPr="007911BE" w:rsidRDefault="00000000">
            <w:pPr>
              <w:ind w:firstLine="0"/>
              <w:jc w:val="center"/>
              <w:rPr>
                <w:sz w:val="16"/>
                <w:szCs w:val="24"/>
              </w:rPr>
            </w:pPr>
            <w:r w:rsidRPr="007911BE">
              <w:rPr>
                <w:sz w:val="16"/>
                <w:szCs w:val="24"/>
              </w:rPr>
              <w:t>18</w:t>
            </w:r>
          </w:p>
        </w:tc>
      </w:tr>
      <w:tr w:rsidR="00F12170" w:rsidRPr="007911BE" w14:paraId="48258D26" w14:textId="77777777" w:rsidTr="00B408C8">
        <w:trPr>
          <w:jc w:val="center"/>
        </w:trPr>
        <w:tc>
          <w:tcPr>
            <w:tcW w:w="0" w:type="auto"/>
            <w:vAlign w:val="center"/>
          </w:tcPr>
          <w:p w14:paraId="3A2165E6" w14:textId="77777777" w:rsidR="00F12170" w:rsidRPr="007911BE" w:rsidRDefault="00000000">
            <w:pPr>
              <w:ind w:firstLine="0"/>
              <w:jc w:val="left"/>
              <w:rPr>
                <w:sz w:val="16"/>
                <w:szCs w:val="24"/>
              </w:rPr>
            </w:pPr>
            <w:r w:rsidRPr="007911BE">
              <w:rPr>
                <w:sz w:val="16"/>
                <w:szCs w:val="24"/>
              </w:rPr>
              <w:t>2.14.Я3.3</w:t>
            </w:r>
          </w:p>
        </w:tc>
        <w:tc>
          <w:tcPr>
            <w:tcW w:w="0" w:type="auto"/>
            <w:vAlign w:val="center"/>
          </w:tcPr>
          <w:p w14:paraId="2E4EF44F" w14:textId="77777777" w:rsidR="00F12170" w:rsidRPr="007911BE" w:rsidRDefault="00000000">
            <w:pPr>
              <w:ind w:firstLine="0"/>
              <w:jc w:val="left"/>
              <w:rPr>
                <w:sz w:val="16"/>
                <w:szCs w:val="24"/>
              </w:rPr>
            </w:pPr>
            <w:proofErr w:type="spellStart"/>
            <w:r w:rsidRPr="007911BE">
              <w:rPr>
                <w:sz w:val="16"/>
                <w:szCs w:val="24"/>
              </w:rPr>
              <w:t>Младенческая</w:t>
            </w:r>
            <w:proofErr w:type="spellEnd"/>
            <w:r w:rsidRPr="007911BE">
              <w:rPr>
                <w:sz w:val="16"/>
                <w:szCs w:val="24"/>
              </w:rPr>
              <w:t xml:space="preserve"> </w:t>
            </w:r>
            <w:proofErr w:type="spellStart"/>
            <w:r w:rsidRPr="007911BE">
              <w:rPr>
                <w:sz w:val="16"/>
                <w:szCs w:val="24"/>
              </w:rPr>
              <w:t>смертность</w:t>
            </w:r>
            <w:proofErr w:type="spellEnd"/>
          </w:p>
        </w:tc>
        <w:tc>
          <w:tcPr>
            <w:tcW w:w="0" w:type="auto"/>
            <w:vAlign w:val="center"/>
          </w:tcPr>
          <w:p w14:paraId="25FF46AE" w14:textId="77777777" w:rsidR="00F12170" w:rsidRPr="007911BE" w:rsidRDefault="00000000">
            <w:pPr>
              <w:ind w:firstLine="0"/>
              <w:jc w:val="left"/>
              <w:rPr>
                <w:sz w:val="16"/>
                <w:szCs w:val="24"/>
              </w:rPr>
            </w:pPr>
            <w:r w:rsidRPr="007911BE">
              <w:rPr>
                <w:sz w:val="16"/>
                <w:szCs w:val="24"/>
              </w:rPr>
              <w:t>ЮФО</w:t>
            </w:r>
          </w:p>
        </w:tc>
        <w:tc>
          <w:tcPr>
            <w:tcW w:w="0" w:type="auto"/>
            <w:vAlign w:val="center"/>
          </w:tcPr>
          <w:p w14:paraId="4D473BBB" w14:textId="77777777" w:rsidR="00F12170" w:rsidRPr="007911BE" w:rsidRDefault="00000000">
            <w:pPr>
              <w:ind w:firstLine="0"/>
              <w:jc w:val="center"/>
              <w:rPr>
                <w:sz w:val="16"/>
                <w:szCs w:val="24"/>
              </w:rPr>
            </w:pPr>
            <w:r w:rsidRPr="007911BE">
              <w:rPr>
                <w:sz w:val="16"/>
                <w:szCs w:val="24"/>
              </w:rPr>
              <w:t>3.7</w:t>
            </w:r>
          </w:p>
        </w:tc>
        <w:tc>
          <w:tcPr>
            <w:tcW w:w="0" w:type="auto"/>
            <w:vAlign w:val="center"/>
          </w:tcPr>
          <w:p w14:paraId="40CB4974" w14:textId="77777777" w:rsidR="00F12170" w:rsidRPr="007911BE" w:rsidRDefault="00000000">
            <w:pPr>
              <w:ind w:firstLine="0"/>
              <w:jc w:val="center"/>
              <w:rPr>
                <w:sz w:val="16"/>
                <w:szCs w:val="24"/>
              </w:rPr>
            </w:pPr>
            <w:r w:rsidRPr="007911BE">
              <w:rPr>
                <w:sz w:val="16"/>
                <w:szCs w:val="24"/>
              </w:rPr>
              <w:t>3.5</w:t>
            </w:r>
          </w:p>
        </w:tc>
        <w:tc>
          <w:tcPr>
            <w:tcW w:w="0" w:type="auto"/>
            <w:vAlign w:val="center"/>
          </w:tcPr>
          <w:p w14:paraId="51CDBCC8" w14:textId="77777777" w:rsidR="00F12170" w:rsidRPr="007911BE" w:rsidRDefault="00000000">
            <w:pPr>
              <w:ind w:firstLine="0"/>
              <w:jc w:val="center"/>
              <w:rPr>
                <w:sz w:val="16"/>
                <w:szCs w:val="24"/>
              </w:rPr>
            </w:pPr>
            <w:r w:rsidRPr="007911BE">
              <w:rPr>
                <w:sz w:val="16"/>
                <w:szCs w:val="24"/>
              </w:rPr>
              <w:t>1.9</w:t>
            </w:r>
          </w:p>
        </w:tc>
        <w:tc>
          <w:tcPr>
            <w:tcW w:w="0" w:type="auto"/>
            <w:vAlign w:val="center"/>
          </w:tcPr>
          <w:p w14:paraId="5CD03619" w14:textId="77777777" w:rsidR="00F12170" w:rsidRPr="007911BE" w:rsidRDefault="00000000">
            <w:pPr>
              <w:ind w:firstLine="0"/>
              <w:jc w:val="center"/>
              <w:rPr>
                <w:sz w:val="16"/>
                <w:szCs w:val="24"/>
              </w:rPr>
            </w:pPr>
            <w:r w:rsidRPr="007911BE">
              <w:rPr>
                <w:sz w:val="16"/>
                <w:szCs w:val="24"/>
              </w:rPr>
              <w:t>6.5</w:t>
            </w:r>
          </w:p>
        </w:tc>
        <w:tc>
          <w:tcPr>
            <w:tcW w:w="0" w:type="auto"/>
            <w:vAlign w:val="center"/>
          </w:tcPr>
          <w:p w14:paraId="3AB83712" w14:textId="77777777" w:rsidR="00F12170" w:rsidRPr="007911BE" w:rsidRDefault="00000000">
            <w:pPr>
              <w:ind w:firstLine="0"/>
              <w:jc w:val="center"/>
              <w:rPr>
                <w:sz w:val="16"/>
                <w:szCs w:val="24"/>
              </w:rPr>
            </w:pPr>
            <w:r w:rsidRPr="007911BE">
              <w:rPr>
                <w:sz w:val="16"/>
                <w:szCs w:val="24"/>
              </w:rPr>
              <w:t>8</w:t>
            </w:r>
          </w:p>
        </w:tc>
      </w:tr>
      <w:tr w:rsidR="00F12170" w:rsidRPr="007911BE" w14:paraId="6CDA87A5" w14:textId="77777777" w:rsidTr="00B408C8">
        <w:trPr>
          <w:jc w:val="center"/>
        </w:trPr>
        <w:tc>
          <w:tcPr>
            <w:tcW w:w="0" w:type="auto"/>
            <w:vAlign w:val="center"/>
          </w:tcPr>
          <w:p w14:paraId="63A4BBF3"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41CB4E9E"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2F93C81C" w14:textId="77777777" w:rsidR="00F12170" w:rsidRPr="007911BE" w:rsidRDefault="00000000">
            <w:pPr>
              <w:ind w:firstLine="0"/>
              <w:jc w:val="left"/>
              <w:rPr>
                <w:sz w:val="16"/>
                <w:szCs w:val="24"/>
              </w:rPr>
            </w:pPr>
            <w:r w:rsidRPr="007911BE">
              <w:rPr>
                <w:sz w:val="16"/>
                <w:szCs w:val="24"/>
              </w:rPr>
              <w:t>ДФО</w:t>
            </w:r>
          </w:p>
        </w:tc>
        <w:tc>
          <w:tcPr>
            <w:tcW w:w="0" w:type="auto"/>
            <w:vAlign w:val="center"/>
          </w:tcPr>
          <w:p w14:paraId="5370A34D" w14:textId="77777777" w:rsidR="00F12170" w:rsidRPr="007911BE" w:rsidRDefault="00000000">
            <w:pPr>
              <w:ind w:firstLine="0"/>
              <w:jc w:val="center"/>
              <w:rPr>
                <w:sz w:val="16"/>
                <w:szCs w:val="24"/>
              </w:rPr>
            </w:pPr>
            <w:r w:rsidRPr="007911BE">
              <w:rPr>
                <w:sz w:val="16"/>
                <w:szCs w:val="24"/>
              </w:rPr>
              <w:t>13.37</w:t>
            </w:r>
          </w:p>
        </w:tc>
        <w:tc>
          <w:tcPr>
            <w:tcW w:w="0" w:type="auto"/>
            <w:vAlign w:val="center"/>
          </w:tcPr>
          <w:p w14:paraId="2335A59A" w14:textId="77777777" w:rsidR="00F12170" w:rsidRPr="007911BE" w:rsidRDefault="00000000">
            <w:pPr>
              <w:ind w:firstLine="0"/>
              <w:jc w:val="center"/>
              <w:rPr>
                <w:sz w:val="16"/>
                <w:szCs w:val="24"/>
              </w:rPr>
            </w:pPr>
            <w:r w:rsidRPr="007911BE">
              <w:rPr>
                <w:sz w:val="16"/>
                <w:szCs w:val="24"/>
              </w:rPr>
              <w:t>13.17</w:t>
            </w:r>
          </w:p>
        </w:tc>
        <w:tc>
          <w:tcPr>
            <w:tcW w:w="0" w:type="auto"/>
            <w:vAlign w:val="center"/>
          </w:tcPr>
          <w:p w14:paraId="5C1EDC9C" w14:textId="77777777" w:rsidR="00F12170" w:rsidRPr="007911BE" w:rsidRDefault="00000000">
            <w:pPr>
              <w:ind w:firstLine="0"/>
              <w:jc w:val="center"/>
              <w:rPr>
                <w:sz w:val="16"/>
                <w:szCs w:val="24"/>
              </w:rPr>
            </w:pPr>
            <w:r w:rsidRPr="007911BE">
              <w:rPr>
                <w:sz w:val="16"/>
                <w:szCs w:val="24"/>
              </w:rPr>
              <w:t>5.08</w:t>
            </w:r>
          </w:p>
        </w:tc>
        <w:tc>
          <w:tcPr>
            <w:tcW w:w="0" w:type="auto"/>
            <w:vAlign w:val="center"/>
          </w:tcPr>
          <w:p w14:paraId="27023A72" w14:textId="77777777" w:rsidR="00F12170" w:rsidRPr="007911BE" w:rsidRDefault="00000000">
            <w:pPr>
              <w:ind w:firstLine="0"/>
              <w:jc w:val="center"/>
              <w:rPr>
                <w:sz w:val="16"/>
                <w:szCs w:val="24"/>
              </w:rPr>
            </w:pPr>
            <w:r w:rsidRPr="007911BE">
              <w:rPr>
                <w:sz w:val="16"/>
                <w:szCs w:val="24"/>
              </w:rPr>
              <w:t>22.48</w:t>
            </w:r>
          </w:p>
        </w:tc>
        <w:tc>
          <w:tcPr>
            <w:tcW w:w="0" w:type="auto"/>
            <w:vAlign w:val="center"/>
          </w:tcPr>
          <w:p w14:paraId="1B88DEDD" w14:textId="77777777" w:rsidR="00F12170" w:rsidRPr="007911BE" w:rsidRDefault="00000000">
            <w:pPr>
              <w:ind w:firstLine="0"/>
              <w:jc w:val="center"/>
              <w:rPr>
                <w:sz w:val="16"/>
                <w:szCs w:val="24"/>
              </w:rPr>
            </w:pPr>
            <w:r w:rsidRPr="007911BE">
              <w:rPr>
                <w:sz w:val="16"/>
                <w:szCs w:val="24"/>
              </w:rPr>
              <w:t>11</w:t>
            </w:r>
          </w:p>
        </w:tc>
      </w:tr>
      <w:tr w:rsidR="00F12170" w:rsidRPr="007911BE" w14:paraId="24F2AF6B" w14:textId="77777777" w:rsidTr="00B408C8">
        <w:trPr>
          <w:jc w:val="center"/>
        </w:trPr>
        <w:tc>
          <w:tcPr>
            <w:tcW w:w="0" w:type="auto"/>
            <w:vAlign w:val="center"/>
          </w:tcPr>
          <w:p w14:paraId="1692AA19"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13943CF4"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38F31523" w14:textId="77777777" w:rsidR="00F12170" w:rsidRPr="007911BE" w:rsidRDefault="00000000">
            <w:pPr>
              <w:ind w:firstLine="0"/>
              <w:jc w:val="left"/>
              <w:rPr>
                <w:sz w:val="16"/>
                <w:szCs w:val="24"/>
              </w:rPr>
            </w:pPr>
            <w:r w:rsidRPr="007911BE">
              <w:rPr>
                <w:sz w:val="16"/>
                <w:szCs w:val="24"/>
              </w:rPr>
              <w:t>ПФО</w:t>
            </w:r>
          </w:p>
        </w:tc>
        <w:tc>
          <w:tcPr>
            <w:tcW w:w="0" w:type="auto"/>
            <w:vAlign w:val="center"/>
          </w:tcPr>
          <w:p w14:paraId="607EB7E7" w14:textId="77777777" w:rsidR="00F12170" w:rsidRPr="007911BE" w:rsidRDefault="00000000">
            <w:pPr>
              <w:ind w:firstLine="0"/>
              <w:jc w:val="center"/>
              <w:rPr>
                <w:sz w:val="16"/>
                <w:szCs w:val="24"/>
              </w:rPr>
            </w:pPr>
            <w:r w:rsidRPr="007911BE">
              <w:rPr>
                <w:sz w:val="16"/>
                <w:szCs w:val="24"/>
              </w:rPr>
              <w:t>14.96</w:t>
            </w:r>
          </w:p>
        </w:tc>
        <w:tc>
          <w:tcPr>
            <w:tcW w:w="0" w:type="auto"/>
            <w:vAlign w:val="center"/>
          </w:tcPr>
          <w:p w14:paraId="7862111A" w14:textId="77777777" w:rsidR="00F12170" w:rsidRPr="007911BE" w:rsidRDefault="00000000">
            <w:pPr>
              <w:ind w:firstLine="0"/>
              <w:jc w:val="center"/>
              <w:rPr>
                <w:sz w:val="16"/>
                <w:szCs w:val="24"/>
              </w:rPr>
            </w:pPr>
            <w:r w:rsidRPr="007911BE">
              <w:rPr>
                <w:sz w:val="16"/>
                <w:szCs w:val="24"/>
              </w:rPr>
              <w:t>13.94</w:t>
            </w:r>
          </w:p>
        </w:tc>
        <w:tc>
          <w:tcPr>
            <w:tcW w:w="0" w:type="auto"/>
            <w:vAlign w:val="center"/>
          </w:tcPr>
          <w:p w14:paraId="6536F9C5" w14:textId="77777777" w:rsidR="00F12170" w:rsidRPr="007911BE" w:rsidRDefault="00000000">
            <w:pPr>
              <w:ind w:firstLine="0"/>
              <w:jc w:val="center"/>
              <w:rPr>
                <w:sz w:val="16"/>
                <w:szCs w:val="24"/>
              </w:rPr>
            </w:pPr>
            <w:r w:rsidRPr="007911BE">
              <w:rPr>
                <w:sz w:val="16"/>
                <w:szCs w:val="24"/>
              </w:rPr>
              <w:t>10.51</w:t>
            </w:r>
          </w:p>
        </w:tc>
        <w:tc>
          <w:tcPr>
            <w:tcW w:w="0" w:type="auto"/>
            <w:vAlign w:val="center"/>
          </w:tcPr>
          <w:p w14:paraId="0918E6FE" w14:textId="77777777" w:rsidR="00F12170" w:rsidRPr="007911BE" w:rsidRDefault="00000000">
            <w:pPr>
              <w:ind w:firstLine="0"/>
              <w:jc w:val="center"/>
              <w:rPr>
                <w:sz w:val="16"/>
                <w:szCs w:val="24"/>
              </w:rPr>
            </w:pPr>
            <w:r w:rsidRPr="007911BE">
              <w:rPr>
                <w:sz w:val="16"/>
                <w:szCs w:val="24"/>
              </w:rPr>
              <w:t>22.86</w:t>
            </w:r>
          </w:p>
        </w:tc>
        <w:tc>
          <w:tcPr>
            <w:tcW w:w="0" w:type="auto"/>
            <w:vAlign w:val="center"/>
          </w:tcPr>
          <w:p w14:paraId="1B624B62" w14:textId="77777777" w:rsidR="00F12170" w:rsidRPr="007911BE" w:rsidRDefault="00000000">
            <w:pPr>
              <w:ind w:firstLine="0"/>
              <w:jc w:val="center"/>
              <w:rPr>
                <w:sz w:val="16"/>
                <w:szCs w:val="24"/>
              </w:rPr>
            </w:pPr>
            <w:r w:rsidRPr="007911BE">
              <w:rPr>
                <w:sz w:val="16"/>
                <w:szCs w:val="24"/>
              </w:rPr>
              <w:t>14</w:t>
            </w:r>
          </w:p>
        </w:tc>
      </w:tr>
      <w:tr w:rsidR="00F12170" w:rsidRPr="007911BE" w14:paraId="48F0EDBF" w14:textId="77777777" w:rsidTr="00B408C8">
        <w:trPr>
          <w:jc w:val="center"/>
        </w:trPr>
        <w:tc>
          <w:tcPr>
            <w:tcW w:w="0" w:type="auto"/>
            <w:vAlign w:val="center"/>
          </w:tcPr>
          <w:p w14:paraId="0D4053EC"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77E0331D"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6F15CA15" w14:textId="77777777" w:rsidR="00F12170" w:rsidRPr="007911BE" w:rsidRDefault="00000000">
            <w:pPr>
              <w:ind w:firstLine="0"/>
              <w:jc w:val="left"/>
              <w:rPr>
                <w:sz w:val="16"/>
                <w:szCs w:val="24"/>
              </w:rPr>
            </w:pPr>
            <w:r w:rsidRPr="007911BE">
              <w:rPr>
                <w:sz w:val="16"/>
                <w:szCs w:val="24"/>
              </w:rPr>
              <w:t>СЗФО</w:t>
            </w:r>
          </w:p>
        </w:tc>
        <w:tc>
          <w:tcPr>
            <w:tcW w:w="0" w:type="auto"/>
            <w:vAlign w:val="center"/>
          </w:tcPr>
          <w:p w14:paraId="31F66CDC" w14:textId="77777777" w:rsidR="00F12170" w:rsidRPr="007911BE" w:rsidRDefault="00000000">
            <w:pPr>
              <w:ind w:firstLine="0"/>
              <w:jc w:val="center"/>
              <w:rPr>
                <w:sz w:val="16"/>
                <w:szCs w:val="24"/>
              </w:rPr>
            </w:pPr>
            <w:r w:rsidRPr="007911BE">
              <w:rPr>
                <w:sz w:val="16"/>
                <w:szCs w:val="24"/>
              </w:rPr>
              <w:t>13.35</w:t>
            </w:r>
          </w:p>
        </w:tc>
        <w:tc>
          <w:tcPr>
            <w:tcW w:w="0" w:type="auto"/>
            <w:vAlign w:val="center"/>
          </w:tcPr>
          <w:p w14:paraId="55BAF6AF" w14:textId="77777777" w:rsidR="00F12170" w:rsidRPr="007911BE" w:rsidRDefault="00000000">
            <w:pPr>
              <w:ind w:firstLine="0"/>
              <w:jc w:val="center"/>
              <w:rPr>
                <w:sz w:val="16"/>
                <w:szCs w:val="24"/>
              </w:rPr>
            </w:pPr>
            <w:r w:rsidRPr="007911BE">
              <w:rPr>
                <w:sz w:val="16"/>
                <w:szCs w:val="24"/>
              </w:rPr>
              <w:t>14.12</w:t>
            </w:r>
          </w:p>
        </w:tc>
        <w:tc>
          <w:tcPr>
            <w:tcW w:w="0" w:type="auto"/>
            <w:vAlign w:val="center"/>
          </w:tcPr>
          <w:p w14:paraId="00966B59" w14:textId="77777777" w:rsidR="00F12170" w:rsidRPr="007911BE" w:rsidRDefault="00000000">
            <w:pPr>
              <w:ind w:firstLine="0"/>
              <w:jc w:val="center"/>
              <w:rPr>
                <w:sz w:val="16"/>
                <w:szCs w:val="24"/>
              </w:rPr>
            </w:pPr>
            <w:r w:rsidRPr="007911BE">
              <w:rPr>
                <w:sz w:val="16"/>
                <w:szCs w:val="24"/>
              </w:rPr>
              <w:t>0</w:t>
            </w:r>
          </w:p>
        </w:tc>
        <w:tc>
          <w:tcPr>
            <w:tcW w:w="0" w:type="auto"/>
            <w:vAlign w:val="center"/>
          </w:tcPr>
          <w:p w14:paraId="25A0EBA8" w14:textId="77777777" w:rsidR="00F12170" w:rsidRPr="007911BE" w:rsidRDefault="00000000">
            <w:pPr>
              <w:ind w:firstLine="0"/>
              <w:jc w:val="center"/>
              <w:rPr>
                <w:sz w:val="16"/>
                <w:szCs w:val="24"/>
              </w:rPr>
            </w:pPr>
            <w:r w:rsidRPr="007911BE">
              <w:rPr>
                <w:sz w:val="16"/>
                <w:szCs w:val="24"/>
              </w:rPr>
              <w:t>21.8</w:t>
            </w:r>
          </w:p>
        </w:tc>
        <w:tc>
          <w:tcPr>
            <w:tcW w:w="0" w:type="auto"/>
            <w:vAlign w:val="center"/>
          </w:tcPr>
          <w:p w14:paraId="297D59F6" w14:textId="77777777" w:rsidR="00F12170" w:rsidRPr="007911BE" w:rsidRDefault="00000000">
            <w:pPr>
              <w:ind w:firstLine="0"/>
              <w:jc w:val="center"/>
              <w:rPr>
                <w:sz w:val="16"/>
                <w:szCs w:val="24"/>
              </w:rPr>
            </w:pPr>
            <w:r w:rsidRPr="007911BE">
              <w:rPr>
                <w:sz w:val="16"/>
                <w:szCs w:val="24"/>
              </w:rPr>
              <w:t>11</w:t>
            </w:r>
          </w:p>
        </w:tc>
      </w:tr>
      <w:tr w:rsidR="00F12170" w:rsidRPr="007911BE" w14:paraId="2C98909F" w14:textId="77777777" w:rsidTr="00B408C8">
        <w:trPr>
          <w:jc w:val="center"/>
        </w:trPr>
        <w:tc>
          <w:tcPr>
            <w:tcW w:w="0" w:type="auto"/>
            <w:vAlign w:val="center"/>
          </w:tcPr>
          <w:p w14:paraId="5DDDA37F"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1AD61EE6"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236C1647" w14:textId="77777777" w:rsidR="00F12170" w:rsidRPr="007911BE" w:rsidRDefault="00000000">
            <w:pPr>
              <w:ind w:firstLine="0"/>
              <w:jc w:val="left"/>
              <w:rPr>
                <w:sz w:val="16"/>
                <w:szCs w:val="24"/>
              </w:rPr>
            </w:pPr>
            <w:r w:rsidRPr="007911BE">
              <w:rPr>
                <w:sz w:val="16"/>
                <w:szCs w:val="24"/>
              </w:rPr>
              <w:t>СКФО</w:t>
            </w:r>
          </w:p>
        </w:tc>
        <w:tc>
          <w:tcPr>
            <w:tcW w:w="0" w:type="auto"/>
            <w:vAlign w:val="center"/>
          </w:tcPr>
          <w:p w14:paraId="049F6887" w14:textId="77777777" w:rsidR="00F12170" w:rsidRPr="007911BE" w:rsidRDefault="00000000">
            <w:pPr>
              <w:ind w:firstLine="0"/>
              <w:jc w:val="center"/>
              <w:rPr>
                <w:sz w:val="16"/>
                <w:szCs w:val="24"/>
              </w:rPr>
            </w:pPr>
            <w:r w:rsidRPr="007911BE">
              <w:rPr>
                <w:sz w:val="16"/>
                <w:szCs w:val="24"/>
              </w:rPr>
              <w:t>10.93</w:t>
            </w:r>
          </w:p>
        </w:tc>
        <w:tc>
          <w:tcPr>
            <w:tcW w:w="0" w:type="auto"/>
            <w:vAlign w:val="center"/>
          </w:tcPr>
          <w:p w14:paraId="7279C880" w14:textId="77777777" w:rsidR="00F12170" w:rsidRPr="007911BE" w:rsidRDefault="00000000">
            <w:pPr>
              <w:ind w:firstLine="0"/>
              <w:jc w:val="center"/>
              <w:rPr>
                <w:sz w:val="16"/>
                <w:szCs w:val="24"/>
              </w:rPr>
            </w:pPr>
            <w:r w:rsidRPr="007911BE">
              <w:rPr>
                <w:sz w:val="16"/>
                <w:szCs w:val="24"/>
              </w:rPr>
              <w:t>11</w:t>
            </w:r>
          </w:p>
        </w:tc>
        <w:tc>
          <w:tcPr>
            <w:tcW w:w="0" w:type="auto"/>
            <w:vAlign w:val="center"/>
          </w:tcPr>
          <w:p w14:paraId="450DBEF3" w14:textId="77777777" w:rsidR="00F12170" w:rsidRPr="007911BE" w:rsidRDefault="00000000">
            <w:pPr>
              <w:ind w:firstLine="0"/>
              <w:jc w:val="center"/>
              <w:rPr>
                <w:sz w:val="16"/>
                <w:szCs w:val="24"/>
              </w:rPr>
            </w:pPr>
            <w:r w:rsidRPr="007911BE">
              <w:rPr>
                <w:sz w:val="16"/>
                <w:szCs w:val="24"/>
              </w:rPr>
              <w:t>4.6</w:t>
            </w:r>
          </w:p>
        </w:tc>
        <w:tc>
          <w:tcPr>
            <w:tcW w:w="0" w:type="auto"/>
            <w:vAlign w:val="center"/>
          </w:tcPr>
          <w:p w14:paraId="3B635236" w14:textId="77777777" w:rsidR="00F12170" w:rsidRPr="007911BE" w:rsidRDefault="00000000">
            <w:pPr>
              <w:ind w:firstLine="0"/>
              <w:jc w:val="center"/>
              <w:rPr>
                <w:sz w:val="16"/>
                <w:szCs w:val="24"/>
              </w:rPr>
            </w:pPr>
            <w:r w:rsidRPr="007911BE">
              <w:rPr>
                <w:sz w:val="16"/>
                <w:szCs w:val="24"/>
              </w:rPr>
              <w:t>20.2</w:t>
            </w:r>
          </w:p>
        </w:tc>
        <w:tc>
          <w:tcPr>
            <w:tcW w:w="0" w:type="auto"/>
            <w:vAlign w:val="center"/>
          </w:tcPr>
          <w:p w14:paraId="6C55A49A" w14:textId="77777777" w:rsidR="00F12170" w:rsidRPr="007911BE" w:rsidRDefault="00000000">
            <w:pPr>
              <w:ind w:firstLine="0"/>
              <w:jc w:val="center"/>
              <w:rPr>
                <w:sz w:val="16"/>
                <w:szCs w:val="24"/>
              </w:rPr>
            </w:pPr>
            <w:r w:rsidRPr="007911BE">
              <w:rPr>
                <w:sz w:val="16"/>
                <w:szCs w:val="24"/>
              </w:rPr>
              <w:t>7</w:t>
            </w:r>
          </w:p>
        </w:tc>
      </w:tr>
      <w:tr w:rsidR="00F12170" w:rsidRPr="007911BE" w14:paraId="3EAD44D3" w14:textId="77777777" w:rsidTr="00B408C8">
        <w:trPr>
          <w:jc w:val="center"/>
        </w:trPr>
        <w:tc>
          <w:tcPr>
            <w:tcW w:w="0" w:type="auto"/>
            <w:vAlign w:val="center"/>
          </w:tcPr>
          <w:p w14:paraId="73F0F428"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7DD39EE9"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3A843E91" w14:textId="77777777" w:rsidR="00F12170" w:rsidRPr="007911BE" w:rsidRDefault="00000000">
            <w:pPr>
              <w:ind w:firstLine="0"/>
              <w:jc w:val="left"/>
              <w:rPr>
                <w:sz w:val="16"/>
                <w:szCs w:val="24"/>
              </w:rPr>
            </w:pPr>
            <w:r w:rsidRPr="007911BE">
              <w:rPr>
                <w:sz w:val="16"/>
                <w:szCs w:val="24"/>
              </w:rPr>
              <w:t>СФО</w:t>
            </w:r>
          </w:p>
        </w:tc>
        <w:tc>
          <w:tcPr>
            <w:tcW w:w="0" w:type="auto"/>
            <w:vAlign w:val="center"/>
          </w:tcPr>
          <w:p w14:paraId="7E610621" w14:textId="77777777" w:rsidR="00F12170" w:rsidRPr="007911BE" w:rsidRDefault="00000000">
            <w:pPr>
              <w:ind w:firstLine="0"/>
              <w:jc w:val="center"/>
              <w:rPr>
                <w:sz w:val="16"/>
                <w:szCs w:val="24"/>
              </w:rPr>
            </w:pPr>
            <w:r w:rsidRPr="007911BE">
              <w:rPr>
                <w:sz w:val="16"/>
                <w:szCs w:val="24"/>
              </w:rPr>
              <w:t>13.02</w:t>
            </w:r>
          </w:p>
        </w:tc>
        <w:tc>
          <w:tcPr>
            <w:tcW w:w="0" w:type="auto"/>
            <w:vAlign w:val="center"/>
          </w:tcPr>
          <w:p w14:paraId="6B352ECD" w14:textId="77777777" w:rsidR="00F12170" w:rsidRPr="007911BE" w:rsidRDefault="00000000">
            <w:pPr>
              <w:ind w:firstLine="0"/>
              <w:jc w:val="center"/>
              <w:rPr>
                <w:sz w:val="16"/>
                <w:szCs w:val="24"/>
              </w:rPr>
            </w:pPr>
            <w:r w:rsidRPr="007911BE">
              <w:rPr>
                <w:sz w:val="16"/>
                <w:szCs w:val="24"/>
              </w:rPr>
              <w:t>13.9</w:t>
            </w:r>
          </w:p>
        </w:tc>
        <w:tc>
          <w:tcPr>
            <w:tcW w:w="0" w:type="auto"/>
            <w:vAlign w:val="center"/>
          </w:tcPr>
          <w:p w14:paraId="72515067" w14:textId="77777777" w:rsidR="00F12170" w:rsidRPr="007911BE" w:rsidRDefault="00000000">
            <w:pPr>
              <w:ind w:firstLine="0"/>
              <w:jc w:val="center"/>
              <w:rPr>
                <w:sz w:val="16"/>
                <w:szCs w:val="24"/>
              </w:rPr>
            </w:pPr>
            <w:r w:rsidRPr="007911BE">
              <w:rPr>
                <w:sz w:val="16"/>
                <w:szCs w:val="24"/>
              </w:rPr>
              <w:t>6.77</w:t>
            </w:r>
          </w:p>
        </w:tc>
        <w:tc>
          <w:tcPr>
            <w:tcW w:w="0" w:type="auto"/>
            <w:vAlign w:val="center"/>
          </w:tcPr>
          <w:p w14:paraId="348668D8" w14:textId="77777777" w:rsidR="00F12170" w:rsidRPr="007911BE" w:rsidRDefault="00000000">
            <w:pPr>
              <w:ind w:firstLine="0"/>
              <w:jc w:val="center"/>
              <w:rPr>
                <w:sz w:val="16"/>
                <w:szCs w:val="24"/>
              </w:rPr>
            </w:pPr>
            <w:r w:rsidRPr="007911BE">
              <w:rPr>
                <w:sz w:val="16"/>
                <w:szCs w:val="24"/>
              </w:rPr>
              <w:t>19.02</w:t>
            </w:r>
          </w:p>
        </w:tc>
        <w:tc>
          <w:tcPr>
            <w:tcW w:w="0" w:type="auto"/>
            <w:vAlign w:val="center"/>
          </w:tcPr>
          <w:p w14:paraId="2370EFD3" w14:textId="77777777" w:rsidR="00F12170" w:rsidRPr="007911BE" w:rsidRDefault="00000000">
            <w:pPr>
              <w:ind w:firstLine="0"/>
              <w:jc w:val="center"/>
              <w:rPr>
                <w:sz w:val="16"/>
                <w:szCs w:val="24"/>
              </w:rPr>
            </w:pPr>
            <w:r w:rsidRPr="007911BE">
              <w:rPr>
                <w:sz w:val="16"/>
                <w:szCs w:val="24"/>
              </w:rPr>
              <w:t>10</w:t>
            </w:r>
          </w:p>
        </w:tc>
      </w:tr>
      <w:tr w:rsidR="00F12170" w:rsidRPr="007911BE" w14:paraId="70160529" w14:textId="77777777" w:rsidTr="00B408C8">
        <w:trPr>
          <w:jc w:val="center"/>
        </w:trPr>
        <w:tc>
          <w:tcPr>
            <w:tcW w:w="0" w:type="auto"/>
            <w:vAlign w:val="center"/>
          </w:tcPr>
          <w:p w14:paraId="18361DF5"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6F280888"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6DDC4303" w14:textId="77777777" w:rsidR="00F12170" w:rsidRPr="007911BE" w:rsidRDefault="00000000">
            <w:pPr>
              <w:ind w:firstLine="0"/>
              <w:jc w:val="left"/>
              <w:rPr>
                <w:sz w:val="16"/>
                <w:szCs w:val="24"/>
              </w:rPr>
            </w:pPr>
            <w:r w:rsidRPr="007911BE">
              <w:rPr>
                <w:sz w:val="16"/>
                <w:szCs w:val="24"/>
              </w:rPr>
              <w:t>УФО</w:t>
            </w:r>
          </w:p>
        </w:tc>
        <w:tc>
          <w:tcPr>
            <w:tcW w:w="0" w:type="auto"/>
            <w:vAlign w:val="center"/>
          </w:tcPr>
          <w:p w14:paraId="3603C2CD" w14:textId="77777777" w:rsidR="00F12170" w:rsidRPr="007911BE" w:rsidRDefault="00000000">
            <w:pPr>
              <w:ind w:firstLine="0"/>
              <w:jc w:val="center"/>
              <w:rPr>
                <w:sz w:val="16"/>
                <w:szCs w:val="24"/>
              </w:rPr>
            </w:pPr>
            <w:r w:rsidRPr="007911BE">
              <w:rPr>
                <w:sz w:val="16"/>
                <w:szCs w:val="24"/>
              </w:rPr>
              <w:t>15.79</w:t>
            </w:r>
          </w:p>
        </w:tc>
        <w:tc>
          <w:tcPr>
            <w:tcW w:w="0" w:type="auto"/>
            <w:vAlign w:val="center"/>
          </w:tcPr>
          <w:p w14:paraId="4954FDED" w14:textId="77777777" w:rsidR="00F12170" w:rsidRPr="007911BE" w:rsidRDefault="00000000">
            <w:pPr>
              <w:ind w:firstLine="0"/>
              <w:jc w:val="center"/>
              <w:rPr>
                <w:sz w:val="16"/>
                <w:szCs w:val="24"/>
              </w:rPr>
            </w:pPr>
            <w:r w:rsidRPr="007911BE">
              <w:rPr>
                <w:sz w:val="16"/>
                <w:szCs w:val="24"/>
              </w:rPr>
              <w:t>16.12</w:t>
            </w:r>
          </w:p>
        </w:tc>
        <w:tc>
          <w:tcPr>
            <w:tcW w:w="0" w:type="auto"/>
            <w:vAlign w:val="center"/>
          </w:tcPr>
          <w:p w14:paraId="5C9E4390" w14:textId="77777777" w:rsidR="00F12170" w:rsidRPr="007911BE" w:rsidRDefault="00000000">
            <w:pPr>
              <w:ind w:firstLine="0"/>
              <w:jc w:val="center"/>
              <w:rPr>
                <w:sz w:val="16"/>
                <w:szCs w:val="24"/>
              </w:rPr>
            </w:pPr>
            <w:r w:rsidRPr="007911BE">
              <w:rPr>
                <w:sz w:val="16"/>
                <w:szCs w:val="24"/>
              </w:rPr>
              <w:t>12.56</w:t>
            </w:r>
          </w:p>
        </w:tc>
        <w:tc>
          <w:tcPr>
            <w:tcW w:w="0" w:type="auto"/>
            <w:vAlign w:val="center"/>
          </w:tcPr>
          <w:p w14:paraId="3E92DCAE" w14:textId="77777777" w:rsidR="00F12170" w:rsidRPr="007911BE" w:rsidRDefault="00000000">
            <w:pPr>
              <w:ind w:firstLine="0"/>
              <w:jc w:val="center"/>
              <w:rPr>
                <w:sz w:val="16"/>
                <w:szCs w:val="24"/>
              </w:rPr>
            </w:pPr>
            <w:r w:rsidRPr="007911BE">
              <w:rPr>
                <w:sz w:val="16"/>
                <w:szCs w:val="24"/>
              </w:rPr>
              <w:t>18.32</w:t>
            </w:r>
          </w:p>
        </w:tc>
        <w:tc>
          <w:tcPr>
            <w:tcW w:w="0" w:type="auto"/>
            <w:vAlign w:val="center"/>
          </w:tcPr>
          <w:p w14:paraId="2328D23C" w14:textId="77777777" w:rsidR="00F12170" w:rsidRPr="007911BE" w:rsidRDefault="00000000">
            <w:pPr>
              <w:ind w:firstLine="0"/>
              <w:jc w:val="center"/>
              <w:rPr>
                <w:sz w:val="16"/>
                <w:szCs w:val="24"/>
              </w:rPr>
            </w:pPr>
            <w:r w:rsidRPr="007911BE">
              <w:rPr>
                <w:sz w:val="16"/>
                <w:szCs w:val="24"/>
              </w:rPr>
              <w:t>6</w:t>
            </w:r>
          </w:p>
        </w:tc>
      </w:tr>
      <w:tr w:rsidR="00F12170" w:rsidRPr="007911BE" w14:paraId="60025E87" w14:textId="77777777" w:rsidTr="00B408C8">
        <w:trPr>
          <w:jc w:val="center"/>
        </w:trPr>
        <w:tc>
          <w:tcPr>
            <w:tcW w:w="0" w:type="auto"/>
            <w:vAlign w:val="center"/>
          </w:tcPr>
          <w:p w14:paraId="17D0ED09"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45221E8D"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48FAEE79" w14:textId="77777777" w:rsidR="00F12170" w:rsidRPr="007911BE" w:rsidRDefault="00000000">
            <w:pPr>
              <w:ind w:firstLine="0"/>
              <w:jc w:val="left"/>
              <w:rPr>
                <w:sz w:val="16"/>
                <w:szCs w:val="24"/>
              </w:rPr>
            </w:pPr>
            <w:r w:rsidRPr="007911BE">
              <w:rPr>
                <w:sz w:val="16"/>
                <w:szCs w:val="24"/>
              </w:rPr>
              <w:t>ЦФО</w:t>
            </w:r>
          </w:p>
        </w:tc>
        <w:tc>
          <w:tcPr>
            <w:tcW w:w="0" w:type="auto"/>
            <w:vAlign w:val="center"/>
          </w:tcPr>
          <w:p w14:paraId="5D9B7D55" w14:textId="77777777" w:rsidR="00F12170" w:rsidRPr="007911BE" w:rsidRDefault="00000000">
            <w:pPr>
              <w:ind w:firstLine="0"/>
              <w:jc w:val="center"/>
              <w:rPr>
                <w:sz w:val="16"/>
                <w:szCs w:val="24"/>
              </w:rPr>
            </w:pPr>
            <w:r w:rsidRPr="007911BE">
              <w:rPr>
                <w:sz w:val="16"/>
                <w:szCs w:val="24"/>
              </w:rPr>
              <w:t>10.4</w:t>
            </w:r>
          </w:p>
        </w:tc>
        <w:tc>
          <w:tcPr>
            <w:tcW w:w="0" w:type="auto"/>
            <w:vAlign w:val="center"/>
          </w:tcPr>
          <w:p w14:paraId="31241CDE" w14:textId="77777777" w:rsidR="00F12170" w:rsidRPr="007911BE" w:rsidRDefault="00000000">
            <w:pPr>
              <w:ind w:firstLine="0"/>
              <w:jc w:val="center"/>
              <w:rPr>
                <w:sz w:val="16"/>
                <w:szCs w:val="24"/>
              </w:rPr>
            </w:pPr>
            <w:r w:rsidRPr="007911BE">
              <w:rPr>
                <w:sz w:val="16"/>
                <w:szCs w:val="24"/>
              </w:rPr>
              <w:t>11.01</w:t>
            </w:r>
          </w:p>
        </w:tc>
        <w:tc>
          <w:tcPr>
            <w:tcW w:w="0" w:type="auto"/>
            <w:vAlign w:val="center"/>
          </w:tcPr>
          <w:p w14:paraId="51743535" w14:textId="77777777" w:rsidR="00F12170" w:rsidRPr="007911BE" w:rsidRDefault="00000000">
            <w:pPr>
              <w:ind w:firstLine="0"/>
              <w:jc w:val="center"/>
              <w:rPr>
                <w:sz w:val="16"/>
                <w:szCs w:val="24"/>
              </w:rPr>
            </w:pPr>
            <w:r w:rsidRPr="007911BE">
              <w:rPr>
                <w:sz w:val="16"/>
                <w:szCs w:val="24"/>
              </w:rPr>
              <w:t>0</w:t>
            </w:r>
          </w:p>
        </w:tc>
        <w:tc>
          <w:tcPr>
            <w:tcW w:w="0" w:type="auto"/>
            <w:vAlign w:val="center"/>
          </w:tcPr>
          <w:p w14:paraId="722A13CF" w14:textId="77777777" w:rsidR="00F12170" w:rsidRPr="007911BE" w:rsidRDefault="00000000">
            <w:pPr>
              <w:ind w:firstLine="0"/>
              <w:jc w:val="center"/>
              <w:rPr>
                <w:sz w:val="16"/>
                <w:szCs w:val="24"/>
              </w:rPr>
            </w:pPr>
            <w:r w:rsidRPr="007911BE">
              <w:rPr>
                <w:sz w:val="16"/>
                <w:szCs w:val="24"/>
              </w:rPr>
              <w:t>15.42</w:t>
            </w:r>
          </w:p>
        </w:tc>
        <w:tc>
          <w:tcPr>
            <w:tcW w:w="0" w:type="auto"/>
            <w:vAlign w:val="center"/>
          </w:tcPr>
          <w:p w14:paraId="5346D912" w14:textId="77777777" w:rsidR="00F12170" w:rsidRPr="007911BE" w:rsidRDefault="00000000">
            <w:pPr>
              <w:ind w:firstLine="0"/>
              <w:jc w:val="center"/>
              <w:rPr>
                <w:sz w:val="16"/>
                <w:szCs w:val="24"/>
              </w:rPr>
            </w:pPr>
            <w:r w:rsidRPr="007911BE">
              <w:rPr>
                <w:sz w:val="16"/>
                <w:szCs w:val="24"/>
              </w:rPr>
              <w:t>18</w:t>
            </w:r>
          </w:p>
        </w:tc>
      </w:tr>
      <w:tr w:rsidR="00F12170" w:rsidRPr="007911BE" w14:paraId="77641EF8" w14:textId="77777777" w:rsidTr="00B408C8">
        <w:trPr>
          <w:jc w:val="center"/>
        </w:trPr>
        <w:tc>
          <w:tcPr>
            <w:tcW w:w="0" w:type="auto"/>
            <w:vAlign w:val="center"/>
          </w:tcPr>
          <w:p w14:paraId="55F15CD3" w14:textId="77777777" w:rsidR="00F12170" w:rsidRPr="007911BE" w:rsidRDefault="00000000">
            <w:pPr>
              <w:ind w:firstLine="0"/>
              <w:jc w:val="left"/>
              <w:rPr>
                <w:sz w:val="16"/>
                <w:szCs w:val="24"/>
              </w:rPr>
            </w:pPr>
            <w:r w:rsidRPr="007911BE">
              <w:rPr>
                <w:sz w:val="16"/>
                <w:szCs w:val="24"/>
              </w:rPr>
              <w:t>2.14.Я3.2</w:t>
            </w:r>
          </w:p>
        </w:tc>
        <w:tc>
          <w:tcPr>
            <w:tcW w:w="0" w:type="auto"/>
            <w:vAlign w:val="center"/>
          </w:tcPr>
          <w:p w14:paraId="2782E731" w14:textId="77777777" w:rsidR="00F12170" w:rsidRPr="007911BE" w:rsidRDefault="00000000">
            <w:pPr>
              <w:ind w:firstLine="0"/>
              <w:jc w:val="left"/>
              <w:rPr>
                <w:sz w:val="16"/>
                <w:szCs w:val="24"/>
                <w:lang w:val="ru-RU"/>
              </w:rPr>
            </w:pPr>
            <w:r w:rsidRPr="007911BE">
              <w:rPr>
                <w:sz w:val="16"/>
                <w:szCs w:val="24"/>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63EC02CA" w14:textId="77777777" w:rsidR="00F12170" w:rsidRPr="007911BE" w:rsidRDefault="00000000">
            <w:pPr>
              <w:ind w:firstLine="0"/>
              <w:jc w:val="left"/>
              <w:rPr>
                <w:sz w:val="16"/>
                <w:szCs w:val="24"/>
              </w:rPr>
            </w:pPr>
            <w:r w:rsidRPr="007911BE">
              <w:rPr>
                <w:sz w:val="16"/>
                <w:szCs w:val="24"/>
              </w:rPr>
              <w:t>ЮФО</w:t>
            </w:r>
          </w:p>
        </w:tc>
        <w:tc>
          <w:tcPr>
            <w:tcW w:w="0" w:type="auto"/>
            <w:vAlign w:val="center"/>
          </w:tcPr>
          <w:p w14:paraId="7033DDDD" w14:textId="77777777" w:rsidR="00F12170" w:rsidRPr="007911BE" w:rsidRDefault="00000000">
            <w:pPr>
              <w:ind w:firstLine="0"/>
              <w:jc w:val="center"/>
              <w:rPr>
                <w:sz w:val="16"/>
                <w:szCs w:val="24"/>
              </w:rPr>
            </w:pPr>
            <w:r w:rsidRPr="007911BE">
              <w:rPr>
                <w:sz w:val="16"/>
                <w:szCs w:val="24"/>
              </w:rPr>
              <w:t>9.17</w:t>
            </w:r>
          </w:p>
        </w:tc>
        <w:tc>
          <w:tcPr>
            <w:tcW w:w="0" w:type="auto"/>
            <w:vAlign w:val="center"/>
          </w:tcPr>
          <w:p w14:paraId="10D3695D" w14:textId="77777777" w:rsidR="00F12170" w:rsidRPr="007911BE" w:rsidRDefault="00000000">
            <w:pPr>
              <w:ind w:firstLine="0"/>
              <w:jc w:val="center"/>
              <w:rPr>
                <w:sz w:val="16"/>
                <w:szCs w:val="24"/>
              </w:rPr>
            </w:pPr>
            <w:r w:rsidRPr="007911BE">
              <w:rPr>
                <w:sz w:val="16"/>
                <w:szCs w:val="24"/>
              </w:rPr>
              <w:t>10.08</w:t>
            </w:r>
          </w:p>
        </w:tc>
        <w:tc>
          <w:tcPr>
            <w:tcW w:w="0" w:type="auto"/>
            <w:vAlign w:val="center"/>
          </w:tcPr>
          <w:p w14:paraId="197DD4DA" w14:textId="77777777" w:rsidR="00F12170" w:rsidRPr="007911BE" w:rsidRDefault="00000000">
            <w:pPr>
              <w:ind w:firstLine="0"/>
              <w:jc w:val="center"/>
              <w:rPr>
                <w:sz w:val="16"/>
                <w:szCs w:val="24"/>
              </w:rPr>
            </w:pPr>
            <w:r w:rsidRPr="007911BE">
              <w:rPr>
                <w:sz w:val="16"/>
                <w:szCs w:val="24"/>
              </w:rPr>
              <w:t>0</w:t>
            </w:r>
          </w:p>
        </w:tc>
        <w:tc>
          <w:tcPr>
            <w:tcW w:w="0" w:type="auto"/>
            <w:vAlign w:val="center"/>
          </w:tcPr>
          <w:p w14:paraId="0B5B6E4A" w14:textId="77777777" w:rsidR="00F12170" w:rsidRPr="007911BE" w:rsidRDefault="00000000">
            <w:pPr>
              <w:ind w:firstLine="0"/>
              <w:jc w:val="center"/>
              <w:rPr>
                <w:sz w:val="16"/>
                <w:szCs w:val="24"/>
              </w:rPr>
            </w:pPr>
            <w:r w:rsidRPr="007911BE">
              <w:rPr>
                <w:sz w:val="16"/>
                <w:szCs w:val="24"/>
              </w:rPr>
              <w:t>17.61</w:t>
            </w:r>
          </w:p>
        </w:tc>
        <w:tc>
          <w:tcPr>
            <w:tcW w:w="0" w:type="auto"/>
            <w:vAlign w:val="center"/>
          </w:tcPr>
          <w:p w14:paraId="4DA2BE1C" w14:textId="77777777" w:rsidR="00F12170" w:rsidRPr="007911BE" w:rsidRDefault="00000000">
            <w:pPr>
              <w:ind w:firstLine="0"/>
              <w:jc w:val="center"/>
              <w:rPr>
                <w:sz w:val="16"/>
                <w:szCs w:val="24"/>
              </w:rPr>
            </w:pPr>
            <w:r w:rsidRPr="007911BE">
              <w:rPr>
                <w:sz w:val="16"/>
                <w:szCs w:val="24"/>
              </w:rPr>
              <w:t>8</w:t>
            </w:r>
          </w:p>
        </w:tc>
      </w:tr>
      <w:tr w:rsidR="00F12170" w:rsidRPr="007911BE" w14:paraId="6F73491F" w14:textId="77777777" w:rsidTr="00B408C8">
        <w:trPr>
          <w:jc w:val="center"/>
        </w:trPr>
        <w:tc>
          <w:tcPr>
            <w:tcW w:w="0" w:type="auto"/>
            <w:vAlign w:val="center"/>
          </w:tcPr>
          <w:p w14:paraId="57051863"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79857763"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1042009C" w14:textId="77777777" w:rsidR="00F12170" w:rsidRPr="007911BE" w:rsidRDefault="00000000">
            <w:pPr>
              <w:ind w:firstLine="0"/>
              <w:jc w:val="left"/>
              <w:rPr>
                <w:sz w:val="16"/>
                <w:szCs w:val="24"/>
              </w:rPr>
            </w:pPr>
            <w:r w:rsidRPr="007911BE">
              <w:rPr>
                <w:sz w:val="16"/>
                <w:szCs w:val="24"/>
              </w:rPr>
              <w:t>ДФО</w:t>
            </w:r>
          </w:p>
        </w:tc>
        <w:tc>
          <w:tcPr>
            <w:tcW w:w="0" w:type="auto"/>
            <w:vAlign w:val="center"/>
          </w:tcPr>
          <w:p w14:paraId="4F1E2D06" w14:textId="77777777" w:rsidR="00F12170" w:rsidRPr="007911BE" w:rsidRDefault="00000000">
            <w:pPr>
              <w:ind w:firstLine="0"/>
              <w:jc w:val="center"/>
              <w:rPr>
                <w:sz w:val="16"/>
                <w:szCs w:val="24"/>
              </w:rPr>
            </w:pPr>
            <w:r w:rsidRPr="007911BE">
              <w:rPr>
                <w:sz w:val="16"/>
                <w:szCs w:val="24"/>
              </w:rPr>
              <w:t>22.2</w:t>
            </w:r>
          </w:p>
        </w:tc>
        <w:tc>
          <w:tcPr>
            <w:tcW w:w="0" w:type="auto"/>
            <w:vAlign w:val="center"/>
          </w:tcPr>
          <w:p w14:paraId="53B21C8A" w14:textId="77777777" w:rsidR="00F12170" w:rsidRPr="007911BE" w:rsidRDefault="00000000">
            <w:pPr>
              <w:ind w:firstLine="0"/>
              <w:jc w:val="center"/>
              <w:rPr>
                <w:sz w:val="16"/>
                <w:szCs w:val="24"/>
              </w:rPr>
            </w:pPr>
            <w:r w:rsidRPr="007911BE">
              <w:rPr>
                <w:sz w:val="16"/>
                <w:szCs w:val="24"/>
              </w:rPr>
              <w:t>22.03</w:t>
            </w:r>
          </w:p>
        </w:tc>
        <w:tc>
          <w:tcPr>
            <w:tcW w:w="0" w:type="auto"/>
            <w:vAlign w:val="center"/>
          </w:tcPr>
          <w:p w14:paraId="72FDC068" w14:textId="77777777" w:rsidR="00F12170" w:rsidRPr="007911BE" w:rsidRDefault="00000000">
            <w:pPr>
              <w:ind w:firstLine="0"/>
              <w:jc w:val="center"/>
              <w:rPr>
                <w:sz w:val="16"/>
                <w:szCs w:val="24"/>
              </w:rPr>
            </w:pPr>
            <w:r w:rsidRPr="007911BE">
              <w:rPr>
                <w:sz w:val="16"/>
                <w:szCs w:val="24"/>
              </w:rPr>
              <w:t>11.11</w:t>
            </w:r>
          </w:p>
        </w:tc>
        <w:tc>
          <w:tcPr>
            <w:tcW w:w="0" w:type="auto"/>
            <w:vAlign w:val="center"/>
          </w:tcPr>
          <w:p w14:paraId="0BCB53AA" w14:textId="77777777" w:rsidR="00F12170" w:rsidRPr="007911BE" w:rsidRDefault="00000000">
            <w:pPr>
              <w:ind w:firstLine="0"/>
              <w:jc w:val="center"/>
              <w:rPr>
                <w:sz w:val="16"/>
                <w:szCs w:val="24"/>
              </w:rPr>
            </w:pPr>
            <w:r w:rsidRPr="007911BE">
              <w:rPr>
                <w:sz w:val="16"/>
                <w:szCs w:val="24"/>
              </w:rPr>
              <w:t>34.36</w:t>
            </w:r>
          </w:p>
        </w:tc>
        <w:tc>
          <w:tcPr>
            <w:tcW w:w="0" w:type="auto"/>
            <w:vAlign w:val="center"/>
          </w:tcPr>
          <w:p w14:paraId="12555A3B" w14:textId="77777777" w:rsidR="00F12170" w:rsidRPr="007911BE" w:rsidRDefault="00000000">
            <w:pPr>
              <w:ind w:firstLine="0"/>
              <w:jc w:val="center"/>
              <w:rPr>
                <w:sz w:val="16"/>
                <w:szCs w:val="24"/>
              </w:rPr>
            </w:pPr>
            <w:r w:rsidRPr="007911BE">
              <w:rPr>
                <w:sz w:val="16"/>
                <w:szCs w:val="24"/>
              </w:rPr>
              <w:t>11</w:t>
            </w:r>
          </w:p>
        </w:tc>
      </w:tr>
      <w:tr w:rsidR="00F12170" w:rsidRPr="007911BE" w14:paraId="535348DC" w14:textId="77777777" w:rsidTr="00B408C8">
        <w:trPr>
          <w:jc w:val="center"/>
        </w:trPr>
        <w:tc>
          <w:tcPr>
            <w:tcW w:w="0" w:type="auto"/>
            <w:vAlign w:val="center"/>
          </w:tcPr>
          <w:p w14:paraId="34C9133D"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20F3D112"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44A86513" w14:textId="77777777" w:rsidR="00F12170" w:rsidRPr="007911BE" w:rsidRDefault="00000000">
            <w:pPr>
              <w:ind w:firstLine="0"/>
              <w:jc w:val="left"/>
              <w:rPr>
                <w:sz w:val="16"/>
                <w:szCs w:val="24"/>
              </w:rPr>
            </w:pPr>
            <w:r w:rsidRPr="007911BE">
              <w:rPr>
                <w:sz w:val="16"/>
                <w:szCs w:val="24"/>
              </w:rPr>
              <w:t>ПФО</w:t>
            </w:r>
          </w:p>
        </w:tc>
        <w:tc>
          <w:tcPr>
            <w:tcW w:w="0" w:type="auto"/>
            <w:vAlign w:val="center"/>
          </w:tcPr>
          <w:p w14:paraId="0B3A52F6" w14:textId="77777777" w:rsidR="00F12170" w:rsidRPr="007911BE" w:rsidRDefault="00000000">
            <w:pPr>
              <w:ind w:firstLine="0"/>
              <w:jc w:val="center"/>
              <w:rPr>
                <w:sz w:val="16"/>
                <w:szCs w:val="24"/>
              </w:rPr>
            </w:pPr>
            <w:r w:rsidRPr="007911BE">
              <w:rPr>
                <w:sz w:val="16"/>
                <w:szCs w:val="24"/>
              </w:rPr>
              <w:t>31.49</w:t>
            </w:r>
          </w:p>
        </w:tc>
        <w:tc>
          <w:tcPr>
            <w:tcW w:w="0" w:type="auto"/>
            <w:vAlign w:val="center"/>
          </w:tcPr>
          <w:p w14:paraId="578D5EAA" w14:textId="77777777" w:rsidR="00F12170" w:rsidRPr="007911BE" w:rsidRDefault="00000000">
            <w:pPr>
              <w:ind w:firstLine="0"/>
              <w:jc w:val="center"/>
              <w:rPr>
                <w:sz w:val="16"/>
                <w:szCs w:val="24"/>
              </w:rPr>
            </w:pPr>
            <w:r w:rsidRPr="007911BE">
              <w:rPr>
                <w:sz w:val="16"/>
                <w:szCs w:val="24"/>
              </w:rPr>
              <w:t>29.66</w:t>
            </w:r>
          </w:p>
        </w:tc>
        <w:tc>
          <w:tcPr>
            <w:tcW w:w="0" w:type="auto"/>
            <w:vAlign w:val="center"/>
          </w:tcPr>
          <w:p w14:paraId="65757B8B" w14:textId="77777777" w:rsidR="00F12170" w:rsidRPr="007911BE" w:rsidRDefault="00000000">
            <w:pPr>
              <w:ind w:firstLine="0"/>
              <w:jc w:val="center"/>
              <w:rPr>
                <w:sz w:val="16"/>
                <w:szCs w:val="24"/>
              </w:rPr>
            </w:pPr>
            <w:r w:rsidRPr="007911BE">
              <w:rPr>
                <w:sz w:val="16"/>
                <w:szCs w:val="24"/>
              </w:rPr>
              <w:t>20.03</w:t>
            </w:r>
          </w:p>
        </w:tc>
        <w:tc>
          <w:tcPr>
            <w:tcW w:w="0" w:type="auto"/>
            <w:vAlign w:val="center"/>
          </w:tcPr>
          <w:p w14:paraId="671170E4" w14:textId="77777777" w:rsidR="00F12170" w:rsidRPr="007911BE" w:rsidRDefault="00000000">
            <w:pPr>
              <w:ind w:firstLine="0"/>
              <w:jc w:val="center"/>
              <w:rPr>
                <w:sz w:val="16"/>
                <w:szCs w:val="24"/>
              </w:rPr>
            </w:pPr>
            <w:r w:rsidRPr="007911BE">
              <w:rPr>
                <w:sz w:val="16"/>
                <w:szCs w:val="24"/>
              </w:rPr>
              <w:t>51.13</w:t>
            </w:r>
          </w:p>
        </w:tc>
        <w:tc>
          <w:tcPr>
            <w:tcW w:w="0" w:type="auto"/>
            <w:vAlign w:val="center"/>
          </w:tcPr>
          <w:p w14:paraId="2324BC29" w14:textId="77777777" w:rsidR="00F12170" w:rsidRPr="007911BE" w:rsidRDefault="00000000">
            <w:pPr>
              <w:ind w:firstLine="0"/>
              <w:jc w:val="center"/>
              <w:rPr>
                <w:sz w:val="16"/>
                <w:szCs w:val="24"/>
              </w:rPr>
            </w:pPr>
            <w:r w:rsidRPr="007911BE">
              <w:rPr>
                <w:sz w:val="16"/>
                <w:szCs w:val="24"/>
              </w:rPr>
              <w:t>14</w:t>
            </w:r>
          </w:p>
        </w:tc>
      </w:tr>
      <w:tr w:rsidR="00F12170" w:rsidRPr="007911BE" w14:paraId="70C67A96" w14:textId="77777777" w:rsidTr="00B408C8">
        <w:trPr>
          <w:jc w:val="center"/>
        </w:trPr>
        <w:tc>
          <w:tcPr>
            <w:tcW w:w="0" w:type="auto"/>
            <w:vAlign w:val="center"/>
          </w:tcPr>
          <w:p w14:paraId="3D1F0334"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69CAAF37" w14:textId="77777777" w:rsidR="00F12170" w:rsidRPr="007911BE" w:rsidRDefault="00000000">
            <w:pPr>
              <w:ind w:firstLine="0"/>
              <w:jc w:val="left"/>
              <w:rPr>
                <w:sz w:val="16"/>
                <w:szCs w:val="24"/>
                <w:lang w:val="ru-RU"/>
              </w:rPr>
            </w:pPr>
            <w:r w:rsidRPr="007911BE">
              <w:rPr>
                <w:sz w:val="16"/>
                <w:szCs w:val="24"/>
                <w:lang w:val="ru-RU"/>
              </w:rPr>
              <w:t xml:space="preserve">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w:t>
            </w:r>
            <w:r w:rsidRPr="007911BE">
              <w:rPr>
                <w:sz w:val="16"/>
                <w:szCs w:val="24"/>
                <w:lang w:val="ru-RU"/>
              </w:rPr>
              <w:lastRenderedPageBreak/>
              <w:t>помощи, и вставших на учет по беременности</w:t>
            </w:r>
          </w:p>
        </w:tc>
        <w:tc>
          <w:tcPr>
            <w:tcW w:w="0" w:type="auto"/>
            <w:vAlign w:val="center"/>
          </w:tcPr>
          <w:p w14:paraId="1FB0BC35" w14:textId="77777777" w:rsidR="00F12170" w:rsidRPr="007911BE" w:rsidRDefault="00000000">
            <w:pPr>
              <w:ind w:firstLine="0"/>
              <w:jc w:val="left"/>
              <w:rPr>
                <w:sz w:val="16"/>
                <w:szCs w:val="24"/>
              </w:rPr>
            </w:pPr>
            <w:r w:rsidRPr="007911BE">
              <w:rPr>
                <w:sz w:val="16"/>
                <w:szCs w:val="24"/>
              </w:rPr>
              <w:lastRenderedPageBreak/>
              <w:t>СЗФО</w:t>
            </w:r>
          </w:p>
        </w:tc>
        <w:tc>
          <w:tcPr>
            <w:tcW w:w="0" w:type="auto"/>
            <w:vAlign w:val="center"/>
          </w:tcPr>
          <w:p w14:paraId="5A30EDF5" w14:textId="77777777" w:rsidR="00F12170" w:rsidRPr="007911BE" w:rsidRDefault="00000000">
            <w:pPr>
              <w:ind w:firstLine="0"/>
              <w:jc w:val="center"/>
              <w:rPr>
                <w:sz w:val="16"/>
                <w:szCs w:val="24"/>
              </w:rPr>
            </w:pPr>
            <w:r w:rsidRPr="007911BE">
              <w:rPr>
                <w:sz w:val="16"/>
                <w:szCs w:val="24"/>
              </w:rPr>
              <w:t>27.82</w:t>
            </w:r>
          </w:p>
        </w:tc>
        <w:tc>
          <w:tcPr>
            <w:tcW w:w="0" w:type="auto"/>
            <w:vAlign w:val="center"/>
          </w:tcPr>
          <w:p w14:paraId="2225AC65" w14:textId="77777777" w:rsidR="00F12170" w:rsidRPr="007911BE" w:rsidRDefault="00000000">
            <w:pPr>
              <w:ind w:firstLine="0"/>
              <w:jc w:val="center"/>
              <w:rPr>
                <w:sz w:val="16"/>
                <w:szCs w:val="24"/>
              </w:rPr>
            </w:pPr>
            <w:r w:rsidRPr="007911BE">
              <w:rPr>
                <w:sz w:val="16"/>
                <w:szCs w:val="24"/>
              </w:rPr>
              <w:t>23.42</w:t>
            </w:r>
          </w:p>
        </w:tc>
        <w:tc>
          <w:tcPr>
            <w:tcW w:w="0" w:type="auto"/>
            <w:vAlign w:val="center"/>
          </w:tcPr>
          <w:p w14:paraId="1A5350BF" w14:textId="77777777" w:rsidR="00F12170" w:rsidRPr="007911BE" w:rsidRDefault="00000000">
            <w:pPr>
              <w:ind w:firstLine="0"/>
              <w:jc w:val="center"/>
              <w:rPr>
                <w:sz w:val="16"/>
                <w:szCs w:val="24"/>
              </w:rPr>
            </w:pPr>
            <w:r w:rsidRPr="007911BE">
              <w:rPr>
                <w:sz w:val="16"/>
                <w:szCs w:val="24"/>
              </w:rPr>
              <w:t>12.66</w:t>
            </w:r>
          </w:p>
        </w:tc>
        <w:tc>
          <w:tcPr>
            <w:tcW w:w="0" w:type="auto"/>
            <w:vAlign w:val="center"/>
          </w:tcPr>
          <w:p w14:paraId="094D6FC1" w14:textId="77777777" w:rsidR="00F12170" w:rsidRPr="007911BE" w:rsidRDefault="00000000">
            <w:pPr>
              <w:ind w:firstLine="0"/>
              <w:jc w:val="center"/>
              <w:rPr>
                <w:sz w:val="16"/>
                <w:szCs w:val="24"/>
              </w:rPr>
            </w:pPr>
            <w:r w:rsidRPr="007911BE">
              <w:rPr>
                <w:sz w:val="16"/>
                <w:szCs w:val="24"/>
              </w:rPr>
              <w:t>92.24</w:t>
            </w:r>
          </w:p>
        </w:tc>
        <w:tc>
          <w:tcPr>
            <w:tcW w:w="0" w:type="auto"/>
            <w:vAlign w:val="center"/>
          </w:tcPr>
          <w:p w14:paraId="7AC4F3B6" w14:textId="77777777" w:rsidR="00F12170" w:rsidRPr="007911BE" w:rsidRDefault="00000000">
            <w:pPr>
              <w:ind w:firstLine="0"/>
              <w:jc w:val="center"/>
              <w:rPr>
                <w:sz w:val="16"/>
                <w:szCs w:val="24"/>
              </w:rPr>
            </w:pPr>
            <w:r w:rsidRPr="007911BE">
              <w:rPr>
                <w:sz w:val="16"/>
                <w:szCs w:val="24"/>
              </w:rPr>
              <w:t>11</w:t>
            </w:r>
          </w:p>
        </w:tc>
      </w:tr>
      <w:tr w:rsidR="00F12170" w:rsidRPr="007911BE" w14:paraId="53C6E995" w14:textId="77777777" w:rsidTr="00B408C8">
        <w:trPr>
          <w:jc w:val="center"/>
        </w:trPr>
        <w:tc>
          <w:tcPr>
            <w:tcW w:w="0" w:type="auto"/>
            <w:vAlign w:val="center"/>
          </w:tcPr>
          <w:p w14:paraId="0959B4DF"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517C8389"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30CF0546" w14:textId="77777777" w:rsidR="00F12170" w:rsidRPr="007911BE" w:rsidRDefault="00000000">
            <w:pPr>
              <w:ind w:firstLine="0"/>
              <w:jc w:val="left"/>
              <w:rPr>
                <w:sz w:val="16"/>
                <w:szCs w:val="24"/>
              </w:rPr>
            </w:pPr>
            <w:r w:rsidRPr="007911BE">
              <w:rPr>
                <w:sz w:val="16"/>
                <w:szCs w:val="24"/>
              </w:rPr>
              <w:t>СКФО</w:t>
            </w:r>
          </w:p>
        </w:tc>
        <w:tc>
          <w:tcPr>
            <w:tcW w:w="0" w:type="auto"/>
            <w:vAlign w:val="center"/>
          </w:tcPr>
          <w:p w14:paraId="110A147E" w14:textId="77777777" w:rsidR="00F12170" w:rsidRPr="007911BE" w:rsidRDefault="00000000">
            <w:pPr>
              <w:ind w:firstLine="0"/>
              <w:jc w:val="center"/>
              <w:rPr>
                <w:sz w:val="16"/>
                <w:szCs w:val="24"/>
              </w:rPr>
            </w:pPr>
            <w:r w:rsidRPr="007911BE">
              <w:rPr>
                <w:sz w:val="16"/>
                <w:szCs w:val="24"/>
              </w:rPr>
              <w:t>42.05</w:t>
            </w:r>
          </w:p>
        </w:tc>
        <w:tc>
          <w:tcPr>
            <w:tcW w:w="0" w:type="auto"/>
            <w:vAlign w:val="center"/>
          </w:tcPr>
          <w:p w14:paraId="4AC0D2E1" w14:textId="77777777" w:rsidR="00F12170" w:rsidRPr="007911BE" w:rsidRDefault="00000000">
            <w:pPr>
              <w:ind w:firstLine="0"/>
              <w:jc w:val="center"/>
              <w:rPr>
                <w:sz w:val="16"/>
                <w:szCs w:val="24"/>
              </w:rPr>
            </w:pPr>
            <w:r w:rsidRPr="007911BE">
              <w:rPr>
                <w:sz w:val="16"/>
                <w:szCs w:val="24"/>
              </w:rPr>
              <w:t>27</w:t>
            </w:r>
          </w:p>
        </w:tc>
        <w:tc>
          <w:tcPr>
            <w:tcW w:w="0" w:type="auto"/>
            <w:vAlign w:val="center"/>
          </w:tcPr>
          <w:p w14:paraId="6266E8EA" w14:textId="77777777" w:rsidR="00F12170" w:rsidRPr="007911BE" w:rsidRDefault="00000000">
            <w:pPr>
              <w:ind w:firstLine="0"/>
              <w:jc w:val="center"/>
              <w:rPr>
                <w:sz w:val="16"/>
                <w:szCs w:val="24"/>
              </w:rPr>
            </w:pPr>
            <w:r w:rsidRPr="007911BE">
              <w:rPr>
                <w:sz w:val="16"/>
                <w:szCs w:val="24"/>
              </w:rPr>
              <w:t>0</w:t>
            </w:r>
          </w:p>
        </w:tc>
        <w:tc>
          <w:tcPr>
            <w:tcW w:w="0" w:type="auto"/>
            <w:vAlign w:val="center"/>
          </w:tcPr>
          <w:p w14:paraId="2102376B" w14:textId="77777777" w:rsidR="00F12170" w:rsidRPr="007911BE" w:rsidRDefault="00000000">
            <w:pPr>
              <w:ind w:firstLine="0"/>
              <w:jc w:val="center"/>
              <w:rPr>
                <w:sz w:val="16"/>
                <w:szCs w:val="24"/>
              </w:rPr>
            </w:pPr>
            <w:r w:rsidRPr="007911BE">
              <w:rPr>
                <w:sz w:val="16"/>
                <w:szCs w:val="24"/>
              </w:rPr>
              <w:t>100</w:t>
            </w:r>
          </w:p>
        </w:tc>
        <w:tc>
          <w:tcPr>
            <w:tcW w:w="0" w:type="auto"/>
            <w:vAlign w:val="center"/>
          </w:tcPr>
          <w:p w14:paraId="6D14D89D" w14:textId="77777777" w:rsidR="00F12170" w:rsidRPr="007911BE" w:rsidRDefault="00000000">
            <w:pPr>
              <w:ind w:firstLine="0"/>
              <w:jc w:val="center"/>
              <w:rPr>
                <w:sz w:val="16"/>
                <w:szCs w:val="24"/>
              </w:rPr>
            </w:pPr>
            <w:r w:rsidRPr="007911BE">
              <w:rPr>
                <w:sz w:val="16"/>
                <w:szCs w:val="24"/>
              </w:rPr>
              <w:t>7</w:t>
            </w:r>
          </w:p>
        </w:tc>
      </w:tr>
      <w:tr w:rsidR="00F12170" w:rsidRPr="007911BE" w14:paraId="6DCC23A9" w14:textId="77777777" w:rsidTr="00B408C8">
        <w:trPr>
          <w:jc w:val="center"/>
        </w:trPr>
        <w:tc>
          <w:tcPr>
            <w:tcW w:w="0" w:type="auto"/>
            <w:vAlign w:val="center"/>
          </w:tcPr>
          <w:p w14:paraId="10FBDE5C"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298E321C"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4F2528F9" w14:textId="77777777" w:rsidR="00F12170" w:rsidRPr="007911BE" w:rsidRDefault="00000000">
            <w:pPr>
              <w:ind w:firstLine="0"/>
              <w:jc w:val="left"/>
              <w:rPr>
                <w:sz w:val="16"/>
                <w:szCs w:val="24"/>
              </w:rPr>
            </w:pPr>
            <w:r w:rsidRPr="007911BE">
              <w:rPr>
                <w:sz w:val="16"/>
                <w:szCs w:val="24"/>
              </w:rPr>
              <w:t>СФО</w:t>
            </w:r>
          </w:p>
        </w:tc>
        <w:tc>
          <w:tcPr>
            <w:tcW w:w="0" w:type="auto"/>
            <w:vAlign w:val="center"/>
          </w:tcPr>
          <w:p w14:paraId="5FA1B943" w14:textId="77777777" w:rsidR="00F12170" w:rsidRPr="007911BE" w:rsidRDefault="00000000">
            <w:pPr>
              <w:ind w:firstLine="0"/>
              <w:jc w:val="center"/>
              <w:rPr>
                <w:sz w:val="16"/>
                <w:szCs w:val="24"/>
              </w:rPr>
            </w:pPr>
            <w:r w:rsidRPr="007911BE">
              <w:rPr>
                <w:sz w:val="16"/>
                <w:szCs w:val="24"/>
              </w:rPr>
              <w:t>27.91</w:t>
            </w:r>
          </w:p>
        </w:tc>
        <w:tc>
          <w:tcPr>
            <w:tcW w:w="0" w:type="auto"/>
            <w:vAlign w:val="center"/>
          </w:tcPr>
          <w:p w14:paraId="5A4D3341" w14:textId="77777777" w:rsidR="00F12170" w:rsidRPr="007911BE" w:rsidRDefault="00000000">
            <w:pPr>
              <w:ind w:firstLine="0"/>
              <w:jc w:val="center"/>
              <w:rPr>
                <w:sz w:val="16"/>
                <w:szCs w:val="24"/>
              </w:rPr>
            </w:pPr>
            <w:r w:rsidRPr="007911BE">
              <w:rPr>
                <w:sz w:val="16"/>
                <w:szCs w:val="24"/>
              </w:rPr>
              <w:t>25.82</w:t>
            </w:r>
          </w:p>
        </w:tc>
        <w:tc>
          <w:tcPr>
            <w:tcW w:w="0" w:type="auto"/>
            <w:vAlign w:val="center"/>
          </w:tcPr>
          <w:p w14:paraId="5EB41E60" w14:textId="77777777" w:rsidR="00F12170" w:rsidRPr="007911BE" w:rsidRDefault="00000000">
            <w:pPr>
              <w:ind w:firstLine="0"/>
              <w:jc w:val="center"/>
              <w:rPr>
                <w:sz w:val="16"/>
                <w:szCs w:val="24"/>
              </w:rPr>
            </w:pPr>
            <w:r w:rsidRPr="007911BE">
              <w:rPr>
                <w:sz w:val="16"/>
                <w:szCs w:val="24"/>
              </w:rPr>
              <w:t>14.95</w:t>
            </w:r>
          </w:p>
        </w:tc>
        <w:tc>
          <w:tcPr>
            <w:tcW w:w="0" w:type="auto"/>
            <w:vAlign w:val="center"/>
          </w:tcPr>
          <w:p w14:paraId="3EFE39F1" w14:textId="77777777" w:rsidR="00F12170" w:rsidRPr="007911BE" w:rsidRDefault="00000000">
            <w:pPr>
              <w:ind w:firstLine="0"/>
              <w:jc w:val="center"/>
              <w:rPr>
                <w:sz w:val="16"/>
                <w:szCs w:val="24"/>
              </w:rPr>
            </w:pPr>
            <w:r w:rsidRPr="007911BE">
              <w:rPr>
                <w:sz w:val="16"/>
                <w:szCs w:val="24"/>
              </w:rPr>
              <w:t>52.55</w:t>
            </w:r>
          </w:p>
        </w:tc>
        <w:tc>
          <w:tcPr>
            <w:tcW w:w="0" w:type="auto"/>
            <w:vAlign w:val="center"/>
          </w:tcPr>
          <w:p w14:paraId="3A01B010" w14:textId="77777777" w:rsidR="00F12170" w:rsidRPr="007911BE" w:rsidRDefault="00000000">
            <w:pPr>
              <w:ind w:firstLine="0"/>
              <w:jc w:val="center"/>
              <w:rPr>
                <w:sz w:val="16"/>
                <w:szCs w:val="24"/>
              </w:rPr>
            </w:pPr>
            <w:r w:rsidRPr="007911BE">
              <w:rPr>
                <w:sz w:val="16"/>
                <w:szCs w:val="24"/>
              </w:rPr>
              <w:t>10</w:t>
            </w:r>
          </w:p>
        </w:tc>
      </w:tr>
      <w:tr w:rsidR="00F12170" w:rsidRPr="007911BE" w14:paraId="2C494F00" w14:textId="77777777" w:rsidTr="00B408C8">
        <w:trPr>
          <w:jc w:val="center"/>
        </w:trPr>
        <w:tc>
          <w:tcPr>
            <w:tcW w:w="0" w:type="auto"/>
            <w:vAlign w:val="center"/>
          </w:tcPr>
          <w:p w14:paraId="4B810008"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2EEB13A4"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0B5D412A" w14:textId="77777777" w:rsidR="00F12170" w:rsidRPr="007911BE" w:rsidRDefault="00000000">
            <w:pPr>
              <w:ind w:firstLine="0"/>
              <w:jc w:val="left"/>
              <w:rPr>
                <w:sz w:val="16"/>
                <w:szCs w:val="24"/>
              </w:rPr>
            </w:pPr>
            <w:r w:rsidRPr="007911BE">
              <w:rPr>
                <w:sz w:val="16"/>
                <w:szCs w:val="24"/>
              </w:rPr>
              <w:t>УФО</w:t>
            </w:r>
          </w:p>
        </w:tc>
        <w:tc>
          <w:tcPr>
            <w:tcW w:w="0" w:type="auto"/>
            <w:vAlign w:val="center"/>
          </w:tcPr>
          <w:p w14:paraId="13999FC8" w14:textId="77777777" w:rsidR="00F12170" w:rsidRPr="007911BE" w:rsidRDefault="00000000">
            <w:pPr>
              <w:ind w:firstLine="0"/>
              <w:jc w:val="center"/>
              <w:rPr>
                <w:sz w:val="16"/>
                <w:szCs w:val="24"/>
              </w:rPr>
            </w:pPr>
            <w:r w:rsidRPr="007911BE">
              <w:rPr>
                <w:sz w:val="16"/>
                <w:szCs w:val="24"/>
              </w:rPr>
              <w:t>31.85</w:t>
            </w:r>
          </w:p>
        </w:tc>
        <w:tc>
          <w:tcPr>
            <w:tcW w:w="0" w:type="auto"/>
            <w:vAlign w:val="center"/>
          </w:tcPr>
          <w:p w14:paraId="079385FD" w14:textId="77777777" w:rsidR="00F12170" w:rsidRPr="007911BE" w:rsidRDefault="00000000">
            <w:pPr>
              <w:ind w:firstLine="0"/>
              <w:jc w:val="center"/>
              <w:rPr>
                <w:sz w:val="16"/>
                <w:szCs w:val="24"/>
              </w:rPr>
            </w:pPr>
            <w:r w:rsidRPr="007911BE">
              <w:rPr>
                <w:sz w:val="16"/>
                <w:szCs w:val="24"/>
              </w:rPr>
              <w:t>34.08</w:t>
            </w:r>
          </w:p>
        </w:tc>
        <w:tc>
          <w:tcPr>
            <w:tcW w:w="0" w:type="auto"/>
            <w:vAlign w:val="center"/>
          </w:tcPr>
          <w:p w14:paraId="4187F594" w14:textId="77777777" w:rsidR="00F12170" w:rsidRPr="007911BE" w:rsidRDefault="00000000">
            <w:pPr>
              <w:ind w:firstLine="0"/>
              <w:jc w:val="center"/>
              <w:rPr>
                <w:sz w:val="16"/>
                <w:szCs w:val="24"/>
              </w:rPr>
            </w:pPr>
            <w:r w:rsidRPr="007911BE">
              <w:rPr>
                <w:sz w:val="16"/>
                <w:szCs w:val="24"/>
              </w:rPr>
              <w:t>23.17</w:t>
            </w:r>
          </w:p>
        </w:tc>
        <w:tc>
          <w:tcPr>
            <w:tcW w:w="0" w:type="auto"/>
            <w:vAlign w:val="center"/>
          </w:tcPr>
          <w:p w14:paraId="17E51139" w14:textId="77777777" w:rsidR="00F12170" w:rsidRPr="007911BE" w:rsidRDefault="00000000">
            <w:pPr>
              <w:ind w:firstLine="0"/>
              <w:jc w:val="center"/>
              <w:rPr>
                <w:sz w:val="16"/>
                <w:szCs w:val="24"/>
              </w:rPr>
            </w:pPr>
            <w:r w:rsidRPr="007911BE">
              <w:rPr>
                <w:sz w:val="16"/>
                <w:szCs w:val="24"/>
              </w:rPr>
              <w:t>38.73</w:t>
            </w:r>
          </w:p>
        </w:tc>
        <w:tc>
          <w:tcPr>
            <w:tcW w:w="0" w:type="auto"/>
            <w:vAlign w:val="center"/>
          </w:tcPr>
          <w:p w14:paraId="49D2851C" w14:textId="77777777" w:rsidR="00F12170" w:rsidRPr="007911BE" w:rsidRDefault="00000000">
            <w:pPr>
              <w:ind w:firstLine="0"/>
              <w:jc w:val="center"/>
              <w:rPr>
                <w:sz w:val="16"/>
                <w:szCs w:val="24"/>
              </w:rPr>
            </w:pPr>
            <w:r w:rsidRPr="007911BE">
              <w:rPr>
                <w:sz w:val="16"/>
                <w:szCs w:val="24"/>
              </w:rPr>
              <w:t>6</w:t>
            </w:r>
          </w:p>
        </w:tc>
      </w:tr>
      <w:tr w:rsidR="00F12170" w:rsidRPr="007911BE" w14:paraId="17FD2A3E" w14:textId="77777777" w:rsidTr="00B408C8">
        <w:trPr>
          <w:jc w:val="center"/>
        </w:trPr>
        <w:tc>
          <w:tcPr>
            <w:tcW w:w="0" w:type="auto"/>
            <w:vAlign w:val="center"/>
          </w:tcPr>
          <w:p w14:paraId="136885F3"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2BE771AD"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6900CEBD" w14:textId="77777777" w:rsidR="00F12170" w:rsidRPr="007911BE" w:rsidRDefault="00000000">
            <w:pPr>
              <w:ind w:firstLine="0"/>
              <w:jc w:val="left"/>
              <w:rPr>
                <w:sz w:val="16"/>
                <w:szCs w:val="24"/>
              </w:rPr>
            </w:pPr>
            <w:r w:rsidRPr="007911BE">
              <w:rPr>
                <w:sz w:val="16"/>
                <w:szCs w:val="24"/>
              </w:rPr>
              <w:t>ЦФО</w:t>
            </w:r>
          </w:p>
        </w:tc>
        <w:tc>
          <w:tcPr>
            <w:tcW w:w="0" w:type="auto"/>
            <w:vAlign w:val="center"/>
          </w:tcPr>
          <w:p w14:paraId="5F082125" w14:textId="77777777" w:rsidR="00F12170" w:rsidRPr="007911BE" w:rsidRDefault="00000000">
            <w:pPr>
              <w:ind w:firstLine="0"/>
              <w:jc w:val="center"/>
              <w:rPr>
                <w:sz w:val="16"/>
                <w:szCs w:val="24"/>
              </w:rPr>
            </w:pPr>
            <w:r w:rsidRPr="007911BE">
              <w:rPr>
                <w:sz w:val="16"/>
                <w:szCs w:val="24"/>
              </w:rPr>
              <w:t>31.54</w:t>
            </w:r>
          </w:p>
        </w:tc>
        <w:tc>
          <w:tcPr>
            <w:tcW w:w="0" w:type="auto"/>
            <w:vAlign w:val="center"/>
          </w:tcPr>
          <w:p w14:paraId="55EC6547" w14:textId="77777777" w:rsidR="00F12170" w:rsidRPr="007911BE" w:rsidRDefault="00000000">
            <w:pPr>
              <w:ind w:firstLine="0"/>
              <w:jc w:val="center"/>
              <w:rPr>
                <w:sz w:val="16"/>
                <w:szCs w:val="24"/>
              </w:rPr>
            </w:pPr>
            <w:r w:rsidRPr="007911BE">
              <w:rPr>
                <w:sz w:val="16"/>
                <w:szCs w:val="24"/>
              </w:rPr>
              <w:t>30.3</w:t>
            </w:r>
          </w:p>
        </w:tc>
        <w:tc>
          <w:tcPr>
            <w:tcW w:w="0" w:type="auto"/>
            <w:vAlign w:val="center"/>
          </w:tcPr>
          <w:p w14:paraId="68F630A7" w14:textId="77777777" w:rsidR="00F12170" w:rsidRPr="007911BE" w:rsidRDefault="00000000">
            <w:pPr>
              <w:ind w:firstLine="0"/>
              <w:jc w:val="center"/>
              <w:rPr>
                <w:sz w:val="16"/>
                <w:szCs w:val="24"/>
              </w:rPr>
            </w:pPr>
            <w:r w:rsidRPr="007911BE">
              <w:rPr>
                <w:sz w:val="16"/>
                <w:szCs w:val="24"/>
              </w:rPr>
              <w:t>6.17</w:t>
            </w:r>
          </w:p>
        </w:tc>
        <w:tc>
          <w:tcPr>
            <w:tcW w:w="0" w:type="auto"/>
            <w:vAlign w:val="center"/>
          </w:tcPr>
          <w:p w14:paraId="47B56B08" w14:textId="77777777" w:rsidR="00F12170" w:rsidRPr="007911BE" w:rsidRDefault="00000000">
            <w:pPr>
              <w:ind w:firstLine="0"/>
              <w:jc w:val="center"/>
              <w:rPr>
                <w:sz w:val="16"/>
                <w:szCs w:val="24"/>
              </w:rPr>
            </w:pPr>
            <w:r w:rsidRPr="007911BE">
              <w:rPr>
                <w:sz w:val="16"/>
                <w:szCs w:val="24"/>
              </w:rPr>
              <w:t>60.28</w:t>
            </w:r>
          </w:p>
        </w:tc>
        <w:tc>
          <w:tcPr>
            <w:tcW w:w="0" w:type="auto"/>
            <w:vAlign w:val="center"/>
          </w:tcPr>
          <w:p w14:paraId="15D7EF1F" w14:textId="77777777" w:rsidR="00F12170" w:rsidRPr="007911BE" w:rsidRDefault="00000000">
            <w:pPr>
              <w:ind w:firstLine="0"/>
              <w:jc w:val="center"/>
              <w:rPr>
                <w:sz w:val="16"/>
                <w:szCs w:val="24"/>
              </w:rPr>
            </w:pPr>
            <w:r w:rsidRPr="007911BE">
              <w:rPr>
                <w:sz w:val="16"/>
                <w:szCs w:val="24"/>
              </w:rPr>
              <w:t>18</w:t>
            </w:r>
          </w:p>
        </w:tc>
      </w:tr>
      <w:tr w:rsidR="00F12170" w:rsidRPr="007911BE" w14:paraId="2D67EE74" w14:textId="77777777" w:rsidTr="00B408C8">
        <w:trPr>
          <w:jc w:val="center"/>
        </w:trPr>
        <w:tc>
          <w:tcPr>
            <w:tcW w:w="0" w:type="auto"/>
            <w:vAlign w:val="center"/>
          </w:tcPr>
          <w:p w14:paraId="664A45EB" w14:textId="77777777" w:rsidR="00F12170" w:rsidRPr="007911BE" w:rsidRDefault="00000000">
            <w:pPr>
              <w:ind w:firstLine="0"/>
              <w:jc w:val="left"/>
              <w:rPr>
                <w:sz w:val="16"/>
                <w:szCs w:val="24"/>
              </w:rPr>
            </w:pPr>
            <w:r w:rsidRPr="007911BE">
              <w:rPr>
                <w:sz w:val="16"/>
                <w:szCs w:val="24"/>
              </w:rPr>
              <w:t>2.14.Я3.5</w:t>
            </w:r>
          </w:p>
        </w:tc>
        <w:tc>
          <w:tcPr>
            <w:tcW w:w="0" w:type="auto"/>
            <w:vAlign w:val="center"/>
          </w:tcPr>
          <w:p w14:paraId="4A692774" w14:textId="77777777" w:rsidR="00F12170" w:rsidRPr="007911BE" w:rsidRDefault="00000000">
            <w:pPr>
              <w:ind w:firstLine="0"/>
              <w:jc w:val="left"/>
              <w:rPr>
                <w:sz w:val="16"/>
                <w:szCs w:val="24"/>
                <w:lang w:val="ru-RU"/>
              </w:rPr>
            </w:pPr>
            <w:r w:rsidRPr="007911BE">
              <w:rPr>
                <w:sz w:val="16"/>
                <w:szCs w:val="24"/>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3F1B7A3D" w14:textId="77777777" w:rsidR="00F12170" w:rsidRPr="007911BE" w:rsidRDefault="00000000">
            <w:pPr>
              <w:ind w:firstLine="0"/>
              <w:jc w:val="left"/>
              <w:rPr>
                <w:sz w:val="16"/>
                <w:szCs w:val="24"/>
              </w:rPr>
            </w:pPr>
            <w:r w:rsidRPr="007911BE">
              <w:rPr>
                <w:sz w:val="16"/>
                <w:szCs w:val="24"/>
              </w:rPr>
              <w:t>ЮФО</w:t>
            </w:r>
          </w:p>
        </w:tc>
        <w:tc>
          <w:tcPr>
            <w:tcW w:w="0" w:type="auto"/>
            <w:vAlign w:val="center"/>
          </w:tcPr>
          <w:p w14:paraId="1C2D3B9F" w14:textId="77777777" w:rsidR="00F12170" w:rsidRPr="007911BE" w:rsidRDefault="00000000">
            <w:pPr>
              <w:ind w:firstLine="0"/>
              <w:jc w:val="center"/>
              <w:rPr>
                <w:sz w:val="16"/>
                <w:szCs w:val="24"/>
              </w:rPr>
            </w:pPr>
            <w:r w:rsidRPr="007911BE">
              <w:rPr>
                <w:sz w:val="16"/>
                <w:szCs w:val="24"/>
              </w:rPr>
              <w:t>36.95</w:t>
            </w:r>
          </w:p>
        </w:tc>
        <w:tc>
          <w:tcPr>
            <w:tcW w:w="0" w:type="auto"/>
            <w:vAlign w:val="center"/>
          </w:tcPr>
          <w:p w14:paraId="0E5504DA" w14:textId="77777777" w:rsidR="00F12170" w:rsidRPr="007911BE" w:rsidRDefault="00000000">
            <w:pPr>
              <w:ind w:firstLine="0"/>
              <w:jc w:val="center"/>
              <w:rPr>
                <w:sz w:val="16"/>
                <w:szCs w:val="24"/>
              </w:rPr>
            </w:pPr>
            <w:r w:rsidRPr="007911BE">
              <w:rPr>
                <w:sz w:val="16"/>
                <w:szCs w:val="24"/>
              </w:rPr>
              <w:t>39.4</w:t>
            </w:r>
          </w:p>
        </w:tc>
        <w:tc>
          <w:tcPr>
            <w:tcW w:w="0" w:type="auto"/>
            <w:vAlign w:val="center"/>
          </w:tcPr>
          <w:p w14:paraId="6EA7DA9C" w14:textId="77777777" w:rsidR="00F12170" w:rsidRPr="007911BE" w:rsidRDefault="00000000">
            <w:pPr>
              <w:ind w:firstLine="0"/>
              <w:jc w:val="center"/>
              <w:rPr>
                <w:sz w:val="16"/>
                <w:szCs w:val="24"/>
              </w:rPr>
            </w:pPr>
            <w:r w:rsidRPr="007911BE">
              <w:rPr>
                <w:sz w:val="16"/>
                <w:szCs w:val="24"/>
              </w:rPr>
              <w:t>20</w:t>
            </w:r>
          </w:p>
        </w:tc>
        <w:tc>
          <w:tcPr>
            <w:tcW w:w="0" w:type="auto"/>
            <w:vAlign w:val="center"/>
          </w:tcPr>
          <w:p w14:paraId="387A9473" w14:textId="77777777" w:rsidR="00F12170" w:rsidRPr="007911BE" w:rsidRDefault="00000000">
            <w:pPr>
              <w:ind w:firstLine="0"/>
              <w:jc w:val="center"/>
              <w:rPr>
                <w:sz w:val="16"/>
                <w:szCs w:val="24"/>
              </w:rPr>
            </w:pPr>
            <w:r w:rsidRPr="007911BE">
              <w:rPr>
                <w:sz w:val="16"/>
                <w:szCs w:val="24"/>
              </w:rPr>
              <w:t>51.39</w:t>
            </w:r>
          </w:p>
        </w:tc>
        <w:tc>
          <w:tcPr>
            <w:tcW w:w="0" w:type="auto"/>
            <w:vAlign w:val="center"/>
          </w:tcPr>
          <w:p w14:paraId="519DCA55" w14:textId="77777777" w:rsidR="00F12170" w:rsidRPr="007911BE" w:rsidRDefault="00000000">
            <w:pPr>
              <w:ind w:firstLine="0"/>
              <w:jc w:val="center"/>
              <w:rPr>
                <w:sz w:val="16"/>
                <w:szCs w:val="24"/>
              </w:rPr>
            </w:pPr>
            <w:r w:rsidRPr="007911BE">
              <w:rPr>
                <w:sz w:val="16"/>
                <w:szCs w:val="24"/>
              </w:rPr>
              <w:t>8</w:t>
            </w:r>
          </w:p>
        </w:tc>
      </w:tr>
    </w:tbl>
    <w:p w14:paraId="0733AE3D"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64B00252" w14:textId="77777777" w:rsidR="00F12170" w:rsidRPr="007911BE" w:rsidRDefault="00000000" w:rsidP="008A6905">
      <w:pPr>
        <w:pStyle w:val="31"/>
      </w:pPr>
      <w:bookmarkStart w:id="24" w:name="_Toc228134070"/>
      <w:r w:rsidRPr="007911BE">
        <w:t>Межрегиональная динамика</w:t>
      </w:r>
      <w:bookmarkEnd w:id="24"/>
    </w:p>
    <w:p w14:paraId="4F55EB6A" w14:textId="77777777" w:rsidR="00F12170" w:rsidRPr="007911BE" w:rsidRDefault="00000000">
      <w:pPr>
        <w:rPr>
          <w:sz w:val="28"/>
          <w:szCs w:val="28"/>
          <w:lang w:val="ru-RU"/>
        </w:rPr>
      </w:pPr>
      <w:r w:rsidRPr="007911BE">
        <w:rPr>
          <w:sz w:val="28"/>
          <w:szCs w:val="28"/>
          <w:lang w:val="ru-RU"/>
        </w:rPr>
        <w:t xml:space="preserve">Региональная динамика по ряду показателей уже достаточно прослеживается, чтобы рассматривать её как самостоятельный аналитический сюжет. Между 2024 и 2025 годами доля женщин, проживающих в сельской местности, посёлках городского типа и малых городах, получивших помощь в женских консультациях, увеличилась в 72 из 84 сопоставимых регионов; среднее изменение составило +24,34 процентного пункта. Наиболее выраженный прирост наблюдался в Чукотском автономном округе (+73,08 </w:t>
      </w:r>
      <w:proofErr w:type="spellStart"/>
      <w:r w:rsidRPr="007911BE">
        <w:rPr>
          <w:sz w:val="28"/>
          <w:szCs w:val="28"/>
          <w:lang w:val="ru-RU"/>
        </w:rPr>
        <w:t>п.п</w:t>
      </w:r>
      <w:proofErr w:type="spellEnd"/>
      <w:r w:rsidRPr="007911BE">
        <w:rPr>
          <w:sz w:val="28"/>
          <w:szCs w:val="28"/>
          <w:lang w:val="ru-RU"/>
        </w:rPr>
        <w:t xml:space="preserve">.), Сахалинской области (+63,87 </w:t>
      </w:r>
      <w:proofErr w:type="spellStart"/>
      <w:r w:rsidRPr="007911BE">
        <w:rPr>
          <w:sz w:val="28"/>
          <w:szCs w:val="28"/>
          <w:lang w:val="ru-RU"/>
        </w:rPr>
        <w:t>п.п</w:t>
      </w:r>
      <w:proofErr w:type="spellEnd"/>
      <w:r w:rsidRPr="007911BE">
        <w:rPr>
          <w:sz w:val="28"/>
          <w:szCs w:val="28"/>
          <w:lang w:val="ru-RU"/>
        </w:rPr>
        <w:t xml:space="preserve">.) и Камчатском крае (+61,78 </w:t>
      </w:r>
      <w:proofErr w:type="spellStart"/>
      <w:r w:rsidRPr="007911BE">
        <w:rPr>
          <w:sz w:val="28"/>
          <w:szCs w:val="28"/>
          <w:lang w:val="ru-RU"/>
        </w:rPr>
        <w:t>п.п</w:t>
      </w:r>
      <w:proofErr w:type="spellEnd"/>
      <w:r w:rsidRPr="007911BE">
        <w:rPr>
          <w:sz w:val="28"/>
          <w:szCs w:val="28"/>
          <w:lang w:val="ru-RU"/>
        </w:rPr>
        <w:t xml:space="preserve">.), тогда как наибольшее снижение зафиксировано в Чеченской Республике (-42,41 </w:t>
      </w:r>
      <w:proofErr w:type="spellStart"/>
      <w:r w:rsidRPr="007911BE">
        <w:rPr>
          <w:sz w:val="28"/>
          <w:szCs w:val="28"/>
          <w:lang w:val="ru-RU"/>
        </w:rPr>
        <w:t>п.п</w:t>
      </w:r>
      <w:proofErr w:type="spellEnd"/>
      <w:r w:rsidRPr="007911BE">
        <w:rPr>
          <w:sz w:val="28"/>
          <w:szCs w:val="28"/>
          <w:lang w:val="ru-RU"/>
        </w:rPr>
        <w:t xml:space="preserve">.) и Кабардино-Балкарской Республике (-32,70 </w:t>
      </w:r>
      <w:proofErr w:type="spellStart"/>
      <w:r w:rsidRPr="007911BE">
        <w:rPr>
          <w:sz w:val="28"/>
          <w:szCs w:val="28"/>
          <w:lang w:val="ru-RU"/>
        </w:rPr>
        <w:t>п.п</w:t>
      </w:r>
      <w:proofErr w:type="spellEnd"/>
      <w:r w:rsidRPr="007911BE">
        <w:rPr>
          <w:sz w:val="28"/>
          <w:szCs w:val="28"/>
          <w:lang w:val="ru-RU"/>
        </w:rPr>
        <w:t>.).</w:t>
      </w:r>
    </w:p>
    <w:p w14:paraId="2E35235E" w14:textId="77777777" w:rsidR="00F12170" w:rsidRPr="007911BE" w:rsidRDefault="00000000">
      <w:pPr>
        <w:rPr>
          <w:sz w:val="28"/>
          <w:szCs w:val="28"/>
          <w:lang w:val="ru-RU"/>
        </w:rPr>
      </w:pPr>
      <w:r w:rsidRPr="007911BE">
        <w:rPr>
          <w:sz w:val="28"/>
          <w:szCs w:val="28"/>
          <w:lang w:val="ru-RU"/>
        </w:rPr>
        <w:t>По длинному годовому ряду младенческой смертности снижение между 2012 и 2024 годами наблюдается в 81 из 85 регионов; среднее изменение составило -4,40 промилле. Наиболее заметное сокращение достигнуто в Чеченской Республике (-17,1‰), Республике Тыва (-11,4‰) и Республике Хакасия (-9,9‰). Рост показателя отмечен лишь в ограниченном наборе случаев, прежде всего в Республике Крым (+4,6‰) и Чукотском автономном округе (+4,5‰). Эти результаты принципиально важны, поскольку они показывают, что общий благоприятный федеральный тренд не устраняет локальных зон нестабильности.</w:t>
      </w:r>
    </w:p>
    <w:p w14:paraId="479A892A" w14:textId="77777777" w:rsidR="00F12170" w:rsidRPr="007911BE" w:rsidRDefault="00000000">
      <w:pPr>
        <w:spacing w:before="120" w:after="60"/>
        <w:rPr>
          <w:lang w:val="ru-RU"/>
        </w:rPr>
      </w:pPr>
      <w:r w:rsidRPr="007911BE">
        <w:rPr>
          <w:lang w:val="ru-RU"/>
        </w:rPr>
        <w:lastRenderedPageBreak/>
        <w:t xml:space="preserve">Таблица 12 </w:t>
      </w:r>
      <w:r w:rsidR="00387CF6" w:rsidRPr="007911BE">
        <w:rPr>
          <w:lang w:val="ru-RU"/>
        </w:rPr>
        <w:t xml:space="preserve">– </w:t>
      </w:r>
      <w:r w:rsidRPr="007911BE">
        <w:rPr>
          <w:lang w:val="ru-RU"/>
        </w:rPr>
        <w:t xml:space="preserve"> Межрегиональная динамика по двум показателям с сопоставимыми рядами</w:t>
      </w:r>
    </w:p>
    <w:tbl>
      <w:tblPr>
        <w:tblStyle w:val="aff0"/>
        <w:tblW w:w="0" w:type="auto"/>
        <w:jc w:val="center"/>
        <w:tblLook w:val="04A0" w:firstRow="1" w:lastRow="0" w:firstColumn="1" w:lastColumn="0" w:noHBand="0" w:noVBand="1"/>
      </w:tblPr>
      <w:tblGrid>
        <w:gridCol w:w="2478"/>
        <w:gridCol w:w="1566"/>
        <w:gridCol w:w="3112"/>
        <w:gridCol w:w="2699"/>
      </w:tblGrid>
      <w:tr w:rsidR="00F12170" w:rsidRPr="007911BE" w14:paraId="68245489" w14:textId="77777777" w:rsidTr="00B408C8">
        <w:trPr>
          <w:tblHeader/>
          <w:jc w:val="center"/>
        </w:trPr>
        <w:tc>
          <w:tcPr>
            <w:tcW w:w="0" w:type="auto"/>
            <w:shd w:val="clear" w:color="auto" w:fill="D9EAF7"/>
            <w:vAlign w:val="center"/>
          </w:tcPr>
          <w:p w14:paraId="0E8CFD0F" w14:textId="77777777" w:rsidR="00F12170" w:rsidRPr="007911BE" w:rsidRDefault="00000000">
            <w:pPr>
              <w:ind w:firstLine="0"/>
              <w:jc w:val="center"/>
              <w:rPr>
                <w:sz w:val="18"/>
                <w:szCs w:val="28"/>
              </w:rPr>
            </w:pPr>
            <w:proofErr w:type="spellStart"/>
            <w:r w:rsidRPr="007911BE">
              <w:rPr>
                <w:b/>
                <w:sz w:val="18"/>
                <w:szCs w:val="28"/>
              </w:rPr>
              <w:t>Субъект</w:t>
            </w:r>
            <w:proofErr w:type="spellEnd"/>
            <w:r w:rsidRPr="007911BE">
              <w:rPr>
                <w:b/>
                <w:sz w:val="18"/>
                <w:szCs w:val="28"/>
              </w:rPr>
              <w:t xml:space="preserve"> РФ</w:t>
            </w:r>
          </w:p>
        </w:tc>
        <w:tc>
          <w:tcPr>
            <w:tcW w:w="0" w:type="auto"/>
            <w:shd w:val="clear" w:color="auto" w:fill="D9EAF7"/>
            <w:vAlign w:val="center"/>
          </w:tcPr>
          <w:p w14:paraId="51D4D209" w14:textId="77777777" w:rsidR="00F12170" w:rsidRPr="007911BE" w:rsidRDefault="00000000">
            <w:pPr>
              <w:ind w:firstLine="0"/>
              <w:jc w:val="center"/>
              <w:rPr>
                <w:sz w:val="18"/>
                <w:szCs w:val="28"/>
              </w:rPr>
            </w:pPr>
            <w:proofErr w:type="spellStart"/>
            <w:r w:rsidRPr="007911BE">
              <w:rPr>
                <w:b/>
                <w:sz w:val="18"/>
                <w:szCs w:val="28"/>
              </w:rPr>
              <w:t>Федеральный</w:t>
            </w:r>
            <w:proofErr w:type="spellEnd"/>
            <w:r w:rsidRPr="007911BE">
              <w:rPr>
                <w:b/>
                <w:sz w:val="18"/>
                <w:szCs w:val="28"/>
              </w:rPr>
              <w:t xml:space="preserve"> </w:t>
            </w:r>
            <w:proofErr w:type="spellStart"/>
            <w:r w:rsidRPr="007911BE">
              <w:rPr>
                <w:b/>
                <w:sz w:val="18"/>
                <w:szCs w:val="28"/>
              </w:rPr>
              <w:t>округ</w:t>
            </w:r>
            <w:proofErr w:type="spellEnd"/>
          </w:p>
        </w:tc>
        <w:tc>
          <w:tcPr>
            <w:tcW w:w="0" w:type="auto"/>
            <w:shd w:val="clear" w:color="auto" w:fill="D9EAF7"/>
            <w:vAlign w:val="center"/>
          </w:tcPr>
          <w:p w14:paraId="6C8A75D7" w14:textId="77777777" w:rsidR="00F12170" w:rsidRPr="007911BE" w:rsidRDefault="00000000">
            <w:pPr>
              <w:ind w:firstLine="0"/>
              <w:jc w:val="center"/>
              <w:rPr>
                <w:sz w:val="18"/>
                <w:szCs w:val="28"/>
                <w:lang w:val="ru-RU"/>
              </w:rPr>
            </w:pPr>
            <w:r w:rsidRPr="007911BE">
              <w:rPr>
                <w:b/>
                <w:sz w:val="18"/>
                <w:szCs w:val="28"/>
                <w:lang w:val="ru-RU"/>
              </w:rPr>
              <w:t xml:space="preserve">Изменение помощи в женских консультациях, </w:t>
            </w:r>
            <w:proofErr w:type="spellStart"/>
            <w:r w:rsidRPr="007911BE">
              <w:rPr>
                <w:b/>
                <w:sz w:val="18"/>
                <w:szCs w:val="28"/>
                <w:lang w:val="ru-RU"/>
              </w:rPr>
              <w:t>п.п</w:t>
            </w:r>
            <w:proofErr w:type="spellEnd"/>
            <w:r w:rsidRPr="007911BE">
              <w:rPr>
                <w:b/>
                <w:sz w:val="18"/>
                <w:szCs w:val="28"/>
                <w:lang w:val="ru-RU"/>
              </w:rPr>
              <w:t>. (2024→2025)</w:t>
            </w:r>
          </w:p>
        </w:tc>
        <w:tc>
          <w:tcPr>
            <w:tcW w:w="0" w:type="auto"/>
            <w:shd w:val="clear" w:color="auto" w:fill="D9EAF7"/>
            <w:vAlign w:val="center"/>
          </w:tcPr>
          <w:p w14:paraId="16D79964" w14:textId="77777777" w:rsidR="00F12170" w:rsidRPr="007911BE" w:rsidRDefault="00000000">
            <w:pPr>
              <w:ind w:firstLine="0"/>
              <w:jc w:val="center"/>
              <w:rPr>
                <w:sz w:val="18"/>
                <w:szCs w:val="28"/>
              </w:rPr>
            </w:pPr>
            <w:proofErr w:type="spellStart"/>
            <w:r w:rsidRPr="007911BE">
              <w:rPr>
                <w:b/>
                <w:sz w:val="18"/>
                <w:szCs w:val="28"/>
              </w:rPr>
              <w:t>Изменение</w:t>
            </w:r>
            <w:proofErr w:type="spellEnd"/>
            <w:r w:rsidRPr="007911BE">
              <w:rPr>
                <w:b/>
                <w:sz w:val="18"/>
                <w:szCs w:val="28"/>
              </w:rPr>
              <w:t xml:space="preserve"> </w:t>
            </w:r>
            <w:proofErr w:type="spellStart"/>
            <w:r w:rsidRPr="007911BE">
              <w:rPr>
                <w:b/>
                <w:sz w:val="18"/>
                <w:szCs w:val="28"/>
              </w:rPr>
              <w:t>младенческой</w:t>
            </w:r>
            <w:proofErr w:type="spellEnd"/>
            <w:r w:rsidRPr="007911BE">
              <w:rPr>
                <w:b/>
                <w:sz w:val="18"/>
                <w:szCs w:val="28"/>
              </w:rPr>
              <w:t xml:space="preserve"> </w:t>
            </w:r>
            <w:proofErr w:type="spellStart"/>
            <w:r w:rsidRPr="007911BE">
              <w:rPr>
                <w:b/>
                <w:sz w:val="18"/>
                <w:szCs w:val="28"/>
              </w:rPr>
              <w:t>смертности</w:t>
            </w:r>
            <w:proofErr w:type="spellEnd"/>
            <w:r w:rsidRPr="007911BE">
              <w:rPr>
                <w:b/>
                <w:sz w:val="18"/>
                <w:szCs w:val="28"/>
              </w:rPr>
              <w:t>, ‰ (2012→2024)</w:t>
            </w:r>
          </w:p>
        </w:tc>
      </w:tr>
      <w:tr w:rsidR="00F12170" w:rsidRPr="007911BE" w14:paraId="5F5DD211" w14:textId="77777777" w:rsidTr="00B408C8">
        <w:trPr>
          <w:jc w:val="center"/>
        </w:trPr>
        <w:tc>
          <w:tcPr>
            <w:tcW w:w="0" w:type="auto"/>
            <w:vAlign w:val="center"/>
          </w:tcPr>
          <w:p w14:paraId="54CC0959" w14:textId="77777777" w:rsidR="00F12170" w:rsidRPr="007911BE" w:rsidRDefault="00000000">
            <w:pPr>
              <w:ind w:firstLine="0"/>
              <w:jc w:val="left"/>
              <w:rPr>
                <w:sz w:val="18"/>
                <w:szCs w:val="28"/>
              </w:rPr>
            </w:pPr>
            <w:proofErr w:type="spellStart"/>
            <w:r w:rsidRPr="007911BE">
              <w:rPr>
                <w:sz w:val="18"/>
                <w:szCs w:val="28"/>
              </w:rPr>
              <w:t>Алтайский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328F85A8"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47074E34" w14:textId="77777777" w:rsidR="00F12170" w:rsidRPr="007911BE" w:rsidRDefault="00000000">
            <w:pPr>
              <w:ind w:firstLine="0"/>
              <w:jc w:val="center"/>
              <w:rPr>
                <w:sz w:val="18"/>
                <w:szCs w:val="28"/>
              </w:rPr>
            </w:pPr>
            <w:r w:rsidRPr="007911BE">
              <w:rPr>
                <w:sz w:val="18"/>
                <w:szCs w:val="28"/>
              </w:rPr>
              <w:t>24.21</w:t>
            </w:r>
          </w:p>
        </w:tc>
        <w:tc>
          <w:tcPr>
            <w:tcW w:w="0" w:type="auto"/>
            <w:vAlign w:val="center"/>
          </w:tcPr>
          <w:p w14:paraId="7E50085D" w14:textId="77777777" w:rsidR="00F12170" w:rsidRPr="007911BE" w:rsidRDefault="00000000">
            <w:pPr>
              <w:ind w:firstLine="0"/>
              <w:jc w:val="center"/>
              <w:rPr>
                <w:sz w:val="18"/>
                <w:szCs w:val="28"/>
              </w:rPr>
            </w:pPr>
            <w:r w:rsidRPr="007911BE">
              <w:rPr>
                <w:sz w:val="18"/>
                <w:szCs w:val="28"/>
              </w:rPr>
              <w:t>-6.4</w:t>
            </w:r>
          </w:p>
        </w:tc>
      </w:tr>
      <w:tr w:rsidR="00F12170" w:rsidRPr="007911BE" w14:paraId="4542109E" w14:textId="77777777" w:rsidTr="00B408C8">
        <w:trPr>
          <w:jc w:val="center"/>
        </w:trPr>
        <w:tc>
          <w:tcPr>
            <w:tcW w:w="0" w:type="auto"/>
            <w:vAlign w:val="center"/>
          </w:tcPr>
          <w:p w14:paraId="2D50C0CD" w14:textId="77777777" w:rsidR="00F12170" w:rsidRPr="007911BE" w:rsidRDefault="00000000">
            <w:pPr>
              <w:ind w:firstLine="0"/>
              <w:jc w:val="left"/>
              <w:rPr>
                <w:sz w:val="18"/>
                <w:szCs w:val="28"/>
              </w:rPr>
            </w:pPr>
            <w:proofErr w:type="spellStart"/>
            <w:r w:rsidRPr="007911BE">
              <w:rPr>
                <w:sz w:val="18"/>
                <w:szCs w:val="28"/>
              </w:rPr>
              <w:t>Амурская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0E013E29"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60BA5B85" w14:textId="77777777" w:rsidR="00F12170" w:rsidRPr="007911BE" w:rsidRDefault="00000000">
            <w:pPr>
              <w:ind w:firstLine="0"/>
              <w:jc w:val="center"/>
              <w:rPr>
                <w:sz w:val="18"/>
                <w:szCs w:val="28"/>
              </w:rPr>
            </w:pPr>
            <w:r w:rsidRPr="007911BE">
              <w:rPr>
                <w:sz w:val="18"/>
                <w:szCs w:val="28"/>
              </w:rPr>
              <w:t>42.4</w:t>
            </w:r>
          </w:p>
        </w:tc>
        <w:tc>
          <w:tcPr>
            <w:tcW w:w="0" w:type="auto"/>
            <w:vAlign w:val="center"/>
          </w:tcPr>
          <w:p w14:paraId="6855F919" w14:textId="77777777" w:rsidR="00F12170" w:rsidRPr="007911BE" w:rsidRDefault="00000000">
            <w:pPr>
              <w:ind w:firstLine="0"/>
              <w:jc w:val="center"/>
              <w:rPr>
                <w:sz w:val="18"/>
                <w:szCs w:val="28"/>
              </w:rPr>
            </w:pPr>
            <w:r w:rsidRPr="007911BE">
              <w:rPr>
                <w:sz w:val="18"/>
                <w:szCs w:val="28"/>
              </w:rPr>
              <w:t>-8.7</w:t>
            </w:r>
          </w:p>
        </w:tc>
      </w:tr>
      <w:tr w:rsidR="00F12170" w:rsidRPr="007911BE" w14:paraId="0E859120" w14:textId="77777777" w:rsidTr="00B408C8">
        <w:trPr>
          <w:jc w:val="center"/>
        </w:trPr>
        <w:tc>
          <w:tcPr>
            <w:tcW w:w="0" w:type="auto"/>
            <w:vAlign w:val="center"/>
          </w:tcPr>
          <w:p w14:paraId="128463C1" w14:textId="77777777" w:rsidR="00F12170" w:rsidRPr="007911BE" w:rsidRDefault="00000000">
            <w:pPr>
              <w:ind w:firstLine="0"/>
              <w:jc w:val="left"/>
              <w:rPr>
                <w:sz w:val="18"/>
                <w:szCs w:val="28"/>
              </w:rPr>
            </w:pPr>
            <w:proofErr w:type="spellStart"/>
            <w:r w:rsidRPr="007911BE">
              <w:rPr>
                <w:sz w:val="18"/>
                <w:szCs w:val="28"/>
              </w:rPr>
              <w:t>Архангельская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7BF39B3B"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4B972882" w14:textId="77777777" w:rsidR="00F12170" w:rsidRPr="007911BE" w:rsidRDefault="00000000">
            <w:pPr>
              <w:ind w:firstLine="0"/>
              <w:jc w:val="center"/>
              <w:rPr>
                <w:sz w:val="18"/>
                <w:szCs w:val="28"/>
              </w:rPr>
            </w:pPr>
            <w:r w:rsidRPr="007911BE">
              <w:rPr>
                <w:sz w:val="18"/>
                <w:szCs w:val="28"/>
              </w:rPr>
              <w:t>9.23</w:t>
            </w:r>
          </w:p>
        </w:tc>
        <w:tc>
          <w:tcPr>
            <w:tcW w:w="0" w:type="auto"/>
            <w:vAlign w:val="center"/>
          </w:tcPr>
          <w:p w14:paraId="00F9E9A8" w14:textId="77777777" w:rsidR="00F12170" w:rsidRPr="007911BE" w:rsidRDefault="00000000">
            <w:pPr>
              <w:ind w:firstLine="0"/>
              <w:jc w:val="center"/>
              <w:rPr>
                <w:sz w:val="18"/>
                <w:szCs w:val="28"/>
              </w:rPr>
            </w:pPr>
            <w:r w:rsidRPr="007911BE">
              <w:rPr>
                <w:sz w:val="18"/>
                <w:szCs w:val="28"/>
              </w:rPr>
              <w:t>-2.7</w:t>
            </w:r>
          </w:p>
        </w:tc>
      </w:tr>
      <w:tr w:rsidR="00F12170" w:rsidRPr="007911BE" w14:paraId="2D8E0FEA" w14:textId="77777777" w:rsidTr="00B408C8">
        <w:trPr>
          <w:jc w:val="center"/>
        </w:trPr>
        <w:tc>
          <w:tcPr>
            <w:tcW w:w="0" w:type="auto"/>
            <w:vAlign w:val="center"/>
          </w:tcPr>
          <w:p w14:paraId="351D29DB" w14:textId="77777777" w:rsidR="00F12170" w:rsidRPr="007911BE" w:rsidRDefault="00000000">
            <w:pPr>
              <w:ind w:firstLine="0"/>
              <w:jc w:val="left"/>
              <w:rPr>
                <w:sz w:val="18"/>
                <w:szCs w:val="28"/>
              </w:rPr>
            </w:pPr>
            <w:proofErr w:type="spellStart"/>
            <w:r w:rsidRPr="007911BE">
              <w:rPr>
                <w:sz w:val="18"/>
                <w:szCs w:val="28"/>
              </w:rPr>
              <w:t>Астраханская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3ADB8280" w14:textId="77777777" w:rsidR="00F12170" w:rsidRPr="007911BE" w:rsidRDefault="00000000">
            <w:pPr>
              <w:ind w:firstLine="0"/>
              <w:jc w:val="left"/>
              <w:rPr>
                <w:sz w:val="18"/>
                <w:szCs w:val="28"/>
              </w:rPr>
            </w:pPr>
            <w:r w:rsidRPr="007911BE">
              <w:rPr>
                <w:sz w:val="18"/>
                <w:szCs w:val="28"/>
              </w:rPr>
              <w:t>ЮФО</w:t>
            </w:r>
          </w:p>
        </w:tc>
        <w:tc>
          <w:tcPr>
            <w:tcW w:w="0" w:type="auto"/>
            <w:vAlign w:val="center"/>
          </w:tcPr>
          <w:p w14:paraId="122A32B8" w14:textId="77777777" w:rsidR="00F12170" w:rsidRPr="007911BE" w:rsidRDefault="00000000">
            <w:pPr>
              <w:ind w:firstLine="0"/>
              <w:jc w:val="center"/>
              <w:rPr>
                <w:sz w:val="18"/>
                <w:szCs w:val="28"/>
              </w:rPr>
            </w:pPr>
            <w:r w:rsidRPr="007911BE">
              <w:rPr>
                <w:sz w:val="18"/>
                <w:szCs w:val="28"/>
              </w:rPr>
              <w:t>18.82</w:t>
            </w:r>
          </w:p>
        </w:tc>
        <w:tc>
          <w:tcPr>
            <w:tcW w:w="0" w:type="auto"/>
            <w:vAlign w:val="center"/>
          </w:tcPr>
          <w:p w14:paraId="77E88047" w14:textId="77777777" w:rsidR="00F12170" w:rsidRPr="007911BE" w:rsidRDefault="00000000">
            <w:pPr>
              <w:ind w:firstLine="0"/>
              <w:jc w:val="center"/>
              <w:rPr>
                <w:sz w:val="18"/>
                <w:szCs w:val="28"/>
              </w:rPr>
            </w:pPr>
            <w:r w:rsidRPr="007911BE">
              <w:rPr>
                <w:sz w:val="18"/>
                <w:szCs w:val="28"/>
              </w:rPr>
              <w:t>-5</w:t>
            </w:r>
          </w:p>
        </w:tc>
      </w:tr>
      <w:tr w:rsidR="00F12170" w:rsidRPr="007911BE" w14:paraId="5E4A3864" w14:textId="77777777" w:rsidTr="00B408C8">
        <w:trPr>
          <w:jc w:val="center"/>
        </w:trPr>
        <w:tc>
          <w:tcPr>
            <w:tcW w:w="0" w:type="auto"/>
            <w:vAlign w:val="center"/>
          </w:tcPr>
          <w:p w14:paraId="3E05620B" w14:textId="77777777" w:rsidR="00F12170" w:rsidRPr="007911BE" w:rsidRDefault="00000000">
            <w:pPr>
              <w:ind w:firstLine="0"/>
              <w:jc w:val="left"/>
              <w:rPr>
                <w:sz w:val="18"/>
                <w:szCs w:val="28"/>
              </w:rPr>
            </w:pPr>
            <w:proofErr w:type="spellStart"/>
            <w:r w:rsidRPr="007911BE">
              <w:rPr>
                <w:sz w:val="18"/>
                <w:szCs w:val="28"/>
              </w:rPr>
              <w:t>Белгородская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6F8F1842"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5FA29B21" w14:textId="77777777" w:rsidR="00F12170" w:rsidRPr="007911BE" w:rsidRDefault="00000000">
            <w:pPr>
              <w:ind w:firstLine="0"/>
              <w:jc w:val="center"/>
              <w:rPr>
                <w:sz w:val="18"/>
                <w:szCs w:val="28"/>
              </w:rPr>
            </w:pPr>
            <w:r w:rsidRPr="007911BE">
              <w:rPr>
                <w:sz w:val="18"/>
                <w:szCs w:val="28"/>
              </w:rPr>
              <w:t>46.73</w:t>
            </w:r>
          </w:p>
        </w:tc>
        <w:tc>
          <w:tcPr>
            <w:tcW w:w="0" w:type="auto"/>
            <w:vAlign w:val="center"/>
          </w:tcPr>
          <w:p w14:paraId="7C262444" w14:textId="77777777" w:rsidR="00F12170" w:rsidRPr="007911BE" w:rsidRDefault="00000000">
            <w:pPr>
              <w:ind w:firstLine="0"/>
              <w:jc w:val="center"/>
              <w:rPr>
                <w:sz w:val="18"/>
                <w:szCs w:val="28"/>
              </w:rPr>
            </w:pPr>
            <w:r w:rsidRPr="007911BE">
              <w:rPr>
                <w:sz w:val="18"/>
                <w:szCs w:val="28"/>
              </w:rPr>
              <w:t>-2.8</w:t>
            </w:r>
          </w:p>
        </w:tc>
      </w:tr>
      <w:tr w:rsidR="00F12170" w:rsidRPr="007911BE" w14:paraId="35B27A69" w14:textId="77777777" w:rsidTr="00B408C8">
        <w:trPr>
          <w:jc w:val="center"/>
        </w:trPr>
        <w:tc>
          <w:tcPr>
            <w:tcW w:w="0" w:type="auto"/>
            <w:vAlign w:val="center"/>
          </w:tcPr>
          <w:p w14:paraId="60623F8D" w14:textId="77777777" w:rsidR="00F12170" w:rsidRPr="007911BE" w:rsidRDefault="00000000">
            <w:pPr>
              <w:ind w:firstLine="0"/>
              <w:jc w:val="left"/>
              <w:rPr>
                <w:sz w:val="18"/>
                <w:szCs w:val="28"/>
              </w:rPr>
            </w:pPr>
            <w:proofErr w:type="spellStart"/>
            <w:r w:rsidRPr="007911BE">
              <w:rPr>
                <w:sz w:val="18"/>
                <w:szCs w:val="28"/>
              </w:rPr>
              <w:t>Брянская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342CDB4A"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37E58245" w14:textId="77777777" w:rsidR="00F12170" w:rsidRPr="007911BE" w:rsidRDefault="00000000">
            <w:pPr>
              <w:ind w:firstLine="0"/>
              <w:jc w:val="center"/>
              <w:rPr>
                <w:sz w:val="18"/>
                <w:szCs w:val="28"/>
              </w:rPr>
            </w:pPr>
            <w:r w:rsidRPr="007911BE">
              <w:rPr>
                <w:sz w:val="18"/>
                <w:szCs w:val="28"/>
              </w:rPr>
              <w:t>1.54</w:t>
            </w:r>
          </w:p>
        </w:tc>
        <w:tc>
          <w:tcPr>
            <w:tcW w:w="0" w:type="auto"/>
            <w:vAlign w:val="center"/>
          </w:tcPr>
          <w:p w14:paraId="7AC3697B" w14:textId="77777777" w:rsidR="00F12170" w:rsidRPr="007911BE" w:rsidRDefault="00000000">
            <w:pPr>
              <w:ind w:firstLine="0"/>
              <w:jc w:val="center"/>
              <w:rPr>
                <w:sz w:val="18"/>
                <w:szCs w:val="28"/>
              </w:rPr>
            </w:pPr>
            <w:r w:rsidRPr="007911BE">
              <w:rPr>
                <w:sz w:val="18"/>
                <w:szCs w:val="28"/>
              </w:rPr>
              <w:t>-4.9</w:t>
            </w:r>
          </w:p>
        </w:tc>
      </w:tr>
      <w:tr w:rsidR="00F12170" w:rsidRPr="007911BE" w14:paraId="3E638D56" w14:textId="77777777" w:rsidTr="00B408C8">
        <w:trPr>
          <w:jc w:val="center"/>
        </w:trPr>
        <w:tc>
          <w:tcPr>
            <w:tcW w:w="0" w:type="auto"/>
            <w:vAlign w:val="center"/>
          </w:tcPr>
          <w:p w14:paraId="1B0EE92F" w14:textId="77777777" w:rsidR="00F12170" w:rsidRPr="007911BE" w:rsidRDefault="00000000">
            <w:pPr>
              <w:ind w:firstLine="0"/>
              <w:jc w:val="left"/>
              <w:rPr>
                <w:sz w:val="18"/>
                <w:szCs w:val="28"/>
              </w:rPr>
            </w:pPr>
            <w:proofErr w:type="spellStart"/>
            <w:r w:rsidRPr="007911BE">
              <w:rPr>
                <w:sz w:val="18"/>
                <w:szCs w:val="28"/>
              </w:rPr>
              <w:t>Владимирская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26147E27"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7B385BFB" w14:textId="77777777" w:rsidR="00F12170" w:rsidRPr="007911BE" w:rsidRDefault="00000000">
            <w:pPr>
              <w:ind w:firstLine="0"/>
              <w:jc w:val="center"/>
              <w:rPr>
                <w:sz w:val="18"/>
                <w:szCs w:val="28"/>
              </w:rPr>
            </w:pPr>
            <w:r w:rsidRPr="007911BE">
              <w:rPr>
                <w:sz w:val="18"/>
                <w:szCs w:val="28"/>
              </w:rPr>
              <w:t>15.71</w:t>
            </w:r>
          </w:p>
        </w:tc>
        <w:tc>
          <w:tcPr>
            <w:tcW w:w="0" w:type="auto"/>
            <w:vAlign w:val="center"/>
          </w:tcPr>
          <w:p w14:paraId="3C2DA6C4" w14:textId="77777777" w:rsidR="00F12170" w:rsidRPr="007911BE" w:rsidRDefault="00000000">
            <w:pPr>
              <w:ind w:firstLine="0"/>
              <w:jc w:val="center"/>
              <w:rPr>
                <w:sz w:val="18"/>
                <w:szCs w:val="28"/>
              </w:rPr>
            </w:pPr>
            <w:r w:rsidRPr="007911BE">
              <w:rPr>
                <w:sz w:val="18"/>
                <w:szCs w:val="28"/>
              </w:rPr>
              <w:t>-6</w:t>
            </w:r>
          </w:p>
        </w:tc>
      </w:tr>
      <w:tr w:rsidR="00F12170" w:rsidRPr="007911BE" w14:paraId="0CB40255" w14:textId="77777777" w:rsidTr="00B408C8">
        <w:trPr>
          <w:jc w:val="center"/>
        </w:trPr>
        <w:tc>
          <w:tcPr>
            <w:tcW w:w="0" w:type="auto"/>
            <w:vAlign w:val="center"/>
          </w:tcPr>
          <w:p w14:paraId="0C31F7CF" w14:textId="77777777" w:rsidR="00F12170" w:rsidRPr="007911BE" w:rsidRDefault="00000000">
            <w:pPr>
              <w:ind w:firstLine="0"/>
              <w:jc w:val="left"/>
              <w:rPr>
                <w:sz w:val="18"/>
                <w:szCs w:val="28"/>
              </w:rPr>
            </w:pPr>
            <w:proofErr w:type="spellStart"/>
            <w:r w:rsidRPr="007911BE">
              <w:rPr>
                <w:sz w:val="18"/>
                <w:szCs w:val="28"/>
              </w:rPr>
              <w:t>Волгоградская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73FC7253" w14:textId="77777777" w:rsidR="00F12170" w:rsidRPr="007911BE" w:rsidRDefault="00000000">
            <w:pPr>
              <w:ind w:firstLine="0"/>
              <w:jc w:val="left"/>
              <w:rPr>
                <w:sz w:val="18"/>
                <w:szCs w:val="28"/>
              </w:rPr>
            </w:pPr>
            <w:r w:rsidRPr="007911BE">
              <w:rPr>
                <w:sz w:val="18"/>
                <w:szCs w:val="28"/>
              </w:rPr>
              <w:t>ЮФО</w:t>
            </w:r>
          </w:p>
        </w:tc>
        <w:tc>
          <w:tcPr>
            <w:tcW w:w="0" w:type="auto"/>
            <w:vAlign w:val="center"/>
          </w:tcPr>
          <w:p w14:paraId="36BAC7D9" w14:textId="77777777" w:rsidR="00F12170" w:rsidRPr="007911BE" w:rsidRDefault="00000000">
            <w:pPr>
              <w:ind w:firstLine="0"/>
              <w:jc w:val="center"/>
              <w:rPr>
                <w:sz w:val="18"/>
                <w:szCs w:val="28"/>
              </w:rPr>
            </w:pPr>
            <w:r w:rsidRPr="007911BE">
              <w:rPr>
                <w:sz w:val="18"/>
                <w:szCs w:val="28"/>
              </w:rPr>
              <w:t>-9.69</w:t>
            </w:r>
          </w:p>
        </w:tc>
        <w:tc>
          <w:tcPr>
            <w:tcW w:w="0" w:type="auto"/>
            <w:vAlign w:val="center"/>
          </w:tcPr>
          <w:p w14:paraId="3691A6AD" w14:textId="77777777" w:rsidR="00F12170" w:rsidRPr="007911BE" w:rsidRDefault="00000000">
            <w:pPr>
              <w:ind w:firstLine="0"/>
              <w:jc w:val="center"/>
              <w:rPr>
                <w:sz w:val="18"/>
                <w:szCs w:val="28"/>
              </w:rPr>
            </w:pPr>
            <w:r w:rsidRPr="007911BE">
              <w:rPr>
                <w:sz w:val="18"/>
                <w:szCs w:val="28"/>
              </w:rPr>
              <w:t>-6.2</w:t>
            </w:r>
          </w:p>
        </w:tc>
      </w:tr>
      <w:tr w:rsidR="00F12170" w:rsidRPr="007911BE" w14:paraId="55065403" w14:textId="77777777" w:rsidTr="00B408C8">
        <w:trPr>
          <w:jc w:val="center"/>
        </w:trPr>
        <w:tc>
          <w:tcPr>
            <w:tcW w:w="0" w:type="auto"/>
            <w:vAlign w:val="center"/>
          </w:tcPr>
          <w:p w14:paraId="70CA354B" w14:textId="77777777" w:rsidR="00F12170" w:rsidRPr="007911BE" w:rsidRDefault="00000000">
            <w:pPr>
              <w:ind w:firstLine="0"/>
              <w:jc w:val="left"/>
              <w:rPr>
                <w:sz w:val="18"/>
                <w:szCs w:val="28"/>
              </w:rPr>
            </w:pPr>
            <w:proofErr w:type="spellStart"/>
            <w:r w:rsidRPr="007911BE">
              <w:rPr>
                <w:sz w:val="18"/>
                <w:szCs w:val="28"/>
              </w:rPr>
              <w:t>Вологодская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186B63DA"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6AE2615C" w14:textId="77777777" w:rsidR="00F12170" w:rsidRPr="007911BE" w:rsidRDefault="00000000">
            <w:pPr>
              <w:ind w:firstLine="0"/>
              <w:jc w:val="center"/>
              <w:rPr>
                <w:sz w:val="18"/>
                <w:szCs w:val="28"/>
              </w:rPr>
            </w:pPr>
            <w:r w:rsidRPr="007911BE">
              <w:rPr>
                <w:sz w:val="18"/>
                <w:szCs w:val="28"/>
              </w:rPr>
              <w:t>50.24</w:t>
            </w:r>
          </w:p>
        </w:tc>
        <w:tc>
          <w:tcPr>
            <w:tcW w:w="0" w:type="auto"/>
            <w:vAlign w:val="center"/>
          </w:tcPr>
          <w:p w14:paraId="09BDE4FC" w14:textId="77777777" w:rsidR="00F12170" w:rsidRPr="007911BE" w:rsidRDefault="00000000">
            <w:pPr>
              <w:ind w:firstLine="0"/>
              <w:jc w:val="center"/>
              <w:rPr>
                <w:sz w:val="18"/>
                <w:szCs w:val="28"/>
              </w:rPr>
            </w:pPr>
            <w:r w:rsidRPr="007911BE">
              <w:rPr>
                <w:sz w:val="18"/>
                <w:szCs w:val="28"/>
              </w:rPr>
              <w:t>-2.7</w:t>
            </w:r>
          </w:p>
        </w:tc>
      </w:tr>
      <w:tr w:rsidR="00F12170" w:rsidRPr="007911BE" w14:paraId="1591983A" w14:textId="77777777" w:rsidTr="00B408C8">
        <w:trPr>
          <w:jc w:val="center"/>
        </w:trPr>
        <w:tc>
          <w:tcPr>
            <w:tcW w:w="0" w:type="auto"/>
            <w:vAlign w:val="center"/>
          </w:tcPr>
          <w:p w14:paraId="6ED1E754" w14:textId="77777777" w:rsidR="00F12170" w:rsidRPr="007911BE" w:rsidRDefault="00000000">
            <w:pPr>
              <w:ind w:firstLine="0"/>
              <w:jc w:val="left"/>
              <w:rPr>
                <w:sz w:val="18"/>
                <w:szCs w:val="28"/>
              </w:rPr>
            </w:pPr>
            <w:proofErr w:type="spellStart"/>
            <w:r w:rsidRPr="007911BE">
              <w:rPr>
                <w:sz w:val="18"/>
                <w:szCs w:val="28"/>
              </w:rPr>
              <w:t>Воронежская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05A48578"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13A0FB21" w14:textId="77777777" w:rsidR="00F12170" w:rsidRPr="007911BE" w:rsidRDefault="00000000">
            <w:pPr>
              <w:ind w:firstLine="0"/>
              <w:jc w:val="center"/>
              <w:rPr>
                <w:sz w:val="18"/>
                <w:szCs w:val="28"/>
              </w:rPr>
            </w:pPr>
            <w:r w:rsidRPr="007911BE">
              <w:rPr>
                <w:sz w:val="18"/>
                <w:szCs w:val="28"/>
              </w:rPr>
              <w:t>18.38</w:t>
            </w:r>
          </w:p>
        </w:tc>
        <w:tc>
          <w:tcPr>
            <w:tcW w:w="0" w:type="auto"/>
            <w:vAlign w:val="center"/>
          </w:tcPr>
          <w:p w14:paraId="21CECCC0" w14:textId="77777777" w:rsidR="00F12170" w:rsidRPr="007911BE" w:rsidRDefault="00000000">
            <w:pPr>
              <w:ind w:firstLine="0"/>
              <w:jc w:val="center"/>
              <w:rPr>
                <w:sz w:val="18"/>
                <w:szCs w:val="28"/>
              </w:rPr>
            </w:pPr>
            <w:r w:rsidRPr="007911BE">
              <w:rPr>
                <w:sz w:val="18"/>
                <w:szCs w:val="28"/>
              </w:rPr>
              <w:t>-3.6</w:t>
            </w:r>
          </w:p>
        </w:tc>
      </w:tr>
      <w:tr w:rsidR="00F12170" w:rsidRPr="007911BE" w14:paraId="362027F5" w14:textId="77777777" w:rsidTr="00B408C8">
        <w:trPr>
          <w:jc w:val="center"/>
        </w:trPr>
        <w:tc>
          <w:tcPr>
            <w:tcW w:w="0" w:type="auto"/>
            <w:vAlign w:val="center"/>
          </w:tcPr>
          <w:p w14:paraId="0D899E93" w14:textId="77777777" w:rsidR="00F12170" w:rsidRPr="007911BE" w:rsidRDefault="00000000">
            <w:pPr>
              <w:ind w:firstLine="0"/>
              <w:jc w:val="left"/>
              <w:rPr>
                <w:sz w:val="18"/>
                <w:szCs w:val="28"/>
              </w:rPr>
            </w:pPr>
            <w:proofErr w:type="spellStart"/>
            <w:r w:rsidRPr="007911BE">
              <w:rPr>
                <w:sz w:val="18"/>
                <w:szCs w:val="28"/>
              </w:rPr>
              <w:t>Еврейская</w:t>
            </w:r>
            <w:proofErr w:type="spellEnd"/>
            <w:r w:rsidRPr="007911BE">
              <w:rPr>
                <w:sz w:val="18"/>
                <w:szCs w:val="28"/>
              </w:rPr>
              <w:t xml:space="preserve"> </w:t>
            </w:r>
            <w:proofErr w:type="spellStart"/>
            <w:r w:rsidRPr="007911BE">
              <w:rPr>
                <w:sz w:val="18"/>
                <w:szCs w:val="28"/>
              </w:rPr>
              <w:t>автономная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73951509"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3954FDD8" w14:textId="77777777" w:rsidR="00F12170" w:rsidRPr="007911BE" w:rsidRDefault="00000000">
            <w:pPr>
              <w:ind w:firstLine="0"/>
              <w:jc w:val="center"/>
              <w:rPr>
                <w:sz w:val="18"/>
                <w:szCs w:val="28"/>
              </w:rPr>
            </w:pPr>
            <w:r w:rsidRPr="007911BE">
              <w:rPr>
                <w:sz w:val="18"/>
                <w:szCs w:val="28"/>
              </w:rPr>
              <w:t>32.06</w:t>
            </w:r>
          </w:p>
        </w:tc>
        <w:tc>
          <w:tcPr>
            <w:tcW w:w="0" w:type="auto"/>
            <w:vAlign w:val="center"/>
          </w:tcPr>
          <w:p w14:paraId="0C9B1FD0" w14:textId="77777777" w:rsidR="00F12170" w:rsidRPr="007911BE" w:rsidRDefault="00000000">
            <w:pPr>
              <w:ind w:firstLine="0"/>
              <w:jc w:val="center"/>
              <w:rPr>
                <w:sz w:val="18"/>
                <w:szCs w:val="28"/>
              </w:rPr>
            </w:pPr>
            <w:r w:rsidRPr="007911BE">
              <w:rPr>
                <w:sz w:val="18"/>
                <w:szCs w:val="28"/>
              </w:rPr>
              <w:t>-7.8</w:t>
            </w:r>
          </w:p>
        </w:tc>
      </w:tr>
      <w:tr w:rsidR="00F12170" w:rsidRPr="007911BE" w14:paraId="167575E0" w14:textId="77777777" w:rsidTr="00B408C8">
        <w:trPr>
          <w:jc w:val="center"/>
        </w:trPr>
        <w:tc>
          <w:tcPr>
            <w:tcW w:w="0" w:type="auto"/>
            <w:vAlign w:val="center"/>
          </w:tcPr>
          <w:p w14:paraId="0AA9C117" w14:textId="77777777" w:rsidR="00F12170" w:rsidRPr="007911BE" w:rsidRDefault="00000000">
            <w:pPr>
              <w:ind w:firstLine="0"/>
              <w:jc w:val="left"/>
              <w:rPr>
                <w:sz w:val="18"/>
                <w:szCs w:val="28"/>
              </w:rPr>
            </w:pPr>
            <w:proofErr w:type="spellStart"/>
            <w:r w:rsidRPr="007911BE">
              <w:rPr>
                <w:sz w:val="18"/>
                <w:szCs w:val="28"/>
              </w:rPr>
              <w:t>Забайкальский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2D615617"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0A3075D1" w14:textId="77777777" w:rsidR="00F12170" w:rsidRPr="007911BE" w:rsidRDefault="00000000">
            <w:pPr>
              <w:ind w:firstLine="0"/>
              <w:jc w:val="center"/>
              <w:rPr>
                <w:sz w:val="18"/>
                <w:szCs w:val="28"/>
              </w:rPr>
            </w:pPr>
            <w:r w:rsidRPr="007911BE">
              <w:rPr>
                <w:sz w:val="18"/>
                <w:szCs w:val="28"/>
              </w:rPr>
              <w:t>26.55</w:t>
            </w:r>
          </w:p>
        </w:tc>
        <w:tc>
          <w:tcPr>
            <w:tcW w:w="0" w:type="auto"/>
            <w:vAlign w:val="center"/>
          </w:tcPr>
          <w:p w14:paraId="00249504" w14:textId="77777777" w:rsidR="00F12170" w:rsidRPr="007911BE" w:rsidRDefault="00000000">
            <w:pPr>
              <w:ind w:firstLine="0"/>
              <w:jc w:val="center"/>
              <w:rPr>
                <w:sz w:val="18"/>
                <w:szCs w:val="28"/>
              </w:rPr>
            </w:pPr>
            <w:r w:rsidRPr="007911BE">
              <w:rPr>
                <w:sz w:val="18"/>
                <w:szCs w:val="28"/>
              </w:rPr>
              <w:t>-2.6</w:t>
            </w:r>
          </w:p>
        </w:tc>
      </w:tr>
      <w:tr w:rsidR="00F12170" w:rsidRPr="007911BE" w14:paraId="78E6C3A5" w14:textId="77777777" w:rsidTr="00B408C8">
        <w:trPr>
          <w:jc w:val="center"/>
        </w:trPr>
        <w:tc>
          <w:tcPr>
            <w:tcW w:w="0" w:type="auto"/>
            <w:vAlign w:val="center"/>
          </w:tcPr>
          <w:p w14:paraId="3337C76D" w14:textId="77777777" w:rsidR="00F12170" w:rsidRPr="007911BE" w:rsidRDefault="00000000">
            <w:pPr>
              <w:ind w:firstLine="0"/>
              <w:jc w:val="left"/>
              <w:rPr>
                <w:sz w:val="18"/>
                <w:szCs w:val="28"/>
              </w:rPr>
            </w:pPr>
            <w:proofErr w:type="spellStart"/>
            <w:r w:rsidRPr="007911BE">
              <w:rPr>
                <w:sz w:val="18"/>
                <w:szCs w:val="28"/>
              </w:rPr>
              <w:t>Ивановская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7DEA7984"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2744B5F7" w14:textId="77777777" w:rsidR="00F12170" w:rsidRPr="007911BE" w:rsidRDefault="00000000">
            <w:pPr>
              <w:ind w:firstLine="0"/>
              <w:jc w:val="center"/>
              <w:rPr>
                <w:sz w:val="18"/>
                <w:szCs w:val="28"/>
              </w:rPr>
            </w:pPr>
            <w:r w:rsidRPr="007911BE">
              <w:rPr>
                <w:sz w:val="18"/>
                <w:szCs w:val="28"/>
              </w:rPr>
              <w:t>23.7</w:t>
            </w:r>
          </w:p>
        </w:tc>
        <w:tc>
          <w:tcPr>
            <w:tcW w:w="0" w:type="auto"/>
            <w:vAlign w:val="center"/>
          </w:tcPr>
          <w:p w14:paraId="120585B2" w14:textId="77777777" w:rsidR="00F12170" w:rsidRPr="007911BE" w:rsidRDefault="00000000">
            <w:pPr>
              <w:ind w:firstLine="0"/>
              <w:jc w:val="center"/>
              <w:rPr>
                <w:sz w:val="18"/>
                <w:szCs w:val="28"/>
              </w:rPr>
            </w:pPr>
            <w:r w:rsidRPr="007911BE">
              <w:rPr>
                <w:sz w:val="18"/>
                <w:szCs w:val="28"/>
              </w:rPr>
              <w:t>-1.5</w:t>
            </w:r>
          </w:p>
        </w:tc>
      </w:tr>
      <w:tr w:rsidR="00F12170" w:rsidRPr="007911BE" w14:paraId="1D73416E" w14:textId="77777777" w:rsidTr="00B408C8">
        <w:trPr>
          <w:jc w:val="center"/>
        </w:trPr>
        <w:tc>
          <w:tcPr>
            <w:tcW w:w="0" w:type="auto"/>
            <w:vAlign w:val="center"/>
          </w:tcPr>
          <w:p w14:paraId="47EC83CE" w14:textId="77777777" w:rsidR="00F12170" w:rsidRPr="007911BE" w:rsidRDefault="00000000">
            <w:pPr>
              <w:ind w:firstLine="0"/>
              <w:jc w:val="left"/>
              <w:rPr>
                <w:sz w:val="18"/>
                <w:szCs w:val="28"/>
              </w:rPr>
            </w:pPr>
            <w:proofErr w:type="spellStart"/>
            <w:r w:rsidRPr="007911BE">
              <w:rPr>
                <w:sz w:val="18"/>
                <w:szCs w:val="28"/>
              </w:rPr>
              <w:t>Иркутская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57896135"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4C631342" w14:textId="77777777" w:rsidR="00F12170" w:rsidRPr="007911BE" w:rsidRDefault="00000000">
            <w:pPr>
              <w:ind w:firstLine="0"/>
              <w:jc w:val="center"/>
              <w:rPr>
                <w:sz w:val="18"/>
                <w:szCs w:val="28"/>
              </w:rPr>
            </w:pPr>
            <w:r w:rsidRPr="007911BE">
              <w:rPr>
                <w:sz w:val="18"/>
                <w:szCs w:val="28"/>
              </w:rPr>
              <w:t>20.87</w:t>
            </w:r>
          </w:p>
        </w:tc>
        <w:tc>
          <w:tcPr>
            <w:tcW w:w="0" w:type="auto"/>
            <w:vAlign w:val="center"/>
          </w:tcPr>
          <w:p w14:paraId="0FE69F20" w14:textId="77777777" w:rsidR="00F12170" w:rsidRPr="007911BE" w:rsidRDefault="00000000">
            <w:pPr>
              <w:ind w:firstLine="0"/>
              <w:jc w:val="center"/>
              <w:rPr>
                <w:sz w:val="18"/>
                <w:szCs w:val="28"/>
              </w:rPr>
            </w:pPr>
            <w:r w:rsidRPr="007911BE">
              <w:rPr>
                <w:sz w:val="18"/>
                <w:szCs w:val="28"/>
              </w:rPr>
              <w:t>-3.9</w:t>
            </w:r>
          </w:p>
        </w:tc>
      </w:tr>
      <w:tr w:rsidR="00F12170" w:rsidRPr="007911BE" w14:paraId="41AEF293" w14:textId="77777777" w:rsidTr="00B408C8">
        <w:trPr>
          <w:jc w:val="center"/>
        </w:trPr>
        <w:tc>
          <w:tcPr>
            <w:tcW w:w="0" w:type="auto"/>
            <w:vAlign w:val="center"/>
          </w:tcPr>
          <w:p w14:paraId="69A1D247" w14:textId="77777777" w:rsidR="00F12170" w:rsidRPr="007911BE" w:rsidRDefault="00000000">
            <w:pPr>
              <w:ind w:firstLine="0"/>
              <w:jc w:val="left"/>
              <w:rPr>
                <w:sz w:val="18"/>
                <w:szCs w:val="28"/>
              </w:rPr>
            </w:pPr>
            <w:proofErr w:type="spellStart"/>
            <w:r w:rsidRPr="007911BE">
              <w:rPr>
                <w:sz w:val="18"/>
                <w:szCs w:val="28"/>
              </w:rPr>
              <w:t>Кабардино-Балкарская</w:t>
            </w:r>
            <w:proofErr w:type="spellEnd"/>
            <w:r w:rsidRPr="007911BE">
              <w:rPr>
                <w:sz w:val="18"/>
                <w:szCs w:val="28"/>
              </w:rPr>
              <w:t xml:space="preserve"> </w:t>
            </w:r>
            <w:proofErr w:type="spellStart"/>
            <w:r w:rsidRPr="007911BE">
              <w:rPr>
                <w:sz w:val="18"/>
                <w:szCs w:val="28"/>
              </w:rPr>
              <w:t>Республика</w:t>
            </w:r>
            <w:proofErr w:type="spellEnd"/>
          </w:p>
        </w:tc>
        <w:tc>
          <w:tcPr>
            <w:tcW w:w="0" w:type="auto"/>
            <w:vAlign w:val="center"/>
          </w:tcPr>
          <w:p w14:paraId="000CEC47" w14:textId="77777777" w:rsidR="00F12170" w:rsidRPr="007911BE" w:rsidRDefault="00000000">
            <w:pPr>
              <w:ind w:firstLine="0"/>
              <w:jc w:val="left"/>
              <w:rPr>
                <w:sz w:val="18"/>
                <w:szCs w:val="28"/>
              </w:rPr>
            </w:pPr>
            <w:r w:rsidRPr="007911BE">
              <w:rPr>
                <w:sz w:val="18"/>
                <w:szCs w:val="28"/>
              </w:rPr>
              <w:t>СКФО</w:t>
            </w:r>
          </w:p>
        </w:tc>
        <w:tc>
          <w:tcPr>
            <w:tcW w:w="0" w:type="auto"/>
            <w:vAlign w:val="center"/>
          </w:tcPr>
          <w:p w14:paraId="0AD10449" w14:textId="77777777" w:rsidR="00F12170" w:rsidRPr="007911BE" w:rsidRDefault="00000000">
            <w:pPr>
              <w:ind w:firstLine="0"/>
              <w:jc w:val="center"/>
              <w:rPr>
                <w:sz w:val="18"/>
                <w:szCs w:val="28"/>
              </w:rPr>
            </w:pPr>
            <w:r w:rsidRPr="007911BE">
              <w:rPr>
                <w:sz w:val="18"/>
                <w:szCs w:val="28"/>
              </w:rPr>
              <w:t>-32.7</w:t>
            </w:r>
          </w:p>
        </w:tc>
        <w:tc>
          <w:tcPr>
            <w:tcW w:w="0" w:type="auto"/>
            <w:vAlign w:val="center"/>
          </w:tcPr>
          <w:p w14:paraId="0F9E299C" w14:textId="77777777" w:rsidR="00F12170" w:rsidRPr="007911BE" w:rsidRDefault="00000000">
            <w:pPr>
              <w:ind w:firstLine="0"/>
              <w:jc w:val="center"/>
              <w:rPr>
                <w:sz w:val="18"/>
                <w:szCs w:val="28"/>
              </w:rPr>
            </w:pPr>
            <w:r w:rsidRPr="007911BE">
              <w:rPr>
                <w:sz w:val="18"/>
                <w:szCs w:val="28"/>
              </w:rPr>
              <w:t>-5</w:t>
            </w:r>
          </w:p>
        </w:tc>
      </w:tr>
      <w:tr w:rsidR="00F12170" w:rsidRPr="007911BE" w14:paraId="658D4BEE" w14:textId="77777777" w:rsidTr="00B408C8">
        <w:trPr>
          <w:jc w:val="center"/>
        </w:trPr>
        <w:tc>
          <w:tcPr>
            <w:tcW w:w="0" w:type="auto"/>
            <w:vAlign w:val="center"/>
          </w:tcPr>
          <w:p w14:paraId="6F9CBBD3" w14:textId="77777777" w:rsidR="00F12170" w:rsidRPr="007911BE" w:rsidRDefault="00000000">
            <w:pPr>
              <w:ind w:firstLine="0"/>
              <w:jc w:val="left"/>
              <w:rPr>
                <w:sz w:val="18"/>
                <w:szCs w:val="28"/>
              </w:rPr>
            </w:pPr>
            <w:proofErr w:type="spellStart"/>
            <w:r w:rsidRPr="007911BE">
              <w:rPr>
                <w:sz w:val="18"/>
                <w:szCs w:val="28"/>
              </w:rPr>
              <w:t>Калининградская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6ADE6DC8"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722693A7" w14:textId="77777777" w:rsidR="00F12170" w:rsidRPr="007911BE" w:rsidRDefault="00000000">
            <w:pPr>
              <w:ind w:firstLine="0"/>
              <w:jc w:val="center"/>
              <w:rPr>
                <w:sz w:val="18"/>
                <w:szCs w:val="28"/>
              </w:rPr>
            </w:pPr>
            <w:r w:rsidRPr="007911BE">
              <w:rPr>
                <w:sz w:val="18"/>
                <w:szCs w:val="28"/>
              </w:rPr>
              <w:t>42.04</w:t>
            </w:r>
          </w:p>
        </w:tc>
        <w:tc>
          <w:tcPr>
            <w:tcW w:w="0" w:type="auto"/>
            <w:vAlign w:val="center"/>
          </w:tcPr>
          <w:p w14:paraId="4CFB7390" w14:textId="77777777" w:rsidR="00F12170" w:rsidRPr="007911BE" w:rsidRDefault="00000000">
            <w:pPr>
              <w:ind w:firstLine="0"/>
              <w:jc w:val="center"/>
              <w:rPr>
                <w:sz w:val="18"/>
                <w:szCs w:val="28"/>
              </w:rPr>
            </w:pPr>
            <w:r w:rsidRPr="007911BE">
              <w:rPr>
                <w:sz w:val="18"/>
                <w:szCs w:val="28"/>
              </w:rPr>
              <w:t>-1.6</w:t>
            </w:r>
          </w:p>
        </w:tc>
      </w:tr>
      <w:tr w:rsidR="00F12170" w:rsidRPr="007911BE" w14:paraId="0356AB90" w14:textId="77777777" w:rsidTr="00B408C8">
        <w:trPr>
          <w:jc w:val="center"/>
        </w:trPr>
        <w:tc>
          <w:tcPr>
            <w:tcW w:w="0" w:type="auto"/>
            <w:vAlign w:val="center"/>
          </w:tcPr>
          <w:p w14:paraId="78A6C386" w14:textId="77777777" w:rsidR="00F12170" w:rsidRPr="007911BE" w:rsidRDefault="00000000">
            <w:pPr>
              <w:ind w:firstLine="0"/>
              <w:jc w:val="left"/>
              <w:rPr>
                <w:sz w:val="18"/>
                <w:szCs w:val="28"/>
              </w:rPr>
            </w:pPr>
            <w:proofErr w:type="spellStart"/>
            <w:r w:rsidRPr="007911BE">
              <w:rPr>
                <w:sz w:val="18"/>
                <w:szCs w:val="28"/>
              </w:rPr>
              <w:t>Калужская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30A7D242"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3139FB14" w14:textId="77777777" w:rsidR="00F12170" w:rsidRPr="007911BE" w:rsidRDefault="00000000">
            <w:pPr>
              <w:ind w:firstLine="0"/>
              <w:jc w:val="center"/>
              <w:rPr>
                <w:sz w:val="18"/>
                <w:szCs w:val="28"/>
              </w:rPr>
            </w:pPr>
            <w:r w:rsidRPr="007911BE">
              <w:rPr>
                <w:sz w:val="18"/>
                <w:szCs w:val="28"/>
              </w:rPr>
              <w:t>45.44</w:t>
            </w:r>
          </w:p>
        </w:tc>
        <w:tc>
          <w:tcPr>
            <w:tcW w:w="0" w:type="auto"/>
            <w:vAlign w:val="center"/>
          </w:tcPr>
          <w:p w14:paraId="18620496" w14:textId="77777777" w:rsidR="00F12170" w:rsidRPr="007911BE" w:rsidRDefault="00000000">
            <w:pPr>
              <w:ind w:firstLine="0"/>
              <w:jc w:val="center"/>
              <w:rPr>
                <w:sz w:val="18"/>
                <w:szCs w:val="28"/>
              </w:rPr>
            </w:pPr>
            <w:r w:rsidRPr="007911BE">
              <w:rPr>
                <w:sz w:val="18"/>
                <w:szCs w:val="28"/>
              </w:rPr>
              <w:t>-5.3</w:t>
            </w:r>
          </w:p>
        </w:tc>
      </w:tr>
      <w:tr w:rsidR="00F12170" w:rsidRPr="007911BE" w14:paraId="55337B9F" w14:textId="77777777" w:rsidTr="00B408C8">
        <w:trPr>
          <w:jc w:val="center"/>
        </w:trPr>
        <w:tc>
          <w:tcPr>
            <w:tcW w:w="0" w:type="auto"/>
            <w:vAlign w:val="center"/>
          </w:tcPr>
          <w:p w14:paraId="2F006837" w14:textId="77777777" w:rsidR="00F12170" w:rsidRPr="007911BE" w:rsidRDefault="00000000">
            <w:pPr>
              <w:ind w:firstLine="0"/>
              <w:jc w:val="left"/>
              <w:rPr>
                <w:sz w:val="18"/>
                <w:szCs w:val="28"/>
              </w:rPr>
            </w:pPr>
            <w:proofErr w:type="spellStart"/>
            <w:r w:rsidRPr="007911BE">
              <w:rPr>
                <w:sz w:val="18"/>
                <w:szCs w:val="28"/>
              </w:rPr>
              <w:t>Камчатский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3DAAC299"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5AF83F66" w14:textId="77777777" w:rsidR="00F12170" w:rsidRPr="007911BE" w:rsidRDefault="00000000">
            <w:pPr>
              <w:ind w:firstLine="0"/>
              <w:jc w:val="center"/>
              <w:rPr>
                <w:sz w:val="18"/>
                <w:szCs w:val="28"/>
              </w:rPr>
            </w:pPr>
            <w:r w:rsidRPr="007911BE">
              <w:rPr>
                <w:sz w:val="18"/>
                <w:szCs w:val="28"/>
              </w:rPr>
              <w:t>61.78</w:t>
            </w:r>
          </w:p>
        </w:tc>
        <w:tc>
          <w:tcPr>
            <w:tcW w:w="0" w:type="auto"/>
            <w:vAlign w:val="center"/>
          </w:tcPr>
          <w:p w14:paraId="00A50167" w14:textId="77777777" w:rsidR="00F12170" w:rsidRPr="007911BE" w:rsidRDefault="00000000">
            <w:pPr>
              <w:ind w:firstLine="0"/>
              <w:jc w:val="center"/>
              <w:rPr>
                <w:sz w:val="18"/>
                <w:szCs w:val="28"/>
              </w:rPr>
            </w:pPr>
            <w:r w:rsidRPr="007911BE">
              <w:rPr>
                <w:sz w:val="18"/>
                <w:szCs w:val="28"/>
              </w:rPr>
              <w:t>-7</w:t>
            </w:r>
          </w:p>
        </w:tc>
      </w:tr>
      <w:tr w:rsidR="00F12170" w:rsidRPr="007911BE" w14:paraId="7C72915C" w14:textId="77777777" w:rsidTr="00B408C8">
        <w:trPr>
          <w:jc w:val="center"/>
        </w:trPr>
        <w:tc>
          <w:tcPr>
            <w:tcW w:w="0" w:type="auto"/>
            <w:vAlign w:val="center"/>
          </w:tcPr>
          <w:p w14:paraId="331A6D3D" w14:textId="77777777" w:rsidR="00F12170" w:rsidRPr="007911BE" w:rsidRDefault="00000000">
            <w:pPr>
              <w:ind w:firstLine="0"/>
              <w:jc w:val="left"/>
              <w:rPr>
                <w:sz w:val="18"/>
                <w:szCs w:val="28"/>
              </w:rPr>
            </w:pPr>
            <w:proofErr w:type="spellStart"/>
            <w:r w:rsidRPr="007911BE">
              <w:rPr>
                <w:sz w:val="18"/>
                <w:szCs w:val="28"/>
              </w:rPr>
              <w:t>Карачаево-Черкесская</w:t>
            </w:r>
            <w:proofErr w:type="spellEnd"/>
            <w:r w:rsidRPr="007911BE">
              <w:rPr>
                <w:sz w:val="18"/>
                <w:szCs w:val="28"/>
              </w:rPr>
              <w:t xml:space="preserve"> </w:t>
            </w:r>
            <w:proofErr w:type="spellStart"/>
            <w:r w:rsidRPr="007911BE">
              <w:rPr>
                <w:sz w:val="18"/>
                <w:szCs w:val="28"/>
              </w:rPr>
              <w:t>Республика</w:t>
            </w:r>
            <w:proofErr w:type="spellEnd"/>
          </w:p>
        </w:tc>
        <w:tc>
          <w:tcPr>
            <w:tcW w:w="0" w:type="auto"/>
            <w:vAlign w:val="center"/>
          </w:tcPr>
          <w:p w14:paraId="17DD8060" w14:textId="77777777" w:rsidR="00F12170" w:rsidRPr="007911BE" w:rsidRDefault="00000000">
            <w:pPr>
              <w:ind w:firstLine="0"/>
              <w:jc w:val="left"/>
              <w:rPr>
                <w:sz w:val="18"/>
                <w:szCs w:val="28"/>
              </w:rPr>
            </w:pPr>
            <w:r w:rsidRPr="007911BE">
              <w:rPr>
                <w:sz w:val="18"/>
                <w:szCs w:val="28"/>
              </w:rPr>
              <w:t>СКФО</w:t>
            </w:r>
          </w:p>
        </w:tc>
        <w:tc>
          <w:tcPr>
            <w:tcW w:w="0" w:type="auto"/>
            <w:vAlign w:val="center"/>
          </w:tcPr>
          <w:p w14:paraId="279293BB" w14:textId="77777777" w:rsidR="00F12170" w:rsidRPr="007911BE" w:rsidRDefault="00000000">
            <w:pPr>
              <w:ind w:firstLine="0"/>
              <w:jc w:val="center"/>
              <w:rPr>
                <w:sz w:val="18"/>
                <w:szCs w:val="28"/>
              </w:rPr>
            </w:pPr>
            <w:r w:rsidRPr="007911BE">
              <w:rPr>
                <w:sz w:val="18"/>
                <w:szCs w:val="28"/>
              </w:rPr>
              <w:t>12.06</w:t>
            </w:r>
          </w:p>
        </w:tc>
        <w:tc>
          <w:tcPr>
            <w:tcW w:w="0" w:type="auto"/>
            <w:vAlign w:val="center"/>
          </w:tcPr>
          <w:p w14:paraId="3D3A30E5" w14:textId="77777777" w:rsidR="00F12170" w:rsidRPr="007911BE" w:rsidRDefault="00000000">
            <w:pPr>
              <w:ind w:firstLine="0"/>
              <w:jc w:val="center"/>
              <w:rPr>
                <w:sz w:val="18"/>
                <w:szCs w:val="28"/>
              </w:rPr>
            </w:pPr>
            <w:r w:rsidRPr="007911BE">
              <w:rPr>
                <w:sz w:val="18"/>
                <w:szCs w:val="28"/>
              </w:rPr>
              <w:t>-7.2</w:t>
            </w:r>
          </w:p>
        </w:tc>
      </w:tr>
      <w:tr w:rsidR="00F12170" w:rsidRPr="007911BE" w14:paraId="2C83F4AF" w14:textId="77777777" w:rsidTr="00B408C8">
        <w:trPr>
          <w:jc w:val="center"/>
        </w:trPr>
        <w:tc>
          <w:tcPr>
            <w:tcW w:w="0" w:type="auto"/>
            <w:vAlign w:val="center"/>
          </w:tcPr>
          <w:p w14:paraId="523F8443" w14:textId="77777777" w:rsidR="00F12170" w:rsidRPr="007911BE" w:rsidRDefault="00000000">
            <w:pPr>
              <w:ind w:firstLine="0"/>
              <w:jc w:val="left"/>
              <w:rPr>
                <w:sz w:val="18"/>
                <w:szCs w:val="28"/>
              </w:rPr>
            </w:pPr>
            <w:proofErr w:type="spellStart"/>
            <w:r w:rsidRPr="007911BE">
              <w:rPr>
                <w:sz w:val="18"/>
                <w:szCs w:val="28"/>
              </w:rPr>
              <w:t>Кемеровская</w:t>
            </w:r>
            <w:proofErr w:type="spellEnd"/>
            <w:r w:rsidRPr="007911BE">
              <w:rPr>
                <w:sz w:val="18"/>
                <w:szCs w:val="28"/>
              </w:rPr>
              <w:t xml:space="preserve"> </w:t>
            </w:r>
            <w:proofErr w:type="spellStart"/>
            <w:r w:rsidRPr="007911BE">
              <w:rPr>
                <w:sz w:val="18"/>
                <w:szCs w:val="28"/>
              </w:rPr>
              <w:t>область</w:t>
            </w:r>
            <w:proofErr w:type="spellEnd"/>
            <w:r w:rsidRPr="007911BE">
              <w:rPr>
                <w:sz w:val="18"/>
                <w:szCs w:val="28"/>
              </w:rPr>
              <w:t xml:space="preserve"> - </w:t>
            </w:r>
            <w:proofErr w:type="spellStart"/>
            <w:r w:rsidRPr="007911BE">
              <w:rPr>
                <w:sz w:val="18"/>
                <w:szCs w:val="28"/>
              </w:rPr>
              <w:t>Кузбасс</w:t>
            </w:r>
            <w:proofErr w:type="spellEnd"/>
          </w:p>
        </w:tc>
        <w:tc>
          <w:tcPr>
            <w:tcW w:w="0" w:type="auto"/>
            <w:vAlign w:val="center"/>
          </w:tcPr>
          <w:p w14:paraId="69C1D255"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4BAEF878" w14:textId="77777777" w:rsidR="00F12170" w:rsidRPr="007911BE" w:rsidRDefault="00000000">
            <w:pPr>
              <w:ind w:firstLine="0"/>
              <w:jc w:val="center"/>
              <w:rPr>
                <w:sz w:val="18"/>
                <w:szCs w:val="28"/>
              </w:rPr>
            </w:pPr>
            <w:r w:rsidRPr="007911BE">
              <w:rPr>
                <w:sz w:val="18"/>
                <w:szCs w:val="28"/>
              </w:rPr>
              <w:t>37.22</w:t>
            </w:r>
          </w:p>
        </w:tc>
        <w:tc>
          <w:tcPr>
            <w:tcW w:w="0" w:type="auto"/>
            <w:vAlign w:val="center"/>
          </w:tcPr>
          <w:p w14:paraId="127EFB86" w14:textId="77777777" w:rsidR="00F12170" w:rsidRPr="007911BE" w:rsidRDefault="00000000">
            <w:pPr>
              <w:ind w:firstLine="0"/>
              <w:jc w:val="center"/>
              <w:rPr>
                <w:sz w:val="18"/>
                <w:szCs w:val="28"/>
              </w:rPr>
            </w:pPr>
            <w:r w:rsidRPr="007911BE">
              <w:rPr>
                <w:sz w:val="18"/>
                <w:szCs w:val="28"/>
              </w:rPr>
              <w:t>-3.2</w:t>
            </w:r>
          </w:p>
        </w:tc>
      </w:tr>
      <w:tr w:rsidR="00F12170" w:rsidRPr="007911BE" w14:paraId="4D0A8546" w14:textId="77777777" w:rsidTr="00B408C8">
        <w:trPr>
          <w:jc w:val="center"/>
        </w:trPr>
        <w:tc>
          <w:tcPr>
            <w:tcW w:w="0" w:type="auto"/>
            <w:vAlign w:val="center"/>
          </w:tcPr>
          <w:p w14:paraId="5D4EAF78" w14:textId="77777777" w:rsidR="00F12170" w:rsidRPr="007911BE" w:rsidRDefault="00000000">
            <w:pPr>
              <w:ind w:firstLine="0"/>
              <w:jc w:val="left"/>
              <w:rPr>
                <w:sz w:val="18"/>
                <w:szCs w:val="28"/>
              </w:rPr>
            </w:pPr>
            <w:proofErr w:type="spellStart"/>
            <w:r w:rsidRPr="007911BE">
              <w:rPr>
                <w:sz w:val="18"/>
                <w:szCs w:val="28"/>
              </w:rPr>
              <w:t>Кировская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2EAE7CE4"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76F9F8B0" w14:textId="77777777" w:rsidR="00F12170" w:rsidRPr="007911BE" w:rsidRDefault="00000000">
            <w:pPr>
              <w:ind w:firstLine="0"/>
              <w:jc w:val="center"/>
              <w:rPr>
                <w:sz w:val="18"/>
                <w:szCs w:val="28"/>
              </w:rPr>
            </w:pPr>
            <w:r w:rsidRPr="007911BE">
              <w:rPr>
                <w:sz w:val="18"/>
                <w:szCs w:val="28"/>
              </w:rPr>
              <w:t>34.73</w:t>
            </w:r>
          </w:p>
        </w:tc>
        <w:tc>
          <w:tcPr>
            <w:tcW w:w="0" w:type="auto"/>
            <w:vAlign w:val="center"/>
          </w:tcPr>
          <w:p w14:paraId="6EC66B2D" w14:textId="77777777" w:rsidR="00F12170" w:rsidRPr="007911BE" w:rsidRDefault="00000000">
            <w:pPr>
              <w:ind w:firstLine="0"/>
              <w:jc w:val="center"/>
              <w:rPr>
                <w:sz w:val="18"/>
                <w:szCs w:val="28"/>
              </w:rPr>
            </w:pPr>
            <w:r w:rsidRPr="007911BE">
              <w:rPr>
                <w:sz w:val="18"/>
                <w:szCs w:val="28"/>
              </w:rPr>
              <w:t>-4</w:t>
            </w:r>
          </w:p>
        </w:tc>
      </w:tr>
      <w:tr w:rsidR="00F12170" w:rsidRPr="007911BE" w14:paraId="43ED8639" w14:textId="77777777" w:rsidTr="00B408C8">
        <w:trPr>
          <w:jc w:val="center"/>
        </w:trPr>
        <w:tc>
          <w:tcPr>
            <w:tcW w:w="0" w:type="auto"/>
            <w:vAlign w:val="center"/>
          </w:tcPr>
          <w:p w14:paraId="27A7A5DF" w14:textId="77777777" w:rsidR="00F12170" w:rsidRPr="007911BE" w:rsidRDefault="00000000">
            <w:pPr>
              <w:ind w:firstLine="0"/>
              <w:jc w:val="left"/>
              <w:rPr>
                <w:sz w:val="18"/>
                <w:szCs w:val="28"/>
              </w:rPr>
            </w:pPr>
            <w:proofErr w:type="spellStart"/>
            <w:r w:rsidRPr="007911BE">
              <w:rPr>
                <w:sz w:val="18"/>
                <w:szCs w:val="28"/>
              </w:rPr>
              <w:t>Костромская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659334E0"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5B605F8C" w14:textId="77777777" w:rsidR="00F12170" w:rsidRPr="007911BE" w:rsidRDefault="00000000">
            <w:pPr>
              <w:ind w:firstLine="0"/>
              <w:jc w:val="center"/>
              <w:rPr>
                <w:sz w:val="18"/>
                <w:szCs w:val="28"/>
              </w:rPr>
            </w:pPr>
            <w:r w:rsidRPr="007911BE">
              <w:rPr>
                <w:sz w:val="18"/>
                <w:szCs w:val="28"/>
              </w:rPr>
              <w:t>20.01</w:t>
            </w:r>
          </w:p>
        </w:tc>
        <w:tc>
          <w:tcPr>
            <w:tcW w:w="0" w:type="auto"/>
            <w:vAlign w:val="center"/>
          </w:tcPr>
          <w:p w14:paraId="1B3E6676" w14:textId="77777777" w:rsidR="00F12170" w:rsidRPr="007911BE" w:rsidRDefault="00000000">
            <w:pPr>
              <w:ind w:firstLine="0"/>
              <w:jc w:val="center"/>
              <w:rPr>
                <w:sz w:val="18"/>
                <w:szCs w:val="28"/>
              </w:rPr>
            </w:pPr>
            <w:r w:rsidRPr="007911BE">
              <w:rPr>
                <w:sz w:val="18"/>
                <w:szCs w:val="28"/>
              </w:rPr>
              <w:t>-4.7</w:t>
            </w:r>
          </w:p>
        </w:tc>
      </w:tr>
      <w:tr w:rsidR="00F12170" w:rsidRPr="007911BE" w14:paraId="6721E727" w14:textId="77777777" w:rsidTr="00B408C8">
        <w:trPr>
          <w:jc w:val="center"/>
        </w:trPr>
        <w:tc>
          <w:tcPr>
            <w:tcW w:w="0" w:type="auto"/>
            <w:vAlign w:val="center"/>
          </w:tcPr>
          <w:p w14:paraId="0A430BE2" w14:textId="77777777" w:rsidR="00F12170" w:rsidRPr="007911BE" w:rsidRDefault="00000000">
            <w:pPr>
              <w:ind w:firstLine="0"/>
              <w:jc w:val="left"/>
              <w:rPr>
                <w:sz w:val="18"/>
                <w:szCs w:val="28"/>
              </w:rPr>
            </w:pPr>
            <w:proofErr w:type="spellStart"/>
            <w:r w:rsidRPr="007911BE">
              <w:rPr>
                <w:sz w:val="18"/>
                <w:szCs w:val="28"/>
              </w:rPr>
              <w:t>Краснодарский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492B820A" w14:textId="77777777" w:rsidR="00F12170" w:rsidRPr="007911BE" w:rsidRDefault="00000000">
            <w:pPr>
              <w:ind w:firstLine="0"/>
              <w:jc w:val="left"/>
              <w:rPr>
                <w:sz w:val="18"/>
                <w:szCs w:val="28"/>
              </w:rPr>
            </w:pPr>
            <w:r w:rsidRPr="007911BE">
              <w:rPr>
                <w:sz w:val="18"/>
                <w:szCs w:val="28"/>
              </w:rPr>
              <w:t>ЮФО</w:t>
            </w:r>
          </w:p>
        </w:tc>
        <w:tc>
          <w:tcPr>
            <w:tcW w:w="0" w:type="auto"/>
            <w:vAlign w:val="center"/>
          </w:tcPr>
          <w:p w14:paraId="2528A887" w14:textId="77777777" w:rsidR="00F12170" w:rsidRPr="007911BE" w:rsidRDefault="00000000">
            <w:pPr>
              <w:ind w:firstLine="0"/>
              <w:jc w:val="center"/>
              <w:rPr>
                <w:sz w:val="18"/>
                <w:szCs w:val="28"/>
              </w:rPr>
            </w:pPr>
            <w:r w:rsidRPr="007911BE">
              <w:rPr>
                <w:sz w:val="18"/>
                <w:szCs w:val="28"/>
              </w:rPr>
              <w:t>21.9</w:t>
            </w:r>
          </w:p>
        </w:tc>
        <w:tc>
          <w:tcPr>
            <w:tcW w:w="0" w:type="auto"/>
            <w:vAlign w:val="center"/>
          </w:tcPr>
          <w:p w14:paraId="23D6164A" w14:textId="77777777" w:rsidR="00F12170" w:rsidRPr="007911BE" w:rsidRDefault="00000000">
            <w:pPr>
              <w:ind w:firstLine="0"/>
              <w:jc w:val="center"/>
              <w:rPr>
                <w:sz w:val="18"/>
                <w:szCs w:val="28"/>
              </w:rPr>
            </w:pPr>
            <w:r w:rsidRPr="007911BE">
              <w:rPr>
                <w:sz w:val="18"/>
                <w:szCs w:val="28"/>
              </w:rPr>
              <w:t>-3</w:t>
            </w:r>
          </w:p>
        </w:tc>
      </w:tr>
      <w:tr w:rsidR="00F12170" w:rsidRPr="007911BE" w14:paraId="6D7B6CDF" w14:textId="77777777" w:rsidTr="00B408C8">
        <w:trPr>
          <w:jc w:val="center"/>
        </w:trPr>
        <w:tc>
          <w:tcPr>
            <w:tcW w:w="0" w:type="auto"/>
            <w:vAlign w:val="center"/>
          </w:tcPr>
          <w:p w14:paraId="1AADADF2" w14:textId="77777777" w:rsidR="00F12170" w:rsidRPr="007911BE" w:rsidRDefault="00000000">
            <w:pPr>
              <w:ind w:firstLine="0"/>
              <w:jc w:val="left"/>
              <w:rPr>
                <w:sz w:val="18"/>
                <w:szCs w:val="28"/>
              </w:rPr>
            </w:pPr>
            <w:proofErr w:type="spellStart"/>
            <w:r w:rsidRPr="007911BE">
              <w:rPr>
                <w:sz w:val="18"/>
                <w:szCs w:val="28"/>
              </w:rPr>
              <w:t>Красноярский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13F6CA2C"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7DB6C8BB" w14:textId="77777777" w:rsidR="00F12170" w:rsidRPr="007911BE" w:rsidRDefault="00000000">
            <w:pPr>
              <w:ind w:firstLine="0"/>
              <w:jc w:val="center"/>
              <w:rPr>
                <w:sz w:val="18"/>
                <w:szCs w:val="28"/>
              </w:rPr>
            </w:pPr>
            <w:r w:rsidRPr="007911BE">
              <w:rPr>
                <w:sz w:val="18"/>
                <w:szCs w:val="28"/>
              </w:rPr>
              <w:t>32.98</w:t>
            </w:r>
          </w:p>
        </w:tc>
        <w:tc>
          <w:tcPr>
            <w:tcW w:w="0" w:type="auto"/>
            <w:vAlign w:val="center"/>
          </w:tcPr>
          <w:p w14:paraId="683FAA76" w14:textId="77777777" w:rsidR="00F12170" w:rsidRPr="007911BE" w:rsidRDefault="00000000">
            <w:pPr>
              <w:ind w:firstLine="0"/>
              <w:jc w:val="center"/>
              <w:rPr>
                <w:sz w:val="18"/>
                <w:szCs w:val="28"/>
              </w:rPr>
            </w:pPr>
            <w:r w:rsidRPr="007911BE">
              <w:rPr>
                <w:sz w:val="18"/>
                <w:szCs w:val="28"/>
              </w:rPr>
              <w:t>-5.4</w:t>
            </w:r>
          </w:p>
        </w:tc>
      </w:tr>
      <w:tr w:rsidR="00F12170" w:rsidRPr="007911BE" w14:paraId="7C22D84F" w14:textId="77777777" w:rsidTr="00B408C8">
        <w:trPr>
          <w:jc w:val="center"/>
        </w:trPr>
        <w:tc>
          <w:tcPr>
            <w:tcW w:w="0" w:type="auto"/>
            <w:vAlign w:val="center"/>
          </w:tcPr>
          <w:p w14:paraId="330C9874" w14:textId="77777777" w:rsidR="00F12170" w:rsidRPr="007911BE" w:rsidRDefault="00000000">
            <w:pPr>
              <w:ind w:firstLine="0"/>
              <w:jc w:val="left"/>
              <w:rPr>
                <w:sz w:val="18"/>
                <w:szCs w:val="28"/>
              </w:rPr>
            </w:pPr>
            <w:proofErr w:type="spellStart"/>
            <w:r w:rsidRPr="007911BE">
              <w:rPr>
                <w:sz w:val="18"/>
                <w:szCs w:val="28"/>
              </w:rPr>
              <w:t>Курганская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05417449" w14:textId="77777777" w:rsidR="00F12170" w:rsidRPr="007911BE" w:rsidRDefault="00000000">
            <w:pPr>
              <w:ind w:firstLine="0"/>
              <w:jc w:val="left"/>
              <w:rPr>
                <w:sz w:val="18"/>
                <w:szCs w:val="28"/>
              </w:rPr>
            </w:pPr>
            <w:r w:rsidRPr="007911BE">
              <w:rPr>
                <w:sz w:val="18"/>
                <w:szCs w:val="28"/>
              </w:rPr>
              <w:t>УФО</w:t>
            </w:r>
          </w:p>
        </w:tc>
        <w:tc>
          <w:tcPr>
            <w:tcW w:w="0" w:type="auto"/>
            <w:vAlign w:val="center"/>
          </w:tcPr>
          <w:p w14:paraId="3B16B557" w14:textId="77777777" w:rsidR="00F12170" w:rsidRPr="007911BE" w:rsidRDefault="00000000">
            <w:pPr>
              <w:ind w:firstLine="0"/>
              <w:jc w:val="center"/>
              <w:rPr>
                <w:sz w:val="18"/>
                <w:szCs w:val="28"/>
              </w:rPr>
            </w:pPr>
            <w:r w:rsidRPr="007911BE">
              <w:rPr>
                <w:sz w:val="18"/>
                <w:szCs w:val="28"/>
              </w:rPr>
              <w:t>38.66</w:t>
            </w:r>
          </w:p>
        </w:tc>
        <w:tc>
          <w:tcPr>
            <w:tcW w:w="0" w:type="auto"/>
            <w:vAlign w:val="center"/>
          </w:tcPr>
          <w:p w14:paraId="71379382" w14:textId="77777777" w:rsidR="00F12170" w:rsidRPr="007911BE" w:rsidRDefault="00000000">
            <w:pPr>
              <w:ind w:firstLine="0"/>
              <w:jc w:val="center"/>
              <w:rPr>
                <w:sz w:val="18"/>
                <w:szCs w:val="28"/>
              </w:rPr>
            </w:pPr>
            <w:r w:rsidRPr="007911BE">
              <w:rPr>
                <w:sz w:val="18"/>
                <w:szCs w:val="28"/>
              </w:rPr>
              <w:t>-2.6</w:t>
            </w:r>
          </w:p>
        </w:tc>
      </w:tr>
      <w:tr w:rsidR="00F12170" w:rsidRPr="007911BE" w14:paraId="1219246B" w14:textId="77777777" w:rsidTr="00B408C8">
        <w:trPr>
          <w:jc w:val="center"/>
        </w:trPr>
        <w:tc>
          <w:tcPr>
            <w:tcW w:w="0" w:type="auto"/>
            <w:vAlign w:val="center"/>
          </w:tcPr>
          <w:p w14:paraId="5FD15917" w14:textId="77777777" w:rsidR="00F12170" w:rsidRPr="007911BE" w:rsidRDefault="00000000">
            <w:pPr>
              <w:ind w:firstLine="0"/>
              <w:jc w:val="left"/>
              <w:rPr>
                <w:sz w:val="18"/>
                <w:szCs w:val="28"/>
              </w:rPr>
            </w:pPr>
            <w:r w:rsidRPr="007911BE">
              <w:rPr>
                <w:sz w:val="18"/>
                <w:szCs w:val="28"/>
              </w:rPr>
              <w:t xml:space="preserve">Курская </w:t>
            </w:r>
            <w:proofErr w:type="spellStart"/>
            <w:r w:rsidRPr="007911BE">
              <w:rPr>
                <w:sz w:val="18"/>
                <w:szCs w:val="28"/>
              </w:rPr>
              <w:t>область</w:t>
            </w:r>
            <w:proofErr w:type="spellEnd"/>
          </w:p>
        </w:tc>
        <w:tc>
          <w:tcPr>
            <w:tcW w:w="0" w:type="auto"/>
            <w:vAlign w:val="center"/>
          </w:tcPr>
          <w:p w14:paraId="7D53B413"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0F302C40" w14:textId="77777777" w:rsidR="00F12170" w:rsidRPr="007911BE" w:rsidRDefault="00000000">
            <w:pPr>
              <w:ind w:firstLine="0"/>
              <w:jc w:val="center"/>
              <w:rPr>
                <w:sz w:val="18"/>
                <w:szCs w:val="28"/>
              </w:rPr>
            </w:pPr>
            <w:r w:rsidRPr="007911BE">
              <w:rPr>
                <w:sz w:val="18"/>
                <w:szCs w:val="28"/>
              </w:rPr>
              <w:t>-7.33</w:t>
            </w:r>
          </w:p>
        </w:tc>
        <w:tc>
          <w:tcPr>
            <w:tcW w:w="0" w:type="auto"/>
            <w:vAlign w:val="center"/>
          </w:tcPr>
          <w:p w14:paraId="461E43BB" w14:textId="77777777" w:rsidR="00F12170" w:rsidRPr="007911BE" w:rsidRDefault="00000000">
            <w:pPr>
              <w:ind w:firstLine="0"/>
              <w:jc w:val="center"/>
              <w:rPr>
                <w:sz w:val="18"/>
                <w:szCs w:val="28"/>
              </w:rPr>
            </w:pPr>
            <w:r w:rsidRPr="007911BE">
              <w:rPr>
                <w:sz w:val="18"/>
                <w:szCs w:val="28"/>
              </w:rPr>
              <w:t>-3.5</w:t>
            </w:r>
          </w:p>
        </w:tc>
      </w:tr>
      <w:tr w:rsidR="00F12170" w:rsidRPr="007911BE" w14:paraId="59A30A3B" w14:textId="77777777" w:rsidTr="00B408C8">
        <w:trPr>
          <w:jc w:val="center"/>
        </w:trPr>
        <w:tc>
          <w:tcPr>
            <w:tcW w:w="0" w:type="auto"/>
            <w:vAlign w:val="center"/>
          </w:tcPr>
          <w:p w14:paraId="6996DB49" w14:textId="77777777" w:rsidR="00F12170" w:rsidRPr="007911BE" w:rsidRDefault="00000000">
            <w:pPr>
              <w:ind w:firstLine="0"/>
              <w:jc w:val="left"/>
              <w:rPr>
                <w:sz w:val="18"/>
                <w:szCs w:val="28"/>
              </w:rPr>
            </w:pPr>
            <w:proofErr w:type="spellStart"/>
            <w:r w:rsidRPr="007911BE">
              <w:rPr>
                <w:sz w:val="18"/>
                <w:szCs w:val="28"/>
              </w:rPr>
              <w:t>Ленинградская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5B67651F"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289F3BCB" w14:textId="77777777" w:rsidR="00F12170" w:rsidRPr="007911BE" w:rsidRDefault="00000000">
            <w:pPr>
              <w:ind w:firstLine="0"/>
              <w:jc w:val="center"/>
              <w:rPr>
                <w:sz w:val="18"/>
                <w:szCs w:val="28"/>
              </w:rPr>
            </w:pPr>
            <w:r w:rsidRPr="007911BE">
              <w:rPr>
                <w:sz w:val="18"/>
                <w:szCs w:val="28"/>
              </w:rPr>
              <w:t>43.98</w:t>
            </w:r>
          </w:p>
        </w:tc>
        <w:tc>
          <w:tcPr>
            <w:tcW w:w="0" w:type="auto"/>
            <w:vAlign w:val="center"/>
          </w:tcPr>
          <w:p w14:paraId="7FC592F0" w14:textId="77777777" w:rsidR="00F12170" w:rsidRPr="007911BE" w:rsidRDefault="00000000">
            <w:pPr>
              <w:ind w:firstLine="0"/>
              <w:jc w:val="center"/>
              <w:rPr>
                <w:sz w:val="18"/>
                <w:szCs w:val="28"/>
              </w:rPr>
            </w:pPr>
            <w:r w:rsidRPr="007911BE">
              <w:rPr>
                <w:sz w:val="18"/>
                <w:szCs w:val="28"/>
              </w:rPr>
              <w:t>-2.9</w:t>
            </w:r>
          </w:p>
        </w:tc>
      </w:tr>
      <w:tr w:rsidR="00F12170" w:rsidRPr="007911BE" w14:paraId="4A055CE9" w14:textId="77777777" w:rsidTr="00B408C8">
        <w:trPr>
          <w:jc w:val="center"/>
        </w:trPr>
        <w:tc>
          <w:tcPr>
            <w:tcW w:w="0" w:type="auto"/>
            <w:vAlign w:val="center"/>
          </w:tcPr>
          <w:p w14:paraId="5ECC5BD0" w14:textId="77777777" w:rsidR="00F12170" w:rsidRPr="007911BE" w:rsidRDefault="00000000">
            <w:pPr>
              <w:ind w:firstLine="0"/>
              <w:jc w:val="left"/>
              <w:rPr>
                <w:sz w:val="18"/>
                <w:szCs w:val="28"/>
              </w:rPr>
            </w:pPr>
            <w:proofErr w:type="spellStart"/>
            <w:r w:rsidRPr="007911BE">
              <w:rPr>
                <w:sz w:val="18"/>
                <w:szCs w:val="28"/>
              </w:rPr>
              <w:t>Липецкая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60EB275B"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3851C45F" w14:textId="77777777" w:rsidR="00F12170" w:rsidRPr="007911BE" w:rsidRDefault="00000000">
            <w:pPr>
              <w:ind w:firstLine="0"/>
              <w:jc w:val="center"/>
              <w:rPr>
                <w:sz w:val="18"/>
                <w:szCs w:val="28"/>
              </w:rPr>
            </w:pPr>
            <w:r w:rsidRPr="007911BE">
              <w:rPr>
                <w:sz w:val="18"/>
                <w:szCs w:val="28"/>
              </w:rPr>
              <w:t>10.81</w:t>
            </w:r>
          </w:p>
        </w:tc>
        <w:tc>
          <w:tcPr>
            <w:tcW w:w="0" w:type="auto"/>
            <w:vAlign w:val="center"/>
          </w:tcPr>
          <w:p w14:paraId="33E74315" w14:textId="77777777" w:rsidR="00F12170" w:rsidRPr="007911BE" w:rsidRDefault="00000000">
            <w:pPr>
              <w:ind w:firstLine="0"/>
              <w:jc w:val="center"/>
              <w:rPr>
                <w:sz w:val="18"/>
                <w:szCs w:val="28"/>
              </w:rPr>
            </w:pPr>
            <w:r w:rsidRPr="007911BE">
              <w:rPr>
                <w:sz w:val="18"/>
                <w:szCs w:val="28"/>
              </w:rPr>
              <w:t>-5.5</w:t>
            </w:r>
          </w:p>
        </w:tc>
      </w:tr>
      <w:tr w:rsidR="00F12170" w:rsidRPr="007911BE" w14:paraId="5FB79C20" w14:textId="77777777" w:rsidTr="00B408C8">
        <w:trPr>
          <w:jc w:val="center"/>
        </w:trPr>
        <w:tc>
          <w:tcPr>
            <w:tcW w:w="0" w:type="auto"/>
            <w:vAlign w:val="center"/>
          </w:tcPr>
          <w:p w14:paraId="4ACA4025" w14:textId="77777777" w:rsidR="00F12170" w:rsidRPr="007911BE" w:rsidRDefault="00000000">
            <w:pPr>
              <w:ind w:firstLine="0"/>
              <w:jc w:val="left"/>
              <w:rPr>
                <w:sz w:val="18"/>
                <w:szCs w:val="28"/>
              </w:rPr>
            </w:pPr>
            <w:proofErr w:type="spellStart"/>
            <w:r w:rsidRPr="007911BE">
              <w:rPr>
                <w:sz w:val="18"/>
                <w:szCs w:val="28"/>
              </w:rPr>
              <w:t>Магаданская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4C0B9BB0"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74609D61" w14:textId="77777777" w:rsidR="00F12170" w:rsidRPr="007911BE" w:rsidRDefault="00000000">
            <w:pPr>
              <w:ind w:firstLine="0"/>
              <w:jc w:val="center"/>
              <w:rPr>
                <w:sz w:val="18"/>
                <w:szCs w:val="28"/>
              </w:rPr>
            </w:pPr>
            <w:r w:rsidRPr="007911BE">
              <w:rPr>
                <w:sz w:val="18"/>
                <w:szCs w:val="28"/>
              </w:rPr>
              <w:t>-14.3</w:t>
            </w:r>
          </w:p>
        </w:tc>
        <w:tc>
          <w:tcPr>
            <w:tcW w:w="0" w:type="auto"/>
            <w:vAlign w:val="center"/>
          </w:tcPr>
          <w:p w14:paraId="39828867" w14:textId="77777777" w:rsidR="00F12170" w:rsidRPr="007911BE" w:rsidRDefault="00000000">
            <w:pPr>
              <w:ind w:firstLine="0"/>
              <w:jc w:val="center"/>
              <w:rPr>
                <w:sz w:val="18"/>
                <w:szCs w:val="28"/>
              </w:rPr>
            </w:pPr>
            <w:r w:rsidRPr="007911BE">
              <w:rPr>
                <w:sz w:val="18"/>
                <w:szCs w:val="28"/>
              </w:rPr>
              <w:t>-3.5</w:t>
            </w:r>
          </w:p>
        </w:tc>
      </w:tr>
      <w:tr w:rsidR="00F12170" w:rsidRPr="007911BE" w14:paraId="5CCDD37D" w14:textId="77777777" w:rsidTr="00B408C8">
        <w:trPr>
          <w:jc w:val="center"/>
        </w:trPr>
        <w:tc>
          <w:tcPr>
            <w:tcW w:w="0" w:type="auto"/>
            <w:vAlign w:val="center"/>
          </w:tcPr>
          <w:p w14:paraId="21ED671F" w14:textId="77777777" w:rsidR="00F12170" w:rsidRPr="007911BE" w:rsidRDefault="00000000">
            <w:pPr>
              <w:ind w:firstLine="0"/>
              <w:jc w:val="left"/>
              <w:rPr>
                <w:sz w:val="18"/>
                <w:szCs w:val="28"/>
              </w:rPr>
            </w:pPr>
            <w:proofErr w:type="spellStart"/>
            <w:r w:rsidRPr="007911BE">
              <w:rPr>
                <w:sz w:val="18"/>
                <w:szCs w:val="28"/>
              </w:rPr>
              <w:t>Москва</w:t>
            </w:r>
            <w:proofErr w:type="spellEnd"/>
          </w:p>
        </w:tc>
        <w:tc>
          <w:tcPr>
            <w:tcW w:w="0" w:type="auto"/>
            <w:vAlign w:val="center"/>
          </w:tcPr>
          <w:p w14:paraId="2B99CE87"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4694E8B6" w14:textId="77777777" w:rsidR="00F12170" w:rsidRPr="007911BE" w:rsidRDefault="00000000">
            <w:pPr>
              <w:ind w:firstLine="0"/>
              <w:jc w:val="center"/>
              <w:rPr>
                <w:sz w:val="18"/>
                <w:szCs w:val="28"/>
              </w:rPr>
            </w:pPr>
            <w:r w:rsidRPr="007911BE">
              <w:rPr>
                <w:sz w:val="18"/>
                <w:szCs w:val="28"/>
              </w:rPr>
              <w:t>-9.1</w:t>
            </w:r>
          </w:p>
        </w:tc>
        <w:tc>
          <w:tcPr>
            <w:tcW w:w="0" w:type="auto"/>
            <w:vAlign w:val="center"/>
          </w:tcPr>
          <w:p w14:paraId="59B05586" w14:textId="77777777" w:rsidR="00F12170" w:rsidRPr="007911BE" w:rsidRDefault="00000000">
            <w:pPr>
              <w:ind w:firstLine="0"/>
              <w:jc w:val="center"/>
              <w:rPr>
                <w:sz w:val="18"/>
                <w:szCs w:val="28"/>
              </w:rPr>
            </w:pPr>
            <w:r w:rsidRPr="007911BE">
              <w:rPr>
                <w:sz w:val="18"/>
                <w:szCs w:val="28"/>
              </w:rPr>
              <w:t>-4.7</w:t>
            </w:r>
          </w:p>
        </w:tc>
      </w:tr>
      <w:tr w:rsidR="00F12170" w:rsidRPr="007911BE" w14:paraId="3ADC992D" w14:textId="77777777" w:rsidTr="00B408C8">
        <w:trPr>
          <w:jc w:val="center"/>
        </w:trPr>
        <w:tc>
          <w:tcPr>
            <w:tcW w:w="0" w:type="auto"/>
            <w:vAlign w:val="center"/>
          </w:tcPr>
          <w:p w14:paraId="5F374C22" w14:textId="77777777" w:rsidR="00F12170" w:rsidRPr="007911BE" w:rsidRDefault="00000000">
            <w:pPr>
              <w:ind w:firstLine="0"/>
              <w:jc w:val="left"/>
              <w:rPr>
                <w:sz w:val="18"/>
                <w:szCs w:val="28"/>
              </w:rPr>
            </w:pPr>
            <w:proofErr w:type="spellStart"/>
            <w:r w:rsidRPr="007911BE">
              <w:rPr>
                <w:sz w:val="18"/>
                <w:szCs w:val="28"/>
              </w:rPr>
              <w:t>Московская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67709981"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65BDCBF1" w14:textId="77777777" w:rsidR="00F12170" w:rsidRPr="007911BE" w:rsidRDefault="00000000">
            <w:pPr>
              <w:ind w:firstLine="0"/>
              <w:jc w:val="center"/>
              <w:rPr>
                <w:sz w:val="18"/>
                <w:szCs w:val="28"/>
              </w:rPr>
            </w:pPr>
            <w:r w:rsidRPr="007911BE">
              <w:rPr>
                <w:sz w:val="18"/>
                <w:szCs w:val="28"/>
              </w:rPr>
              <w:t>18.88</w:t>
            </w:r>
          </w:p>
        </w:tc>
        <w:tc>
          <w:tcPr>
            <w:tcW w:w="0" w:type="auto"/>
            <w:vAlign w:val="center"/>
          </w:tcPr>
          <w:p w14:paraId="3D45D3D6" w14:textId="77777777" w:rsidR="00F12170" w:rsidRPr="007911BE" w:rsidRDefault="00000000">
            <w:pPr>
              <w:ind w:firstLine="0"/>
              <w:jc w:val="center"/>
              <w:rPr>
                <w:sz w:val="18"/>
                <w:szCs w:val="28"/>
              </w:rPr>
            </w:pPr>
            <w:r w:rsidRPr="007911BE">
              <w:rPr>
                <w:sz w:val="18"/>
                <w:szCs w:val="28"/>
              </w:rPr>
              <w:t>-4.1</w:t>
            </w:r>
          </w:p>
        </w:tc>
      </w:tr>
      <w:tr w:rsidR="00F12170" w:rsidRPr="007911BE" w14:paraId="30A214B7" w14:textId="77777777" w:rsidTr="00B408C8">
        <w:trPr>
          <w:jc w:val="center"/>
        </w:trPr>
        <w:tc>
          <w:tcPr>
            <w:tcW w:w="0" w:type="auto"/>
            <w:vAlign w:val="center"/>
          </w:tcPr>
          <w:p w14:paraId="3BED246C" w14:textId="77777777" w:rsidR="00F12170" w:rsidRPr="007911BE" w:rsidRDefault="00000000">
            <w:pPr>
              <w:ind w:firstLine="0"/>
              <w:jc w:val="left"/>
              <w:rPr>
                <w:sz w:val="18"/>
                <w:szCs w:val="28"/>
              </w:rPr>
            </w:pPr>
            <w:proofErr w:type="spellStart"/>
            <w:r w:rsidRPr="007911BE">
              <w:rPr>
                <w:sz w:val="18"/>
                <w:szCs w:val="28"/>
              </w:rPr>
              <w:t>Мурманская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139B0B3E"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3E0B125B" w14:textId="77777777" w:rsidR="00F12170" w:rsidRPr="007911BE" w:rsidRDefault="00000000">
            <w:pPr>
              <w:ind w:firstLine="0"/>
              <w:jc w:val="center"/>
              <w:rPr>
                <w:sz w:val="18"/>
                <w:szCs w:val="28"/>
              </w:rPr>
            </w:pPr>
            <w:r w:rsidRPr="007911BE">
              <w:rPr>
                <w:sz w:val="18"/>
                <w:szCs w:val="28"/>
              </w:rPr>
              <w:t>30.81</w:t>
            </w:r>
          </w:p>
        </w:tc>
        <w:tc>
          <w:tcPr>
            <w:tcW w:w="0" w:type="auto"/>
            <w:vAlign w:val="center"/>
          </w:tcPr>
          <w:p w14:paraId="49CBF5D0" w14:textId="77777777" w:rsidR="00F12170" w:rsidRPr="007911BE" w:rsidRDefault="00000000">
            <w:pPr>
              <w:ind w:firstLine="0"/>
              <w:jc w:val="center"/>
              <w:rPr>
                <w:sz w:val="18"/>
                <w:szCs w:val="28"/>
              </w:rPr>
            </w:pPr>
            <w:r w:rsidRPr="007911BE">
              <w:rPr>
                <w:sz w:val="18"/>
                <w:szCs w:val="28"/>
              </w:rPr>
              <w:t>-2.5</w:t>
            </w:r>
          </w:p>
        </w:tc>
      </w:tr>
      <w:tr w:rsidR="00F12170" w:rsidRPr="007911BE" w14:paraId="655D71A3" w14:textId="77777777" w:rsidTr="00B408C8">
        <w:trPr>
          <w:jc w:val="center"/>
        </w:trPr>
        <w:tc>
          <w:tcPr>
            <w:tcW w:w="0" w:type="auto"/>
            <w:vAlign w:val="center"/>
          </w:tcPr>
          <w:p w14:paraId="55017663" w14:textId="77777777" w:rsidR="00F12170" w:rsidRPr="007911BE" w:rsidRDefault="00000000">
            <w:pPr>
              <w:ind w:firstLine="0"/>
              <w:jc w:val="left"/>
              <w:rPr>
                <w:sz w:val="18"/>
                <w:szCs w:val="28"/>
              </w:rPr>
            </w:pPr>
            <w:proofErr w:type="spellStart"/>
            <w:r w:rsidRPr="007911BE">
              <w:rPr>
                <w:sz w:val="18"/>
                <w:szCs w:val="28"/>
              </w:rPr>
              <w:t>Ненецкий</w:t>
            </w:r>
            <w:proofErr w:type="spellEnd"/>
            <w:r w:rsidRPr="007911BE">
              <w:rPr>
                <w:sz w:val="18"/>
                <w:szCs w:val="28"/>
              </w:rPr>
              <w:t xml:space="preserve"> </w:t>
            </w:r>
            <w:proofErr w:type="spellStart"/>
            <w:r w:rsidRPr="007911BE">
              <w:rPr>
                <w:sz w:val="18"/>
                <w:szCs w:val="28"/>
              </w:rPr>
              <w:t>автономный</w:t>
            </w:r>
            <w:proofErr w:type="spellEnd"/>
            <w:r w:rsidRPr="007911BE">
              <w:rPr>
                <w:sz w:val="18"/>
                <w:szCs w:val="28"/>
              </w:rPr>
              <w:t xml:space="preserve"> </w:t>
            </w:r>
            <w:proofErr w:type="spellStart"/>
            <w:r w:rsidRPr="007911BE">
              <w:rPr>
                <w:sz w:val="18"/>
                <w:szCs w:val="28"/>
              </w:rPr>
              <w:t>округ</w:t>
            </w:r>
            <w:proofErr w:type="spellEnd"/>
          </w:p>
        </w:tc>
        <w:tc>
          <w:tcPr>
            <w:tcW w:w="0" w:type="auto"/>
            <w:vAlign w:val="center"/>
          </w:tcPr>
          <w:p w14:paraId="34279FDD"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6F2CAA56" w14:textId="77777777" w:rsidR="00F12170" w:rsidRPr="007911BE" w:rsidRDefault="00000000">
            <w:pPr>
              <w:ind w:firstLine="0"/>
              <w:jc w:val="center"/>
              <w:rPr>
                <w:sz w:val="18"/>
                <w:szCs w:val="28"/>
              </w:rPr>
            </w:pPr>
            <w:r w:rsidRPr="007911BE">
              <w:rPr>
                <w:sz w:val="18"/>
                <w:szCs w:val="28"/>
              </w:rPr>
              <w:t>43.54</w:t>
            </w:r>
          </w:p>
        </w:tc>
        <w:tc>
          <w:tcPr>
            <w:tcW w:w="0" w:type="auto"/>
            <w:vAlign w:val="center"/>
          </w:tcPr>
          <w:p w14:paraId="1F8FA945" w14:textId="77777777" w:rsidR="00F12170" w:rsidRPr="007911BE" w:rsidRDefault="00000000">
            <w:pPr>
              <w:ind w:firstLine="0"/>
              <w:jc w:val="center"/>
              <w:rPr>
                <w:sz w:val="18"/>
                <w:szCs w:val="28"/>
              </w:rPr>
            </w:pPr>
            <w:r w:rsidRPr="007911BE">
              <w:rPr>
                <w:sz w:val="18"/>
                <w:szCs w:val="28"/>
              </w:rPr>
              <w:t>1.3</w:t>
            </w:r>
          </w:p>
        </w:tc>
      </w:tr>
      <w:tr w:rsidR="00F12170" w:rsidRPr="007911BE" w14:paraId="596F9E11" w14:textId="77777777" w:rsidTr="00B408C8">
        <w:trPr>
          <w:jc w:val="center"/>
        </w:trPr>
        <w:tc>
          <w:tcPr>
            <w:tcW w:w="0" w:type="auto"/>
            <w:vAlign w:val="center"/>
          </w:tcPr>
          <w:p w14:paraId="4CDD758C" w14:textId="77777777" w:rsidR="00F12170" w:rsidRPr="007911BE" w:rsidRDefault="00000000">
            <w:pPr>
              <w:ind w:firstLine="0"/>
              <w:jc w:val="left"/>
              <w:rPr>
                <w:sz w:val="18"/>
                <w:szCs w:val="28"/>
              </w:rPr>
            </w:pPr>
            <w:proofErr w:type="spellStart"/>
            <w:r w:rsidRPr="007911BE">
              <w:rPr>
                <w:sz w:val="18"/>
                <w:szCs w:val="28"/>
              </w:rPr>
              <w:t>Нижегородская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66F354F2"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200EC6FF" w14:textId="77777777" w:rsidR="00F12170" w:rsidRPr="007911BE" w:rsidRDefault="00000000">
            <w:pPr>
              <w:ind w:firstLine="0"/>
              <w:jc w:val="center"/>
              <w:rPr>
                <w:sz w:val="18"/>
                <w:szCs w:val="28"/>
              </w:rPr>
            </w:pPr>
            <w:r w:rsidRPr="007911BE">
              <w:rPr>
                <w:sz w:val="18"/>
                <w:szCs w:val="28"/>
              </w:rPr>
              <w:t>28.3</w:t>
            </w:r>
          </w:p>
        </w:tc>
        <w:tc>
          <w:tcPr>
            <w:tcW w:w="0" w:type="auto"/>
            <w:vAlign w:val="center"/>
          </w:tcPr>
          <w:p w14:paraId="71F4DA82" w14:textId="77777777" w:rsidR="00F12170" w:rsidRPr="007911BE" w:rsidRDefault="00000000">
            <w:pPr>
              <w:ind w:firstLine="0"/>
              <w:jc w:val="center"/>
              <w:rPr>
                <w:sz w:val="18"/>
                <w:szCs w:val="28"/>
              </w:rPr>
            </w:pPr>
            <w:r w:rsidRPr="007911BE">
              <w:rPr>
                <w:sz w:val="18"/>
                <w:szCs w:val="28"/>
              </w:rPr>
              <w:t>-5.2</w:t>
            </w:r>
          </w:p>
        </w:tc>
      </w:tr>
      <w:tr w:rsidR="00F12170" w:rsidRPr="007911BE" w14:paraId="0F3E66C3" w14:textId="77777777" w:rsidTr="00B408C8">
        <w:trPr>
          <w:jc w:val="center"/>
        </w:trPr>
        <w:tc>
          <w:tcPr>
            <w:tcW w:w="0" w:type="auto"/>
            <w:vAlign w:val="center"/>
          </w:tcPr>
          <w:p w14:paraId="2A0FE14C" w14:textId="77777777" w:rsidR="00F12170" w:rsidRPr="007911BE" w:rsidRDefault="00000000">
            <w:pPr>
              <w:ind w:firstLine="0"/>
              <w:jc w:val="left"/>
              <w:rPr>
                <w:sz w:val="18"/>
                <w:szCs w:val="28"/>
              </w:rPr>
            </w:pPr>
            <w:proofErr w:type="spellStart"/>
            <w:r w:rsidRPr="007911BE">
              <w:rPr>
                <w:sz w:val="18"/>
                <w:szCs w:val="28"/>
              </w:rPr>
              <w:t>Новгородская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3E42E266"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26F428F7" w14:textId="77777777" w:rsidR="00F12170" w:rsidRPr="007911BE" w:rsidRDefault="00000000">
            <w:pPr>
              <w:ind w:firstLine="0"/>
              <w:jc w:val="center"/>
              <w:rPr>
                <w:sz w:val="18"/>
                <w:szCs w:val="28"/>
              </w:rPr>
            </w:pPr>
            <w:r w:rsidRPr="007911BE">
              <w:rPr>
                <w:sz w:val="18"/>
                <w:szCs w:val="28"/>
              </w:rPr>
              <w:t>15.45</w:t>
            </w:r>
          </w:p>
        </w:tc>
        <w:tc>
          <w:tcPr>
            <w:tcW w:w="0" w:type="auto"/>
            <w:vAlign w:val="center"/>
          </w:tcPr>
          <w:p w14:paraId="7FD45143" w14:textId="77777777" w:rsidR="00F12170" w:rsidRPr="007911BE" w:rsidRDefault="00000000">
            <w:pPr>
              <w:ind w:firstLine="0"/>
              <w:jc w:val="center"/>
              <w:rPr>
                <w:sz w:val="18"/>
                <w:szCs w:val="28"/>
              </w:rPr>
            </w:pPr>
            <w:r w:rsidRPr="007911BE">
              <w:rPr>
                <w:sz w:val="18"/>
                <w:szCs w:val="28"/>
              </w:rPr>
              <w:t>-3.8</w:t>
            </w:r>
          </w:p>
        </w:tc>
      </w:tr>
      <w:tr w:rsidR="00F12170" w:rsidRPr="007911BE" w14:paraId="129B0105" w14:textId="77777777" w:rsidTr="00B408C8">
        <w:trPr>
          <w:jc w:val="center"/>
        </w:trPr>
        <w:tc>
          <w:tcPr>
            <w:tcW w:w="0" w:type="auto"/>
            <w:vAlign w:val="center"/>
          </w:tcPr>
          <w:p w14:paraId="67F8FE36" w14:textId="77777777" w:rsidR="00F12170" w:rsidRPr="007911BE" w:rsidRDefault="00000000">
            <w:pPr>
              <w:ind w:firstLine="0"/>
              <w:jc w:val="left"/>
              <w:rPr>
                <w:sz w:val="18"/>
                <w:szCs w:val="28"/>
              </w:rPr>
            </w:pPr>
            <w:proofErr w:type="spellStart"/>
            <w:r w:rsidRPr="007911BE">
              <w:rPr>
                <w:sz w:val="18"/>
                <w:szCs w:val="28"/>
              </w:rPr>
              <w:t>Новосибирская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563D405F"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06DB65CA" w14:textId="77777777" w:rsidR="00F12170" w:rsidRPr="007911BE" w:rsidRDefault="00000000">
            <w:pPr>
              <w:ind w:firstLine="0"/>
              <w:jc w:val="center"/>
              <w:rPr>
                <w:sz w:val="18"/>
                <w:szCs w:val="28"/>
              </w:rPr>
            </w:pPr>
            <w:r w:rsidRPr="007911BE">
              <w:rPr>
                <w:sz w:val="18"/>
                <w:szCs w:val="28"/>
              </w:rPr>
              <w:t>55.3</w:t>
            </w:r>
          </w:p>
        </w:tc>
        <w:tc>
          <w:tcPr>
            <w:tcW w:w="0" w:type="auto"/>
            <w:vAlign w:val="center"/>
          </w:tcPr>
          <w:p w14:paraId="29DCB1BA" w14:textId="77777777" w:rsidR="00F12170" w:rsidRPr="007911BE" w:rsidRDefault="00000000">
            <w:pPr>
              <w:ind w:firstLine="0"/>
              <w:jc w:val="center"/>
              <w:rPr>
                <w:sz w:val="18"/>
                <w:szCs w:val="28"/>
              </w:rPr>
            </w:pPr>
            <w:r w:rsidRPr="007911BE">
              <w:rPr>
                <w:sz w:val="18"/>
                <w:szCs w:val="28"/>
              </w:rPr>
              <w:t>-4.2</w:t>
            </w:r>
          </w:p>
        </w:tc>
      </w:tr>
      <w:tr w:rsidR="00F12170" w:rsidRPr="007911BE" w14:paraId="17312EF3" w14:textId="77777777" w:rsidTr="00B408C8">
        <w:trPr>
          <w:jc w:val="center"/>
        </w:trPr>
        <w:tc>
          <w:tcPr>
            <w:tcW w:w="0" w:type="auto"/>
            <w:vAlign w:val="center"/>
          </w:tcPr>
          <w:p w14:paraId="5F82C520" w14:textId="77777777" w:rsidR="00F12170" w:rsidRPr="007911BE" w:rsidRDefault="00000000">
            <w:pPr>
              <w:ind w:firstLine="0"/>
              <w:jc w:val="left"/>
              <w:rPr>
                <w:sz w:val="18"/>
                <w:szCs w:val="28"/>
              </w:rPr>
            </w:pPr>
            <w:proofErr w:type="spellStart"/>
            <w:r w:rsidRPr="007911BE">
              <w:rPr>
                <w:sz w:val="18"/>
                <w:szCs w:val="28"/>
              </w:rPr>
              <w:t>Омская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36D15230"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174AD50E" w14:textId="77777777" w:rsidR="00F12170" w:rsidRPr="007911BE" w:rsidRDefault="00000000">
            <w:pPr>
              <w:ind w:firstLine="0"/>
              <w:jc w:val="center"/>
              <w:rPr>
                <w:sz w:val="18"/>
                <w:szCs w:val="28"/>
              </w:rPr>
            </w:pPr>
            <w:r w:rsidRPr="007911BE">
              <w:rPr>
                <w:sz w:val="18"/>
                <w:szCs w:val="28"/>
              </w:rPr>
              <w:t>4.24</w:t>
            </w:r>
          </w:p>
        </w:tc>
        <w:tc>
          <w:tcPr>
            <w:tcW w:w="0" w:type="auto"/>
            <w:vAlign w:val="center"/>
          </w:tcPr>
          <w:p w14:paraId="2CDC36DB" w14:textId="77777777" w:rsidR="00F12170" w:rsidRPr="007911BE" w:rsidRDefault="00000000">
            <w:pPr>
              <w:ind w:firstLine="0"/>
              <w:jc w:val="center"/>
              <w:rPr>
                <w:sz w:val="18"/>
                <w:szCs w:val="28"/>
              </w:rPr>
            </w:pPr>
            <w:r w:rsidRPr="007911BE">
              <w:rPr>
                <w:sz w:val="18"/>
                <w:szCs w:val="28"/>
              </w:rPr>
              <w:t>-4</w:t>
            </w:r>
          </w:p>
        </w:tc>
      </w:tr>
      <w:tr w:rsidR="00F12170" w:rsidRPr="007911BE" w14:paraId="7C358E75" w14:textId="77777777" w:rsidTr="00B408C8">
        <w:trPr>
          <w:jc w:val="center"/>
        </w:trPr>
        <w:tc>
          <w:tcPr>
            <w:tcW w:w="0" w:type="auto"/>
            <w:vAlign w:val="center"/>
          </w:tcPr>
          <w:p w14:paraId="54E2ED61" w14:textId="77777777" w:rsidR="00F12170" w:rsidRPr="007911BE" w:rsidRDefault="00000000">
            <w:pPr>
              <w:ind w:firstLine="0"/>
              <w:jc w:val="left"/>
              <w:rPr>
                <w:sz w:val="18"/>
                <w:szCs w:val="28"/>
              </w:rPr>
            </w:pPr>
            <w:proofErr w:type="spellStart"/>
            <w:r w:rsidRPr="007911BE">
              <w:rPr>
                <w:sz w:val="18"/>
                <w:szCs w:val="28"/>
              </w:rPr>
              <w:t>Оренбургская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20B9788F"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0652C305" w14:textId="77777777" w:rsidR="00F12170" w:rsidRPr="007911BE" w:rsidRDefault="00000000">
            <w:pPr>
              <w:ind w:firstLine="0"/>
              <w:jc w:val="center"/>
              <w:rPr>
                <w:sz w:val="18"/>
                <w:szCs w:val="28"/>
              </w:rPr>
            </w:pPr>
            <w:r w:rsidRPr="007911BE">
              <w:rPr>
                <w:sz w:val="18"/>
                <w:szCs w:val="28"/>
              </w:rPr>
              <w:t>39.3</w:t>
            </w:r>
          </w:p>
        </w:tc>
        <w:tc>
          <w:tcPr>
            <w:tcW w:w="0" w:type="auto"/>
            <w:vAlign w:val="center"/>
          </w:tcPr>
          <w:p w14:paraId="30104BB8" w14:textId="77777777" w:rsidR="00F12170" w:rsidRPr="007911BE" w:rsidRDefault="00000000">
            <w:pPr>
              <w:ind w:firstLine="0"/>
              <w:jc w:val="center"/>
              <w:rPr>
                <w:sz w:val="18"/>
                <w:szCs w:val="28"/>
              </w:rPr>
            </w:pPr>
            <w:r w:rsidRPr="007911BE">
              <w:rPr>
                <w:sz w:val="18"/>
                <w:szCs w:val="28"/>
              </w:rPr>
              <w:t>-6.2</w:t>
            </w:r>
          </w:p>
        </w:tc>
      </w:tr>
      <w:tr w:rsidR="00F12170" w:rsidRPr="007911BE" w14:paraId="194E3C40" w14:textId="77777777" w:rsidTr="00B408C8">
        <w:trPr>
          <w:jc w:val="center"/>
        </w:trPr>
        <w:tc>
          <w:tcPr>
            <w:tcW w:w="0" w:type="auto"/>
            <w:vAlign w:val="center"/>
          </w:tcPr>
          <w:p w14:paraId="2DA71CAF" w14:textId="77777777" w:rsidR="00F12170" w:rsidRPr="007911BE" w:rsidRDefault="00000000">
            <w:pPr>
              <w:ind w:firstLine="0"/>
              <w:jc w:val="left"/>
              <w:rPr>
                <w:sz w:val="18"/>
                <w:szCs w:val="28"/>
              </w:rPr>
            </w:pPr>
            <w:proofErr w:type="spellStart"/>
            <w:r w:rsidRPr="007911BE">
              <w:rPr>
                <w:sz w:val="18"/>
                <w:szCs w:val="28"/>
              </w:rPr>
              <w:t>Орловская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7F043AEA"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60551EF0" w14:textId="77777777" w:rsidR="00F12170" w:rsidRPr="007911BE" w:rsidRDefault="00000000">
            <w:pPr>
              <w:ind w:firstLine="0"/>
              <w:jc w:val="center"/>
              <w:rPr>
                <w:sz w:val="18"/>
                <w:szCs w:val="28"/>
              </w:rPr>
            </w:pPr>
            <w:r w:rsidRPr="007911BE">
              <w:rPr>
                <w:sz w:val="18"/>
                <w:szCs w:val="28"/>
              </w:rPr>
              <w:t>41.59</w:t>
            </w:r>
          </w:p>
        </w:tc>
        <w:tc>
          <w:tcPr>
            <w:tcW w:w="0" w:type="auto"/>
            <w:vAlign w:val="center"/>
          </w:tcPr>
          <w:p w14:paraId="3C90C7D0" w14:textId="77777777" w:rsidR="00F12170" w:rsidRPr="007911BE" w:rsidRDefault="00000000">
            <w:pPr>
              <w:ind w:firstLine="0"/>
              <w:jc w:val="center"/>
              <w:rPr>
                <w:sz w:val="18"/>
                <w:szCs w:val="28"/>
              </w:rPr>
            </w:pPr>
            <w:r w:rsidRPr="007911BE">
              <w:rPr>
                <w:sz w:val="18"/>
                <w:szCs w:val="28"/>
              </w:rPr>
              <w:t>-5</w:t>
            </w:r>
          </w:p>
        </w:tc>
      </w:tr>
      <w:tr w:rsidR="00F12170" w:rsidRPr="007911BE" w14:paraId="0775BA88" w14:textId="77777777" w:rsidTr="00B408C8">
        <w:trPr>
          <w:jc w:val="center"/>
        </w:trPr>
        <w:tc>
          <w:tcPr>
            <w:tcW w:w="0" w:type="auto"/>
            <w:vAlign w:val="center"/>
          </w:tcPr>
          <w:p w14:paraId="696A13E0" w14:textId="77777777" w:rsidR="00F12170" w:rsidRPr="007911BE" w:rsidRDefault="00000000">
            <w:pPr>
              <w:ind w:firstLine="0"/>
              <w:jc w:val="left"/>
              <w:rPr>
                <w:sz w:val="18"/>
                <w:szCs w:val="28"/>
              </w:rPr>
            </w:pPr>
            <w:proofErr w:type="spellStart"/>
            <w:r w:rsidRPr="007911BE">
              <w:rPr>
                <w:sz w:val="18"/>
                <w:szCs w:val="28"/>
              </w:rPr>
              <w:t>Пензенская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25897429"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2539FF12" w14:textId="77777777" w:rsidR="00F12170" w:rsidRPr="007911BE" w:rsidRDefault="00000000">
            <w:pPr>
              <w:ind w:firstLine="0"/>
              <w:jc w:val="center"/>
              <w:rPr>
                <w:sz w:val="18"/>
                <w:szCs w:val="28"/>
              </w:rPr>
            </w:pPr>
            <w:r w:rsidRPr="007911BE">
              <w:rPr>
                <w:sz w:val="18"/>
                <w:szCs w:val="28"/>
              </w:rPr>
              <w:t>12.32</w:t>
            </w:r>
          </w:p>
        </w:tc>
        <w:tc>
          <w:tcPr>
            <w:tcW w:w="0" w:type="auto"/>
            <w:vAlign w:val="center"/>
          </w:tcPr>
          <w:p w14:paraId="3CFB1587" w14:textId="77777777" w:rsidR="00F12170" w:rsidRPr="007911BE" w:rsidRDefault="00000000">
            <w:pPr>
              <w:ind w:firstLine="0"/>
              <w:jc w:val="center"/>
              <w:rPr>
                <w:sz w:val="18"/>
                <w:szCs w:val="28"/>
              </w:rPr>
            </w:pPr>
            <w:r w:rsidRPr="007911BE">
              <w:rPr>
                <w:sz w:val="18"/>
                <w:szCs w:val="28"/>
              </w:rPr>
              <w:t>-3.1</w:t>
            </w:r>
          </w:p>
        </w:tc>
      </w:tr>
      <w:tr w:rsidR="00F12170" w:rsidRPr="007911BE" w14:paraId="414D432C" w14:textId="77777777" w:rsidTr="00B408C8">
        <w:trPr>
          <w:jc w:val="center"/>
        </w:trPr>
        <w:tc>
          <w:tcPr>
            <w:tcW w:w="0" w:type="auto"/>
            <w:vAlign w:val="center"/>
          </w:tcPr>
          <w:p w14:paraId="4A81A8C1" w14:textId="77777777" w:rsidR="00F12170" w:rsidRPr="007911BE" w:rsidRDefault="00000000">
            <w:pPr>
              <w:ind w:firstLine="0"/>
              <w:jc w:val="left"/>
              <w:rPr>
                <w:sz w:val="18"/>
                <w:szCs w:val="28"/>
              </w:rPr>
            </w:pPr>
            <w:proofErr w:type="spellStart"/>
            <w:r w:rsidRPr="007911BE">
              <w:rPr>
                <w:sz w:val="18"/>
                <w:szCs w:val="28"/>
              </w:rPr>
              <w:t>Пермский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6B33DA8A"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3F53C596" w14:textId="77777777" w:rsidR="00F12170" w:rsidRPr="007911BE" w:rsidRDefault="00000000">
            <w:pPr>
              <w:ind w:firstLine="0"/>
              <w:jc w:val="center"/>
              <w:rPr>
                <w:sz w:val="18"/>
                <w:szCs w:val="28"/>
              </w:rPr>
            </w:pPr>
            <w:r w:rsidRPr="007911BE">
              <w:rPr>
                <w:sz w:val="18"/>
                <w:szCs w:val="28"/>
              </w:rPr>
              <w:t>47.37</w:t>
            </w:r>
          </w:p>
        </w:tc>
        <w:tc>
          <w:tcPr>
            <w:tcW w:w="0" w:type="auto"/>
            <w:vAlign w:val="center"/>
          </w:tcPr>
          <w:p w14:paraId="0BCFE33D" w14:textId="77777777" w:rsidR="00F12170" w:rsidRPr="007911BE" w:rsidRDefault="00000000">
            <w:pPr>
              <w:ind w:firstLine="0"/>
              <w:jc w:val="center"/>
              <w:rPr>
                <w:sz w:val="18"/>
                <w:szCs w:val="28"/>
              </w:rPr>
            </w:pPr>
            <w:r w:rsidRPr="007911BE">
              <w:rPr>
                <w:sz w:val="18"/>
                <w:szCs w:val="28"/>
              </w:rPr>
              <w:t>-4.1</w:t>
            </w:r>
          </w:p>
        </w:tc>
      </w:tr>
      <w:tr w:rsidR="00F12170" w:rsidRPr="007911BE" w14:paraId="28597960" w14:textId="77777777" w:rsidTr="00B408C8">
        <w:trPr>
          <w:jc w:val="center"/>
        </w:trPr>
        <w:tc>
          <w:tcPr>
            <w:tcW w:w="0" w:type="auto"/>
            <w:vAlign w:val="center"/>
          </w:tcPr>
          <w:p w14:paraId="4C16C8AC" w14:textId="77777777" w:rsidR="00F12170" w:rsidRPr="007911BE" w:rsidRDefault="00000000">
            <w:pPr>
              <w:ind w:firstLine="0"/>
              <w:jc w:val="left"/>
              <w:rPr>
                <w:sz w:val="18"/>
                <w:szCs w:val="28"/>
              </w:rPr>
            </w:pPr>
            <w:proofErr w:type="spellStart"/>
            <w:r w:rsidRPr="007911BE">
              <w:rPr>
                <w:sz w:val="18"/>
                <w:szCs w:val="28"/>
              </w:rPr>
              <w:t>Приморский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211D5896"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7DDC2DC2" w14:textId="77777777" w:rsidR="00F12170" w:rsidRPr="007911BE" w:rsidRDefault="00000000">
            <w:pPr>
              <w:ind w:firstLine="0"/>
              <w:jc w:val="center"/>
              <w:rPr>
                <w:sz w:val="18"/>
                <w:szCs w:val="28"/>
              </w:rPr>
            </w:pPr>
            <w:r w:rsidRPr="007911BE">
              <w:rPr>
                <w:sz w:val="18"/>
                <w:szCs w:val="28"/>
              </w:rPr>
              <w:t>34.45</w:t>
            </w:r>
          </w:p>
        </w:tc>
        <w:tc>
          <w:tcPr>
            <w:tcW w:w="0" w:type="auto"/>
            <w:vAlign w:val="center"/>
          </w:tcPr>
          <w:p w14:paraId="02D45F52" w14:textId="77777777" w:rsidR="00F12170" w:rsidRPr="007911BE" w:rsidRDefault="00000000">
            <w:pPr>
              <w:ind w:firstLine="0"/>
              <w:jc w:val="center"/>
              <w:rPr>
                <w:sz w:val="18"/>
                <w:szCs w:val="28"/>
              </w:rPr>
            </w:pPr>
            <w:r w:rsidRPr="007911BE">
              <w:rPr>
                <w:sz w:val="18"/>
                <w:szCs w:val="28"/>
              </w:rPr>
              <w:t>-5.3</w:t>
            </w:r>
          </w:p>
        </w:tc>
      </w:tr>
      <w:tr w:rsidR="00F12170" w:rsidRPr="007911BE" w14:paraId="5468A6AF" w14:textId="77777777" w:rsidTr="00B408C8">
        <w:trPr>
          <w:jc w:val="center"/>
        </w:trPr>
        <w:tc>
          <w:tcPr>
            <w:tcW w:w="0" w:type="auto"/>
            <w:vAlign w:val="center"/>
          </w:tcPr>
          <w:p w14:paraId="0B920E47" w14:textId="77777777" w:rsidR="00F12170" w:rsidRPr="007911BE" w:rsidRDefault="00000000">
            <w:pPr>
              <w:ind w:firstLine="0"/>
              <w:jc w:val="left"/>
              <w:rPr>
                <w:sz w:val="18"/>
                <w:szCs w:val="28"/>
              </w:rPr>
            </w:pPr>
            <w:proofErr w:type="spellStart"/>
            <w:r w:rsidRPr="007911BE">
              <w:rPr>
                <w:sz w:val="18"/>
                <w:szCs w:val="28"/>
              </w:rPr>
              <w:t>Псковская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7D3A7F53"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48338292" w14:textId="77777777" w:rsidR="00F12170" w:rsidRPr="007911BE" w:rsidRDefault="00000000">
            <w:pPr>
              <w:ind w:firstLine="0"/>
              <w:jc w:val="center"/>
              <w:rPr>
                <w:sz w:val="18"/>
                <w:szCs w:val="28"/>
              </w:rPr>
            </w:pPr>
            <w:r w:rsidRPr="007911BE">
              <w:rPr>
                <w:sz w:val="18"/>
                <w:szCs w:val="28"/>
              </w:rPr>
              <w:t>-6.57</w:t>
            </w:r>
          </w:p>
        </w:tc>
        <w:tc>
          <w:tcPr>
            <w:tcW w:w="0" w:type="auto"/>
            <w:vAlign w:val="center"/>
          </w:tcPr>
          <w:p w14:paraId="7B24F8C5" w14:textId="77777777" w:rsidR="00F12170" w:rsidRPr="007911BE" w:rsidRDefault="00000000">
            <w:pPr>
              <w:ind w:firstLine="0"/>
              <w:jc w:val="center"/>
              <w:rPr>
                <w:sz w:val="18"/>
                <w:szCs w:val="28"/>
              </w:rPr>
            </w:pPr>
            <w:r w:rsidRPr="007911BE">
              <w:rPr>
                <w:sz w:val="18"/>
                <w:szCs w:val="28"/>
              </w:rPr>
              <w:t>-5.7</w:t>
            </w:r>
          </w:p>
        </w:tc>
      </w:tr>
      <w:tr w:rsidR="00F12170" w:rsidRPr="007911BE" w14:paraId="4BC378FD" w14:textId="77777777" w:rsidTr="00B408C8">
        <w:trPr>
          <w:jc w:val="center"/>
        </w:trPr>
        <w:tc>
          <w:tcPr>
            <w:tcW w:w="0" w:type="auto"/>
            <w:vAlign w:val="center"/>
          </w:tcPr>
          <w:p w14:paraId="4DCF70FF"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Адыгея</w:t>
            </w:r>
            <w:proofErr w:type="spellEnd"/>
          </w:p>
        </w:tc>
        <w:tc>
          <w:tcPr>
            <w:tcW w:w="0" w:type="auto"/>
            <w:vAlign w:val="center"/>
          </w:tcPr>
          <w:p w14:paraId="2A2ED648" w14:textId="77777777" w:rsidR="00F12170" w:rsidRPr="007911BE" w:rsidRDefault="00000000">
            <w:pPr>
              <w:ind w:firstLine="0"/>
              <w:jc w:val="left"/>
              <w:rPr>
                <w:sz w:val="18"/>
                <w:szCs w:val="28"/>
              </w:rPr>
            </w:pPr>
            <w:r w:rsidRPr="007911BE">
              <w:rPr>
                <w:sz w:val="18"/>
                <w:szCs w:val="28"/>
              </w:rPr>
              <w:t>ЮФО</w:t>
            </w:r>
          </w:p>
        </w:tc>
        <w:tc>
          <w:tcPr>
            <w:tcW w:w="0" w:type="auto"/>
            <w:vAlign w:val="center"/>
          </w:tcPr>
          <w:p w14:paraId="61DF545B" w14:textId="77777777" w:rsidR="00F12170" w:rsidRPr="007911BE" w:rsidRDefault="00000000">
            <w:pPr>
              <w:ind w:firstLine="0"/>
              <w:jc w:val="center"/>
              <w:rPr>
                <w:sz w:val="18"/>
                <w:szCs w:val="28"/>
              </w:rPr>
            </w:pPr>
            <w:r w:rsidRPr="007911BE">
              <w:rPr>
                <w:sz w:val="18"/>
                <w:szCs w:val="28"/>
              </w:rPr>
              <w:t>-4.18</w:t>
            </w:r>
          </w:p>
        </w:tc>
        <w:tc>
          <w:tcPr>
            <w:tcW w:w="0" w:type="auto"/>
            <w:vAlign w:val="center"/>
          </w:tcPr>
          <w:p w14:paraId="4FB41CD8" w14:textId="77777777" w:rsidR="00F12170" w:rsidRPr="007911BE" w:rsidRDefault="00000000">
            <w:pPr>
              <w:ind w:firstLine="0"/>
              <w:jc w:val="center"/>
              <w:rPr>
                <w:sz w:val="18"/>
                <w:szCs w:val="28"/>
              </w:rPr>
            </w:pPr>
            <w:r w:rsidRPr="007911BE">
              <w:rPr>
                <w:sz w:val="18"/>
                <w:szCs w:val="28"/>
              </w:rPr>
              <w:t>-5.4</w:t>
            </w:r>
          </w:p>
        </w:tc>
      </w:tr>
      <w:tr w:rsidR="00F12170" w:rsidRPr="007911BE" w14:paraId="49DBF852" w14:textId="77777777" w:rsidTr="00B408C8">
        <w:trPr>
          <w:jc w:val="center"/>
        </w:trPr>
        <w:tc>
          <w:tcPr>
            <w:tcW w:w="0" w:type="auto"/>
            <w:vAlign w:val="center"/>
          </w:tcPr>
          <w:p w14:paraId="250558AE"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Алтай</w:t>
            </w:r>
            <w:proofErr w:type="spellEnd"/>
          </w:p>
        </w:tc>
        <w:tc>
          <w:tcPr>
            <w:tcW w:w="0" w:type="auto"/>
            <w:vAlign w:val="center"/>
          </w:tcPr>
          <w:p w14:paraId="5927CBB9"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66BF611B" w14:textId="77777777" w:rsidR="00F12170" w:rsidRPr="007911BE" w:rsidRDefault="00000000">
            <w:pPr>
              <w:ind w:firstLine="0"/>
              <w:jc w:val="center"/>
              <w:rPr>
                <w:sz w:val="18"/>
                <w:szCs w:val="28"/>
              </w:rPr>
            </w:pPr>
            <w:r w:rsidRPr="007911BE">
              <w:rPr>
                <w:sz w:val="18"/>
                <w:szCs w:val="28"/>
              </w:rPr>
              <w:t>44.63</w:t>
            </w:r>
          </w:p>
        </w:tc>
        <w:tc>
          <w:tcPr>
            <w:tcW w:w="0" w:type="auto"/>
            <w:vAlign w:val="center"/>
          </w:tcPr>
          <w:p w14:paraId="56FD2E09" w14:textId="77777777" w:rsidR="00F12170" w:rsidRPr="007911BE" w:rsidRDefault="00000000">
            <w:pPr>
              <w:ind w:firstLine="0"/>
              <w:jc w:val="center"/>
              <w:rPr>
                <w:sz w:val="18"/>
                <w:szCs w:val="28"/>
              </w:rPr>
            </w:pPr>
            <w:r w:rsidRPr="007911BE">
              <w:rPr>
                <w:sz w:val="18"/>
                <w:szCs w:val="28"/>
              </w:rPr>
              <w:t>-8.1</w:t>
            </w:r>
          </w:p>
        </w:tc>
      </w:tr>
      <w:tr w:rsidR="00F12170" w:rsidRPr="007911BE" w14:paraId="334261EF" w14:textId="77777777" w:rsidTr="00B408C8">
        <w:trPr>
          <w:jc w:val="center"/>
        </w:trPr>
        <w:tc>
          <w:tcPr>
            <w:tcW w:w="0" w:type="auto"/>
            <w:vAlign w:val="center"/>
          </w:tcPr>
          <w:p w14:paraId="16D22E98"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Башкортостан</w:t>
            </w:r>
            <w:proofErr w:type="spellEnd"/>
          </w:p>
        </w:tc>
        <w:tc>
          <w:tcPr>
            <w:tcW w:w="0" w:type="auto"/>
            <w:vAlign w:val="center"/>
          </w:tcPr>
          <w:p w14:paraId="185237AA"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252E4250" w14:textId="77777777" w:rsidR="00F12170" w:rsidRPr="007911BE" w:rsidRDefault="00000000">
            <w:pPr>
              <w:ind w:firstLine="0"/>
              <w:jc w:val="center"/>
              <w:rPr>
                <w:sz w:val="18"/>
                <w:szCs w:val="28"/>
              </w:rPr>
            </w:pPr>
            <w:r w:rsidRPr="007911BE">
              <w:rPr>
                <w:sz w:val="18"/>
                <w:szCs w:val="28"/>
              </w:rPr>
              <w:t>-7.96</w:t>
            </w:r>
          </w:p>
        </w:tc>
        <w:tc>
          <w:tcPr>
            <w:tcW w:w="0" w:type="auto"/>
            <w:vAlign w:val="center"/>
          </w:tcPr>
          <w:p w14:paraId="7AB2AA76" w14:textId="77777777" w:rsidR="00F12170" w:rsidRPr="007911BE" w:rsidRDefault="00000000">
            <w:pPr>
              <w:ind w:firstLine="0"/>
              <w:jc w:val="center"/>
              <w:rPr>
                <w:sz w:val="18"/>
                <w:szCs w:val="28"/>
              </w:rPr>
            </w:pPr>
            <w:r w:rsidRPr="007911BE">
              <w:rPr>
                <w:sz w:val="18"/>
                <w:szCs w:val="28"/>
              </w:rPr>
              <w:t>-4.1</w:t>
            </w:r>
          </w:p>
        </w:tc>
      </w:tr>
      <w:tr w:rsidR="00F12170" w:rsidRPr="007911BE" w14:paraId="6F13E6EF" w14:textId="77777777" w:rsidTr="00B408C8">
        <w:trPr>
          <w:jc w:val="center"/>
        </w:trPr>
        <w:tc>
          <w:tcPr>
            <w:tcW w:w="0" w:type="auto"/>
            <w:vAlign w:val="center"/>
          </w:tcPr>
          <w:p w14:paraId="14B3EB6A"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Бурятия</w:t>
            </w:r>
            <w:proofErr w:type="spellEnd"/>
          </w:p>
        </w:tc>
        <w:tc>
          <w:tcPr>
            <w:tcW w:w="0" w:type="auto"/>
            <w:vAlign w:val="center"/>
          </w:tcPr>
          <w:p w14:paraId="555AEFF6"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1CB4A1E3" w14:textId="77777777" w:rsidR="00F12170" w:rsidRPr="007911BE" w:rsidRDefault="00000000">
            <w:pPr>
              <w:ind w:firstLine="0"/>
              <w:jc w:val="center"/>
              <w:rPr>
                <w:sz w:val="18"/>
                <w:szCs w:val="28"/>
              </w:rPr>
            </w:pPr>
            <w:r w:rsidRPr="007911BE">
              <w:rPr>
                <w:sz w:val="18"/>
                <w:szCs w:val="28"/>
              </w:rPr>
              <w:t>40.49</w:t>
            </w:r>
          </w:p>
        </w:tc>
        <w:tc>
          <w:tcPr>
            <w:tcW w:w="0" w:type="auto"/>
            <w:vAlign w:val="center"/>
          </w:tcPr>
          <w:p w14:paraId="58B33C0F" w14:textId="77777777" w:rsidR="00F12170" w:rsidRPr="007911BE" w:rsidRDefault="00000000">
            <w:pPr>
              <w:ind w:firstLine="0"/>
              <w:jc w:val="center"/>
              <w:rPr>
                <w:sz w:val="18"/>
                <w:szCs w:val="28"/>
              </w:rPr>
            </w:pPr>
            <w:r w:rsidRPr="007911BE">
              <w:rPr>
                <w:sz w:val="18"/>
                <w:szCs w:val="28"/>
              </w:rPr>
              <w:t>-5</w:t>
            </w:r>
          </w:p>
        </w:tc>
      </w:tr>
      <w:tr w:rsidR="00F12170" w:rsidRPr="007911BE" w14:paraId="2A3F5275" w14:textId="77777777" w:rsidTr="00B408C8">
        <w:trPr>
          <w:jc w:val="center"/>
        </w:trPr>
        <w:tc>
          <w:tcPr>
            <w:tcW w:w="0" w:type="auto"/>
            <w:vAlign w:val="center"/>
          </w:tcPr>
          <w:p w14:paraId="698F56B5"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Дагестан</w:t>
            </w:r>
            <w:proofErr w:type="spellEnd"/>
          </w:p>
        </w:tc>
        <w:tc>
          <w:tcPr>
            <w:tcW w:w="0" w:type="auto"/>
            <w:vAlign w:val="center"/>
          </w:tcPr>
          <w:p w14:paraId="3AFE4F92" w14:textId="77777777" w:rsidR="00F12170" w:rsidRPr="007911BE" w:rsidRDefault="00000000">
            <w:pPr>
              <w:ind w:firstLine="0"/>
              <w:jc w:val="left"/>
              <w:rPr>
                <w:sz w:val="18"/>
                <w:szCs w:val="28"/>
              </w:rPr>
            </w:pPr>
            <w:r w:rsidRPr="007911BE">
              <w:rPr>
                <w:sz w:val="18"/>
                <w:szCs w:val="28"/>
              </w:rPr>
              <w:t>СКФО</w:t>
            </w:r>
          </w:p>
        </w:tc>
        <w:tc>
          <w:tcPr>
            <w:tcW w:w="0" w:type="auto"/>
            <w:vAlign w:val="center"/>
          </w:tcPr>
          <w:p w14:paraId="493F6A82" w14:textId="77777777" w:rsidR="00F12170" w:rsidRPr="007911BE" w:rsidRDefault="00000000">
            <w:pPr>
              <w:ind w:firstLine="0"/>
              <w:jc w:val="center"/>
              <w:rPr>
                <w:sz w:val="18"/>
                <w:szCs w:val="28"/>
              </w:rPr>
            </w:pPr>
            <w:r w:rsidRPr="007911BE">
              <w:rPr>
                <w:sz w:val="18"/>
                <w:szCs w:val="28"/>
              </w:rPr>
              <w:t>9.1</w:t>
            </w:r>
          </w:p>
        </w:tc>
        <w:tc>
          <w:tcPr>
            <w:tcW w:w="0" w:type="auto"/>
            <w:vAlign w:val="center"/>
          </w:tcPr>
          <w:p w14:paraId="20E5C83B" w14:textId="77777777" w:rsidR="00F12170" w:rsidRPr="007911BE" w:rsidRDefault="00000000">
            <w:pPr>
              <w:ind w:firstLine="0"/>
              <w:jc w:val="center"/>
              <w:rPr>
                <w:sz w:val="18"/>
                <w:szCs w:val="28"/>
              </w:rPr>
            </w:pPr>
            <w:r w:rsidRPr="007911BE">
              <w:rPr>
                <w:sz w:val="18"/>
                <w:szCs w:val="28"/>
              </w:rPr>
              <w:t>-8.7</w:t>
            </w:r>
          </w:p>
        </w:tc>
      </w:tr>
      <w:tr w:rsidR="00F12170" w:rsidRPr="007911BE" w14:paraId="36CB3A53" w14:textId="77777777" w:rsidTr="00B408C8">
        <w:trPr>
          <w:jc w:val="center"/>
        </w:trPr>
        <w:tc>
          <w:tcPr>
            <w:tcW w:w="0" w:type="auto"/>
            <w:vAlign w:val="center"/>
          </w:tcPr>
          <w:p w14:paraId="5A4B0FDE"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Ингушетия</w:t>
            </w:r>
            <w:proofErr w:type="spellEnd"/>
          </w:p>
        </w:tc>
        <w:tc>
          <w:tcPr>
            <w:tcW w:w="0" w:type="auto"/>
            <w:vAlign w:val="center"/>
          </w:tcPr>
          <w:p w14:paraId="0CACAECA" w14:textId="77777777" w:rsidR="00F12170" w:rsidRPr="007911BE" w:rsidRDefault="00387CF6">
            <w:pPr>
              <w:ind w:firstLine="0"/>
              <w:jc w:val="left"/>
              <w:rPr>
                <w:sz w:val="18"/>
                <w:szCs w:val="28"/>
              </w:rPr>
            </w:pPr>
            <w:r w:rsidRPr="007911BE">
              <w:rPr>
                <w:sz w:val="18"/>
                <w:szCs w:val="28"/>
              </w:rPr>
              <w:t xml:space="preserve">– </w:t>
            </w:r>
          </w:p>
        </w:tc>
        <w:tc>
          <w:tcPr>
            <w:tcW w:w="0" w:type="auto"/>
            <w:vAlign w:val="center"/>
          </w:tcPr>
          <w:p w14:paraId="57BA2784" w14:textId="77777777" w:rsidR="00F12170" w:rsidRPr="007911BE" w:rsidRDefault="00387CF6">
            <w:pPr>
              <w:ind w:firstLine="0"/>
              <w:jc w:val="left"/>
              <w:rPr>
                <w:sz w:val="18"/>
                <w:szCs w:val="28"/>
              </w:rPr>
            </w:pPr>
            <w:r w:rsidRPr="007911BE">
              <w:rPr>
                <w:sz w:val="18"/>
                <w:szCs w:val="28"/>
              </w:rPr>
              <w:t xml:space="preserve">– </w:t>
            </w:r>
          </w:p>
        </w:tc>
        <w:tc>
          <w:tcPr>
            <w:tcW w:w="0" w:type="auto"/>
            <w:vAlign w:val="center"/>
          </w:tcPr>
          <w:p w14:paraId="1B8ACC45" w14:textId="77777777" w:rsidR="00F12170" w:rsidRPr="007911BE" w:rsidRDefault="00000000">
            <w:pPr>
              <w:ind w:firstLine="0"/>
              <w:jc w:val="center"/>
              <w:rPr>
                <w:sz w:val="18"/>
                <w:szCs w:val="28"/>
              </w:rPr>
            </w:pPr>
            <w:r w:rsidRPr="007911BE">
              <w:rPr>
                <w:sz w:val="18"/>
                <w:szCs w:val="28"/>
              </w:rPr>
              <w:t>-7.1</w:t>
            </w:r>
          </w:p>
        </w:tc>
      </w:tr>
      <w:tr w:rsidR="00F12170" w:rsidRPr="007911BE" w14:paraId="6EABB6FC" w14:textId="77777777" w:rsidTr="00B408C8">
        <w:trPr>
          <w:jc w:val="center"/>
        </w:trPr>
        <w:tc>
          <w:tcPr>
            <w:tcW w:w="0" w:type="auto"/>
            <w:vAlign w:val="center"/>
          </w:tcPr>
          <w:p w14:paraId="2D895207"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Калмыкия</w:t>
            </w:r>
            <w:proofErr w:type="spellEnd"/>
          </w:p>
        </w:tc>
        <w:tc>
          <w:tcPr>
            <w:tcW w:w="0" w:type="auto"/>
            <w:vAlign w:val="center"/>
          </w:tcPr>
          <w:p w14:paraId="081CA226" w14:textId="77777777" w:rsidR="00F12170" w:rsidRPr="007911BE" w:rsidRDefault="00000000">
            <w:pPr>
              <w:ind w:firstLine="0"/>
              <w:jc w:val="left"/>
              <w:rPr>
                <w:sz w:val="18"/>
                <w:szCs w:val="28"/>
              </w:rPr>
            </w:pPr>
            <w:r w:rsidRPr="007911BE">
              <w:rPr>
                <w:sz w:val="18"/>
                <w:szCs w:val="28"/>
              </w:rPr>
              <w:t>ЮФО</w:t>
            </w:r>
          </w:p>
        </w:tc>
        <w:tc>
          <w:tcPr>
            <w:tcW w:w="0" w:type="auto"/>
            <w:vAlign w:val="center"/>
          </w:tcPr>
          <w:p w14:paraId="4D8549D8" w14:textId="77777777" w:rsidR="00F12170" w:rsidRPr="007911BE" w:rsidRDefault="00000000">
            <w:pPr>
              <w:ind w:firstLine="0"/>
              <w:jc w:val="center"/>
              <w:rPr>
                <w:sz w:val="18"/>
                <w:szCs w:val="28"/>
              </w:rPr>
            </w:pPr>
            <w:r w:rsidRPr="007911BE">
              <w:rPr>
                <w:sz w:val="18"/>
                <w:szCs w:val="28"/>
              </w:rPr>
              <w:t>40.49</w:t>
            </w:r>
          </w:p>
        </w:tc>
        <w:tc>
          <w:tcPr>
            <w:tcW w:w="0" w:type="auto"/>
            <w:vAlign w:val="center"/>
          </w:tcPr>
          <w:p w14:paraId="0D6ECC99" w14:textId="77777777" w:rsidR="00F12170" w:rsidRPr="007911BE" w:rsidRDefault="00000000">
            <w:pPr>
              <w:ind w:firstLine="0"/>
              <w:jc w:val="center"/>
              <w:rPr>
                <w:sz w:val="18"/>
                <w:szCs w:val="28"/>
              </w:rPr>
            </w:pPr>
            <w:r w:rsidRPr="007911BE">
              <w:rPr>
                <w:sz w:val="18"/>
                <w:szCs w:val="28"/>
              </w:rPr>
              <w:t>-3.1</w:t>
            </w:r>
          </w:p>
        </w:tc>
      </w:tr>
      <w:tr w:rsidR="00F12170" w:rsidRPr="007911BE" w14:paraId="5B5424AC" w14:textId="77777777" w:rsidTr="00B408C8">
        <w:trPr>
          <w:jc w:val="center"/>
        </w:trPr>
        <w:tc>
          <w:tcPr>
            <w:tcW w:w="0" w:type="auto"/>
            <w:vAlign w:val="center"/>
          </w:tcPr>
          <w:p w14:paraId="4C97E499"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Карелия</w:t>
            </w:r>
            <w:proofErr w:type="spellEnd"/>
          </w:p>
        </w:tc>
        <w:tc>
          <w:tcPr>
            <w:tcW w:w="0" w:type="auto"/>
            <w:vAlign w:val="center"/>
          </w:tcPr>
          <w:p w14:paraId="7A298F94"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27762457" w14:textId="77777777" w:rsidR="00F12170" w:rsidRPr="007911BE" w:rsidRDefault="00000000">
            <w:pPr>
              <w:ind w:firstLine="0"/>
              <w:jc w:val="center"/>
              <w:rPr>
                <w:sz w:val="18"/>
                <w:szCs w:val="28"/>
              </w:rPr>
            </w:pPr>
            <w:r w:rsidRPr="007911BE">
              <w:rPr>
                <w:sz w:val="18"/>
                <w:szCs w:val="28"/>
              </w:rPr>
              <w:t>31.4</w:t>
            </w:r>
          </w:p>
        </w:tc>
        <w:tc>
          <w:tcPr>
            <w:tcW w:w="0" w:type="auto"/>
            <w:vAlign w:val="center"/>
          </w:tcPr>
          <w:p w14:paraId="7A5CF5F1" w14:textId="77777777" w:rsidR="00F12170" w:rsidRPr="007911BE" w:rsidRDefault="00000000">
            <w:pPr>
              <w:ind w:firstLine="0"/>
              <w:jc w:val="center"/>
              <w:rPr>
                <w:sz w:val="18"/>
                <w:szCs w:val="28"/>
              </w:rPr>
            </w:pPr>
            <w:r w:rsidRPr="007911BE">
              <w:rPr>
                <w:sz w:val="18"/>
                <w:szCs w:val="28"/>
              </w:rPr>
              <w:t>-3.4</w:t>
            </w:r>
          </w:p>
        </w:tc>
      </w:tr>
      <w:tr w:rsidR="00F12170" w:rsidRPr="007911BE" w14:paraId="7DD07E06" w14:textId="77777777" w:rsidTr="00B408C8">
        <w:trPr>
          <w:jc w:val="center"/>
        </w:trPr>
        <w:tc>
          <w:tcPr>
            <w:tcW w:w="0" w:type="auto"/>
            <w:vAlign w:val="center"/>
          </w:tcPr>
          <w:p w14:paraId="460FB9B8"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Коми</w:t>
            </w:r>
            <w:proofErr w:type="spellEnd"/>
          </w:p>
        </w:tc>
        <w:tc>
          <w:tcPr>
            <w:tcW w:w="0" w:type="auto"/>
            <w:vAlign w:val="center"/>
          </w:tcPr>
          <w:p w14:paraId="64549C83"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1D05312C" w14:textId="77777777" w:rsidR="00F12170" w:rsidRPr="007911BE" w:rsidRDefault="00000000">
            <w:pPr>
              <w:ind w:firstLine="0"/>
              <w:jc w:val="center"/>
              <w:rPr>
                <w:sz w:val="18"/>
                <w:szCs w:val="28"/>
              </w:rPr>
            </w:pPr>
            <w:r w:rsidRPr="007911BE">
              <w:rPr>
                <w:sz w:val="18"/>
                <w:szCs w:val="28"/>
              </w:rPr>
              <w:t>11.01</w:t>
            </w:r>
          </w:p>
        </w:tc>
        <w:tc>
          <w:tcPr>
            <w:tcW w:w="0" w:type="auto"/>
            <w:vAlign w:val="center"/>
          </w:tcPr>
          <w:p w14:paraId="6B3C27D1" w14:textId="77777777" w:rsidR="00F12170" w:rsidRPr="007911BE" w:rsidRDefault="00000000">
            <w:pPr>
              <w:ind w:firstLine="0"/>
              <w:jc w:val="center"/>
              <w:rPr>
                <w:sz w:val="18"/>
                <w:szCs w:val="28"/>
              </w:rPr>
            </w:pPr>
            <w:r w:rsidRPr="007911BE">
              <w:rPr>
                <w:sz w:val="18"/>
                <w:szCs w:val="28"/>
              </w:rPr>
              <w:t>-2.1</w:t>
            </w:r>
          </w:p>
        </w:tc>
      </w:tr>
      <w:tr w:rsidR="00F12170" w:rsidRPr="007911BE" w14:paraId="4F6A5314" w14:textId="77777777" w:rsidTr="00B408C8">
        <w:trPr>
          <w:jc w:val="center"/>
        </w:trPr>
        <w:tc>
          <w:tcPr>
            <w:tcW w:w="0" w:type="auto"/>
            <w:vAlign w:val="center"/>
          </w:tcPr>
          <w:p w14:paraId="427FAB2F"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Крым</w:t>
            </w:r>
            <w:proofErr w:type="spellEnd"/>
          </w:p>
        </w:tc>
        <w:tc>
          <w:tcPr>
            <w:tcW w:w="0" w:type="auto"/>
            <w:vAlign w:val="center"/>
          </w:tcPr>
          <w:p w14:paraId="36D6FF6B" w14:textId="77777777" w:rsidR="00F12170" w:rsidRPr="007911BE" w:rsidRDefault="00000000">
            <w:pPr>
              <w:ind w:firstLine="0"/>
              <w:jc w:val="left"/>
              <w:rPr>
                <w:sz w:val="18"/>
                <w:szCs w:val="28"/>
              </w:rPr>
            </w:pPr>
            <w:r w:rsidRPr="007911BE">
              <w:rPr>
                <w:sz w:val="18"/>
                <w:szCs w:val="28"/>
              </w:rPr>
              <w:t>ЮФО</w:t>
            </w:r>
          </w:p>
        </w:tc>
        <w:tc>
          <w:tcPr>
            <w:tcW w:w="0" w:type="auto"/>
            <w:vAlign w:val="center"/>
          </w:tcPr>
          <w:p w14:paraId="71118170" w14:textId="77777777" w:rsidR="00F12170" w:rsidRPr="007911BE" w:rsidRDefault="00000000">
            <w:pPr>
              <w:ind w:firstLine="0"/>
              <w:jc w:val="center"/>
              <w:rPr>
                <w:sz w:val="18"/>
                <w:szCs w:val="28"/>
              </w:rPr>
            </w:pPr>
            <w:r w:rsidRPr="007911BE">
              <w:rPr>
                <w:sz w:val="18"/>
                <w:szCs w:val="28"/>
              </w:rPr>
              <w:t>32.68</w:t>
            </w:r>
          </w:p>
        </w:tc>
        <w:tc>
          <w:tcPr>
            <w:tcW w:w="0" w:type="auto"/>
            <w:vAlign w:val="center"/>
          </w:tcPr>
          <w:p w14:paraId="479F9029" w14:textId="77777777" w:rsidR="00F12170" w:rsidRPr="007911BE" w:rsidRDefault="00000000">
            <w:pPr>
              <w:ind w:firstLine="0"/>
              <w:jc w:val="center"/>
              <w:rPr>
                <w:sz w:val="18"/>
                <w:szCs w:val="28"/>
              </w:rPr>
            </w:pPr>
            <w:r w:rsidRPr="007911BE">
              <w:rPr>
                <w:sz w:val="18"/>
                <w:szCs w:val="28"/>
              </w:rPr>
              <w:t>4.6</w:t>
            </w:r>
          </w:p>
        </w:tc>
      </w:tr>
      <w:tr w:rsidR="00F12170" w:rsidRPr="007911BE" w14:paraId="1B8C11A1" w14:textId="77777777" w:rsidTr="00B408C8">
        <w:trPr>
          <w:jc w:val="center"/>
        </w:trPr>
        <w:tc>
          <w:tcPr>
            <w:tcW w:w="0" w:type="auto"/>
            <w:vAlign w:val="center"/>
          </w:tcPr>
          <w:p w14:paraId="3D020C78"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Марий</w:t>
            </w:r>
            <w:proofErr w:type="spellEnd"/>
            <w:r w:rsidRPr="007911BE">
              <w:rPr>
                <w:sz w:val="18"/>
                <w:szCs w:val="28"/>
              </w:rPr>
              <w:t xml:space="preserve"> </w:t>
            </w:r>
            <w:proofErr w:type="spellStart"/>
            <w:r w:rsidRPr="007911BE">
              <w:rPr>
                <w:sz w:val="18"/>
                <w:szCs w:val="28"/>
              </w:rPr>
              <w:t>Эл</w:t>
            </w:r>
            <w:proofErr w:type="spellEnd"/>
          </w:p>
        </w:tc>
        <w:tc>
          <w:tcPr>
            <w:tcW w:w="0" w:type="auto"/>
            <w:vAlign w:val="center"/>
          </w:tcPr>
          <w:p w14:paraId="12A52825"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6501D108" w14:textId="77777777" w:rsidR="00F12170" w:rsidRPr="007911BE" w:rsidRDefault="00000000">
            <w:pPr>
              <w:ind w:firstLine="0"/>
              <w:jc w:val="center"/>
              <w:rPr>
                <w:sz w:val="18"/>
                <w:szCs w:val="28"/>
              </w:rPr>
            </w:pPr>
            <w:r w:rsidRPr="007911BE">
              <w:rPr>
                <w:sz w:val="18"/>
                <w:szCs w:val="28"/>
              </w:rPr>
              <w:t>9.8</w:t>
            </w:r>
          </w:p>
        </w:tc>
        <w:tc>
          <w:tcPr>
            <w:tcW w:w="0" w:type="auto"/>
            <w:vAlign w:val="center"/>
          </w:tcPr>
          <w:p w14:paraId="11BD0596" w14:textId="77777777" w:rsidR="00F12170" w:rsidRPr="007911BE" w:rsidRDefault="00000000">
            <w:pPr>
              <w:ind w:firstLine="0"/>
              <w:jc w:val="center"/>
              <w:rPr>
                <w:sz w:val="18"/>
                <w:szCs w:val="28"/>
              </w:rPr>
            </w:pPr>
            <w:r w:rsidRPr="007911BE">
              <w:rPr>
                <w:sz w:val="18"/>
                <w:szCs w:val="28"/>
              </w:rPr>
              <w:t>-3.4</w:t>
            </w:r>
          </w:p>
        </w:tc>
      </w:tr>
      <w:tr w:rsidR="00F12170" w:rsidRPr="007911BE" w14:paraId="5D3C344D" w14:textId="77777777" w:rsidTr="00B408C8">
        <w:trPr>
          <w:jc w:val="center"/>
        </w:trPr>
        <w:tc>
          <w:tcPr>
            <w:tcW w:w="0" w:type="auto"/>
            <w:vAlign w:val="center"/>
          </w:tcPr>
          <w:p w14:paraId="678D0190"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Мордовия</w:t>
            </w:r>
            <w:proofErr w:type="spellEnd"/>
          </w:p>
        </w:tc>
        <w:tc>
          <w:tcPr>
            <w:tcW w:w="0" w:type="auto"/>
            <w:vAlign w:val="center"/>
          </w:tcPr>
          <w:p w14:paraId="2781D45F"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3ABCF8EF" w14:textId="77777777" w:rsidR="00F12170" w:rsidRPr="007911BE" w:rsidRDefault="00000000">
            <w:pPr>
              <w:ind w:firstLine="0"/>
              <w:jc w:val="center"/>
              <w:rPr>
                <w:sz w:val="18"/>
                <w:szCs w:val="28"/>
              </w:rPr>
            </w:pPr>
            <w:r w:rsidRPr="007911BE">
              <w:rPr>
                <w:sz w:val="18"/>
                <w:szCs w:val="28"/>
              </w:rPr>
              <w:t>19.14</w:t>
            </w:r>
          </w:p>
        </w:tc>
        <w:tc>
          <w:tcPr>
            <w:tcW w:w="0" w:type="auto"/>
            <w:vAlign w:val="center"/>
          </w:tcPr>
          <w:p w14:paraId="7EA6BA0B" w14:textId="77777777" w:rsidR="00F12170" w:rsidRPr="007911BE" w:rsidRDefault="00000000">
            <w:pPr>
              <w:ind w:firstLine="0"/>
              <w:jc w:val="center"/>
              <w:rPr>
                <w:sz w:val="18"/>
                <w:szCs w:val="28"/>
              </w:rPr>
            </w:pPr>
            <w:r w:rsidRPr="007911BE">
              <w:rPr>
                <w:sz w:val="18"/>
                <w:szCs w:val="28"/>
              </w:rPr>
              <w:t>-6.4</w:t>
            </w:r>
          </w:p>
        </w:tc>
      </w:tr>
      <w:tr w:rsidR="00F12170" w:rsidRPr="007911BE" w14:paraId="5EE6B074" w14:textId="77777777" w:rsidTr="00B408C8">
        <w:trPr>
          <w:jc w:val="center"/>
        </w:trPr>
        <w:tc>
          <w:tcPr>
            <w:tcW w:w="0" w:type="auto"/>
            <w:vAlign w:val="center"/>
          </w:tcPr>
          <w:p w14:paraId="69AF54FF"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Саха</w:t>
            </w:r>
            <w:proofErr w:type="spellEnd"/>
            <w:r w:rsidRPr="007911BE">
              <w:rPr>
                <w:sz w:val="18"/>
                <w:szCs w:val="28"/>
              </w:rPr>
              <w:t xml:space="preserve"> (</w:t>
            </w:r>
            <w:proofErr w:type="spellStart"/>
            <w:r w:rsidRPr="007911BE">
              <w:rPr>
                <w:sz w:val="18"/>
                <w:szCs w:val="28"/>
              </w:rPr>
              <w:t>Якутия</w:t>
            </w:r>
            <w:proofErr w:type="spellEnd"/>
            <w:r w:rsidRPr="007911BE">
              <w:rPr>
                <w:sz w:val="18"/>
                <w:szCs w:val="28"/>
              </w:rPr>
              <w:t>)</w:t>
            </w:r>
          </w:p>
        </w:tc>
        <w:tc>
          <w:tcPr>
            <w:tcW w:w="0" w:type="auto"/>
            <w:vAlign w:val="center"/>
          </w:tcPr>
          <w:p w14:paraId="065CB17A"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2D114BF2" w14:textId="77777777" w:rsidR="00F12170" w:rsidRPr="007911BE" w:rsidRDefault="00000000">
            <w:pPr>
              <w:ind w:firstLine="0"/>
              <w:jc w:val="center"/>
              <w:rPr>
                <w:sz w:val="18"/>
                <w:szCs w:val="28"/>
              </w:rPr>
            </w:pPr>
            <w:r w:rsidRPr="007911BE">
              <w:rPr>
                <w:sz w:val="18"/>
                <w:szCs w:val="28"/>
              </w:rPr>
              <w:t>45.73</w:t>
            </w:r>
          </w:p>
        </w:tc>
        <w:tc>
          <w:tcPr>
            <w:tcW w:w="0" w:type="auto"/>
            <w:vAlign w:val="center"/>
          </w:tcPr>
          <w:p w14:paraId="0B9B465A" w14:textId="77777777" w:rsidR="00F12170" w:rsidRPr="007911BE" w:rsidRDefault="00000000">
            <w:pPr>
              <w:ind w:firstLine="0"/>
              <w:jc w:val="center"/>
              <w:rPr>
                <w:sz w:val="18"/>
                <w:szCs w:val="28"/>
              </w:rPr>
            </w:pPr>
            <w:r w:rsidRPr="007911BE">
              <w:rPr>
                <w:sz w:val="18"/>
                <w:szCs w:val="28"/>
              </w:rPr>
              <w:t>-6.2</w:t>
            </w:r>
          </w:p>
        </w:tc>
      </w:tr>
      <w:tr w:rsidR="00F12170" w:rsidRPr="007911BE" w14:paraId="446478FC" w14:textId="77777777" w:rsidTr="00B408C8">
        <w:trPr>
          <w:jc w:val="center"/>
        </w:trPr>
        <w:tc>
          <w:tcPr>
            <w:tcW w:w="0" w:type="auto"/>
            <w:vAlign w:val="center"/>
          </w:tcPr>
          <w:p w14:paraId="530C301A"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Северная</w:t>
            </w:r>
            <w:proofErr w:type="spellEnd"/>
            <w:r w:rsidRPr="007911BE">
              <w:rPr>
                <w:sz w:val="18"/>
                <w:szCs w:val="28"/>
              </w:rPr>
              <w:t xml:space="preserve"> </w:t>
            </w:r>
            <w:proofErr w:type="spellStart"/>
            <w:r w:rsidRPr="007911BE">
              <w:rPr>
                <w:sz w:val="18"/>
                <w:szCs w:val="28"/>
              </w:rPr>
              <w:t>Осетия</w:t>
            </w:r>
            <w:proofErr w:type="spellEnd"/>
            <w:r w:rsidRPr="007911BE">
              <w:rPr>
                <w:sz w:val="18"/>
                <w:szCs w:val="28"/>
              </w:rPr>
              <w:t xml:space="preserve"> - </w:t>
            </w:r>
            <w:proofErr w:type="spellStart"/>
            <w:r w:rsidRPr="007911BE">
              <w:rPr>
                <w:sz w:val="18"/>
                <w:szCs w:val="28"/>
              </w:rPr>
              <w:t>Алания</w:t>
            </w:r>
            <w:proofErr w:type="spellEnd"/>
          </w:p>
        </w:tc>
        <w:tc>
          <w:tcPr>
            <w:tcW w:w="0" w:type="auto"/>
            <w:vAlign w:val="center"/>
          </w:tcPr>
          <w:p w14:paraId="159E26BF" w14:textId="77777777" w:rsidR="00F12170" w:rsidRPr="007911BE" w:rsidRDefault="00000000">
            <w:pPr>
              <w:ind w:firstLine="0"/>
              <w:jc w:val="left"/>
              <w:rPr>
                <w:sz w:val="18"/>
                <w:szCs w:val="28"/>
              </w:rPr>
            </w:pPr>
            <w:r w:rsidRPr="007911BE">
              <w:rPr>
                <w:sz w:val="18"/>
                <w:szCs w:val="28"/>
              </w:rPr>
              <w:t>СКФО</w:t>
            </w:r>
          </w:p>
        </w:tc>
        <w:tc>
          <w:tcPr>
            <w:tcW w:w="0" w:type="auto"/>
            <w:vAlign w:val="center"/>
          </w:tcPr>
          <w:p w14:paraId="6F4123EF" w14:textId="77777777" w:rsidR="00F12170" w:rsidRPr="007911BE" w:rsidRDefault="00000000">
            <w:pPr>
              <w:ind w:firstLine="0"/>
              <w:jc w:val="center"/>
              <w:rPr>
                <w:sz w:val="18"/>
                <w:szCs w:val="28"/>
              </w:rPr>
            </w:pPr>
            <w:r w:rsidRPr="007911BE">
              <w:rPr>
                <w:sz w:val="18"/>
                <w:szCs w:val="28"/>
              </w:rPr>
              <w:t>14.91</w:t>
            </w:r>
          </w:p>
        </w:tc>
        <w:tc>
          <w:tcPr>
            <w:tcW w:w="0" w:type="auto"/>
            <w:vAlign w:val="center"/>
          </w:tcPr>
          <w:p w14:paraId="310C6AA8" w14:textId="77777777" w:rsidR="00F12170" w:rsidRPr="007911BE" w:rsidRDefault="00000000">
            <w:pPr>
              <w:ind w:firstLine="0"/>
              <w:jc w:val="center"/>
              <w:rPr>
                <w:sz w:val="18"/>
                <w:szCs w:val="28"/>
              </w:rPr>
            </w:pPr>
            <w:r w:rsidRPr="007911BE">
              <w:rPr>
                <w:sz w:val="18"/>
                <w:szCs w:val="28"/>
              </w:rPr>
              <w:t>-7.6</w:t>
            </w:r>
          </w:p>
        </w:tc>
      </w:tr>
      <w:tr w:rsidR="00F12170" w:rsidRPr="007911BE" w14:paraId="34D5074A" w14:textId="77777777" w:rsidTr="00B408C8">
        <w:trPr>
          <w:jc w:val="center"/>
        </w:trPr>
        <w:tc>
          <w:tcPr>
            <w:tcW w:w="0" w:type="auto"/>
            <w:vAlign w:val="center"/>
          </w:tcPr>
          <w:p w14:paraId="5D824019"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Татарстан</w:t>
            </w:r>
            <w:proofErr w:type="spellEnd"/>
          </w:p>
        </w:tc>
        <w:tc>
          <w:tcPr>
            <w:tcW w:w="0" w:type="auto"/>
            <w:vAlign w:val="center"/>
          </w:tcPr>
          <w:p w14:paraId="68E1F624"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3FACB4F8" w14:textId="77777777" w:rsidR="00F12170" w:rsidRPr="007911BE" w:rsidRDefault="00000000">
            <w:pPr>
              <w:ind w:firstLine="0"/>
              <w:jc w:val="center"/>
              <w:rPr>
                <w:sz w:val="18"/>
                <w:szCs w:val="28"/>
              </w:rPr>
            </w:pPr>
            <w:r w:rsidRPr="007911BE">
              <w:rPr>
                <w:sz w:val="18"/>
                <w:szCs w:val="28"/>
              </w:rPr>
              <w:t>20.89</w:t>
            </w:r>
          </w:p>
        </w:tc>
        <w:tc>
          <w:tcPr>
            <w:tcW w:w="0" w:type="auto"/>
            <w:vAlign w:val="center"/>
          </w:tcPr>
          <w:p w14:paraId="5FA76B87" w14:textId="77777777" w:rsidR="00F12170" w:rsidRPr="007911BE" w:rsidRDefault="00000000">
            <w:pPr>
              <w:ind w:firstLine="0"/>
              <w:jc w:val="center"/>
              <w:rPr>
                <w:sz w:val="18"/>
                <w:szCs w:val="28"/>
              </w:rPr>
            </w:pPr>
            <w:r w:rsidRPr="007911BE">
              <w:rPr>
                <w:sz w:val="18"/>
                <w:szCs w:val="28"/>
              </w:rPr>
              <w:t>-3.8</w:t>
            </w:r>
          </w:p>
        </w:tc>
      </w:tr>
      <w:tr w:rsidR="00F12170" w:rsidRPr="007911BE" w14:paraId="0EB045E0" w14:textId="77777777" w:rsidTr="00B408C8">
        <w:trPr>
          <w:jc w:val="center"/>
        </w:trPr>
        <w:tc>
          <w:tcPr>
            <w:tcW w:w="0" w:type="auto"/>
            <w:vAlign w:val="center"/>
          </w:tcPr>
          <w:p w14:paraId="6B857547" w14:textId="77777777" w:rsidR="00F12170" w:rsidRPr="007911BE" w:rsidRDefault="00000000">
            <w:pPr>
              <w:ind w:firstLine="0"/>
              <w:jc w:val="left"/>
              <w:rPr>
                <w:sz w:val="18"/>
                <w:szCs w:val="28"/>
              </w:rPr>
            </w:pPr>
            <w:proofErr w:type="spellStart"/>
            <w:r w:rsidRPr="007911BE">
              <w:rPr>
                <w:sz w:val="18"/>
                <w:szCs w:val="28"/>
              </w:rPr>
              <w:lastRenderedPageBreak/>
              <w:t>Республика</w:t>
            </w:r>
            <w:proofErr w:type="spellEnd"/>
            <w:r w:rsidRPr="007911BE">
              <w:rPr>
                <w:sz w:val="18"/>
                <w:szCs w:val="28"/>
              </w:rPr>
              <w:t xml:space="preserve"> </w:t>
            </w:r>
            <w:proofErr w:type="spellStart"/>
            <w:r w:rsidRPr="007911BE">
              <w:rPr>
                <w:sz w:val="18"/>
                <w:szCs w:val="28"/>
              </w:rPr>
              <w:t>Тыва</w:t>
            </w:r>
            <w:proofErr w:type="spellEnd"/>
          </w:p>
        </w:tc>
        <w:tc>
          <w:tcPr>
            <w:tcW w:w="0" w:type="auto"/>
            <w:vAlign w:val="center"/>
          </w:tcPr>
          <w:p w14:paraId="79F104FF"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2E59B388" w14:textId="77777777" w:rsidR="00F12170" w:rsidRPr="007911BE" w:rsidRDefault="00000000">
            <w:pPr>
              <w:ind w:firstLine="0"/>
              <w:jc w:val="center"/>
              <w:rPr>
                <w:sz w:val="18"/>
                <w:szCs w:val="28"/>
              </w:rPr>
            </w:pPr>
            <w:r w:rsidRPr="007911BE">
              <w:rPr>
                <w:sz w:val="18"/>
                <w:szCs w:val="28"/>
              </w:rPr>
              <w:t>12.8</w:t>
            </w:r>
          </w:p>
        </w:tc>
        <w:tc>
          <w:tcPr>
            <w:tcW w:w="0" w:type="auto"/>
            <w:vAlign w:val="center"/>
          </w:tcPr>
          <w:p w14:paraId="42493CDA" w14:textId="77777777" w:rsidR="00F12170" w:rsidRPr="007911BE" w:rsidRDefault="00000000">
            <w:pPr>
              <w:ind w:firstLine="0"/>
              <w:jc w:val="center"/>
              <w:rPr>
                <w:sz w:val="18"/>
                <w:szCs w:val="28"/>
              </w:rPr>
            </w:pPr>
            <w:r w:rsidRPr="007911BE">
              <w:rPr>
                <w:sz w:val="18"/>
                <w:szCs w:val="28"/>
              </w:rPr>
              <w:t>-11.4</w:t>
            </w:r>
          </w:p>
        </w:tc>
      </w:tr>
      <w:tr w:rsidR="00F12170" w:rsidRPr="007911BE" w14:paraId="2BB58526" w14:textId="77777777" w:rsidTr="00B408C8">
        <w:trPr>
          <w:jc w:val="center"/>
        </w:trPr>
        <w:tc>
          <w:tcPr>
            <w:tcW w:w="0" w:type="auto"/>
            <w:vAlign w:val="center"/>
          </w:tcPr>
          <w:p w14:paraId="1B754B37" w14:textId="77777777" w:rsidR="00F12170" w:rsidRPr="007911BE" w:rsidRDefault="00000000">
            <w:pPr>
              <w:ind w:firstLine="0"/>
              <w:jc w:val="left"/>
              <w:rPr>
                <w:sz w:val="18"/>
                <w:szCs w:val="28"/>
              </w:rPr>
            </w:pPr>
            <w:proofErr w:type="spellStart"/>
            <w:r w:rsidRPr="007911BE">
              <w:rPr>
                <w:sz w:val="18"/>
                <w:szCs w:val="28"/>
              </w:rPr>
              <w:t>Республика</w:t>
            </w:r>
            <w:proofErr w:type="spellEnd"/>
            <w:r w:rsidRPr="007911BE">
              <w:rPr>
                <w:sz w:val="18"/>
                <w:szCs w:val="28"/>
              </w:rPr>
              <w:t xml:space="preserve"> </w:t>
            </w:r>
            <w:proofErr w:type="spellStart"/>
            <w:r w:rsidRPr="007911BE">
              <w:rPr>
                <w:sz w:val="18"/>
                <w:szCs w:val="28"/>
              </w:rPr>
              <w:t>Хакасия</w:t>
            </w:r>
            <w:proofErr w:type="spellEnd"/>
          </w:p>
        </w:tc>
        <w:tc>
          <w:tcPr>
            <w:tcW w:w="0" w:type="auto"/>
            <w:vAlign w:val="center"/>
          </w:tcPr>
          <w:p w14:paraId="7DD3303A"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29EE2A91" w14:textId="77777777" w:rsidR="00F12170" w:rsidRPr="007911BE" w:rsidRDefault="00000000">
            <w:pPr>
              <w:ind w:firstLine="0"/>
              <w:jc w:val="center"/>
              <w:rPr>
                <w:sz w:val="18"/>
                <w:szCs w:val="28"/>
              </w:rPr>
            </w:pPr>
            <w:r w:rsidRPr="007911BE">
              <w:rPr>
                <w:sz w:val="18"/>
                <w:szCs w:val="28"/>
              </w:rPr>
              <w:t>30.72</w:t>
            </w:r>
          </w:p>
        </w:tc>
        <w:tc>
          <w:tcPr>
            <w:tcW w:w="0" w:type="auto"/>
            <w:vAlign w:val="center"/>
          </w:tcPr>
          <w:p w14:paraId="30E3BC24" w14:textId="77777777" w:rsidR="00F12170" w:rsidRPr="007911BE" w:rsidRDefault="00000000">
            <w:pPr>
              <w:ind w:firstLine="0"/>
              <w:jc w:val="center"/>
              <w:rPr>
                <w:sz w:val="18"/>
                <w:szCs w:val="28"/>
              </w:rPr>
            </w:pPr>
            <w:r w:rsidRPr="007911BE">
              <w:rPr>
                <w:sz w:val="18"/>
                <w:szCs w:val="28"/>
              </w:rPr>
              <w:t>-9.9</w:t>
            </w:r>
          </w:p>
        </w:tc>
      </w:tr>
      <w:tr w:rsidR="00F12170" w:rsidRPr="007911BE" w14:paraId="766A04C4" w14:textId="77777777" w:rsidTr="00B408C8">
        <w:trPr>
          <w:jc w:val="center"/>
        </w:trPr>
        <w:tc>
          <w:tcPr>
            <w:tcW w:w="0" w:type="auto"/>
            <w:vAlign w:val="center"/>
          </w:tcPr>
          <w:p w14:paraId="6DC1D500" w14:textId="77777777" w:rsidR="00F12170" w:rsidRPr="007911BE" w:rsidRDefault="00000000">
            <w:pPr>
              <w:ind w:firstLine="0"/>
              <w:jc w:val="left"/>
              <w:rPr>
                <w:sz w:val="18"/>
                <w:szCs w:val="28"/>
              </w:rPr>
            </w:pPr>
            <w:proofErr w:type="spellStart"/>
            <w:r w:rsidRPr="007911BE">
              <w:rPr>
                <w:sz w:val="18"/>
                <w:szCs w:val="28"/>
              </w:rPr>
              <w:t>Ростовская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401544CE" w14:textId="77777777" w:rsidR="00F12170" w:rsidRPr="007911BE" w:rsidRDefault="00000000">
            <w:pPr>
              <w:ind w:firstLine="0"/>
              <w:jc w:val="left"/>
              <w:rPr>
                <w:sz w:val="18"/>
                <w:szCs w:val="28"/>
              </w:rPr>
            </w:pPr>
            <w:r w:rsidRPr="007911BE">
              <w:rPr>
                <w:sz w:val="18"/>
                <w:szCs w:val="28"/>
              </w:rPr>
              <w:t>ЮФО</w:t>
            </w:r>
          </w:p>
        </w:tc>
        <w:tc>
          <w:tcPr>
            <w:tcW w:w="0" w:type="auto"/>
            <w:vAlign w:val="center"/>
          </w:tcPr>
          <w:p w14:paraId="0AFD6A95" w14:textId="77777777" w:rsidR="00F12170" w:rsidRPr="007911BE" w:rsidRDefault="00000000">
            <w:pPr>
              <w:ind w:firstLine="0"/>
              <w:jc w:val="center"/>
              <w:rPr>
                <w:sz w:val="18"/>
                <w:szCs w:val="28"/>
              </w:rPr>
            </w:pPr>
            <w:r w:rsidRPr="007911BE">
              <w:rPr>
                <w:sz w:val="18"/>
                <w:szCs w:val="28"/>
              </w:rPr>
              <w:t>19.71</w:t>
            </w:r>
          </w:p>
        </w:tc>
        <w:tc>
          <w:tcPr>
            <w:tcW w:w="0" w:type="auto"/>
            <w:vAlign w:val="center"/>
          </w:tcPr>
          <w:p w14:paraId="36EE7E24" w14:textId="77777777" w:rsidR="00F12170" w:rsidRPr="007911BE" w:rsidRDefault="00000000">
            <w:pPr>
              <w:ind w:firstLine="0"/>
              <w:jc w:val="center"/>
              <w:rPr>
                <w:sz w:val="18"/>
                <w:szCs w:val="28"/>
              </w:rPr>
            </w:pPr>
            <w:r w:rsidRPr="007911BE">
              <w:rPr>
                <w:sz w:val="18"/>
                <w:szCs w:val="28"/>
              </w:rPr>
              <w:t>-5.5</w:t>
            </w:r>
          </w:p>
        </w:tc>
      </w:tr>
      <w:tr w:rsidR="00F12170" w:rsidRPr="007911BE" w14:paraId="4B12507E" w14:textId="77777777" w:rsidTr="00B408C8">
        <w:trPr>
          <w:jc w:val="center"/>
        </w:trPr>
        <w:tc>
          <w:tcPr>
            <w:tcW w:w="0" w:type="auto"/>
            <w:vAlign w:val="center"/>
          </w:tcPr>
          <w:p w14:paraId="5C45BD4D" w14:textId="77777777" w:rsidR="00F12170" w:rsidRPr="007911BE" w:rsidRDefault="00000000">
            <w:pPr>
              <w:ind w:firstLine="0"/>
              <w:jc w:val="left"/>
              <w:rPr>
                <w:sz w:val="18"/>
                <w:szCs w:val="28"/>
              </w:rPr>
            </w:pPr>
            <w:proofErr w:type="spellStart"/>
            <w:r w:rsidRPr="007911BE">
              <w:rPr>
                <w:sz w:val="18"/>
                <w:szCs w:val="28"/>
              </w:rPr>
              <w:t>Рязанская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7A7C149A"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052F4BCA" w14:textId="77777777" w:rsidR="00F12170" w:rsidRPr="007911BE" w:rsidRDefault="00000000">
            <w:pPr>
              <w:ind w:firstLine="0"/>
              <w:jc w:val="center"/>
              <w:rPr>
                <w:sz w:val="18"/>
                <w:szCs w:val="28"/>
              </w:rPr>
            </w:pPr>
            <w:r w:rsidRPr="007911BE">
              <w:rPr>
                <w:sz w:val="18"/>
                <w:szCs w:val="28"/>
              </w:rPr>
              <w:t>31.29</w:t>
            </w:r>
          </w:p>
        </w:tc>
        <w:tc>
          <w:tcPr>
            <w:tcW w:w="0" w:type="auto"/>
            <w:vAlign w:val="center"/>
          </w:tcPr>
          <w:p w14:paraId="027B30F8" w14:textId="77777777" w:rsidR="00F12170" w:rsidRPr="007911BE" w:rsidRDefault="00000000">
            <w:pPr>
              <w:ind w:firstLine="0"/>
              <w:jc w:val="center"/>
              <w:rPr>
                <w:sz w:val="18"/>
                <w:szCs w:val="28"/>
              </w:rPr>
            </w:pPr>
            <w:r w:rsidRPr="007911BE">
              <w:rPr>
                <w:sz w:val="18"/>
                <w:szCs w:val="28"/>
              </w:rPr>
              <w:t>-5.8</w:t>
            </w:r>
          </w:p>
        </w:tc>
      </w:tr>
      <w:tr w:rsidR="00F12170" w:rsidRPr="007911BE" w14:paraId="15995CC6" w14:textId="77777777" w:rsidTr="00B408C8">
        <w:trPr>
          <w:jc w:val="center"/>
        </w:trPr>
        <w:tc>
          <w:tcPr>
            <w:tcW w:w="0" w:type="auto"/>
            <w:vAlign w:val="center"/>
          </w:tcPr>
          <w:p w14:paraId="18A6C6AC" w14:textId="77777777" w:rsidR="00F12170" w:rsidRPr="007911BE" w:rsidRDefault="00000000">
            <w:pPr>
              <w:ind w:firstLine="0"/>
              <w:jc w:val="left"/>
              <w:rPr>
                <w:sz w:val="18"/>
                <w:szCs w:val="28"/>
              </w:rPr>
            </w:pPr>
            <w:proofErr w:type="spellStart"/>
            <w:r w:rsidRPr="007911BE">
              <w:rPr>
                <w:sz w:val="18"/>
                <w:szCs w:val="28"/>
              </w:rPr>
              <w:t>Самарская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5120773F"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658B7FA8" w14:textId="77777777" w:rsidR="00F12170" w:rsidRPr="007911BE" w:rsidRDefault="00000000">
            <w:pPr>
              <w:ind w:firstLine="0"/>
              <w:jc w:val="center"/>
              <w:rPr>
                <w:sz w:val="18"/>
                <w:szCs w:val="28"/>
              </w:rPr>
            </w:pPr>
            <w:r w:rsidRPr="007911BE">
              <w:rPr>
                <w:sz w:val="18"/>
                <w:szCs w:val="28"/>
              </w:rPr>
              <w:t>54.69</w:t>
            </w:r>
          </w:p>
        </w:tc>
        <w:tc>
          <w:tcPr>
            <w:tcW w:w="0" w:type="auto"/>
            <w:vAlign w:val="center"/>
          </w:tcPr>
          <w:p w14:paraId="33AD2CB8" w14:textId="77777777" w:rsidR="00F12170" w:rsidRPr="007911BE" w:rsidRDefault="00000000">
            <w:pPr>
              <w:ind w:firstLine="0"/>
              <w:jc w:val="center"/>
              <w:rPr>
                <w:sz w:val="18"/>
                <w:szCs w:val="28"/>
              </w:rPr>
            </w:pPr>
            <w:r w:rsidRPr="007911BE">
              <w:rPr>
                <w:sz w:val="18"/>
                <w:szCs w:val="28"/>
              </w:rPr>
              <w:t>-2.6</w:t>
            </w:r>
          </w:p>
        </w:tc>
      </w:tr>
      <w:tr w:rsidR="00F12170" w:rsidRPr="007911BE" w14:paraId="23B0D4E5" w14:textId="77777777" w:rsidTr="00B408C8">
        <w:trPr>
          <w:jc w:val="center"/>
        </w:trPr>
        <w:tc>
          <w:tcPr>
            <w:tcW w:w="0" w:type="auto"/>
            <w:vAlign w:val="center"/>
          </w:tcPr>
          <w:p w14:paraId="3788C7CF" w14:textId="77777777" w:rsidR="00F12170" w:rsidRPr="007911BE" w:rsidRDefault="00000000">
            <w:pPr>
              <w:ind w:firstLine="0"/>
              <w:jc w:val="left"/>
              <w:rPr>
                <w:sz w:val="18"/>
                <w:szCs w:val="28"/>
              </w:rPr>
            </w:pPr>
            <w:proofErr w:type="spellStart"/>
            <w:r w:rsidRPr="007911BE">
              <w:rPr>
                <w:sz w:val="18"/>
                <w:szCs w:val="28"/>
              </w:rPr>
              <w:t>Санкт-Петербург</w:t>
            </w:r>
            <w:proofErr w:type="spellEnd"/>
          </w:p>
        </w:tc>
        <w:tc>
          <w:tcPr>
            <w:tcW w:w="0" w:type="auto"/>
            <w:vAlign w:val="center"/>
          </w:tcPr>
          <w:p w14:paraId="15662CAA" w14:textId="77777777" w:rsidR="00F12170" w:rsidRPr="007911BE" w:rsidRDefault="00000000">
            <w:pPr>
              <w:ind w:firstLine="0"/>
              <w:jc w:val="left"/>
              <w:rPr>
                <w:sz w:val="18"/>
                <w:szCs w:val="28"/>
              </w:rPr>
            </w:pPr>
            <w:r w:rsidRPr="007911BE">
              <w:rPr>
                <w:sz w:val="18"/>
                <w:szCs w:val="28"/>
              </w:rPr>
              <w:t>СЗФО</w:t>
            </w:r>
          </w:p>
        </w:tc>
        <w:tc>
          <w:tcPr>
            <w:tcW w:w="0" w:type="auto"/>
            <w:vAlign w:val="center"/>
          </w:tcPr>
          <w:p w14:paraId="0BCC2EC8" w14:textId="77777777" w:rsidR="00F12170" w:rsidRPr="007911BE" w:rsidRDefault="00000000">
            <w:pPr>
              <w:ind w:firstLine="0"/>
              <w:jc w:val="center"/>
              <w:rPr>
                <w:sz w:val="18"/>
                <w:szCs w:val="28"/>
              </w:rPr>
            </w:pPr>
            <w:r w:rsidRPr="007911BE">
              <w:rPr>
                <w:sz w:val="18"/>
                <w:szCs w:val="28"/>
              </w:rPr>
              <w:t>-19</w:t>
            </w:r>
          </w:p>
        </w:tc>
        <w:tc>
          <w:tcPr>
            <w:tcW w:w="0" w:type="auto"/>
            <w:vAlign w:val="center"/>
          </w:tcPr>
          <w:p w14:paraId="332B6AE6" w14:textId="77777777" w:rsidR="00F12170" w:rsidRPr="007911BE" w:rsidRDefault="00000000">
            <w:pPr>
              <w:ind w:firstLine="0"/>
              <w:jc w:val="center"/>
              <w:rPr>
                <w:sz w:val="18"/>
                <w:szCs w:val="28"/>
              </w:rPr>
            </w:pPr>
            <w:r w:rsidRPr="007911BE">
              <w:rPr>
                <w:sz w:val="18"/>
                <w:szCs w:val="28"/>
              </w:rPr>
              <w:t>-0.4</w:t>
            </w:r>
          </w:p>
        </w:tc>
      </w:tr>
      <w:tr w:rsidR="00F12170" w:rsidRPr="007911BE" w14:paraId="3EF10FA3" w14:textId="77777777" w:rsidTr="00B408C8">
        <w:trPr>
          <w:jc w:val="center"/>
        </w:trPr>
        <w:tc>
          <w:tcPr>
            <w:tcW w:w="0" w:type="auto"/>
            <w:vAlign w:val="center"/>
          </w:tcPr>
          <w:p w14:paraId="51E418C7" w14:textId="77777777" w:rsidR="00F12170" w:rsidRPr="007911BE" w:rsidRDefault="00000000">
            <w:pPr>
              <w:ind w:firstLine="0"/>
              <w:jc w:val="left"/>
              <w:rPr>
                <w:sz w:val="18"/>
                <w:szCs w:val="28"/>
              </w:rPr>
            </w:pPr>
            <w:proofErr w:type="spellStart"/>
            <w:r w:rsidRPr="007911BE">
              <w:rPr>
                <w:sz w:val="18"/>
                <w:szCs w:val="28"/>
              </w:rPr>
              <w:t>Саратовская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36975DFD"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67FD88A0" w14:textId="77777777" w:rsidR="00F12170" w:rsidRPr="007911BE" w:rsidRDefault="00000000">
            <w:pPr>
              <w:ind w:firstLine="0"/>
              <w:jc w:val="center"/>
              <w:rPr>
                <w:sz w:val="18"/>
                <w:szCs w:val="28"/>
              </w:rPr>
            </w:pPr>
            <w:r w:rsidRPr="007911BE">
              <w:rPr>
                <w:sz w:val="18"/>
                <w:szCs w:val="28"/>
              </w:rPr>
              <w:t>40.68</w:t>
            </w:r>
          </w:p>
        </w:tc>
        <w:tc>
          <w:tcPr>
            <w:tcW w:w="0" w:type="auto"/>
            <w:vAlign w:val="center"/>
          </w:tcPr>
          <w:p w14:paraId="046F5A8A" w14:textId="77777777" w:rsidR="00F12170" w:rsidRPr="007911BE" w:rsidRDefault="00000000">
            <w:pPr>
              <w:ind w:firstLine="0"/>
              <w:jc w:val="center"/>
              <w:rPr>
                <w:sz w:val="18"/>
                <w:szCs w:val="28"/>
              </w:rPr>
            </w:pPr>
            <w:r w:rsidRPr="007911BE">
              <w:rPr>
                <w:sz w:val="18"/>
                <w:szCs w:val="28"/>
              </w:rPr>
              <w:t>-2.9</w:t>
            </w:r>
          </w:p>
        </w:tc>
      </w:tr>
      <w:tr w:rsidR="00F12170" w:rsidRPr="007911BE" w14:paraId="1FCDD263" w14:textId="77777777" w:rsidTr="00B408C8">
        <w:trPr>
          <w:jc w:val="center"/>
        </w:trPr>
        <w:tc>
          <w:tcPr>
            <w:tcW w:w="0" w:type="auto"/>
            <w:vAlign w:val="center"/>
          </w:tcPr>
          <w:p w14:paraId="40F1C033" w14:textId="77777777" w:rsidR="00F12170" w:rsidRPr="007911BE" w:rsidRDefault="00000000">
            <w:pPr>
              <w:ind w:firstLine="0"/>
              <w:jc w:val="left"/>
              <w:rPr>
                <w:sz w:val="18"/>
                <w:szCs w:val="28"/>
              </w:rPr>
            </w:pPr>
            <w:proofErr w:type="spellStart"/>
            <w:r w:rsidRPr="007911BE">
              <w:rPr>
                <w:sz w:val="18"/>
                <w:szCs w:val="28"/>
              </w:rPr>
              <w:t>Сахалинская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15673228"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32FBE2E7" w14:textId="77777777" w:rsidR="00F12170" w:rsidRPr="007911BE" w:rsidRDefault="00000000">
            <w:pPr>
              <w:ind w:firstLine="0"/>
              <w:jc w:val="center"/>
              <w:rPr>
                <w:sz w:val="18"/>
                <w:szCs w:val="28"/>
              </w:rPr>
            </w:pPr>
            <w:r w:rsidRPr="007911BE">
              <w:rPr>
                <w:sz w:val="18"/>
                <w:szCs w:val="28"/>
              </w:rPr>
              <w:t>63.87</w:t>
            </w:r>
          </w:p>
        </w:tc>
        <w:tc>
          <w:tcPr>
            <w:tcW w:w="0" w:type="auto"/>
            <w:vAlign w:val="center"/>
          </w:tcPr>
          <w:p w14:paraId="043C7E81" w14:textId="77777777" w:rsidR="00F12170" w:rsidRPr="007911BE" w:rsidRDefault="00000000">
            <w:pPr>
              <w:ind w:firstLine="0"/>
              <w:jc w:val="center"/>
              <w:rPr>
                <w:sz w:val="18"/>
                <w:szCs w:val="28"/>
              </w:rPr>
            </w:pPr>
            <w:r w:rsidRPr="007911BE">
              <w:rPr>
                <w:sz w:val="18"/>
                <w:szCs w:val="28"/>
              </w:rPr>
              <w:t>-2.7</w:t>
            </w:r>
          </w:p>
        </w:tc>
      </w:tr>
      <w:tr w:rsidR="00F12170" w:rsidRPr="007911BE" w14:paraId="0E1FFC80" w14:textId="77777777" w:rsidTr="00B408C8">
        <w:trPr>
          <w:jc w:val="center"/>
        </w:trPr>
        <w:tc>
          <w:tcPr>
            <w:tcW w:w="0" w:type="auto"/>
            <w:vAlign w:val="center"/>
          </w:tcPr>
          <w:p w14:paraId="360CEA4B" w14:textId="77777777" w:rsidR="00F12170" w:rsidRPr="007911BE" w:rsidRDefault="00000000">
            <w:pPr>
              <w:ind w:firstLine="0"/>
              <w:jc w:val="left"/>
              <w:rPr>
                <w:sz w:val="18"/>
                <w:szCs w:val="28"/>
              </w:rPr>
            </w:pPr>
            <w:proofErr w:type="spellStart"/>
            <w:r w:rsidRPr="007911BE">
              <w:rPr>
                <w:sz w:val="18"/>
                <w:szCs w:val="28"/>
              </w:rPr>
              <w:t>Свердловская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28852048" w14:textId="77777777" w:rsidR="00F12170" w:rsidRPr="007911BE" w:rsidRDefault="00000000">
            <w:pPr>
              <w:ind w:firstLine="0"/>
              <w:jc w:val="left"/>
              <w:rPr>
                <w:sz w:val="18"/>
                <w:szCs w:val="28"/>
              </w:rPr>
            </w:pPr>
            <w:r w:rsidRPr="007911BE">
              <w:rPr>
                <w:sz w:val="18"/>
                <w:szCs w:val="28"/>
              </w:rPr>
              <w:t>УФО</w:t>
            </w:r>
          </w:p>
        </w:tc>
        <w:tc>
          <w:tcPr>
            <w:tcW w:w="0" w:type="auto"/>
            <w:vAlign w:val="center"/>
          </w:tcPr>
          <w:p w14:paraId="16342640" w14:textId="77777777" w:rsidR="00F12170" w:rsidRPr="007911BE" w:rsidRDefault="00000000">
            <w:pPr>
              <w:ind w:firstLine="0"/>
              <w:jc w:val="center"/>
              <w:rPr>
                <w:sz w:val="18"/>
                <w:szCs w:val="28"/>
              </w:rPr>
            </w:pPr>
            <w:r w:rsidRPr="007911BE">
              <w:rPr>
                <w:sz w:val="18"/>
                <w:szCs w:val="28"/>
              </w:rPr>
              <w:t>47.57</w:t>
            </w:r>
          </w:p>
        </w:tc>
        <w:tc>
          <w:tcPr>
            <w:tcW w:w="0" w:type="auto"/>
            <w:vAlign w:val="center"/>
          </w:tcPr>
          <w:p w14:paraId="69AC32A6" w14:textId="77777777" w:rsidR="00F12170" w:rsidRPr="007911BE" w:rsidRDefault="00000000">
            <w:pPr>
              <w:ind w:firstLine="0"/>
              <w:jc w:val="center"/>
              <w:rPr>
                <w:sz w:val="18"/>
                <w:szCs w:val="28"/>
              </w:rPr>
            </w:pPr>
            <w:r w:rsidRPr="007911BE">
              <w:rPr>
                <w:sz w:val="18"/>
                <w:szCs w:val="28"/>
              </w:rPr>
              <w:t>-3.4</w:t>
            </w:r>
          </w:p>
        </w:tc>
      </w:tr>
      <w:tr w:rsidR="00F12170" w:rsidRPr="007911BE" w14:paraId="18F31BC9" w14:textId="77777777" w:rsidTr="00B408C8">
        <w:trPr>
          <w:jc w:val="center"/>
        </w:trPr>
        <w:tc>
          <w:tcPr>
            <w:tcW w:w="0" w:type="auto"/>
            <w:vAlign w:val="center"/>
          </w:tcPr>
          <w:p w14:paraId="7C266714" w14:textId="77777777" w:rsidR="00F12170" w:rsidRPr="007911BE" w:rsidRDefault="00000000">
            <w:pPr>
              <w:ind w:firstLine="0"/>
              <w:jc w:val="left"/>
              <w:rPr>
                <w:sz w:val="18"/>
                <w:szCs w:val="28"/>
              </w:rPr>
            </w:pPr>
            <w:proofErr w:type="spellStart"/>
            <w:r w:rsidRPr="007911BE">
              <w:rPr>
                <w:sz w:val="18"/>
                <w:szCs w:val="28"/>
              </w:rPr>
              <w:t>Севастополь</w:t>
            </w:r>
            <w:proofErr w:type="spellEnd"/>
          </w:p>
        </w:tc>
        <w:tc>
          <w:tcPr>
            <w:tcW w:w="0" w:type="auto"/>
            <w:vAlign w:val="center"/>
          </w:tcPr>
          <w:p w14:paraId="684D6D63" w14:textId="77777777" w:rsidR="00F12170" w:rsidRPr="007911BE" w:rsidRDefault="00000000">
            <w:pPr>
              <w:ind w:firstLine="0"/>
              <w:jc w:val="left"/>
              <w:rPr>
                <w:sz w:val="18"/>
                <w:szCs w:val="28"/>
              </w:rPr>
            </w:pPr>
            <w:r w:rsidRPr="007911BE">
              <w:rPr>
                <w:sz w:val="18"/>
                <w:szCs w:val="28"/>
              </w:rPr>
              <w:t>ЮФО</w:t>
            </w:r>
          </w:p>
        </w:tc>
        <w:tc>
          <w:tcPr>
            <w:tcW w:w="0" w:type="auto"/>
            <w:vAlign w:val="center"/>
          </w:tcPr>
          <w:p w14:paraId="7D6A6A5E" w14:textId="77777777" w:rsidR="00F12170" w:rsidRPr="007911BE" w:rsidRDefault="00000000">
            <w:pPr>
              <w:ind w:firstLine="0"/>
              <w:jc w:val="center"/>
              <w:rPr>
                <w:sz w:val="18"/>
                <w:szCs w:val="28"/>
              </w:rPr>
            </w:pPr>
            <w:r w:rsidRPr="007911BE">
              <w:rPr>
                <w:sz w:val="18"/>
                <w:szCs w:val="28"/>
              </w:rPr>
              <w:t>-14.8</w:t>
            </w:r>
          </w:p>
        </w:tc>
        <w:tc>
          <w:tcPr>
            <w:tcW w:w="0" w:type="auto"/>
            <w:vAlign w:val="center"/>
          </w:tcPr>
          <w:p w14:paraId="767F9E91" w14:textId="77777777" w:rsidR="00F12170" w:rsidRPr="007911BE" w:rsidRDefault="00000000">
            <w:pPr>
              <w:ind w:firstLine="0"/>
              <w:jc w:val="center"/>
              <w:rPr>
                <w:sz w:val="18"/>
                <w:szCs w:val="28"/>
              </w:rPr>
            </w:pPr>
            <w:r w:rsidRPr="007911BE">
              <w:rPr>
                <w:sz w:val="18"/>
                <w:szCs w:val="28"/>
              </w:rPr>
              <w:t>1.9</w:t>
            </w:r>
          </w:p>
        </w:tc>
      </w:tr>
      <w:tr w:rsidR="00F12170" w:rsidRPr="007911BE" w14:paraId="47FBB309" w14:textId="77777777" w:rsidTr="00B408C8">
        <w:trPr>
          <w:jc w:val="center"/>
        </w:trPr>
        <w:tc>
          <w:tcPr>
            <w:tcW w:w="0" w:type="auto"/>
            <w:vAlign w:val="center"/>
          </w:tcPr>
          <w:p w14:paraId="417DB248" w14:textId="77777777" w:rsidR="00F12170" w:rsidRPr="007911BE" w:rsidRDefault="00000000">
            <w:pPr>
              <w:ind w:firstLine="0"/>
              <w:jc w:val="left"/>
              <w:rPr>
                <w:sz w:val="18"/>
                <w:szCs w:val="28"/>
              </w:rPr>
            </w:pPr>
            <w:proofErr w:type="spellStart"/>
            <w:r w:rsidRPr="007911BE">
              <w:rPr>
                <w:sz w:val="18"/>
                <w:szCs w:val="28"/>
              </w:rPr>
              <w:t>Смоленская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0E2D39D8"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7810C418" w14:textId="77777777" w:rsidR="00F12170" w:rsidRPr="007911BE" w:rsidRDefault="00000000">
            <w:pPr>
              <w:ind w:firstLine="0"/>
              <w:jc w:val="center"/>
              <w:rPr>
                <w:sz w:val="18"/>
                <w:szCs w:val="28"/>
              </w:rPr>
            </w:pPr>
            <w:r w:rsidRPr="007911BE">
              <w:rPr>
                <w:sz w:val="18"/>
                <w:szCs w:val="28"/>
              </w:rPr>
              <w:t>21.83</w:t>
            </w:r>
          </w:p>
        </w:tc>
        <w:tc>
          <w:tcPr>
            <w:tcW w:w="0" w:type="auto"/>
            <w:vAlign w:val="center"/>
          </w:tcPr>
          <w:p w14:paraId="363FC880" w14:textId="77777777" w:rsidR="00F12170" w:rsidRPr="007911BE" w:rsidRDefault="00000000">
            <w:pPr>
              <w:ind w:firstLine="0"/>
              <w:jc w:val="center"/>
              <w:rPr>
                <w:sz w:val="18"/>
                <w:szCs w:val="28"/>
              </w:rPr>
            </w:pPr>
            <w:r w:rsidRPr="007911BE">
              <w:rPr>
                <w:sz w:val="18"/>
                <w:szCs w:val="28"/>
              </w:rPr>
              <w:t>-6</w:t>
            </w:r>
          </w:p>
        </w:tc>
      </w:tr>
      <w:tr w:rsidR="00F12170" w:rsidRPr="007911BE" w14:paraId="7761822D" w14:textId="77777777" w:rsidTr="00B408C8">
        <w:trPr>
          <w:jc w:val="center"/>
        </w:trPr>
        <w:tc>
          <w:tcPr>
            <w:tcW w:w="0" w:type="auto"/>
            <w:vAlign w:val="center"/>
          </w:tcPr>
          <w:p w14:paraId="1E1046A0" w14:textId="77777777" w:rsidR="00F12170" w:rsidRPr="007911BE" w:rsidRDefault="00000000">
            <w:pPr>
              <w:ind w:firstLine="0"/>
              <w:jc w:val="left"/>
              <w:rPr>
                <w:sz w:val="18"/>
                <w:szCs w:val="28"/>
              </w:rPr>
            </w:pPr>
            <w:proofErr w:type="spellStart"/>
            <w:r w:rsidRPr="007911BE">
              <w:rPr>
                <w:sz w:val="18"/>
                <w:szCs w:val="28"/>
              </w:rPr>
              <w:t>Ставропольский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7172203E" w14:textId="77777777" w:rsidR="00F12170" w:rsidRPr="007911BE" w:rsidRDefault="00000000">
            <w:pPr>
              <w:ind w:firstLine="0"/>
              <w:jc w:val="left"/>
              <w:rPr>
                <w:sz w:val="18"/>
                <w:szCs w:val="28"/>
              </w:rPr>
            </w:pPr>
            <w:r w:rsidRPr="007911BE">
              <w:rPr>
                <w:sz w:val="18"/>
                <w:szCs w:val="28"/>
              </w:rPr>
              <w:t>СКФО</w:t>
            </w:r>
          </w:p>
        </w:tc>
        <w:tc>
          <w:tcPr>
            <w:tcW w:w="0" w:type="auto"/>
            <w:vAlign w:val="center"/>
          </w:tcPr>
          <w:p w14:paraId="424BEC99" w14:textId="77777777" w:rsidR="00F12170" w:rsidRPr="007911BE" w:rsidRDefault="00000000">
            <w:pPr>
              <w:ind w:firstLine="0"/>
              <w:jc w:val="center"/>
              <w:rPr>
                <w:sz w:val="18"/>
                <w:szCs w:val="28"/>
              </w:rPr>
            </w:pPr>
            <w:r w:rsidRPr="007911BE">
              <w:rPr>
                <w:sz w:val="18"/>
                <w:szCs w:val="28"/>
              </w:rPr>
              <w:t>32.42</w:t>
            </w:r>
          </w:p>
        </w:tc>
        <w:tc>
          <w:tcPr>
            <w:tcW w:w="0" w:type="auto"/>
            <w:vAlign w:val="center"/>
          </w:tcPr>
          <w:p w14:paraId="75C09002" w14:textId="77777777" w:rsidR="00F12170" w:rsidRPr="007911BE" w:rsidRDefault="00000000">
            <w:pPr>
              <w:ind w:firstLine="0"/>
              <w:jc w:val="center"/>
              <w:rPr>
                <w:sz w:val="18"/>
                <w:szCs w:val="28"/>
              </w:rPr>
            </w:pPr>
            <w:r w:rsidRPr="007911BE">
              <w:rPr>
                <w:sz w:val="18"/>
                <w:szCs w:val="28"/>
              </w:rPr>
              <w:t>-6</w:t>
            </w:r>
          </w:p>
        </w:tc>
      </w:tr>
      <w:tr w:rsidR="00F12170" w:rsidRPr="007911BE" w14:paraId="31F62093" w14:textId="77777777" w:rsidTr="00B408C8">
        <w:trPr>
          <w:jc w:val="center"/>
        </w:trPr>
        <w:tc>
          <w:tcPr>
            <w:tcW w:w="0" w:type="auto"/>
            <w:vAlign w:val="center"/>
          </w:tcPr>
          <w:p w14:paraId="72CBF673" w14:textId="77777777" w:rsidR="00F12170" w:rsidRPr="007911BE" w:rsidRDefault="00000000">
            <w:pPr>
              <w:ind w:firstLine="0"/>
              <w:jc w:val="left"/>
              <w:rPr>
                <w:sz w:val="18"/>
                <w:szCs w:val="28"/>
              </w:rPr>
            </w:pPr>
            <w:proofErr w:type="spellStart"/>
            <w:r w:rsidRPr="007911BE">
              <w:rPr>
                <w:sz w:val="18"/>
                <w:szCs w:val="28"/>
              </w:rPr>
              <w:t>Тамбовская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15BA8E98"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30FD1797" w14:textId="77777777" w:rsidR="00F12170" w:rsidRPr="007911BE" w:rsidRDefault="00000000">
            <w:pPr>
              <w:ind w:firstLine="0"/>
              <w:jc w:val="center"/>
              <w:rPr>
                <w:sz w:val="18"/>
                <w:szCs w:val="28"/>
              </w:rPr>
            </w:pPr>
            <w:r w:rsidRPr="007911BE">
              <w:rPr>
                <w:sz w:val="18"/>
                <w:szCs w:val="28"/>
              </w:rPr>
              <w:t>11.92</w:t>
            </w:r>
          </w:p>
        </w:tc>
        <w:tc>
          <w:tcPr>
            <w:tcW w:w="0" w:type="auto"/>
            <w:vAlign w:val="center"/>
          </w:tcPr>
          <w:p w14:paraId="787EC26F" w14:textId="77777777" w:rsidR="00F12170" w:rsidRPr="007911BE" w:rsidRDefault="00000000">
            <w:pPr>
              <w:ind w:firstLine="0"/>
              <w:jc w:val="center"/>
              <w:rPr>
                <w:sz w:val="18"/>
                <w:szCs w:val="28"/>
              </w:rPr>
            </w:pPr>
            <w:r w:rsidRPr="007911BE">
              <w:rPr>
                <w:sz w:val="18"/>
                <w:szCs w:val="28"/>
              </w:rPr>
              <w:t>-0.1</w:t>
            </w:r>
          </w:p>
        </w:tc>
      </w:tr>
      <w:tr w:rsidR="00F12170" w:rsidRPr="007911BE" w14:paraId="521F562C" w14:textId="77777777" w:rsidTr="00B408C8">
        <w:trPr>
          <w:jc w:val="center"/>
        </w:trPr>
        <w:tc>
          <w:tcPr>
            <w:tcW w:w="0" w:type="auto"/>
            <w:vAlign w:val="center"/>
          </w:tcPr>
          <w:p w14:paraId="4A4C71CE" w14:textId="77777777" w:rsidR="00F12170" w:rsidRPr="007911BE" w:rsidRDefault="00000000">
            <w:pPr>
              <w:ind w:firstLine="0"/>
              <w:jc w:val="left"/>
              <w:rPr>
                <w:sz w:val="18"/>
                <w:szCs w:val="28"/>
              </w:rPr>
            </w:pPr>
            <w:proofErr w:type="spellStart"/>
            <w:r w:rsidRPr="007911BE">
              <w:rPr>
                <w:sz w:val="18"/>
                <w:szCs w:val="28"/>
              </w:rPr>
              <w:t>Тверская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71B6D3D5"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0DE99715" w14:textId="77777777" w:rsidR="00F12170" w:rsidRPr="007911BE" w:rsidRDefault="00000000">
            <w:pPr>
              <w:ind w:firstLine="0"/>
              <w:jc w:val="center"/>
              <w:rPr>
                <w:sz w:val="18"/>
                <w:szCs w:val="28"/>
              </w:rPr>
            </w:pPr>
            <w:r w:rsidRPr="007911BE">
              <w:rPr>
                <w:sz w:val="18"/>
                <w:szCs w:val="28"/>
              </w:rPr>
              <w:t>-6.52</w:t>
            </w:r>
          </w:p>
        </w:tc>
        <w:tc>
          <w:tcPr>
            <w:tcW w:w="0" w:type="auto"/>
            <w:vAlign w:val="center"/>
          </w:tcPr>
          <w:p w14:paraId="5555A81D" w14:textId="77777777" w:rsidR="00F12170" w:rsidRPr="007911BE" w:rsidRDefault="00000000">
            <w:pPr>
              <w:ind w:firstLine="0"/>
              <w:jc w:val="center"/>
              <w:rPr>
                <w:sz w:val="18"/>
                <w:szCs w:val="28"/>
              </w:rPr>
            </w:pPr>
            <w:r w:rsidRPr="007911BE">
              <w:rPr>
                <w:sz w:val="18"/>
                <w:szCs w:val="28"/>
              </w:rPr>
              <w:t>-4.8</w:t>
            </w:r>
          </w:p>
        </w:tc>
      </w:tr>
      <w:tr w:rsidR="00F12170" w:rsidRPr="007911BE" w14:paraId="4C96762B" w14:textId="77777777" w:rsidTr="00B408C8">
        <w:trPr>
          <w:jc w:val="center"/>
        </w:trPr>
        <w:tc>
          <w:tcPr>
            <w:tcW w:w="0" w:type="auto"/>
            <w:vAlign w:val="center"/>
          </w:tcPr>
          <w:p w14:paraId="1739B692" w14:textId="77777777" w:rsidR="00F12170" w:rsidRPr="007911BE" w:rsidRDefault="00000000">
            <w:pPr>
              <w:ind w:firstLine="0"/>
              <w:jc w:val="left"/>
              <w:rPr>
                <w:sz w:val="18"/>
                <w:szCs w:val="28"/>
              </w:rPr>
            </w:pPr>
            <w:proofErr w:type="spellStart"/>
            <w:r w:rsidRPr="007911BE">
              <w:rPr>
                <w:sz w:val="18"/>
                <w:szCs w:val="28"/>
              </w:rPr>
              <w:t>Томская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1C1DB7B0" w14:textId="77777777" w:rsidR="00F12170" w:rsidRPr="007911BE" w:rsidRDefault="00000000">
            <w:pPr>
              <w:ind w:firstLine="0"/>
              <w:jc w:val="left"/>
              <w:rPr>
                <w:sz w:val="18"/>
                <w:szCs w:val="28"/>
              </w:rPr>
            </w:pPr>
            <w:r w:rsidRPr="007911BE">
              <w:rPr>
                <w:sz w:val="18"/>
                <w:szCs w:val="28"/>
              </w:rPr>
              <w:t>СФО</w:t>
            </w:r>
          </w:p>
        </w:tc>
        <w:tc>
          <w:tcPr>
            <w:tcW w:w="0" w:type="auto"/>
            <w:vAlign w:val="center"/>
          </w:tcPr>
          <w:p w14:paraId="3B1C9AB4" w14:textId="77777777" w:rsidR="00F12170" w:rsidRPr="007911BE" w:rsidRDefault="00000000">
            <w:pPr>
              <w:ind w:firstLine="0"/>
              <w:jc w:val="center"/>
              <w:rPr>
                <w:sz w:val="18"/>
                <w:szCs w:val="28"/>
              </w:rPr>
            </w:pPr>
            <w:r w:rsidRPr="007911BE">
              <w:rPr>
                <w:sz w:val="18"/>
                <w:szCs w:val="28"/>
              </w:rPr>
              <w:t>48.1</w:t>
            </w:r>
          </w:p>
        </w:tc>
        <w:tc>
          <w:tcPr>
            <w:tcW w:w="0" w:type="auto"/>
            <w:vAlign w:val="center"/>
          </w:tcPr>
          <w:p w14:paraId="5367B4F8" w14:textId="77777777" w:rsidR="00F12170" w:rsidRPr="007911BE" w:rsidRDefault="00000000">
            <w:pPr>
              <w:ind w:firstLine="0"/>
              <w:jc w:val="center"/>
              <w:rPr>
                <w:sz w:val="18"/>
                <w:szCs w:val="28"/>
              </w:rPr>
            </w:pPr>
            <w:r w:rsidRPr="007911BE">
              <w:rPr>
                <w:sz w:val="18"/>
                <w:szCs w:val="28"/>
              </w:rPr>
              <w:t>-4.4</w:t>
            </w:r>
          </w:p>
        </w:tc>
      </w:tr>
      <w:tr w:rsidR="00F12170" w:rsidRPr="007911BE" w14:paraId="4845597D" w14:textId="77777777" w:rsidTr="00B408C8">
        <w:trPr>
          <w:jc w:val="center"/>
        </w:trPr>
        <w:tc>
          <w:tcPr>
            <w:tcW w:w="0" w:type="auto"/>
            <w:vAlign w:val="center"/>
          </w:tcPr>
          <w:p w14:paraId="434034ED" w14:textId="77777777" w:rsidR="00F12170" w:rsidRPr="007911BE" w:rsidRDefault="00000000">
            <w:pPr>
              <w:ind w:firstLine="0"/>
              <w:jc w:val="left"/>
              <w:rPr>
                <w:sz w:val="18"/>
                <w:szCs w:val="28"/>
              </w:rPr>
            </w:pPr>
            <w:proofErr w:type="spellStart"/>
            <w:r w:rsidRPr="007911BE">
              <w:rPr>
                <w:sz w:val="18"/>
                <w:szCs w:val="28"/>
              </w:rPr>
              <w:t>Тульская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113B31C1"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26F081CC" w14:textId="77777777" w:rsidR="00F12170" w:rsidRPr="007911BE" w:rsidRDefault="00000000">
            <w:pPr>
              <w:ind w:firstLine="0"/>
              <w:jc w:val="center"/>
              <w:rPr>
                <w:sz w:val="18"/>
                <w:szCs w:val="28"/>
              </w:rPr>
            </w:pPr>
            <w:r w:rsidRPr="007911BE">
              <w:rPr>
                <w:sz w:val="18"/>
                <w:szCs w:val="28"/>
              </w:rPr>
              <w:t>10.75</w:t>
            </w:r>
          </w:p>
        </w:tc>
        <w:tc>
          <w:tcPr>
            <w:tcW w:w="0" w:type="auto"/>
            <w:vAlign w:val="center"/>
          </w:tcPr>
          <w:p w14:paraId="73B029ED" w14:textId="77777777" w:rsidR="00F12170" w:rsidRPr="007911BE" w:rsidRDefault="00000000">
            <w:pPr>
              <w:ind w:firstLine="0"/>
              <w:jc w:val="center"/>
              <w:rPr>
                <w:sz w:val="18"/>
                <w:szCs w:val="28"/>
              </w:rPr>
            </w:pPr>
            <w:r w:rsidRPr="007911BE">
              <w:rPr>
                <w:sz w:val="18"/>
                <w:szCs w:val="28"/>
              </w:rPr>
              <w:t>-2.7</w:t>
            </w:r>
          </w:p>
        </w:tc>
      </w:tr>
      <w:tr w:rsidR="00F12170" w:rsidRPr="007911BE" w14:paraId="31FFE389" w14:textId="77777777" w:rsidTr="00B408C8">
        <w:trPr>
          <w:jc w:val="center"/>
        </w:trPr>
        <w:tc>
          <w:tcPr>
            <w:tcW w:w="0" w:type="auto"/>
            <w:vAlign w:val="center"/>
          </w:tcPr>
          <w:p w14:paraId="2786FBEF" w14:textId="77777777" w:rsidR="00F12170" w:rsidRPr="007911BE" w:rsidRDefault="00000000">
            <w:pPr>
              <w:ind w:firstLine="0"/>
              <w:jc w:val="left"/>
              <w:rPr>
                <w:sz w:val="18"/>
                <w:szCs w:val="28"/>
              </w:rPr>
            </w:pPr>
            <w:proofErr w:type="spellStart"/>
            <w:r w:rsidRPr="007911BE">
              <w:rPr>
                <w:sz w:val="18"/>
                <w:szCs w:val="28"/>
              </w:rPr>
              <w:t>Тюменская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007BCC68" w14:textId="77777777" w:rsidR="00F12170" w:rsidRPr="007911BE" w:rsidRDefault="00000000">
            <w:pPr>
              <w:ind w:firstLine="0"/>
              <w:jc w:val="left"/>
              <w:rPr>
                <w:sz w:val="18"/>
                <w:szCs w:val="28"/>
              </w:rPr>
            </w:pPr>
            <w:r w:rsidRPr="007911BE">
              <w:rPr>
                <w:sz w:val="18"/>
                <w:szCs w:val="28"/>
              </w:rPr>
              <w:t>УФО</w:t>
            </w:r>
          </w:p>
        </w:tc>
        <w:tc>
          <w:tcPr>
            <w:tcW w:w="0" w:type="auto"/>
            <w:vAlign w:val="center"/>
          </w:tcPr>
          <w:p w14:paraId="285D5752" w14:textId="77777777" w:rsidR="00F12170" w:rsidRPr="007911BE" w:rsidRDefault="00000000">
            <w:pPr>
              <w:ind w:firstLine="0"/>
              <w:jc w:val="center"/>
              <w:rPr>
                <w:sz w:val="18"/>
                <w:szCs w:val="28"/>
              </w:rPr>
            </w:pPr>
            <w:r w:rsidRPr="007911BE">
              <w:rPr>
                <w:sz w:val="18"/>
                <w:szCs w:val="28"/>
              </w:rPr>
              <w:t>23.72</w:t>
            </w:r>
          </w:p>
        </w:tc>
        <w:tc>
          <w:tcPr>
            <w:tcW w:w="0" w:type="auto"/>
            <w:vAlign w:val="center"/>
          </w:tcPr>
          <w:p w14:paraId="1FEBBEB5" w14:textId="77777777" w:rsidR="00F12170" w:rsidRPr="007911BE" w:rsidRDefault="00000000">
            <w:pPr>
              <w:ind w:firstLine="0"/>
              <w:jc w:val="center"/>
              <w:rPr>
                <w:sz w:val="18"/>
                <w:szCs w:val="28"/>
              </w:rPr>
            </w:pPr>
            <w:r w:rsidRPr="007911BE">
              <w:rPr>
                <w:sz w:val="18"/>
                <w:szCs w:val="28"/>
              </w:rPr>
              <w:t>-2.9</w:t>
            </w:r>
          </w:p>
        </w:tc>
      </w:tr>
      <w:tr w:rsidR="00F12170" w:rsidRPr="007911BE" w14:paraId="45E98935" w14:textId="77777777" w:rsidTr="00B408C8">
        <w:trPr>
          <w:jc w:val="center"/>
        </w:trPr>
        <w:tc>
          <w:tcPr>
            <w:tcW w:w="0" w:type="auto"/>
            <w:vAlign w:val="center"/>
          </w:tcPr>
          <w:p w14:paraId="40C8BC53" w14:textId="77777777" w:rsidR="00F12170" w:rsidRPr="007911BE" w:rsidRDefault="00000000">
            <w:pPr>
              <w:ind w:firstLine="0"/>
              <w:jc w:val="left"/>
              <w:rPr>
                <w:sz w:val="18"/>
                <w:szCs w:val="28"/>
              </w:rPr>
            </w:pPr>
            <w:proofErr w:type="spellStart"/>
            <w:r w:rsidRPr="007911BE">
              <w:rPr>
                <w:sz w:val="18"/>
                <w:szCs w:val="28"/>
              </w:rPr>
              <w:t>Удмуртская</w:t>
            </w:r>
            <w:proofErr w:type="spellEnd"/>
            <w:r w:rsidRPr="007911BE">
              <w:rPr>
                <w:sz w:val="18"/>
                <w:szCs w:val="28"/>
              </w:rPr>
              <w:t xml:space="preserve"> </w:t>
            </w:r>
            <w:proofErr w:type="spellStart"/>
            <w:r w:rsidRPr="007911BE">
              <w:rPr>
                <w:sz w:val="18"/>
                <w:szCs w:val="28"/>
              </w:rPr>
              <w:t>Республика</w:t>
            </w:r>
            <w:proofErr w:type="spellEnd"/>
          </w:p>
        </w:tc>
        <w:tc>
          <w:tcPr>
            <w:tcW w:w="0" w:type="auto"/>
            <w:vAlign w:val="center"/>
          </w:tcPr>
          <w:p w14:paraId="6FED8B29"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0700A5AD" w14:textId="77777777" w:rsidR="00F12170" w:rsidRPr="007911BE" w:rsidRDefault="00000000">
            <w:pPr>
              <w:ind w:firstLine="0"/>
              <w:jc w:val="center"/>
              <w:rPr>
                <w:sz w:val="18"/>
                <w:szCs w:val="28"/>
              </w:rPr>
            </w:pPr>
            <w:r w:rsidRPr="007911BE">
              <w:rPr>
                <w:sz w:val="18"/>
                <w:szCs w:val="28"/>
              </w:rPr>
              <w:t>31.96</w:t>
            </w:r>
          </w:p>
        </w:tc>
        <w:tc>
          <w:tcPr>
            <w:tcW w:w="0" w:type="auto"/>
            <w:vAlign w:val="center"/>
          </w:tcPr>
          <w:p w14:paraId="3EE0820A" w14:textId="77777777" w:rsidR="00F12170" w:rsidRPr="007911BE" w:rsidRDefault="00000000">
            <w:pPr>
              <w:ind w:firstLine="0"/>
              <w:jc w:val="center"/>
              <w:rPr>
                <w:sz w:val="18"/>
                <w:szCs w:val="28"/>
              </w:rPr>
            </w:pPr>
            <w:r w:rsidRPr="007911BE">
              <w:rPr>
                <w:sz w:val="18"/>
                <w:szCs w:val="28"/>
              </w:rPr>
              <w:t>-5.4</w:t>
            </w:r>
          </w:p>
        </w:tc>
      </w:tr>
      <w:tr w:rsidR="00F12170" w:rsidRPr="007911BE" w14:paraId="556A89D7" w14:textId="77777777" w:rsidTr="00B408C8">
        <w:trPr>
          <w:jc w:val="center"/>
        </w:trPr>
        <w:tc>
          <w:tcPr>
            <w:tcW w:w="0" w:type="auto"/>
            <w:vAlign w:val="center"/>
          </w:tcPr>
          <w:p w14:paraId="2B418C59" w14:textId="77777777" w:rsidR="00F12170" w:rsidRPr="007911BE" w:rsidRDefault="00000000">
            <w:pPr>
              <w:ind w:firstLine="0"/>
              <w:jc w:val="left"/>
              <w:rPr>
                <w:sz w:val="18"/>
                <w:szCs w:val="28"/>
              </w:rPr>
            </w:pPr>
            <w:proofErr w:type="spellStart"/>
            <w:r w:rsidRPr="007911BE">
              <w:rPr>
                <w:sz w:val="18"/>
                <w:szCs w:val="28"/>
              </w:rPr>
              <w:t>Ульяновская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0CB200DC"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23D7B930" w14:textId="77777777" w:rsidR="00F12170" w:rsidRPr="007911BE" w:rsidRDefault="00000000">
            <w:pPr>
              <w:ind w:firstLine="0"/>
              <w:jc w:val="center"/>
              <w:rPr>
                <w:sz w:val="18"/>
                <w:szCs w:val="28"/>
              </w:rPr>
            </w:pPr>
            <w:r w:rsidRPr="007911BE">
              <w:rPr>
                <w:sz w:val="18"/>
                <w:szCs w:val="28"/>
              </w:rPr>
              <w:t>20.13</w:t>
            </w:r>
          </w:p>
        </w:tc>
        <w:tc>
          <w:tcPr>
            <w:tcW w:w="0" w:type="auto"/>
            <w:vAlign w:val="center"/>
          </w:tcPr>
          <w:p w14:paraId="25E821EF" w14:textId="77777777" w:rsidR="00F12170" w:rsidRPr="007911BE" w:rsidRDefault="00000000">
            <w:pPr>
              <w:ind w:firstLine="0"/>
              <w:jc w:val="center"/>
              <w:rPr>
                <w:sz w:val="18"/>
                <w:szCs w:val="28"/>
              </w:rPr>
            </w:pPr>
            <w:r w:rsidRPr="007911BE">
              <w:rPr>
                <w:sz w:val="18"/>
                <w:szCs w:val="28"/>
              </w:rPr>
              <w:t>-2.5</w:t>
            </w:r>
          </w:p>
        </w:tc>
      </w:tr>
      <w:tr w:rsidR="00F12170" w:rsidRPr="007911BE" w14:paraId="43106A84" w14:textId="77777777" w:rsidTr="00B408C8">
        <w:trPr>
          <w:jc w:val="center"/>
        </w:trPr>
        <w:tc>
          <w:tcPr>
            <w:tcW w:w="0" w:type="auto"/>
            <w:vAlign w:val="center"/>
          </w:tcPr>
          <w:p w14:paraId="7336E9E6" w14:textId="77777777" w:rsidR="00F12170" w:rsidRPr="007911BE" w:rsidRDefault="00000000">
            <w:pPr>
              <w:ind w:firstLine="0"/>
              <w:jc w:val="left"/>
              <w:rPr>
                <w:sz w:val="18"/>
                <w:szCs w:val="28"/>
              </w:rPr>
            </w:pPr>
            <w:proofErr w:type="spellStart"/>
            <w:r w:rsidRPr="007911BE">
              <w:rPr>
                <w:sz w:val="18"/>
                <w:szCs w:val="28"/>
              </w:rPr>
              <w:t>Хабаровский</w:t>
            </w:r>
            <w:proofErr w:type="spellEnd"/>
            <w:r w:rsidRPr="007911BE">
              <w:rPr>
                <w:sz w:val="18"/>
                <w:szCs w:val="28"/>
              </w:rPr>
              <w:t xml:space="preserve"> </w:t>
            </w:r>
            <w:proofErr w:type="spellStart"/>
            <w:r w:rsidRPr="007911BE">
              <w:rPr>
                <w:sz w:val="18"/>
                <w:szCs w:val="28"/>
              </w:rPr>
              <w:t>край</w:t>
            </w:r>
            <w:proofErr w:type="spellEnd"/>
          </w:p>
        </w:tc>
        <w:tc>
          <w:tcPr>
            <w:tcW w:w="0" w:type="auto"/>
            <w:vAlign w:val="center"/>
          </w:tcPr>
          <w:p w14:paraId="1CB812DE"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5CB8A14B" w14:textId="77777777" w:rsidR="00F12170" w:rsidRPr="007911BE" w:rsidRDefault="00000000">
            <w:pPr>
              <w:ind w:firstLine="0"/>
              <w:jc w:val="center"/>
              <w:rPr>
                <w:sz w:val="18"/>
                <w:szCs w:val="28"/>
              </w:rPr>
            </w:pPr>
            <w:r w:rsidRPr="007911BE">
              <w:rPr>
                <w:sz w:val="18"/>
                <w:szCs w:val="28"/>
              </w:rPr>
              <w:t>33.92</w:t>
            </w:r>
          </w:p>
        </w:tc>
        <w:tc>
          <w:tcPr>
            <w:tcW w:w="0" w:type="auto"/>
            <w:vAlign w:val="center"/>
          </w:tcPr>
          <w:p w14:paraId="3210A180" w14:textId="77777777" w:rsidR="00F12170" w:rsidRPr="007911BE" w:rsidRDefault="00000000">
            <w:pPr>
              <w:ind w:firstLine="0"/>
              <w:jc w:val="center"/>
              <w:rPr>
                <w:sz w:val="18"/>
                <w:szCs w:val="28"/>
              </w:rPr>
            </w:pPr>
            <w:r w:rsidRPr="007911BE">
              <w:rPr>
                <w:sz w:val="18"/>
                <w:szCs w:val="28"/>
              </w:rPr>
              <w:t>-7.5</w:t>
            </w:r>
          </w:p>
        </w:tc>
      </w:tr>
      <w:tr w:rsidR="00F12170" w:rsidRPr="007911BE" w14:paraId="0EB3BA1F" w14:textId="77777777" w:rsidTr="00B408C8">
        <w:trPr>
          <w:jc w:val="center"/>
        </w:trPr>
        <w:tc>
          <w:tcPr>
            <w:tcW w:w="0" w:type="auto"/>
            <w:vAlign w:val="center"/>
          </w:tcPr>
          <w:p w14:paraId="67D31A93" w14:textId="77777777" w:rsidR="00F12170" w:rsidRPr="007911BE" w:rsidRDefault="00000000">
            <w:pPr>
              <w:ind w:firstLine="0"/>
              <w:jc w:val="left"/>
              <w:rPr>
                <w:sz w:val="18"/>
                <w:szCs w:val="28"/>
                <w:lang w:val="ru-RU"/>
              </w:rPr>
            </w:pPr>
            <w:r w:rsidRPr="007911BE">
              <w:rPr>
                <w:sz w:val="18"/>
                <w:szCs w:val="28"/>
                <w:lang w:val="ru-RU"/>
              </w:rPr>
              <w:t>Ханты-Мансийский автономный округ - Югра</w:t>
            </w:r>
          </w:p>
        </w:tc>
        <w:tc>
          <w:tcPr>
            <w:tcW w:w="0" w:type="auto"/>
            <w:vAlign w:val="center"/>
          </w:tcPr>
          <w:p w14:paraId="28AF6454" w14:textId="77777777" w:rsidR="00F12170" w:rsidRPr="007911BE" w:rsidRDefault="00000000">
            <w:pPr>
              <w:ind w:firstLine="0"/>
              <w:jc w:val="left"/>
              <w:rPr>
                <w:sz w:val="18"/>
                <w:szCs w:val="28"/>
              </w:rPr>
            </w:pPr>
            <w:r w:rsidRPr="007911BE">
              <w:rPr>
                <w:sz w:val="18"/>
                <w:szCs w:val="28"/>
              </w:rPr>
              <w:t>УФО</w:t>
            </w:r>
          </w:p>
        </w:tc>
        <w:tc>
          <w:tcPr>
            <w:tcW w:w="0" w:type="auto"/>
            <w:vAlign w:val="center"/>
          </w:tcPr>
          <w:p w14:paraId="6BA8A5B5" w14:textId="77777777" w:rsidR="00F12170" w:rsidRPr="007911BE" w:rsidRDefault="00000000">
            <w:pPr>
              <w:ind w:firstLine="0"/>
              <w:jc w:val="center"/>
              <w:rPr>
                <w:sz w:val="18"/>
                <w:szCs w:val="28"/>
              </w:rPr>
            </w:pPr>
            <w:r w:rsidRPr="007911BE">
              <w:rPr>
                <w:sz w:val="18"/>
                <w:szCs w:val="28"/>
              </w:rPr>
              <w:t>28.29</w:t>
            </w:r>
          </w:p>
        </w:tc>
        <w:tc>
          <w:tcPr>
            <w:tcW w:w="0" w:type="auto"/>
            <w:vAlign w:val="center"/>
          </w:tcPr>
          <w:p w14:paraId="3FE9FDA0" w14:textId="77777777" w:rsidR="00F12170" w:rsidRPr="007911BE" w:rsidRDefault="00000000">
            <w:pPr>
              <w:ind w:firstLine="0"/>
              <w:jc w:val="center"/>
              <w:rPr>
                <w:sz w:val="18"/>
                <w:szCs w:val="28"/>
              </w:rPr>
            </w:pPr>
            <w:r w:rsidRPr="007911BE">
              <w:rPr>
                <w:sz w:val="18"/>
                <w:szCs w:val="28"/>
              </w:rPr>
              <w:t>-0.7</w:t>
            </w:r>
          </w:p>
        </w:tc>
      </w:tr>
      <w:tr w:rsidR="00F12170" w:rsidRPr="007911BE" w14:paraId="603B5B3A" w14:textId="77777777" w:rsidTr="00B408C8">
        <w:trPr>
          <w:jc w:val="center"/>
        </w:trPr>
        <w:tc>
          <w:tcPr>
            <w:tcW w:w="0" w:type="auto"/>
            <w:vAlign w:val="center"/>
          </w:tcPr>
          <w:p w14:paraId="1FF7E652" w14:textId="77777777" w:rsidR="00F12170" w:rsidRPr="007911BE" w:rsidRDefault="00000000">
            <w:pPr>
              <w:ind w:firstLine="0"/>
              <w:jc w:val="left"/>
              <w:rPr>
                <w:sz w:val="18"/>
                <w:szCs w:val="28"/>
              </w:rPr>
            </w:pPr>
            <w:proofErr w:type="spellStart"/>
            <w:r w:rsidRPr="007911BE">
              <w:rPr>
                <w:sz w:val="18"/>
                <w:szCs w:val="28"/>
              </w:rPr>
              <w:t>Челябинская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044B8DF7" w14:textId="77777777" w:rsidR="00F12170" w:rsidRPr="007911BE" w:rsidRDefault="00000000">
            <w:pPr>
              <w:ind w:firstLine="0"/>
              <w:jc w:val="left"/>
              <w:rPr>
                <w:sz w:val="18"/>
                <w:szCs w:val="28"/>
              </w:rPr>
            </w:pPr>
            <w:r w:rsidRPr="007911BE">
              <w:rPr>
                <w:sz w:val="18"/>
                <w:szCs w:val="28"/>
              </w:rPr>
              <w:t>УФО</w:t>
            </w:r>
          </w:p>
        </w:tc>
        <w:tc>
          <w:tcPr>
            <w:tcW w:w="0" w:type="auto"/>
            <w:vAlign w:val="center"/>
          </w:tcPr>
          <w:p w14:paraId="6191FCB8" w14:textId="77777777" w:rsidR="00F12170" w:rsidRPr="007911BE" w:rsidRDefault="00000000">
            <w:pPr>
              <w:ind w:firstLine="0"/>
              <w:jc w:val="center"/>
              <w:rPr>
                <w:sz w:val="18"/>
                <w:szCs w:val="28"/>
              </w:rPr>
            </w:pPr>
            <w:r w:rsidRPr="007911BE">
              <w:rPr>
                <w:sz w:val="18"/>
                <w:szCs w:val="28"/>
              </w:rPr>
              <w:t>42.54</w:t>
            </w:r>
          </w:p>
        </w:tc>
        <w:tc>
          <w:tcPr>
            <w:tcW w:w="0" w:type="auto"/>
            <w:vAlign w:val="center"/>
          </w:tcPr>
          <w:p w14:paraId="3898FD54" w14:textId="77777777" w:rsidR="00F12170" w:rsidRPr="007911BE" w:rsidRDefault="00000000">
            <w:pPr>
              <w:ind w:firstLine="0"/>
              <w:jc w:val="center"/>
              <w:rPr>
                <w:sz w:val="18"/>
                <w:szCs w:val="28"/>
              </w:rPr>
            </w:pPr>
            <w:r w:rsidRPr="007911BE">
              <w:rPr>
                <w:sz w:val="18"/>
                <w:szCs w:val="28"/>
              </w:rPr>
              <w:t>-5.5</w:t>
            </w:r>
          </w:p>
        </w:tc>
      </w:tr>
      <w:tr w:rsidR="00F12170" w:rsidRPr="007911BE" w14:paraId="72C5EAC8" w14:textId="77777777" w:rsidTr="00B408C8">
        <w:trPr>
          <w:jc w:val="center"/>
        </w:trPr>
        <w:tc>
          <w:tcPr>
            <w:tcW w:w="0" w:type="auto"/>
            <w:vAlign w:val="center"/>
          </w:tcPr>
          <w:p w14:paraId="6027A67F" w14:textId="77777777" w:rsidR="00F12170" w:rsidRPr="007911BE" w:rsidRDefault="00000000">
            <w:pPr>
              <w:ind w:firstLine="0"/>
              <w:jc w:val="left"/>
              <w:rPr>
                <w:sz w:val="18"/>
                <w:szCs w:val="28"/>
              </w:rPr>
            </w:pPr>
            <w:proofErr w:type="spellStart"/>
            <w:r w:rsidRPr="007911BE">
              <w:rPr>
                <w:sz w:val="18"/>
                <w:szCs w:val="28"/>
              </w:rPr>
              <w:t>Чеченская</w:t>
            </w:r>
            <w:proofErr w:type="spellEnd"/>
            <w:r w:rsidRPr="007911BE">
              <w:rPr>
                <w:sz w:val="18"/>
                <w:szCs w:val="28"/>
              </w:rPr>
              <w:t xml:space="preserve"> </w:t>
            </w:r>
            <w:proofErr w:type="spellStart"/>
            <w:r w:rsidRPr="007911BE">
              <w:rPr>
                <w:sz w:val="18"/>
                <w:szCs w:val="28"/>
              </w:rPr>
              <w:t>Республика</w:t>
            </w:r>
            <w:proofErr w:type="spellEnd"/>
          </w:p>
        </w:tc>
        <w:tc>
          <w:tcPr>
            <w:tcW w:w="0" w:type="auto"/>
            <w:vAlign w:val="center"/>
          </w:tcPr>
          <w:p w14:paraId="6C2B3B96" w14:textId="77777777" w:rsidR="00F12170" w:rsidRPr="007911BE" w:rsidRDefault="00000000">
            <w:pPr>
              <w:ind w:firstLine="0"/>
              <w:jc w:val="left"/>
              <w:rPr>
                <w:sz w:val="18"/>
                <w:szCs w:val="28"/>
              </w:rPr>
            </w:pPr>
            <w:r w:rsidRPr="007911BE">
              <w:rPr>
                <w:sz w:val="18"/>
                <w:szCs w:val="28"/>
              </w:rPr>
              <w:t>СКФО</w:t>
            </w:r>
          </w:p>
        </w:tc>
        <w:tc>
          <w:tcPr>
            <w:tcW w:w="0" w:type="auto"/>
            <w:vAlign w:val="center"/>
          </w:tcPr>
          <w:p w14:paraId="5199E772" w14:textId="77777777" w:rsidR="00F12170" w:rsidRPr="007911BE" w:rsidRDefault="00000000">
            <w:pPr>
              <w:ind w:firstLine="0"/>
              <w:jc w:val="center"/>
              <w:rPr>
                <w:sz w:val="18"/>
                <w:szCs w:val="28"/>
              </w:rPr>
            </w:pPr>
            <w:r w:rsidRPr="007911BE">
              <w:rPr>
                <w:sz w:val="18"/>
                <w:szCs w:val="28"/>
              </w:rPr>
              <w:t>-42.41</w:t>
            </w:r>
          </w:p>
        </w:tc>
        <w:tc>
          <w:tcPr>
            <w:tcW w:w="0" w:type="auto"/>
            <w:vAlign w:val="center"/>
          </w:tcPr>
          <w:p w14:paraId="1850E74B" w14:textId="77777777" w:rsidR="00F12170" w:rsidRPr="007911BE" w:rsidRDefault="00000000">
            <w:pPr>
              <w:ind w:firstLine="0"/>
              <w:jc w:val="center"/>
              <w:rPr>
                <w:sz w:val="18"/>
                <w:szCs w:val="28"/>
              </w:rPr>
            </w:pPr>
            <w:r w:rsidRPr="007911BE">
              <w:rPr>
                <w:sz w:val="18"/>
                <w:szCs w:val="28"/>
              </w:rPr>
              <w:t>-17.1</w:t>
            </w:r>
          </w:p>
        </w:tc>
      </w:tr>
      <w:tr w:rsidR="00F12170" w:rsidRPr="007911BE" w14:paraId="183913AD" w14:textId="77777777" w:rsidTr="00B408C8">
        <w:trPr>
          <w:jc w:val="center"/>
        </w:trPr>
        <w:tc>
          <w:tcPr>
            <w:tcW w:w="0" w:type="auto"/>
            <w:vAlign w:val="center"/>
          </w:tcPr>
          <w:p w14:paraId="2DCCDFE3" w14:textId="77777777" w:rsidR="00F12170" w:rsidRPr="007911BE" w:rsidRDefault="00000000">
            <w:pPr>
              <w:ind w:firstLine="0"/>
              <w:jc w:val="left"/>
              <w:rPr>
                <w:sz w:val="18"/>
                <w:szCs w:val="28"/>
              </w:rPr>
            </w:pPr>
            <w:proofErr w:type="spellStart"/>
            <w:r w:rsidRPr="007911BE">
              <w:rPr>
                <w:sz w:val="18"/>
                <w:szCs w:val="28"/>
              </w:rPr>
              <w:t>Чувашская</w:t>
            </w:r>
            <w:proofErr w:type="spellEnd"/>
            <w:r w:rsidRPr="007911BE">
              <w:rPr>
                <w:sz w:val="18"/>
                <w:szCs w:val="28"/>
              </w:rPr>
              <w:t xml:space="preserve"> </w:t>
            </w:r>
            <w:proofErr w:type="spellStart"/>
            <w:r w:rsidRPr="007911BE">
              <w:rPr>
                <w:sz w:val="18"/>
                <w:szCs w:val="28"/>
              </w:rPr>
              <w:t>Республика</w:t>
            </w:r>
            <w:proofErr w:type="spellEnd"/>
            <w:r w:rsidRPr="007911BE">
              <w:rPr>
                <w:sz w:val="18"/>
                <w:szCs w:val="28"/>
              </w:rPr>
              <w:t xml:space="preserve"> - </w:t>
            </w:r>
            <w:proofErr w:type="spellStart"/>
            <w:r w:rsidRPr="007911BE">
              <w:rPr>
                <w:sz w:val="18"/>
                <w:szCs w:val="28"/>
              </w:rPr>
              <w:t>Чувашия</w:t>
            </w:r>
            <w:proofErr w:type="spellEnd"/>
          </w:p>
        </w:tc>
        <w:tc>
          <w:tcPr>
            <w:tcW w:w="0" w:type="auto"/>
            <w:vAlign w:val="center"/>
          </w:tcPr>
          <w:p w14:paraId="27B5CA3A" w14:textId="77777777" w:rsidR="00F12170" w:rsidRPr="007911BE" w:rsidRDefault="00000000">
            <w:pPr>
              <w:ind w:firstLine="0"/>
              <w:jc w:val="left"/>
              <w:rPr>
                <w:sz w:val="18"/>
                <w:szCs w:val="28"/>
              </w:rPr>
            </w:pPr>
            <w:r w:rsidRPr="007911BE">
              <w:rPr>
                <w:sz w:val="18"/>
                <w:szCs w:val="28"/>
              </w:rPr>
              <w:t>ПФО</w:t>
            </w:r>
          </w:p>
        </w:tc>
        <w:tc>
          <w:tcPr>
            <w:tcW w:w="0" w:type="auto"/>
            <w:vAlign w:val="center"/>
          </w:tcPr>
          <w:p w14:paraId="041BE6D8" w14:textId="77777777" w:rsidR="00F12170" w:rsidRPr="007911BE" w:rsidRDefault="00000000">
            <w:pPr>
              <w:ind w:firstLine="0"/>
              <w:jc w:val="center"/>
              <w:rPr>
                <w:sz w:val="18"/>
                <w:szCs w:val="28"/>
              </w:rPr>
            </w:pPr>
            <w:r w:rsidRPr="007911BE">
              <w:rPr>
                <w:sz w:val="18"/>
                <w:szCs w:val="28"/>
              </w:rPr>
              <w:t>42.44</w:t>
            </w:r>
          </w:p>
        </w:tc>
        <w:tc>
          <w:tcPr>
            <w:tcW w:w="0" w:type="auto"/>
            <w:vAlign w:val="center"/>
          </w:tcPr>
          <w:p w14:paraId="3D73A2CB" w14:textId="77777777" w:rsidR="00F12170" w:rsidRPr="007911BE" w:rsidRDefault="00000000">
            <w:pPr>
              <w:ind w:firstLine="0"/>
              <w:jc w:val="center"/>
              <w:rPr>
                <w:sz w:val="18"/>
                <w:szCs w:val="28"/>
              </w:rPr>
            </w:pPr>
            <w:r w:rsidRPr="007911BE">
              <w:rPr>
                <w:sz w:val="18"/>
                <w:szCs w:val="28"/>
              </w:rPr>
              <w:t>-2.6</w:t>
            </w:r>
          </w:p>
        </w:tc>
      </w:tr>
      <w:tr w:rsidR="00F12170" w:rsidRPr="007911BE" w14:paraId="53E0CCBF" w14:textId="77777777" w:rsidTr="00B408C8">
        <w:trPr>
          <w:jc w:val="center"/>
        </w:trPr>
        <w:tc>
          <w:tcPr>
            <w:tcW w:w="0" w:type="auto"/>
            <w:vAlign w:val="center"/>
          </w:tcPr>
          <w:p w14:paraId="60B483BA" w14:textId="77777777" w:rsidR="00F12170" w:rsidRPr="007911BE" w:rsidRDefault="00000000">
            <w:pPr>
              <w:ind w:firstLine="0"/>
              <w:jc w:val="left"/>
              <w:rPr>
                <w:sz w:val="18"/>
                <w:szCs w:val="28"/>
              </w:rPr>
            </w:pPr>
            <w:proofErr w:type="spellStart"/>
            <w:r w:rsidRPr="007911BE">
              <w:rPr>
                <w:sz w:val="18"/>
                <w:szCs w:val="28"/>
              </w:rPr>
              <w:t>Чукотский</w:t>
            </w:r>
            <w:proofErr w:type="spellEnd"/>
            <w:r w:rsidRPr="007911BE">
              <w:rPr>
                <w:sz w:val="18"/>
                <w:szCs w:val="28"/>
              </w:rPr>
              <w:t xml:space="preserve"> </w:t>
            </w:r>
            <w:proofErr w:type="spellStart"/>
            <w:r w:rsidRPr="007911BE">
              <w:rPr>
                <w:sz w:val="18"/>
                <w:szCs w:val="28"/>
              </w:rPr>
              <w:t>автономный</w:t>
            </w:r>
            <w:proofErr w:type="spellEnd"/>
            <w:r w:rsidRPr="007911BE">
              <w:rPr>
                <w:sz w:val="18"/>
                <w:szCs w:val="28"/>
              </w:rPr>
              <w:t xml:space="preserve"> </w:t>
            </w:r>
            <w:proofErr w:type="spellStart"/>
            <w:r w:rsidRPr="007911BE">
              <w:rPr>
                <w:sz w:val="18"/>
                <w:szCs w:val="28"/>
              </w:rPr>
              <w:t>округ</w:t>
            </w:r>
            <w:proofErr w:type="spellEnd"/>
          </w:p>
        </w:tc>
        <w:tc>
          <w:tcPr>
            <w:tcW w:w="0" w:type="auto"/>
            <w:vAlign w:val="center"/>
          </w:tcPr>
          <w:p w14:paraId="082E5309" w14:textId="77777777" w:rsidR="00F12170" w:rsidRPr="007911BE" w:rsidRDefault="00000000">
            <w:pPr>
              <w:ind w:firstLine="0"/>
              <w:jc w:val="left"/>
              <w:rPr>
                <w:sz w:val="18"/>
                <w:szCs w:val="28"/>
              </w:rPr>
            </w:pPr>
            <w:r w:rsidRPr="007911BE">
              <w:rPr>
                <w:sz w:val="18"/>
                <w:szCs w:val="28"/>
              </w:rPr>
              <w:t>ДФО</w:t>
            </w:r>
          </w:p>
        </w:tc>
        <w:tc>
          <w:tcPr>
            <w:tcW w:w="0" w:type="auto"/>
            <w:vAlign w:val="center"/>
          </w:tcPr>
          <w:p w14:paraId="74343949" w14:textId="77777777" w:rsidR="00F12170" w:rsidRPr="007911BE" w:rsidRDefault="00000000">
            <w:pPr>
              <w:ind w:firstLine="0"/>
              <w:jc w:val="center"/>
              <w:rPr>
                <w:sz w:val="18"/>
                <w:szCs w:val="28"/>
              </w:rPr>
            </w:pPr>
            <w:r w:rsidRPr="007911BE">
              <w:rPr>
                <w:sz w:val="18"/>
                <w:szCs w:val="28"/>
              </w:rPr>
              <w:t>73.08</w:t>
            </w:r>
          </w:p>
        </w:tc>
        <w:tc>
          <w:tcPr>
            <w:tcW w:w="0" w:type="auto"/>
            <w:vAlign w:val="center"/>
          </w:tcPr>
          <w:p w14:paraId="1286AE7E" w14:textId="77777777" w:rsidR="00F12170" w:rsidRPr="007911BE" w:rsidRDefault="00000000">
            <w:pPr>
              <w:ind w:firstLine="0"/>
              <w:jc w:val="center"/>
              <w:rPr>
                <w:sz w:val="18"/>
                <w:szCs w:val="28"/>
              </w:rPr>
            </w:pPr>
            <w:r w:rsidRPr="007911BE">
              <w:rPr>
                <w:sz w:val="18"/>
                <w:szCs w:val="28"/>
              </w:rPr>
              <w:t>4.5</w:t>
            </w:r>
          </w:p>
        </w:tc>
      </w:tr>
      <w:tr w:rsidR="00F12170" w:rsidRPr="007911BE" w14:paraId="157EC347" w14:textId="77777777" w:rsidTr="00B408C8">
        <w:trPr>
          <w:jc w:val="center"/>
        </w:trPr>
        <w:tc>
          <w:tcPr>
            <w:tcW w:w="0" w:type="auto"/>
            <w:vAlign w:val="center"/>
          </w:tcPr>
          <w:p w14:paraId="721BA555" w14:textId="77777777" w:rsidR="00F12170" w:rsidRPr="007911BE" w:rsidRDefault="00000000">
            <w:pPr>
              <w:ind w:firstLine="0"/>
              <w:jc w:val="left"/>
              <w:rPr>
                <w:sz w:val="18"/>
                <w:szCs w:val="28"/>
              </w:rPr>
            </w:pPr>
            <w:proofErr w:type="spellStart"/>
            <w:r w:rsidRPr="007911BE">
              <w:rPr>
                <w:sz w:val="18"/>
                <w:szCs w:val="28"/>
              </w:rPr>
              <w:t>Ямало-Ненецкий</w:t>
            </w:r>
            <w:proofErr w:type="spellEnd"/>
            <w:r w:rsidRPr="007911BE">
              <w:rPr>
                <w:sz w:val="18"/>
                <w:szCs w:val="28"/>
              </w:rPr>
              <w:t xml:space="preserve"> </w:t>
            </w:r>
            <w:proofErr w:type="spellStart"/>
            <w:r w:rsidRPr="007911BE">
              <w:rPr>
                <w:sz w:val="18"/>
                <w:szCs w:val="28"/>
              </w:rPr>
              <w:t>автономный</w:t>
            </w:r>
            <w:proofErr w:type="spellEnd"/>
            <w:r w:rsidRPr="007911BE">
              <w:rPr>
                <w:sz w:val="18"/>
                <w:szCs w:val="28"/>
              </w:rPr>
              <w:t xml:space="preserve"> </w:t>
            </w:r>
            <w:proofErr w:type="spellStart"/>
            <w:r w:rsidRPr="007911BE">
              <w:rPr>
                <w:sz w:val="18"/>
                <w:szCs w:val="28"/>
              </w:rPr>
              <w:t>округ</w:t>
            </w:r>
            <w:proofErr w:type="spellEnd"/>
          </w:p>
        </w:tc>
        <w:tc>
          <w:tcPr>
            <w:tcW w:w="0" w:type="auto"/>
            <w:vAlign w:val="center"/>
          </w:tcPr>
          <w:p w14:paraId="29A2A7F0" w14:textId="77777777" w:rsidR="00F12170" w:rsidRPr="007911BE" w:rsidRDefault="00000000">
            <w:pPr>
              <w:ind w:firstLine="0"/>
              <w:jc w:val="left"/>
              <w:rPr>
                <w:sz w:val="18"/>
                <w:szCs w:val="28"/>
              </w:rPr>
            </w:pPr>
            <w:r w:rsidRPr="007911BE">
              <w:rPr>
                <w:sz w:val="18"/>
                <w:szCs w:val="28"/>
              </w:rPr>
              <w:t>УФО</w:t>
            </w:r>
          </w:p>
        </w:tc>
        <w:tc>
          <w:tcPr>
            <w:tcW w:w="0" w:type="auto"/>
            <w:vAlign w:val="center"/>
          </w:tcPr>
          <w:p w14:paraId="601177FB" w14:textId="77777777" w:rsidR="00F12170" w:rsidRPr="007911BE" w:rsidRDefault="00000000">
            <w:pPr>
              <w:ind w:firstLine="0"/>
              <w:jc w:val="center"/>
              <w:rPr>
                <w:sz w:val="18"/>
                <w:szCs w:val="28"/>
              </w:rPr>
            </w:pPr>
            <w:r w:rsidRPr="007911BE">
              <w:rPr>
                <w:sz w:val="18"/>
                <w:szCs w:val="28"/>
              </w:rPr>
              <w:t>45.58</w:t>
            </w:r>
          </w:p>
        </w:tc>
        <w:tc>
          <w:tcPr>
            <w:tcW w:w="0" w:type="auto"/>
            <w:vAlign w:val="center"/>
          </w:tcPr>
          <w:p w14:paraId="1934B133" w14:textId="77777777" w:rsidR="00F12170" w:rsidRPr="007911BE" w:rsidRDefault="00000000">
            <w:pPr>
              <w:ind w:firstLine="0"/>
              <w:jc w:val="center"/>
              <w:rPr>
                <w:sz w:val="18"/>
                <w:szCs w:val="28"/>
              </w:rPr>
            </w:pPr>
            <w:r w:rsidRPr="007911BE">
              <w:rPr>
                <w:sz w:val="18"/>
                <w:szCs w:val="28"/>
              </w:rPr>
              <w:t>-7.1</w:t>
            </w:r>
          </w:p>
        </w:tc>
      </w:tr>
      <w:tr w:rsidR="00F12170" w:rsidRPr="007911BE" w14:paraId="6DD70934" w14:textId="77777777" w:rsidTr="00B408C8">
        <w:trPr>
          <w:jc w:val="center"/>
        </w:trPr>
        <w:tc>
          <w:tcPr>
            <w:tcW w:w="0" w:type="auto"/>
            <w:vAlign w:val="center"/>
          </w:tcPr>
          <w:p w14:paraId="3B1634CA" w14:textId="77777777" w:rsidR="00F12170" w:rsidRPr="007911BE" w:rsidRDefault="00000000">
            <w:pPr>
              <w:ind w:firstLine="0"/>
              <w:jc w:val="left"/>
              <w:rPr>
                <w:sz w:val="18"/>
                <w:szCs w:val="28"/>
              </w:rPr>
            </w:pPr>
            <w:proofErr w:type="spellStart"/>
            <w:r w:rsidRPr="007911BE">
              <w:rPr>
                <w:sz w:val="18"/>
                <w:szCs w:val="28"/>
              </w:rPr>
              <w:t>Ярославская</w:t>
            </w:r>
            <w:proofErr w:type="spellEnd"/>
            <w:r w:rsidRPr="007911BE">
              <w:rPr>
                <w:sz w:val="18"/>
                <w:szCs w:val="28"/>
              </w:rPr>
              <w:t xml:space="preserve"> </w:t>
            </w:r>
            <w:proofErr w:type="spellStart"/>
            <w:r w:rsidRPr="007911BE">
              <w:rPr>
                <w:sz w:val="18"/>
                <w:szCs w:val="28"/>
              </w:rPr>
              <w:t>область</w:t>
            </w:r>
            <w:proofErr w:type="spellEnd"/>
          </w:p>
        </w:tc>
        <w:tc>
          <w:tcPr>
            <w:tcW w:w="0" w:type="auto"/>
            <w:vAlign w:val="center"/>
          </w:tcPr>
          <w:p w14:paraId="5DF3F37C" w14:textId="77777777" w:rsidR="00F12170" w:rsidRPr="007911BE" w:rsidRDefault="00000000">
            <w:pPr>
              <w:ind w:firstLine="0"/>
              <w:jc w:val="left"/>
              <w:rPr>
                <w:sz w:val="18"/>
                <w:szCs w:val="28"/>
              </w:rPr>
            </w:pPr>
            <w:r w:rsidRPr="007911BE">
              <w:rPr>
                <w:sz w:val="18"/>
                <w:szCs w:val="28"/>
              </w:rPr>
              <w:t>ЦФО</w:t>
            </w:r>
          </w:p>
        </w:tc>
        <w:tc>
          <w:tcPr>
            <w:tcW w:w="0" w:type="auto"/>
            <w:vAlign w:val="center"/>
          </w:tcPr>
          <w:p w14:paraId="72D0CE89" w14:textId="77777777" w:rsidR="00F12170" w:rsidRPr="007911BE" w:rsidRDefault="00000000">
            <w:pPr>
              <w:ind w:firstLine="0"/>
              <w:jc w:val="center"/>
              <w:rPr>
                <w:sz w:val="18"/>
                <w:szCs w:val="28"/>
              </w:rPr>
            </w:pPr>
            <w:r w:rsidRPr="007911BE">
              <w:rPr>
                <w:sz w:val="18"/>
                <w:szCs w:val="28"/>
              </w:rPr>
              <w:t>26.9</w:t>
            </w:r>
          </w:p>
        </w:tc>
        <w:tc>
          <w:tcPr>
            <w:tcW w:w="0" w:type="auto"/>
            <w:vAlign w:val="center"/>
          </w:tcPr>
          <w:p w14:paraId="4F904C96" w14:textId="77777777" w:rsidR="00F12170" w:rsidRPr="007911BE" w:rsidRDefault="00000000">
            <w:pPr>
              <w:ind w:firstLine="0"/>
              <w:jc w:val="center"/>
              <w:rPr>
                <w:sz w:val="18"/>
                <w:szCs w:val="28"/>
              </w:rPr>
            </w:pPr>
            <w:r w:rsidRPr="007911BE">
              <w:rPr>
                <w:sz w:val="18"/>
                <w:szCs w:val="28"/>
              </w:rPr>
              <w:t>-5.1</w:t>
            </w:r>
          </w:p>
        </w:tc>
      </w:tr>
    </w:tbl>
    <w:p w14:paraId="6D89139D"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3EC25476" w14:textId="77777777" w:rsidR="00F12170" w:rsidRPr="007911BE" w:rsidRDefault="00000000" w:rsidP="008A6905">
      <w:pPr>
        <w:pStyle w:val="31"/>
      </w:pPr>
      <w:bookmarkStart w:id="25" w:name="_Toc228134071"/>
      <w:r w:rsidRPr="007911BE">
        <w:t>Полные региональные профили субъектов Российской Федерации</w:t>
      </w:r>
      <w:bookmarkEnd w:id="25"/>
    </w:p>
    <w:p w14:paraId="402F1865" w14:textId="77777777" w:rsidR="00F12170" w:rsidRPr="007911BE" w:rsidRDefault="00000000">
      <w:pPr>
        <w:rPr>
          <w:sz w:val="28"/>
          <w:szCs w:val="28"/>
          <w:lang w:val="ru-RU"/>
        </w:rPr>
      </w:pPr>
      <w:r w:rsidRPr="007911BE">
        <w:rPr>
          <w:sz w:val="28"/>
          <w:szCs w:val="28"/>
          <w:lang w:val="ru-RU"/>
        </w:rPr>
        <w:t>Полные табличные профили субъектов РФ вынесены в отдельный блок, чтобы обеспечить систематическое использование уже собранных региональных значений в основном документе экспертизы. Эти таблицы не заменяют карт, а дополняют их: они позволяют сопоставлять значения по всем субъектам, переходить от разовых примеров к сплошному распределению и связывать уровень показателя с типом региона, его кластером, сетевым сообществом и интегральными индексами.</w:t>
      </w:r>
    </w:p>
    <w:p w14:paraId="69C7B940" w14:textId="77777777" w:rsidR="00B408C8" w:rsidRPr="007911BE" w:rsidRDefault="00B408C8" w:rsidP="00B408C8">
      <w:pPr>
        <w:spacing w:before="120" w:after="60"/>
        <w:ind w:firstLine="0"/>
        <w:rPr>
          <w:lang w:val="ru-RU"/>
        </w:rPr>
      </w:pPr>
    </w:p>
    <w:p w14:paraId="2E1AAEEF" w14:textId="77777777" w:rsidR="00F12170" w:rsidRPr="007911BE" w:rsidRDefault="00000000" w:rsidP="00B408C8">
      <w:pPr>
        <w:spacing w:before="120" w:after="60"/>
        <w:ind w:firstLine="0"/>
        <w:rPr>
          <w:lang w:val="ru-RU"/>
        </w:rPr>
      </w:pPr>
      <w:r w:rsidRPr="007911BE">
        <w:rPr>
          <w:lang w:val="ru-RU"/>
        </w:rPr>
        <w:t xml:space="preserve">Таблица 13 </w:t>
      </w:r>
      <w:r w:rsidR="00387CF6" w:rsidRPr="007911BE">
        <w:rPr>
          <w:lang w:val="ru-RU"/>
        </w:rPr>
        <w:t xml:space="preserve">– </w:t>
      </w:r>
      <w:r w:rsidRPr="007911BE">
        <w:rPr>
          <w:lang w:val="ru-RU"/>
        </w:rPr>
        <w:t xml:space="preserve"> Полный демографический профиль субъектов РФ по последнему полному периоду</w:t>
      </w:r>
    </w:p>
    <w:tbl>
      <w:tblPr>
        <w:tblStyle w:val="aff0"/>
        <w:tblW w:w="0" w:type="auto"/>
        <w:jc w:val="center"/>
        <w:tblLook w:val="04A0" w:firstRow="1" w:lastRow="0" w:firstColumn="1" w:lastColumn="0" w:noHBand="0" w:noVBand="1"/>
      </w:tblPr>
      <w:tblGrid>
        <w:gridCol w:w="2067"/>
        <w:gridCol w:w="1380"/>
        <w:gridCol w:w="1773"/>
        <w:gridCol w:w="705"/>
        <w:gridCol w:w="748"/>
        <w:gridCol w:w="1572"/>
        <w:gridCol w:w="1610"/>
      </w:tblGrid>
      <w:tr w:rsidR="00F12170" w:rsidRPr="007911BE" w14:paraId="2C79593F" w14:textId="77777777" w:rsidTr="00B408C8">
        <w:trPr>
          <w:tblHeader/>
          <w:jc w:val="center"/>
        </w:trPr>
        <w:tc>
          <w:tcPr>
            <w:tcW w:w="0" w:type="auto"/>
            <w:shd w:val="clear" w:color="auto" w:fill="D9EAF7"/>
            <w:vAlign w:val="center"/>
          </w:tcPr>
          <w:p w14:paraId="50B5C2C4" w14:textId="77777777" w:rsidR="00F12170" w:rsidRPr="007911BE" w:rsidRDefault="00000000">
            <w:pPr>
              <w:ind w:firstLine="0"/>
              <w:jc w:val="center"/>
              <w:rPr>
                <w:sz w:val="16"/>
                <w:szCs w:val="28"/>
              </w:rPr>
            </w:pPr>
            <w:proofErr w:type="spellStart"/>
            <w:r w:rsidRPr="007911BE">
              <w:rPr>
                <w:b/>
                <w:sz w:val="16"/>
                <w:szCs w:val="28"/>
              </w:rPr>
              <w:t>Субъект</w:t>
            </w:r>
            <w:proofErr w:type="spellEnd"/>
            <w:r w:rsidRPr="007911BE">
              <w:rPr>
                <w:b/>
                <w:sz w:val="16"/>
                <w:szCs w:val="28"/>
              </w:rPr>
              <w:t xml:space="preserve"> РФ</w:t>
            </w:r>
          </w:p>
        </w:tc>
        <w:tc>
          <w:tcPr>
            <w:tcW w:w="0" w:type="auto"/>
            <w:shd w:val="clear" w:color="auto" w:fill="D9EAF7"/>
            <w:vAlign w:val="center"/>
          </w:tcPr>
          <w:p w14:paraId="67FDBF07" w14:textId="77777777" w:rsidR="00F12170" w:rsidRPr="007911BE" w:rsidRDefault="00000000">
            <w:pPr>
              <w:ind w:firstLine="0"/>
              <w:jc w:val="center"/>
              <w:rPr>
                <w:sz w:val="16"/>
                <w:szCs w:val="28"/>
              </w:rPr>
            </w:pPr>
            <w:proofErr w:type="spellStart"/>
            <w:r w:rsidRPr="007911BE">
              <w:rPr>
                <w:b/>
                <w:sz w:val="16"/>
                <w:szCs w:val="28"/>
              </w:rPr>
              <w:t>Федеральный</w:t>
            </w:r>
            <w:proofErr w:type="spellEnd"/>
            <w:r w:rsidRPr="007911BE">
              <w:rPr>
                <w:b/>
                <w:sz w:val="16"/>
                <w:szCs w:val="28"/>
              </w:rPr>
              <w:t xml:space="preserve"> </w:t>
            </w:r>
            <w:proofErr w:type="spellStart"/>
            <w:r w:rsidRPr="007911BE">
              <w:rPr>
                <w:b/>
                <w:sz w:val="16"/>
                <w:szCs w:val="28"/>
              </w:rPr>
              <w:t>округ</w:t>
            </w:r>
            <w:proofErr w:type="spellEnd"/>
          </w:p>
        </w:tc>
        <w:tc>
          <w:tcPr>
            <w:tcW w:w="0" w:type="auto"/>
            <w:shd w:val="clear" w:color="auto" w:fill="D9EAF7"/>
            <w:vAlign w:val="center"/>
          </w:tcPr>
          <w:p w14:paraId="0C9669FB" w14:textId="77777777" w:rsidR="00F12170" w:rsidRPr="007911BE" w:rsidRDefault="00000000">
            <w:pPr>
              <w:ind w:firstLine="0"/>
              <w:jc w:val="center"/>
              <w:rPr>
                <w:sz w:val="16"/>
                <w:szCs w:val="28"/>
              </w:rPr>
            </w:pPr>
            <w:proofErr w:type="spellStart"/>
            <w:r w:rsidRPr="007911BE">
              <w:rPr>
                <w:b/>
                <w:sz w:val="16"/>
                <w:szCs w:val="28"/>
              </w:rPr>
              <w:t>Бедность</w:t>
            </w:r>
            <w:proofErr w:type="spellEnd"/>
            <w:r w:rsidRPr="007911BE">
              <w:rPr>
                <w:b/>
                <w:sz w:val="16"/>
                <w:szCs w:val="28"/>
              </w:rPr>
              <w:t xml:space="preserve"> </w:t>
            </w:r>
            <w:proofErr w:type="spellStart"/>
            <w:r w:rsidRPr="007911BE">
              <w:rPr>
                <w:b/>
                <w:sz w:val="16"/>
                <w:szCs w:val="28"/>
              </w:rPr>
              <w:t>многодетных</w:t>
            </w:r>
            <w:proofErr w:type="spellEnd"/>
            <w:r w:rsidRPr="007911BE">
              <w:rPr>
                <w:b/>
                <w:sz w:val="16"/>
                <w:szCs w:val="28"/>
              </w:rPr>
              <w:t xml:space="preserve"> </w:t>
            </w:r>
            <w:proofErr w:type="spellStart"/>
            <w:r w:rsidRPr="007911BE">
              <w:rPr>
                <w:b/>
                <w:sz w:val="16"/>
                <w:szCs w:val="28"/>
              </w:rPr>
              <w:t>семей</w:t>
            </w:r>
            <w:proofErr w:type="spellEnd"/>
            <w:r w:rsidRPr="007911BE">
              <w:rPr>
                <w:b/>
                <w:sz w:val="16"/>
                <w:szCs w:val="28"/>
              </w:rPr>
              <w:t>, %, 2024</w:t>
            </w:r>
          </w:p>
        </w:tc>
        <w:tc>
          <w:tcPr>
            <w:tcW w:w="0" w:type="auto"/>
            <w:shd w:val="clear" w:color="auto" w:fill="D9EAF7"/>
            <w:vAlign w:val="center"/>
          </w:tcPr>
          <w:p w14:paraId="016C6E05" w14:textId="77777777" w:rsidR="00F12170" w:rsidRPr="007911BE" w:rsidRDefault="00000000">
            <w:pPr>
              <w:ind w:firstLine="0"/>
              <w:jc w:val="center"/>
              <w:rPr>
                <w:sz w:val="16"/>
                <w:szCs w:val="28"/>
              </w:rPr>
            </w:pPr>
            <w:r w:rsidRPr="007911BE">
              <w:rPr>
                <w:b/>
                <w:sz w:val="16"/>
                <w:szCs w:val="28"/>
              </w:rPr>
              <w:t>СКР, 2025</w:t>
            </w:r>
          </w:p>
        </w:tc>
        <w:tc>
          <w:tcPr>
            <w:tcW w:w="0" w:type="auto"/>
            <w:shd w:val="clear" w:color="auto" w:fill="D9EAF7"/>
            <w:vAlign w:val="center"/>
          </w:tcPr>
          <w:p w14:paraId="37C57342" w14:textId="77777777" w:rsidR="00F12170" w:rsidRPr="007911BE" w:rsidRDefault="00000000">
            <w:pPr>
              <w:ind w:firstLine="0"/>
              <w:jc w:val="center"/>
              <w:rPr>
                <w:sz w:val="16"/>
                <w:szCs w:val="28"/>
              </w:rPr>
            </w:pPr>
            <w:r w:rsidRPr="007911BE">
              <w:rPr>
                <w:b/>
                <w:sz w:val="16"/>
                <w:szCs w:val="28"/>
              </w:rPr>
              <w:t>СКР 3+, 2025</w:t>
            </w:r>
          </w:p>
        </w:tc>
        <w:tc>
          <w:tcPr>
            <w:tcW w:w="0" w:type="auto"/>
            <w:shd w:val="clear" w:color="auto" w:fill="D9EAF7"/>
            <w:vAlign w:val="center"/>
          </w:tcPr>
          <w:p w14:paraId="2CE382B8" w14:textId="77777777" w:rsidR="00F12170" w:rsidRPr="007911BE" w:rsidRDefault="00000000">
            <w:pPr>
              <w:ind w:firstLine="0"/>
              <w:jc w:val="center"/>
              <w:rPr>
                <w:sz w:val="16"/>
                <w:szCs w:val="28"/>
              </w:rPr>
            </w:pPr>
            <w:proofErr w:type="spellStart"/>
            <w:r w:rsidRPr="007911BE">
              <w:rPr>
                <w:b/>
                <w:sz w:val="16"/>
                <w:szCs w:val="28"/>
              </w:rPr>
              <w:t>Младенческая</w:t>
            </w:r>
            <w:proofErr w:type="spellEnd"/>
            <w:r w:rsidRPr="007911BE">
              <w:rPr>
                <w:b/>
                <w:sz w:val="16"/>
                <w:szCs w:val="28"/>
              </w:rPr>
              <w:t xml:space="preserve"> </w:t>
            </w:r>
            <w:proofErr w:type="spellStart"/>
            <w:r w:rsidRPr="007911BE">
              <w:rPr>
                <w:b/>
                <w:sz w:val="16"/>
                <w:szCs w:val="28"/>
              </w:rPr>
              <w:t>смертность</w:t>
            </w:r>
            <w:proofErr w:type="spellEnd"/>
            <w:r w:rsidRPr="007911BE">
              <w:rPr>
                <w:b/>
                <w:sz w:val="16"/>
                <w:szCs w:val="28"/>
              </w:rPr>
              <w:t>,</w:t>
            </w:r>
            <w:r w:rsidRPr="007911BE">
              <w:rPr>
                <w:b/>
                <w:sz w:val="16"/>
                <w:szCs w:val="28"/>
              </w:rPr>
              <w:br/>
              <w:t>2025</w:t>
            </w:r>
          </w:p>
        </w:tc>
        <w:tc>
          <w:tcPr>
            <w:tcW w:w="0" w:type="auto"/>
            <w:shd w:val="clear" w:color="auto" w:fill="D9EAF7"/>
            <w:vAlign w:val="center"/>
          </w:tcPr>
          <w:p w14:paraId="2F1AA6AF" w14:textId="77777777" w:rsidR="00F12170" w:rsidRPr="007911BE" w:rsidRDefault="00000000">
            <w:pPr>
              <w:ind w:firstLine="0"/>
              <w:jc w:val="center"/>
              <w:rPr>
                <w:sz w:val="16"/>
                <w:szCs w:val="28"/>
              </w:rPr>
            </w:pPr>
            <w:proofErr w:type="spellStart"/>
            <w:r w:rsidRPr="007911BE">
              <w:rPr>
                <w:b/>
                <w:sz w:val="16"/>
                <w:szCs w:val="28"/>
              </w:rPr>
              <w:t>Долговременный</w:t>
            </w:r>
            <w:proofErr w:type="spellEnd"/>
            <w:r w:rsidRPr="007911BE">
              <w:rPr>
                <w:b/>
                <w:sz w:val="16"/>
                <w:szCs w:val="28"/>
              </w:rPr>
              <w:t xml:space="preserve"> </w:t>
            </w:r>
            <w:proofErr w:type="spellStart"/>
            <w:r w:rsidRPr="007911BE">
              <w:rPr>
                <w:b/>
                <w:sz w:val="16"/>
                <w:szCs w:val="28"/>
              </w:rPr>
              <w:t>уход</w:t>
            </w:r>
            <w:proofErr w:type="spellEnd"/>
            <w:r w:rsidRPr="007911BE">
              <w:rPr>
                <w:b/>
                <w:sz w:val="16"/>
                <w:szCs w:val="28"/>
              </w:rPr>
              <w:t>,</w:t>
            </w:r>
            <w:r w:rsidRPr="007911BE">
              <w:rPr>
                <w:b/>
                <w:sz w:val="16"/>
                <w:szCs w:val="28"/>
              </w:rPr>
              <w:br/>
              <w:t>%, 2025</w:t>
            </w:r>
          </w:p>
        </w:tc>
      </w:tr>
      <w:tr w:rsidR="00F12170" w:rsidRPr="007911BE" w14:paraId="24DEA021" w14:textId="77777777" w:rsidTr="00B408C8">
        <w:trPr>
          <w:jc w:val="center"/>
        </w:trPr>
        <w:tc>
          <w:tcPr>
            <w:tcW w:w="0" w:type="auto"/>
            <w:vAlign w:val="center"/>
          </w:tcPr>
          <w:p w14:paraId="46619F47" w14:textId="77777777" w:rsidR="00F12170" w:rsidRPr="007911BE" w:rsidRDefault="00000000">
            <w:pPr>
              <w:ind w:firstLine="0"/>
              <w:jc w:val="left"/>
              <w:rPr>
                <w:sz w:val="16"/>
                <w:szCs w:val="28"/>
              </w:rPr>
            </w:pPr>
            <w:proofErr w:type="spellStart"/>
            <w:r w:rsidRPr="007911BE">
              <w:rPr>
                <w:sz w:val="16"/>
                <w:szCs w:val="28"/>
              </w:rPr>
              <w:t>Алтайский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2A283505"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6386CC91" w14:textId="77777777" w:rsidR="00F12170" w:rsidRPr="007911BE" w:rsidRDefault="00000000">
            <w:pPr>
              <w:ind w:firstLine="0"/>
              <w:jc w:val="center"/>
              <w:rPr>
                <w:sz w:val="16"/>
                <w:szCs w:val="28"/>
              </w:rPr>
            </w:pPr>
            <w:r w:rsidRPr="007911BE">
              <w:rPr>
                <w:sz w:val="16"/>
                <w:szCs w:val="28"/>
              </w:rPr>
              <w:t>24.1</w:t>
            </w:r>
          </w:p>
        </w:tc>
        <w:tc>
          <w:tcPr>
            <w:tcW w:w="0" w:type="auto"/>
            <w:vAlign w:val="center"/>
          </w:tcPr>
          <w:p w14:paraId="4562C904" w14:textId="77777777" w:rsidR="00F12170" w:rsidRPr="007911BE" w:rsidRDefault="00000000">
            <w:pPr>
              <w:ind w:firstLine="0"/>
              <w:jc w:val="center"/>
              <w:rPr>
                <w:sz w:val="16"/>
                <w:szCs w:val="28"/>
              </w:rPr>
            </w:pPr>
            <w:r w:rsidRPr="007911BE">
              <w:rPr>
                <w:sz w:val="16"/>
                <w:szCs w:val="28"/>
              </w:rPr>
              <w:t>1.18</w:t>
            </w:r>
          </w:p>
        </w:tc>
        <w:tc>
          <w:tcPr>
            <w:tcW w:w="0" w:type="auto"/>
            <w:vAlign w:val="center"/>
          </w:tcPr>
          <w:p w14:paraId="79C67F55" w14:textId="77777777" w:rsidR="00F12170" w:rsidRPr="007911BE" w:rsidRDefault="00000000">
            <w:pPr>
              <w:ind w:firstLine="0"/>
              <w:jc w:val="center"/>
              <w:rPr>
                <w:sz w:val="16"/>
                <w:szCs w:val="28"/>
              </w:rPr>
            </w:pPr>
            <w:r w:rsidRPr="007911BE">
              <w:rPr>
                <w:sz w:val="16"/>
                <w:szCs w:val="28"/>
              </w:rPr>
              <w:t>0.32</w:t>
            </w:r>
          </w:p>
        </w:tc>
        <w:tc>
          <w:tcPr>
            <w:tcW w:w="0" w:type="auto"/>
            <w:vAlign w:val="center"/>
          </w:tcPr>
          <w:p w14:paraId="4F0FDAC3" w14:textId="77777777" w:rsidR="00F12170" w:rsidRPr="007911BE" w:rsidRDefault="00000000">
            <w:pPr>
              <w:ind w:firstLine="0"/>
              <w:jc w:val="center"/>
              <w:rPr>
                <w:sz w:val="16"/>
                <w:szCs w:val="28"/>
              </w:rPr>
            </w:pPr>
            <w:r w:rsidRPr="007911BE">
              <w:rPr>
                <w:sz w:val="16"/>
                <w:szCs w:val="28"/>
              </w:rPr>
              <w:t>3.4</w:t>
            </w:r>
          </w:p>
        </w:tc>
        <w:tc>
          <w:tcPr>
            <w:tcW w:w="0" w:type="auto"/>
            <w:vAlign w:val="center"/>
          </w:tcPr>
          <w:p w14:paraId="2E48407C" w14:textId="77777777" w:rsidR="00F12170" w:rsidRPr="007911BE" w:rsidRDefault="00000000">
            <w:pPr>
              <w:ind w:firstLine="0"/>
              <w:jc w:val="center"/>
              <w:rPr>
                <w:sz w:val="16"/>
                <w:szCs w:val="28"/>
              </w:rPr>
            </w:pPr>
            <w:r w:rsidRPr="007911BE">
              <w:rPr>
                <w:sz w:val="16"/>
                <w:szCs w:val="28"/>
              </w:rPr>
              <w:t>10.4</w:t>
            </w:r>
          </w:p>
        </w:tc>
      </w:tr>
      <w:tr w:rsidR="00F12170" w:rsidRPr="007911BE" w14:paraId="0C147304" w14:textId="77777777" w:rsidTr="00B408C8">
        <w:trPr>
          <w:jc w:val="center"/>
        </w:trPr>
        <w:tc>
          <w:tcPr>
            <w:tcW w:w="0" w:type="auto"/>
            <w:vAlign w:val="center"/>
          </w:tcPr>
          <w:p w14:paraId="0BB1C59E" w14:textId="77777777" w:rsidR="00F12170" w:rsidRPr="007911BE" w:rsidRDefault="00000000">
            <w:pPr>
              <w:ind w:firstLine="0"/>
              <w:jc w:val="left"/>
              <w:rPr>
                <w:sz w:val="16"/>
                <w:szCs w:val="28"/>
              </w:rPr>
            </w:pPr>
            <w:proofErr w:type="spellStart"/>
            <w:r w:rsidRPr="007911BE">
              <w:rPr>
                <w:sz w:val="16"/>
                <w:szCs w:val="28"/>
              </w:rPr>
              <w:t>Амурская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DF6F7A5"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46874617" w14:textId="77777777" w:rsidR="00F12170" w:rsidRPr="007911BE" w:rsidRDefault="00000000">
            <w:pPr>
              <w:ind w:firstLine="0"/>
              <w:jc w:val="center"/>
              <w:rPr>
                <w:sz w:val="16"/>
                <w:szCs w:val="28"/>
              </w:rPr>
            </w:pPr>
            <w:r w:rsidRPr="007911BE">
              <w:rPr>
                <w:sz w:val="16"/>
                <w:szCs w:val="28"/>
              </w:rPr>
              <w:t>24.7</w:t>
            </w:r>
          </w:p>
        </w:tc>
        <w:tc>
          <w:tcPr>
            <w:tcW w:w="0" w:type="auto"/>
            <w:vAlign w:val="center"/>
          </w:tcPr>
          <w:p w14:paraId="4E98AF54" w14:textId="77777777" w:rsidR="00F12170" w:rsidRPr="007911BE" w:rsidRDefault="00000000">
            <w:pPr>
              <w:ind w:firstLine="0"/>
              <w:jc w:val="center"/>
              <w:rPr>
                <w:sz w:val="16"/>
                <w:szCs w:val="28"/>
              </w:rPr>
            </w:pPr>
            <w:r w:rsidRPr="007911BE">
              <w:rPr>
                <w:sz w:val="16"/>
                <w:szCs w:val="28"/>
              </w:rPr>
              <w:t>1.34</w:t>
            </w:r>
          </w:p>
        </w:tc>
        <w:tc>
          <w:tcPr>
            <w:tcW w:w="0" w:type="auto"/>
            <w:vAlign w:val="center"/>
          </w:tcPr>
          <w:p w14:paraId="528B1496" w14:textId="77777777" w:rsidR="00F12170" w:rsidRPr="007911BE" w:rsidRDefault="00000000">
            <w:pPr>
              <w:ind w:firstLine="0"/>
              <w:jc w:val="center"/>
              <w:rPr>
                <w:sz w:val="16"/>
                <w:szCs w:val="28"/>
              </w:rPr>
            </w:pPr>
            <w:r w:rsidRPr="007911BE">
              <w:rPr>
                <w:sz w:val="16"/>
                <w:szCs w:val="28"/>
              </w:rPr>
              <w:t>0.34</w:t>
            </w:r>
          </w:p>
        </w:tc>
        <w:tc>
          <w:tcPr>
            <w:tcW w:w="0" w:type="auto"/>
            <w:vAlign w:val="center"/>
          </w:tcPr>
          <w:p w14:paraId="3CA1ADFC" w14:textId="77777777" w:rsidR="00F12170" w:rsidRPr="007911BE" w:rsidRDefault="00000000">
            <w:pPr>
              <w:ind w:firstLine="0"/>
              <w:jc w:val="center"/>
              <w:rPr>
                <w:sz w:val="16"/>
                <w:szCs w:val="28"/>
              </w:rPr>
            </w:pPr>
            <w:r w:rsidRPr="007911BE">
              <w:rPr>
                <w:sz w:val="16"/>
                <w:szCs w:val="28"/>
              </w:rPr>
              <w:t>4.6</w:t>
            </w:r>
          </w:p>
        </w:tc>
        <w:tc>
          <w:tcPr>
            <w:tcW w:w="0" w:type="auto"/>
            <w:vAlign w:val="center"/>
          </w:tcPr>
          <w:p w14:paraId="219C812E" w14:textId="77777777" w:rsidR="00F12170" w:rsidRPr="007911BE" w:rsidRDefault="00000000">
            <w:pPr>
              <w:ind w:firstLine="0"/>
              <w:jc w:val="center"/>
              <w:rPr>
                <w:sz w:val="16"/>
                <w:szCs w:val="28"/>
              </w:rPr>
            </w:pPr>
            <w:r w:rsidRPr="007911BE">
              <w:rPr>
                <w:sz w:val="16"/>
                <w:szCs w:val="28"/>
              </w:rPr>
              <w:t>15.52</w:t>
            </w:r>
          </w:p>
        </w:tc>
      </w:tr>
      <w:tr w:rsidR="00F12170" w:rsidRPr="007911BE" w14:paraId="14F2EF7A" w14:textId="77777777" w:rsidTr="00B408C8">
        <w:trPr>
          <w:jc w:val="center"/>
        </w:trPr>
        <w:tc>
          <w:tcPr>
            <w:tcW w:w="0" w:type="auto"/>
            <w:vAlign w:val="center"/>
          </w:tcPr>
          <w:p w14:paraId="078D27DD" w14:textId="77777777" w:rsidR="00F12170" w:rsidRPr="007911BE" w:rsidRDefault="00000000">
            <w:pPr>
              <w:ind w:firstLine="0"/>
              <w:jc w:val="left"/>
              <w:rPr>
                <w:sz w:val="16"/>
                <w:szCs w:val="28"/>
              </w:rPr>
            </w:pPr>
            <w:proofErr w:type="spellStart"/>
            <w:r w:rsidRPr="007911BE">
              <w:rPr>
                <w:sz w:val="16"/>
                <w:szCs w:val="28"/>
              </w:rPr>
              <w:t>Архангельская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D3F00BB"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050BEFA9" w14:textId="77777777" w:rsidR="00F12170" w:rsidRPr="007911BE" w:rsidRDefault="00000000">
            <w:pPr>
              <w:ind w:firstLine="0"/>
              <w:jc w:val="center"/>
              <w:rPr>
                <w:sz w:val="16"/>
                <w:szCs w:val="28"/>
              </w:rPr>
            </w:pPr>
            <w:r w:rsidRPr="007911BE">
              <w:rPr>
                <w:sz w:val="16"/>
                <w:szCs w:val="28"/>
              </w:rPr>
              <w:t>13.6</w:t>
            </w:r>
          </w:p>
        </w:tc>
        <w:tc>
          <w:tcPr>
            <w:tcW w:w="0" w:type="auto"/>
            <w:vAlign w:val="center"/>
          </w:tcPr>
          <w:p w14:paraId="35F5E52F" w14:textId="77777777" w:rsidR="00F12170" w:rsidRPr="007911BE" w:rsidRDefault="00000000">
            <w:pPr>
              <w:ind w:firstLine="0"/>
              <w:jc w:val="center"/>
              <w:rPr>
                <w:sz w:val="16"/>
                <w:szCs w:val="28"/>
              </w:rPr>
            </w:pPr>
            <w:r w:rsidRPr="007911BE">
              <w:rPr>
                <w:sz w:val="16"/>
                <w:szCs w:val="28"/>
              </w:rPr>
              <w:t>1.34</w:t>
            </w:r>
          </w:p>
        </w:tc>
        <w:tc>
          <w:tcPr>
            <w:tcW w:w="0" w:type="auto"/>
            <w:vAlign w:val="center"/>
          </w:tcPr>
          <w:p w14:paraId="35661E28" w14:textId="77777777" w:rsidR="00F12170" w:rsidRPr="007911BE" w:rsidRDefault="00000000">
            <w:pPr>
              <w:ind w:firstLine="0"/>
              <w:jc w:val="center"/>
              <w:rPr>
                <w:sz w:val="16"/>
                <w:szCs w:val="28"/>
              </w:rPr>
            </w:pPr>
            <w:r w:rsidRPr="007911BE">
              <w:rPr>
                <w:sz w:val="16"/>
                <w:szCs w:val="28"/>
              </w:rPr>
              <w:t>0.32</w:t>
            </w:r>
          </w:p>
        </w:tc>
        <w:tc>
          <w:tcPr>
            <w:tcW w:w="0" w:type="auto"/>
            <w:vAlign w:val="center"/>
          </w:tcPr>
          <w:p w14:paraId="299FB575" w14:textId="77777777" w:rsidR="00F12170" w:rsidRPr="007911BE" w:rsidRDefault="00000000">
            <w:pPr>
              <w:ind w:firstLine="0"/>
              <w:jc w:val="center"/>
              <w:rPr>
                <w:sz w:val="16"/>
                <w:szCs w:val="28"/>
              </w:rPr>
            </w:pPr>
            <w:r w:rsidRPr="007911BE">
              <w:rPr>
                <w:sz w:val="16"/>
                <w:szCs w:val="28"/>
              </w:rPr>
              <w:t>3.6</w:t>
            </w:r>
          </w:p>
        </w:tc>
        <w:tc>
          <w:tcPr>
            <w:tcW w:w="0" w:type="auto"/>
            <w:vAlign w:val="center"/>
          </w:tcPr>
          <w:p w14:paraId="6F010392" w14:textId="77777777" w:rsidR="00F12170" w:rsidRPr="007911BE" w:rsidRDefault="00000000">
            <w:pPr>
              <w:ind w:firstLine="0"/>
              <w:jc w:val="center"/>
              <w:rPr>
                <w:sz w:val="16"/>
                <w:szCs w:val="28"/>
              </w:rPr>
            </w:pPr>
            <w:r w:rsidRPr="007911BE">
              <w:rPr>
                <w:sz w:val="16"/>
                <w:szCs w:val="28"/>
              </w:rPr>
              <w:t>2.31</w:t>
            </w:r>
          </w:p>
        </w:tc>
      </w:tr>
      <w:tr w:rsidR="00F12170" w:rsidRPr="007911BE" w14:paraId="4DCBF0CF" w14:textId="77777777" w:rsidTr="00B408C8">
        <w:trPr>
          <w:jc w:val="center"/>
        </w:trPr>
        <w:tc>
          <w:tcPr>
            <w:tcW w:w="0" w:type="auto"/>
            <w:vAlign w:val="center"/>
          </w:tcPr>
          <w:p w14:paraId="46D9E37A" w14:textId="77777777" w:rsidR="00F12170" w:rsidRPr="007911BE" w:rsidRDefault="00000000">
            <w:pPr>
              <w:ind w:firstLine="0"/>
              <w:jc w:val="left"/>
              <w:rPr>
                <w:sz w:val="16"/>
                <w:szCs w:val="28"/>
              </w:rPr>
            </w:pPr>
            <w:proofErr w:type="spellStart"/>
            <w:r w:rsidRPr="007911BE">
              <w:rPr>
                <w:sz w:val="16"/>
                <w:szCs w:val="28"/>
              </w:rPr>
              <w:t>Астраханская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FF89617"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6EA2B0DE" w14:textId="77777777" w:rsidR="00F12170" w:rsidRPr="007911BE" w:rsidRDefault="00000000">
            <w:pPr>
              <w:ind w:firstLine="0"/>
              <w:jc w:val="center"/>
              <w:rPr>
                <w:sz w:val="16"/>
                <w:szCs w:val="28"/>
              </w:rPr>
            </w:pPr>
            <w:r w:rsidRPr="007911BE">
              <w:rPr>
                <w:sz w:val="16"/>
                <w:szCs w:val="28"/>
              </w:rPr>
              <w:t>13.6</w:t>
            </w:r>
          </w:p>
        </w:tc>
        <w:tc>
          <w:tcPr>
            <w:tcW w:w="0" w:type="auto"/>
            <w:vAlign w:val="center"/>
          </w:tcPr>
          <w:p w14:paraId="72681D8C" w14:textId="77777777" w:rsidR="00F12170" w:rsidRPr="007911BE" w:rsidRDefault="00000000">
            <w:pPr>
              <w:ind w:firstLine="0"/>
              <w:jc w:val="center"/>
              <w:rPr>
                <w:sz w:val="16"/>
                <w:szCs w:val="28"/>
              </w:rPr>
            </w:pPr>
            <w:r w:rsidRPr="007911BE">
              <w:rPr>
                <w:sz w:val="16"/>
                <w:szCs w:val="28"/>
              </w:rPr>
              <w:t>1.57</w:t>
            </w:r>
          </w:p>
        </w:tc>
        <w:tc>
          <w:tcPr>
            <w:tcW w:w="0" w:type="auto"/>
            <w:vAlign w:val="center"/>
          </w:tcPr>
          <w:p w14:paraId="1F426917" w14:textId="77777777" w:rsidR="00F12170" w:rsidRPr="007911BE" w:rsidRDefault="00000000">
            <w:pPr>
              <w:ind w:firstLine="0"/>
              <w:jc w:val="center"/>
              <w:rPr>
                <w:sz w:val="16"/>
                <w:szCs w:val="28"/>
              </w:rPr>
            </w:pPr>
            <w:r w:rsidRPr="007911BE">
              <w:rPr>
                <w:sz w:val="16"/>
                <w:szCs w:val="28"/>
              </w:rPr>
              <w:t>0.52</w:t>
            </w:r>
          </w:p>
        </w:tc>
        <w:tc>
          <w:tcPr>
            <w:tcW w:w="0" w:type="auto"/>
            <w:vAlign w:val="center"/>
          </w:tcPr>
          <w:p w14:paraId="51C65A1E"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417C04AB" w14:textId="77777777" w:rsidR="00F12170" w:rsidRPr="007911BE" w:rsidRDefault="00000000">
            <w:pPr>
              <w:ind w:firstLine="0"/>
              <w:jc w:val="center"/>
              <w:rPr>
                <w:sz w:val="16"/>
                <w:szCs w:val="28"/>
              </w:rPr>
            </w:pPr>
            <w:r w:rsidRPr="007911BE">
              <w:rPr>
                <w:sz w:val="16"/>
                <w:szCs w:val="28"/>
              </w:rPr>
              <w:t>2.82</w:t>
            </w:r>
          </w:p>
        </w:tc>
      </w:tr>
      <w:tr w:rsidR="00F12170" w:rsidRPr="007911BE" w14:paraId="0E631875" w14:textId="77777777" w:rsidTr="00B408C8">
        <w:trPr>
          <w:jc w:val="center"/>
        </w:trPr>
        <w:tc>
          <w:tcPr>
            <w:tcW w:w="0" w:type="auto"/>
            <w:vAlign w:val="center"/>
          </w:tcPr>
          <w:p w14:paraId="23E20320" w14:textId="77777777" w:rsidR="00F12170" w:rsidRPr="007911BE" w:rsidRDefault="00000000">
            <w:pPr>
              <w:ind w:firstLine="0"/>
              <w:jc w:val="left"/>
              <w:rPr>
                <w:sz w:val="16"/>
                <w:szCs w:val="28"/>
              </w:rPr>
            </w:pPr>
            <w:proofErr w:type="spellStart"/>
            <w:r w:rsidRPr="007911BE">
              <w:rPr>
                <w:sz w:val="16"/>
                <w:szCs w:val="28"/>
              </w:rPr>
              <w:t>Белгородская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09EB8DE"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5426F91C" w14:textId="77777777" w:rsidR="00F12170" w:rsidRPr="007911BE" w:rsidRDefault="00000000">
            <w:pPr>
              <w:ind w:firstLine="0"/>
              <w:jc w:val="center"/>
              <w:rPr>
                <w:sz w:val="16"/>
                <w:szCs w:val="28"/>
              </w:rPr>
            </w:pPr>
            <w:r w:rsidRPr="007911BE">
              <w:rPr>
                <w:sz w:val="16"/>
                <w:szCs w:val="28"/>
              </w:rPr>
              <w:t>12.8</w:t>
            </w:r>
          </w:p>
        </w:tc>
        <w:tc>
          <w:tcPr>
            <w:tcW w:w="0" w:type="auto"/>
            <w:vAlign w:val="center"/>
          </w:tcPr>
          <w:p w14:paraId="762F868D" w14:textId="77777777" w:rsidR="00F12170" w:rsidRPr="007911BE" w:rsidRDefault="00000000">
            <w:pPr>
              <w:ind w:firstLine="0"/>
              <w:jc w:val="center"/>
              <w:rPr>
                <w:sz w:val="16"/>
                <w:szCs w:val="28"/>
              </w:rPr>
            </w:pPr>
            <w:r w:rsidRPr="007911BE">
              <w:rPr>
                <w:sz w:val="16"/>
                <w:szCs w:val="28"/>
              </w:rPr>
              <w:t>1.08</w:t>
            </w:r>
          </w:p>
        </w:tc>
        <w:tc>
          <w:tcPr>
            <w:tcW w:w="0" w:type="auto"/>
            <w:vAlign w:val="center"/>
          </w:tcPr>
          <w:p w14:paraId="1849D832" w14:textId="77777777" w:rsidR="00F12170" w:rsidRPr="007911BE" w:rsidRDefault="00000000">
            <w:pPr>
              <w:ind w:firstLine="0"/>
              <w:jc w:val="center"/>
              <w:rPr>
                <w:sz w:val="16"/>
                <w:szCs w:val="28"/>
              </w:rPr>
            </w:pPr>
            <w:r w:rsidRPr="007911BE">
              <w:rPr>
                <w:sz w:val="16"/>
                <w:szCs w:val="28"/>
              </w:rPr>
              <w:t>0.2</w:t>
            </w:r>
          </w:p>
        </w:tc>
        <w:tc>
          <w:tcPr>
            <w:tcW w:w="0" w:type="auto"/>
            <w:vAlign w:val="center"/>
          </w:tcPr>
          <w:p w14:paraId="63F7AB23" w14:textId="77777777" w:rsidR="00F12170" w:rsidRPr="007911BE" w:rsidRDefault="00000000">
            <w:pPr>
              <w:ind w:firstLine="0"/>
              <w:jc w:val="center"/>
              <w:rPr>
                <w:sz w:val="16"/>
                <w:szCs w:val="28"/>
              </w:rPr>
            </w:pPr>
            <w:r w:rsidRPr="007911BE">
              <w:rPr>
                <w:sz w:val="16"/>
                <w:szCs w:val="28"/>
              </w:rPr>
              <w:t>2.6</w:t>
            </w:r>
          </w:p>
        </w:tc>
        <w:tc>
          <w:tcPr>
            <w:tcW w:w="0" w:type="auto"/>
            <w:vAlign w:val="center"/>
          </w:tcPr>
          <w:p w14:paraId="2F6D47AA" w14:textId="77777777" w:rsidR="00F12170" w:rsidRPr="007911BE" w:rsidRDefault="00000000">
            <w:pPr>
              <w:ind w:firstLine="0"/>
              <w:jc w:val="center"/>
              <w:rPr>
                <w:sz w:val="16"/>
                <w:szCs w:val="28"/>
              </w:rPr>
            </w:pPr>
            <w:r w:rsidRPr="007911BE">
              <w:rPr>
                <w:sz w:val="16"/>
                <w:szCs w:val="28"/>
              </w:rPr>
              <w:t>3.32</w:t>
            </w:r>
          </w:p>
        </w:tc>
      </w:tr>
      <w:tr w:rsidR="00F12170" w:rsidRPr="007911BE" w14:paraId="78A45F18" w14:textId="77777777" w:rsidTr="00B408C8">
        <w:trPr>
          <w:jc w:val="center"/>
        </w:trPr>
        <w:tc>
          <w:tcPr>
            <w:tcW w:w="0" w:type="auto"/>
            <w:vAlign w:val="center"/>
          </w:tcPr>
          <w:p w14:paraId="0AADEFDD" w14:textId="77777777" w:rsidR="00F12170" w:rsidRPr="007911BE" w:rsidRDefault="00000000">
            <w:pPr>
              <w:ind w:firstLine="0"/>
              <w:jc w:val="left"/>
              <w:rPr>
                <w:sz w:val="16"/>
                <w:szCs w:val="28"/>
              </w:rPr>
            </w:pPr>
            <w:proofErr w:type="spellStart"/>
            <w:r w:rsidRPr="007911BE">
              <w:rPr>
                <w:sz w:val="16"/>
                <w:szCs w:val="28"/>
              </w:rPr>
              <w:t>Брянская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DD79CF8"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3ADABF6" w14:textId="77777777" w:rsidR="00F12170" w:rsidRPr="007911BE" w:rsidRDefault="00000000">
            <w:pPr>
              <w:ind w:firstLine="0"/>
              <w:jc w:val="center"/>
              <w:rPr>
                <w:sz w:val="16"/>
                <w:szCs w:val="28"/>
              </w:rPr>
            </w:pPr>
            <w:r w:rsidRPr="007911BE">
              <w:rPr>
                <w:sz w:val="16"/>
                <w:szCs w:val="28"/>
              </w:rPr>
              <w:t>21.9</w:t>
            </w:r>
          </w:p>
        </w:tc>
        <w:tc>
          <w:tcPr>
            <w:tcW w:w="0" w:type="auto"/>
            <w:vAlign w:val="center"/>
          </w:tcPr>
          <w:p w14:paraId="18AADC5A" w14:textId="77777777" w:rsidR="00F12170" w:rsidRPr="007911BE" w:rsidRDefault="00000000">
            <w:pPr>
              <w:ind w:firstLine="0"/>
              <w:jc w:val="center"/>
              <w:rPr>
                <w:sz w:val="16"/>
                <w:szCs w:val="28"/>
              </w:rPr>
            </w:pPr>
            <w:r w:rsidRPr="007911BE">
              <w:rPr>
                <w:sz w:val="16"/>
                <w:szCs w:val="28"/>
              </w:rPr>
              <w:t>1.11</w:t>
            </w:r>
          </w:p>
        </w:tc>
        <w:tc>
          <w:tcPr>
            <w:tcW w:w="0" w:type="auto"/>
            <w:vAlign w:val="center"/>
          </w:tcPr>
          <w:p w14:paraId="6DD43652" w14:textId="77777777" w:rsidR="00F12170" w:rsidRPr="007911BE" w:rsidRDefault="00000000">
            <w:pPr>
              <w:ind w:firstLine="0"/>
              <w:jc w:val="center"/>
              <w:rPr>
                <w:sz w:val="16"/>
                <w:szCs w:val="28"/>
              </w:rPr>
            </w:pPr>
            <w:r w:rsidRPr="007911BE">
              <w:rPr>
                <w:sz w:val="16"/>
                <w:szCs w:val="28"/>
              </w:rPr>
              <w:t>0.24</w:t>
            </w:r>
          </w:p>
        </w:tc>
        <w:tc>
          <w:tcPr>
            <w:tcW w:w="0" w:type="auto"/>
            <w:vAlign w:val="center"/>
          </w:tcPr>
          <w:p w14:paraId="0134C887" w14:textId="77777777" w:rsidR="00F12170" w:rsidRPr="007911BE" w:rsidRDefault="00000000">
            <w:pPr>
              <w:ind w:firstLine="0"/>
              <w:jc w:val="center"/>
              <w:rPr>
                <w:sz w:val="16"/>
                <w:szCs w:val="28"/>
              </w:rPr>
            </w:pPr>
            <w:r w:rsidRPr="007911BE">
              <w:rPr>
                <w:sz w:val="16"/>
                <w:szCs w:val="28"/>
              </w:rPr>
              <w:t>4.7</w:t>
            </w:r>
          </w:p>
        </w:tc>
        <w:tc>
          <w:tcPr>
            <w:tcW w:w="0" w:type="auto"/>
            <w:vAlign w:val="center"/>
          </w:tcPr>
          <w:p w14:paraId="60FD8356" w14:textId="77777777" w:rsidR="00F12170" w:rsidRPr="007911BE" w:rsidRDefault="00000000">
            <w:pPr>
              <w:ind w:firstLine="0"/>
              <w:jc w:val="center"/>
              <w:rPr>
                <w:sz w:val="16"/>
                <w:szCs w:val="28"/>
              </w:rPr>
            </w:pPr>
            <w:r w:rsidRPr="007911BE">
              <w:rPr>
                <w:sz w:val="16"/>
                <w:szCs w:val="28"/>
              </w:rPr>
              <w:t>5.3</w:t>
            </w:r>
          </w:p>
        </w:tc>
      </w:tr>
      <w:tr w:rsidR="00F12170" w:rsidRPr="007911BE" w14:paraId="0A822B76" w14:textId="77777777" w:rsidTr="00B408C8">
        <w:trPr>
          <w:jc w:val="center"/>
        </w:trPr>
        <w:tc>
          <w:tcPr>
            <w:tcW w:w="0" w:type="auto"/>
            <w:vAlign w:val="center"/>
          </w:tcPr>
          <w:p w14:paraId="54E113C1" w14:textId="77777777" w:rsidR="00F12170" w:rsidRPr="007911BE" w:rsidRDefault="00000000">
            <w:pPr>
              <w:ind w:firstLine="0"/>
              <w:jc w:val="left"/>
              <w:rPr>
                <w:sz w:val="16"/>
                <w:szCs w:val="28"/>
              </w:rPr>
            </w:pPr>
            <w:proofErr w:type="spellStart"/>
            <w:r w:rsidRPr="007911BE">
              <w:rPr>
                <w:sz w:val="16"/>
                <w:szCs w:val="28"/>
              </w:rPr>
              <w:t>Владимирская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9BFACA7"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294F5ED5" w14:textId="77777777" w:rsidR="00F12170" w:rsidRPr="007911BE" w:rsidRDefault="00000000">
            <w:pPr>
              <w:ind w:firstLine="0"/>
              <w:jc w:val="center"/>
              <w:rPr>
                <w:sz w:val="16"/>
                <w:szCs w:val="28"/>
              </w:rPr>
            </w:pPr>
            <w:r w:rsidRPr="007911BE">
              <w:rPr>
                <w:sz w:val="16"/>
                <w:szCs w:val="28"/>
              </w:rPr>
              <w:t>16.3</w:t>
            </w:r>
          </w:p>
        </w:tc>
        <w:tc>
          <w:tcPr>
            <w:tcW w:w="0" w:type="auto"/>
            <w:vAlign w:val="center"/>
          </w:tcPr>
          <w:p w14:paraId="64F5D4E3" w14:textId="77777777" w:rsidR="00F12170" w:rsidRPr="007911BE" w:rsidRDefault="00000000">
            <w:pPr>
              <w:ind w:firstLine="0"/>
              <w:jc w:val="center"/>
              <w:rPr>
                <w:sz w:val="16"/>
                <w:szCs w:val="28"/>
              </w:rPr>
            </w:pPr>
            <w:r w:rsidRPr="007911BE">
              <w:rPr>
                <w:sz w:val="16"/>
                <w:szCs w:val="28"/>
              </w:rPr>
              <w:t>1.05</w:t>
            </w:r>
          </w:p>
        </w:tc>
        <w:tc>
          <w:tcPr>
            <w:tcW w:w="0" w:type="auto"/>
            <w:vAlign w:val="center"/>
          </w:tcPr>
          <w:p w14:paraId="45F4FB8E" w14:textId="77777777" w:rsidR="00F12170" w:rsidRPr="007911BE" w:rsidRDefault="00000000">
            <w:pPr>
              <w:ind w:firstLine="0"/>
              <w:jc w:val="center"/>
              <w:rPr>
                <w:sz w:val="16"/>
                <w:szCs w:val="28"/>
              </w:rPr>
            </w:pPr>
            <w:r w:rsidRPr="007911BE">
              <w:rPr>
                <w:sz w:val="16"/>
                <w:szCs w:val="28"/>
              </w:rPr>
              <w:t>0.27</w:t>
            </w:r>
          </w:p>
        </w:tc>
        <w:tc>
          <w:tcPr>
            <w:tcW w:w="0" w:type="auto"/>
            <w:vAlign w:val="center"/>
          </w:tcPr>
          <w:p w14:paraId="6263506C" w14:textId="77777777" w:rsidR="00F12170" w:rsidRPr="007911BE" w:rsidRDefault="00000000">
            <w:pPr>
              <w:ind w:firstLine="0"/>
              <w:jc w:val="center"/>
              <w:rPr>
                <w:sz w:val="16"/>
                <w:szCs w:val="28"/>
              </w:rPr>
            </w:pPr>
            <w:r w:rsidRPr="007911BE">
              <w:rPr>
                <w:sz w:val="16"/>
                <w:szCs w:val="28"/>
              </w:rPr>
              <w:t>4.6</w:t>
            </w:r>
          </w:p>
        </w:tc>
        <w:tc>
          <w:tcPr>
            <w:tcW w:w="0" w:type="auto"/>
            <w:vAlign w:val="center"/>
          </w:tcPr>
          <w:p w14:paraId="17113746" w14:textId="77777777" w:rsidR="00F12170" w:rsidRPr="007911BE" w:rsidRDefault="00000000">
            <w:pPr>
              <w:ind w:firstLine="0"/>
              <w:jc w:val="center"/>
              <w:rPr>
                <w:sz w:val="16"/>
                <w:szCs w:val="28"/>
              </w:rPr>
            </w:pPr>
            <w:r w:rsidRPr="007911BE">
              <w:rPr>
                <w:sz w:val="16"/>
                <w:szCs w:val="28"/>
              </w:rPr>
              <w:t>2.5</w:t>
            </w:r>
          </w:p>
        </w:tc>
      </w:tr>
      <w:tr w:rsidR="00F12170" w:rsidRPr="007911BE" w14:paraId="286EBE8C" w14:textId="77777777" w:rsidTr="00B408C8">
        <w:trPr>
          <w:jc w:val="center"/>
        </w:trPr>
        <w:tc>
          <w:tcPr>
            <w:tcW w:w="0" w:type="auto"/>
            <w:vAlign w:val="center"/>
          </w:tcPr>
          <w:p w14:paraId="3EC9F5BB" w14:textId="77777777" w:rsidR="00F12170" w:rsidRPr="007911BE" w:rsidRDefault="00000000">
            <w:pPr>
              <w:ind w:firstLine="0"/>
              <w:jc w:val="left"/>
              <w:rPr>
                <w:sz w:val="16"/>
                <w:szCs w:val="28"/>
              </w:rPr>
            </w:pPr>
            <w:proofErr w:type="spellStart"/>
            <w:r w:rsidRPr="007911BE">
              <w:rPr>
                <w:sz w:val="16"/>
                <w:szCs w:val="28"/>
              </w:rPr>
              <w:t>Волгоградская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4E4D2AF"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397375EA" w14:textId="77777777" w:rsidR="00F12170" w:rsidRPr="007911BE" w:rsidRDefault="00000000">
            <w:pPr>
              <w:ind w:firstLine="0"/>
              <w:jc w:val="center"/>
              <w:rPr>
                <w:sz w:val="16"/>
                <w:szCs w:val="28"/>
              </w:rPr>
            </w:pPr>
            <w:r w:rsidRPr="007911BE">
              <w:rPr>
                <w:sz w:val="16"/>
                <w:szCs w:val="28"/>
              </w:rPr>
              <w:t>19.1</w:t>
            </w:r>
          </w:p>
        </w:tc>
        <w:tc>
          <w:tcPr>
            <w:tcW w:w="0" w:type="auto"/>
            <w:vAlign w:val="center"/>
          </w:tcPr>
          <w:p w14:paraId="1D7F72E4" w14:textId="77777777" w:rsidR="00F12170" w:rsidRPr="007911BE" w:rsidRDefault="00000000">
            <w:pPr>
              <w:ind w:firstLine="0"/>
              <w:jc w:val="center"/>
              <w:rPr>
                <w:sz w:val="16"/>
                <w:szCs w:val="28"/>
              </w:rPr>
            </w:pPr>
            <w:r w:rsidRPr="007911BE">
              <w:rPr>
                <w:sz w:val="16"/>
                <w:szCs w:val="28"/>
              </w:rPr>
              <w:t>1.08</w:t>
            </w:r>
          </w:p>
        </w:tc>
        <w:tc>
          <w:tcPr>
            <w:tcW w:w="0" w:type="auto"/>
            <w:vAlign w:val="center"/>
          </w:tcPr>
          <w:p w14:paraId="3D676959" w14:textId="77777777" w:rsidR="00F12170" w:rsidRPr="007911BE" w:rsidRDefault="00000000">
            <w:pPr>
              <w:ind w:firstLine="0"/>
              <w:jc w:val="center"/>
              <w:rPr>
                <w:sz w:val="16"/>
                <w:szCs w:val="28"/>
              </w:rPr>
            </w:pPr>
            <w:r w:rsidRPr="007911BE">
              <w:rPr>
                <w:sz w:val="16"/>
                <w:szCs w:val="28"/>
              </w:rPr>
              <w:t>0.27</w:t>
            </w:r>
          </w:p>
        </w:tc>
        <w:tc>
          <w:tcPr>
            <w:tcW w:w="0" w:type="auto"/>
            <w:vAlign w:val="center"/>
          </w:tcPr>
          <w:p w14:paraId="434150FA" w14:textId="77777777" w:rsidR="00F12170" w:rsidRPr="007911BE" w:rsidRDefault="00000000">
            <w:pPr>
              <w:ind w:firstLine="0"/>
              <w:jc w:val="center"/>
              <w:rPr>
                <w:sz w:val="16"/>
                <w:szCs w:val="28"/>
              </w:rPr>
            </w:pPr>
            <w:r w:rsidRPr="007911BE">
              <w:rPr>
                <w:sz w:val="16"/>
                <w:szCs w:val="28"/>
              </w:rPr>
              <w:t>3.1</w:t>
            </w:r>
          </w:p>
        </w:tc>
        <w:tc>
          <w:tcPr>
            <w:tcW w:w="0" w:type="auto"/>
            <w:vAlign w:val="center"/>
          </w:tcPr>
          <w:p w14:paraId="3BCC51E6" w14:textId="77777777" w:rsidR="00F12170" w:rsidRPr="007911BE" w:rsidRDefault="00000000">
            <w:pPr>
              <w:ind w:firstLine="0"/>
              <w:jc w:val="center"/>
              <w:rPr>
                <w:sz w:val="16"/>
                <w:szCs w:val="28"/>
              </w:rPr>
            </w:pPr>
            <w:r w:rsidRPr="007911BE">
              <w:rPr>
                <w:sz w:val="16"/>
                <w:szCs w:val="28"/>
              </w:rPr>
              <w:t>17.7</w:t>
            </w:r>
          </w:p>
        </w:tc>
      </w:tr>
      <w:tr w:rsidR="00F12170" w:rsidRPr="007911BE" w14:paraId="692C85B0" w14:textId="77777777" w:rsidTr="00B408C8">
        <w:trPr>
          <w:jc w:val="center"/>
        </w:trPr>
        <w:tc>
          <w:tcPr>
            <w:tcW w:w="0" w:type="auto"/>
            <w:vAlign w:val="center"/>
          </w:tcPr>
          <w:p w14:paraId="3B90BA1B" w14:textId="77777777" w:rsidR="00F12170" w:rsidRPr="007911BE" w:rsidRDefault="00000000">
            <w:pPr>
              <w:ind w:firstLine="0"/>
              <w:jc w:val="left"/>
              <w:rPr>
                <w:sz w:val="16"/>
                <w:szCs w:val="28"/>
              </w:rPr>
            </w:pPr>
            <w:proofErr w:type="spellStart"/>
            <w:r w:rsidRPr="007911BE">
              <w:rPr>
                <w:sz w:val="16"/>
                <w:szCs w:val="28"/>
              </w:rPr>
              <w:t>Вологодская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A406EF5"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54ED7BFA" w14:textId="77777777" w:rsidR="00F12170" w:rsidRPr="007911BE" w:rsidRDefault="00000000">
            <w:pPr>
              <w:ind w:firstLine="0"/>
              <w:jc w:val="center"/>
              <w:rPr>
                <w:sz w:val="16"/>
                <w:szCs w:val="28"/>
              </w:rPr>
            </w:pPr>
            <w:r w:rsidRPr="007911BE">
              <w:rPr>
                <w:sz w:val="16"/>
                <w:szCs w:val="28"/>
              </w:rPr>
              <w:t>11.4</w:t>
            </w:r>
          </w:p>
        </w:tc>
        <w:tc>
          <w:tcPr>
            <w:tcW w:w="0" w:type="auto"/>
            <w:vAlign w:val="center"/>
          </w:tcPr>
          <w:p w14:paraId="35BA10E5" w14:textId="77777777" w:rsidR="00F12170" w:rsidRPr="007911BE" w:rsidRDefault="00000000">
            <w:pPr>
              <w:ind w:firstLine="0"/>
              <w:jc w:val="center"/>
              <w:rPr>
                <w:sz w:val="16"/>
                <w:szCs w:val="28"/>
              </w:rPr>
            </w:pPr>
            <w:r w:rsidRPr="007911BE">
              <w:rPr>
                <w:sz w:val="16"/>
                <w:szCs w:val="28"/>
              </w:rPr>
              <w:t>1.35</w:t>
            </w:r>
          </w:p>
        </w:tc>
        <w:tc>
          <w:tcPr>
            <w:tcW w:w="0" w:type="auto"/>
            <w:vAlign w:val="center"/>
          </w:tcPr>
          <w:p w14:paraId="3E26EA52" w14:textId="77777777" w:rsidR="00F12170" w:rsidRPr="007911BE" w:rsidRDefault="00000000">
            <w:pPr>
              <w:ind w:firstLine="0"/>
              <w:jc w:val="center"/>
              <w:rPr>
                <w:sz w:val="16"/>
                <w:szCs w:val="28"/>
              </w:rPr>
            </w:pPr>
            <w:r w:rsidRPr="007911BE">
              <w:rPr>
                <w:sz w:val="16"/>
                <w:szCs w:val="28"/>
              </w:rPr>
              <w:t>0.35</w:t>
            </w:r>
          </w:p>
        </w:tc>
        <w:tc>
          <w:tcPr>
            <w:tcW w:w="0" w:type="auto"/>
            <w:vAlign w:val="center"/>
          </w:tcPr>
          <w:p w14:paraId="75F8306A" w14:textId="77777777" w:rsidR="00F12170" w:rsidRPr="007911BE" w:rsidRDefault="00000000">
            <w:pPr>
              <w:ind w:firstLine="0"/>
              <w:jc w:val="center"/>
              <w:rPr>
                <w:sz w:val="16"/>
                <w:szCs w:val="28"/>
              </w:rPr>
            </w:pPr>
            <w:r w:rsidRPr="007911BE">
              <w:rPr>
                <w:sz w:val="16"/>
                <w:szCs w:val="28"/>
              </w:rPr>
              <w:t>3.8</w:t>
            </w:r>
          </w:p>
        </w:tc>
        <w:tc>
          <w:tcPr>
            <w:tcW w:w="0" w:type="auto"/>
            <w:vAlign w:val="center"/>
          </w:tcPr>
          <w:p w14:paraId="4D665089" w14:textId="77777777" w:rsidR="00F12170" w:rsidRPr="007911BE" w:rsidRDefault="00000000">
            <w:pPr>
              <w:ind w:firstLine="0"/>
              <w:jc w:val="center"/>
              <w:rPr>
                <w:sz w:val="16"/>
                <w:szCs w:val="28"/>
              </w:rPr>
            </w:pPr>
            <w:r w:rsidRPr="007911BE">
              <w:rPr>
                <w:sz w:val="16"/>
                <w:szCs w:val="28"/>
              </w:rPr>
              <w:t>2.21</w:t>
            </w:r>
          </w:p>
        </w:tc>
      </w:tr>
      <w:tr w:rsidR="00F12170" w:rsidRPr="007911BE" w14:paraId="4660637F" w14:textId="77777777" w:rsidTr="00B408C8">
        <w:trPr>
          <w:jc w:val="center"/>
        </w:trPr>
        <w:tc>
          <w:tcPr>
            <w:tcW w:w="0" w:type="auto"/>
            <w:vAlign w:val="center"/>
          </w:tcPr>
          <w:p w14:paraId="6C119CAF" w14:textId="77777777" w:rsidR="00F12170" w:rsidRPr="007911BE" w:rsidRDefault="00000000">
            <w:pPr>
              <w:ind w:firstLine="0"/>
              <w:jc w:val="left"/>
              <w:rPr>
                <w:sz w:val="16"/>
                <w:szCs w:val="28"/>
              </w:rPr>
            </w:pPr>
            <w:proofErr w:type="spellStart"/>
            <w:r w:rsidRPr="007911BE">
              <w:rPr>
                <w:sz w:val="16"/>
                <w:szCs w:val="28"/>
              </w:rPr>
              <w:t>Воронежская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AB4C70D"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4454A11" w14:textId="77777777" w:rsidR="00F12170" w:rsidRPr="007911BE" w:rsidRDefault="00000000">
            <w:pPr>
              <w:ind w:firstLine="0"/>
              <w:jc w:val="center"/>
              <w:rPr>
                <w:sz w:val="16"/>
                <w:szCs w:val="28"/>
              </w:rPr>
            </w:pPr>
            <w:r w:rsidRPr="007911BE">
              <w:rPr>
                <w:sz w:val="16"/>
                <w:szCs w:val="28"/>
              </w:rPr>
              <w:t>7.9</w:t>
            </w:r>
          </w:p>
        </w:tc>
        <w:tc>
          <w:tcPr>
            <w:tcW w:w="0" w:type="auto"/>
            <w:vAlign w:val="center"/>
          </w:tcPr>
          <w:p w14:paraId="713729E4" w14:textId="77777777" w:rsidR="00F12170" w:rsidRPr="007911BE" w:rsidRDefault="00000000">
            <w:pPr>
              <w:ind w:firstLine="0"/>
              <w:jc w:val="center"/>
              <w:rPr>
                <w:sz w:val="16"/>
                <w:szCs w:val="28"/>
              </w:rPr>
            </w:pPr>
            <w:r w:rsidRPr="007911BE">
              <w:rPr>
                <w:sz w:val="16"/>
                <w:szCs w:val="28"/>
              </w:rPr>
              <w:t>1.2</w:t>
            </w:r>
          </w:p>
        </w:tc>
        <w:tc>
          <w:tcPr>
            <w:tcW w:w="0" w:type="auto"/>
            <w:vAlign w:val="center"/>
          </w:tcPr>
          <w:p w14:paraId="6C4F071D" w14:textId="77777777" w:rsidR="00F12170" w:rsidRPr="007911BE" w:rsidRDefault="00000000">
            <w:pPr>
              <w:ind w:firstLine="0"/>
              <w:jc w:val="center"/>
              <w:rPr>
                <w:sz w:val="16"/>
                <w:szCs w:val="28"/>
              </w:rPr>
            </w:pPr>
            <w:r w:rsidRPr="007911BE">
              <w:rPr>
                <w:sz w:val="16"/>
                <w:szCs w:val="28"/>
              </w:rPr>
              <w:t>0.23</w:t>
            </w:r>
          </w:p>
        </w:tc>
        <w:tc>
          <w:tcPr>
            <w:tcW w:w="0" w:type="auto"/>
            <w:vAlign w:val="center"/>
          </w:tcPr>
          <w:p w14:paraId="2ED0C3F8" w14:textId="77777777" w:rsidR="00F12170" w:rsidRPr="007911BE" w:rsidRDefault="00000000">
            <w:pPr>
              <w:ind w:firstLine="0"/>
              <w:jc w:val="center"/>
              <w:rPr>
                <w:sz w:val="16"/>
                <w:szCs w:val="28"/>
              </w:rPr>
            </w:pPr>
            <w:r w:rsidRPr="007911BE">
              <w:rPr>
                <w:sz w:val="16"/>
                <w:szCs w:val="28"/>
              </w:rPr>
              <w:t>2.9</w:t>
            </w:r>
          </w:p>
        </w:tc>
        <w:tc>
          <w:tcPr>
            <w:tcW w:w="0" w:type="auto"/>
            <w:vAlign w:val="center"/>
          </w:tcPr>
          <w:p w14:paraId="19FAD23E" w14:textId="77777777" w:rsidR="00F12170" w:rsidRPr="007911BE" w:rsidRDefault="00000000">
            <w:pPr>
              <w:ind w:firstLine="0"/>
              <w:jc w:val="center"/>
              <w:rPr>
                <w:sz w:val="16"/>
                <w:szCs w:val="28"/>
              </w:rPr>
            </w:pPr>
            <w:r w:rsidRPr="007911BE">
              <w:rPr>
                <w:sz w:val="16"/>
                <w:szCs w:val="28"/>
              </w:rPr>
              <w:t>13.12</w:t>
            </w:r>
          </w:p>
        </w:tc>
      </w:tr>
      <w:tr w:rsidR="00F12170" w:rsidRPr="007911BE" w14:paraId="51415C9C" w14:textId="77777777" w:rsidTr="00B408C8">
        <w:trPr>
          <w:jc w:val="center"/>
        </w:trPr>
        <w:tc>
          <w:tcPr>
            <w:tcW w:w="0" w:type="auto"/>
            <w:vAlign w:val="center"/>
          </w:tcPr>
          <w:p w14:paraId="7AD5EA35" w14:textId="77777777" w:rsidR="00F12170" w:rsidRPr="007911BE" w:rsidRDefault="00000000">
            <w:pPr>
              <w:ind w:firstLine="0"/>
              <w:jc w:val="left"/>
              <w:rPr>
                <w:sz w:val="16"/>
                <w:szCs w:val="28"/>
              </w:rPr>
            </w:pPr>
            <w:proofErr w:type="spellStart"/>
            <w:r w:rsidRPr="007911BE">
              <w:rPr>
                <w:sz w:val="16"/>
                <w:szCs w:val="28"/>
              </w:rPr>
              <w:t>Донецкая</w:t>
            </w:r>
            <w:proofErr w:type="spellEnd"/>
            <w:r w:rsidRPr="007911BE">
              <w:rPr>
                <w:sz w:val="16"/>
                <w:szCs w:val="28"/>
              </w:rPr>
              <w:t xml:space="preserve"> </w:t>
            </w:r>
            <w:proofErr w:type="spellStart"/>
            <w:r w:rsidRPr="007911BE">
              <w:rPr>
                <w:sz w:val="16"/>
                <w:szCs w:val="28"/>
              </w:rPr>
              <w:t>Народная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7B86E2BE"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00B59E05"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527BD731"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73FB678A"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0EBFFE4A"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768B18BF" w14:textId="77777777" w:rsidR="00F12170" w:rsidRPr="007911BE" w:rsidRDefault="00000000">
            <w:pPr>
              <w:ind w:firstLine="0"/>
              <w:jc w:val="center"/>
              <w:rPr>
                <w:sz w:val="16"/>
                <w:szCs w:val="28"/>
              </w:rPr>
            </w:pPr>
            <w:r w:rsidRPr="007911BE">
              <w:rPr>
                <w:sz w:val="16"/>
                <w:szCs w:val="28"/>
              </w:rPr>
              <w:t>2.9</w:t>
            </w:r>
          </w:p>
        </w:tc>
      </w:tr>
      <w:tr w:rsidR="00F12170" w:rsidRPr="007911BE" w14:paraId="5CFE806E" w14:textId="77777777" w:rsidTr="00B408C8">
        <w:trPr>
          <w:jc w:val="center"/>
        </w:trPr>
        <w:tc>
          <w:tcPr>
            <w:tcW w:w="0" w:type="auto"/>
            <w:vAlign w:val="center"/>
          </w:tcPr>
          <w:p w14:paraId="538AA503" w14:textId="77777777" w:rsidR="00F12170" w:rsidRPr="007911BE" w:rsidRDefault="00000000">
            <w:pPr>
              <w:ind w:firstLine="0"/>
              <w:jc w:val="left"/>
              <w:rPr>
                <w:sz w:val="16"/>
                <w:szCs w:val="28"/>
              </w:rPr>
            </w:pPr>
            <w:proofErr w:type="spellStart"/>
            <w:r w:rsidRPr="007911BE">
              <w:rPr>
                <w:sz w:val="16"/>
                <w:szCs w:val="28"/>
              </w:rPr>
              <w:t>Еврейская</w:t>
            </w:r>
            <w:proofErr w:type="spellEnd"/>
            <w:r w:rsidRPr="007911BE">
              <w:rPr>
                <w:sz w:val="16"/>
                <w:szCs w:val="28"/>
              </w:rPr>
              <w:t xml:space="preserve"> </w:t>
            </w:r>
            <w:proofErr w:type="spellStart"/>
            <w:r w:rsidRPr="007911BE">
              <w:rPr>
                <w:sz w:val="16"/>
                <w:szCs w:val="28"/>
              </w:rPr>
              <w:t>автономная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8E943DA"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77DCBAEA" w14:textId="77777777" w:rsidR="00F12170" w:rsidRPr="007911BE" w:rsidRDefault="00000000">
            <w:pPr>
              <w:ind w:firstLine="0"/>
              <w:jc w:val="center"/>
              <w:rPr>
                <w:sz w:val="16"/>
                <w:szCs w:val="28"/>
              </w:rPr>
            </w:pPr>
            <w:r w:rsidRPr="007911BE">
              <w:rPr>
                <w:sz w:val="16"/>
                <w:szCs w:val="28"/>
              </w:rPr>
              <w:t>33.5</w:t>
            </w:r>
          </w:p>
        </w:tc>
        <w:tc>
          <w:tcPr>
            <w:tcW w:w="0" w:type="auto"/>
            <w:vAlign w:val="center"/>
          </w:tcPr>
          <w:p w14:paraId="69FB901A" w14:textId="77777777" w:rsidR="00F12170" w:rsidRPr="007911BE" w:rsidRDefault="00000000">
            <w:pPr>
              <w:ind w:firstLine="0"/>
              <w:jc w:val="center"/>
              <w:rPr>
                <w:sz w:val="16"/>
                <w:szCs w:val="28"/>
              </w:rPr>
            </w:pPr>
            <w:r w:rsidRPr="007911BE">
              <w:rPr>
                <w:sz w:val="16"/>
                <w:szCs w:val="28"/>
              </w:rPr>
              <w:t>1.38</w:t>
            </w:r>
          </w:p>
        </w:tc>
        <w:tc>
          <w:tcPr>
            <w:tcW w:w="0" w:type="auto"/>
            <w:vAlign w:val="center"/>
          </w:tcPr>
          <w:p w14:paraId="72D42144" w14:textId="77777777" w:rsidR="00F12170" w:rsidRPr="007911BE" w:rsidRDefault="00000000">
            <w:pPr>
              <w:ind w:firstLine="0"/>
              <w:jc w:val="center"/>
              <w:rPr>
                <w:sz w:val="16"/>
                <w:szCs w:val="28"/>
              </w:rPr>
            </w:pPr>
            <w:r w:rsidRPr="007911BE">
              <w:rPr>
                <w:sz w:val="16"/>
                <w:szCs w:val="28"/>
              </w:rPr>
              <w:t>0.45</w:t>
            </w:r>
          </w:p>
        </w:tc>
        <w:tc>
          <w:tcPr>
            <w:tcW w:w="0" w:type="auto"/>
            <w:vAlign w:val="center"/>
          </w:tcPr>
          <w:p w14:paraId="4F0D1627" w14:textId="77777777" w:rsidR="00F12170" w:rsidRPr="007911BE" w:rsidRDefault="00000000">
            <w:pPr>
              <w:ind w:firstLine="0"/>
              <w:jc w:val="center"/>
              <w:rPr>
                <w:sz w:val="16"/>
                <w:szCs w:val="28"/>
              </w:rPr>
            </w:pPr>
            <w:r w:rsidRPr="007911BE">
              <w:rPr>
                <w:sz w:val="16"/>
                <w:szCs w:val="28"/>
              </w:rPr>
              <w:t>4.4</w:t>
            </w:r>
          </w:p>
        </w:tc>
        <w:tc>
          <w:tcPr>
            <w:tcW w:w="0" w:type="auto"/>
            <w:vAlign w:val="center"/>
          </w:tcPr>
          <w:p w14:paraId="4417B819" w14:textId="77777777" w:rsidR="00F12170" w:rsidRPr="007911BE" w:rsidRDefault="00000000">
            <w:pPr>
              <w:ind w:firstLine="0"/>
              <w:jc w:val="center"/>
              <w:rPr>
                <w:sz w:val="16"/>
                <w:szCs w:val="28"/>
              </w:rPr>
            </w:pPr>
            <w:r w:rsidRPr="007911BE">
              <w:rPr>
                <w:sz w:val="16"/>
                <w:szCs w:val="28"/>
              </w:rPr>
              <w:t>14.6</w:t>
            </w:r>
          </w:p>
        </w:tc>
      </w:tr>
      <w:tr w:rsidR="00F12170" w:rsidRPr="007911BE" w14:paraId="10C722E4" w14:textId="77777777" w:rsidTr="00B408C8">
        <w:trPr>
          <w:jc w:val="center"/>
        </w:trPr>
        <w:tc>
          <w:tcPr>
            <w:tcW w:w="0" w:type="auto"/>
            <w:vAlign w:val="center"/>
          </w:tcPr>
          <w:p w14:paraId="2A91E4A3" w14:textId="77777777" w:rsidR="00F12170" w:rsidRPr="007911BE" w:rsidRDefault="00000000">
            <w:pPr>
              <w:ind w:firstLine="0"/>
              <w:jc w:val="left"/>
              <w:rPr>
                <w:sz w:val="16"/>
                <w:szCs w:val="28"/>
              </w:rPr>
            </w:pPr>
            <w:proofErr w:type="spellStart"/>
            <w:r w:rsidRPr="007911BE">
              <w:rPr>
                <w:sz w:val="16"/>
                <w:szCs w:val="28"/>
              </w:rPr>
              <w:lastRenderedPageBreak/>
              <w:t>Забайкальский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39FD118A"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3C96AA2F" w14:textId="77777777" w:rsidR="00F12170" w:rsidRPr="007911BE" w:rsidRDefault="00000000">
            <w:pPr>
              <w:ind w:firstLine="0"/>
              <w:jc w:val="center"/>
              <w:rPr>
                <w:sz w:val="16"/>
                <w:szCs w:val="28"/>
              </w:rPr>
            </w:pPr>
            <w:r w:rsidRPr="007911BE">
              <w:rPr>
                <w:sz w:val="16"/>
                <w:szCs w:val="28"/>
              </w:rPr>
              <w:t>22.5</w:t>
            </w:r>
          </w:p>
        </w:tc>
        <w:tc>
          <w:tcPr>
            <w:tcW w:w="0" w:type="auto"/>
            <w:vAlign w:val="center"/>
          </w:tcPr>
          <w:p w14:paraId="7B0B98C0" w14:textId="77777777" w:rsidR="00F12170" w:rsidRPr="007911BE" w:rsidRDefault="00000000">
            <w:pPr>
              <w:ind w:firstLine="0"/>
              <w:jc w:val="center"/>
              <w:rPr>
                <w:sz w:val="16"/>
                <w:szCs w:val="28"/>
              </w:rPr>
            </w:pPr>
            <w:r w:rsidRPr="007911BE">
              <w:rPr>
                <w:sz w:val="16"/>
                <w:szCs w:val="28"/>
              </w:rPr>
              <w:t>1.48</w:t>
            </w:r>
          </w:p>
        </w:tc>
        <w:tc>
          <w:tcPr>
            <w:tcW w:w="0" w:type="auto"/>
            <w:vAlign w:val="center"/>
          </w:tcPr>
          <w:p w14:paraId="06EFE920" w14:textId="77777777" w:rsidR="00F12170" w:rsidRPr="007911BE" w:rsidRDefault="00000000">
            <w:pPr>
              <w:ind w:firstLine="0"/>
              <w:jc w:val="center"/>
              <w:rPr>
                <w:sz w:val="16"/>
                <w:szCs w:val="28"/>
              </w:rPr>
            </w:pPr>
            <w:r w:rsidRPr="007911BE">
              <w:rPr>
                <w:sz w:val="16"/>
                <w:szCs w:val="28"/>
              </w:rPr>
              <w:t>0.49</w:t>
            </w:r>
          </w:p>
        </w:tc>
        <w:tc>
          <w:tcPr>
            <w:tcW w:w="0" w:type="auto"/>
            <w:vAlign w:val="center"/>
          </w:tcPr>
          <w:p w14:paraId="3CCF2F57" w14:textId="77777777" w:rsidR="00F12170" w:rsidRPr="007911BE" w:rsidRDefault="00000000">
            <w:pPr>
              <w:ind w:firstLine="0"/>
              <w:jc w:val="center"/>
              <w:rPr>
                <w:sz w:val="16"/>
                <w:szCs w:val="28"/>
              </w:rPr>
            </w:pPr>
            <w:r w:rsidRPr="007911BE">
              <w:rPr>
                <w:sz w:val="16"/>
                <w:szCs w:val="28"/>
              </w:rPr>
              <w:t>4.6</w:t>
            </w:r>
          </w:p>
        </w:tc>
        <w:tc>
          <w:tcPr>
            <w:tcW w:w="0" w:type="auto"/>
            <w:vAlign w:val="center"/>
          </w:tcPr>
          <w:p w14:paraId="7357F7B7" w14:textId="77777777" w:rsidR="00F12170" w:rsidRPr="007911BE" w:rsidRDefault="00000000">
            <w:pPr>
              <w:ind w:firstLine="0"/>
              <w:jc w:val="center"/>
              <w:rPr>
                <w:sz w:val="16"/>
                <w:szCs w:val="28"/>
              </w:rPr>
            </w:pPr>
            <w:r w:rsidRPr="007911BE">
              <w:rPr>
                <w:sz w:val="16"/>
                <w:szCs w:val="28"/>
              </w:rPr>
              <w:t>4.81</w:t>
            </w:r>
          </w:p>
        </w:tc>
      </w:tr>
      <w:tr w:rsidR="00F12170" w:rsidRPr="007911BE" w14:paraId="3C175296" w14:textId="77777777" w:rsidTr="00B408C8">
        <w:trPr>
          <w:jc w:val="center"/>
        </w:trPr>
        <w:tc>
          <w:tcPr>
            <w:tcW w:w="0" w:type="auto"/>
            <w:vAlign w:val="center"/>
          </w:tcPr>
          <w:p w14:paraId="42923E99" w14:textId="77777777" w:rsidR="00F12170" w:rsidRPr="007911BE" w:rsidRDefault="00000000">
            <w:pPr>
              <w:ind w:firstLine="0"/>
              <w:jc w:val="left"/>
              <w:rPr>
                <w:sz w:val="16"/>
                <w:szCs w:val="28"/>
              </w:rPr>
            </w:pPr>
            <w:proofErr w:type="spellStart"/>
            <w:r w:rsidRPr="007911BE">
              <w:rPr>
                <w:sz w:val="16"/>
                <w:szCs w:val="28"/>
              </w:rPr>
              <w:t>Запорожская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F784F24"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458116EF"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0459963C"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7BE5333E"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22EBBB40"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487B451D" w14:textId="77777777" w:rsidR="00F12170" w:rsidRPr="007911BE" w:rsidRDefault="00000000">
            <w:pPr>
              <w:ind w:firstLine="0"/>
              <w:jc w:val="center"/>
              <w:rPr>
                <w:sz w:val="16"/>
                <w:szCs w:val="28"/>
              </w:rPr>
            </w:pPr>
            <w:r w:rsidRPr="007911BE">
              <w:rPr>
                <w:sz w:val="16"/>
                <w:szCs w:val="28"/>
              </w:rPr>
              <w:t>1.4</w:t>
            </w:r>
          </w:p>
        </w:tc>
      </w:tr>
      <w:tr w:rsidR="00F12170" w:rsidRPr="007911BE" w14:paraId="378F5CC2" w14:textId="77777777" w:rsidTr="00B408C8">
        <w:trPr>
          <w:jc w:val="center"/>
        </w:trPr>
        <w:tc>
          <w:tcPr>
            <w:tcW w:w="0" w:type="auto"/>
            <w:vAlign w:val="center"/>
          </w:tcPr>
          <w:p w14:paraId="65C8114B" w14:textId="77777777" w:rsidR="00F12170" w:rsidRPr="007911BE" w:rsidRDefault="00000000">
            <w:pPr>
              <w:ind w:firstLine="0"/>
              <w:jc w:val="left"/>
              <w:rPr>
                <w:sz w:val="16"/>
                <w:szCs w:val="28"/>
              </w:rPr>
            </w:pPr>
            <w:proofErr w:type="spellStart"/>
            <w:r w:rsidRPr="007911BE">
              <w:rPr>
                <w:sz w:val="16"/>
                <w:szCs w:val="28"/>
              </w:rPr>
              <w:t>Ивановская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74C4B0E"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54E825A3" w14:textId="77777777" w:rsidR="00F12170" w:rsidRPr="007911BE" w:rsidRDefault="00000000">
            <w:pPr>
              <w:ind w:firstLine="0"/>
              <w:jc w:val="center"/>
              <w:rPr>
                <w:sz w:val="16"/>
                <w:szCs w:val="28"/>
              </w:rPr>
            </w:pPr>
            <w:r w:rsidRPr="007911BE">
              <w:rPr>
                <w:sz w:val="16"/>
                <w:szCs w:val="28"/>
              </w:rPr>
              <w:t>12.5</w:t>
            </w:r>
          </w:p>
        </w:tc>
        <w:tc>
          <w:tcPr>
            <w:tcW w:w="0" w:type="auto"/>
            <w:vAlign w:val="center"/>
          </w:tcPr>
          <w:p w14:paraId="68F8B7FA" w14:textId="77777777" w:rsidR="00F12170" w:rsidRPr="007911BE" w:rsidRDefault="00000000">
            <w:pPr>
              <w:ind w:firstLine="0"/>
              <w:jc w:val="center"/>
              <w:rPr>
                <w:sz w:val="16"/>
                <w:szCs w:val="28"/>
              </w:rPr>
            </w:pPr>
            <w:r w:rsidRPr="007911BE">
              <w:rPr>
                <w:sz w:val="16"/>
                <w:szCs w:val="28"/>
              </w:rPr>
              <w:t>1.24</w:t>
            </w:r>
          </w:p>
        </w:tc>
        <w:tc>
          <w:tcPr>
            <w:tcW w:w="0" w:type="auto"/>
            <w:vAlign w:val="center"/>
          </w:tcPr>
          <w:p w14:paraId="28B6E2E4" w14:textId="77777777" w:rsidR="00F12170" w:rsidRPr="007911BE" w:rsidRDefault="00000000">
            <w:pPr>
              <w:ind w:firstLine="0"/>
              <w:jc w:val="center"/>
              <w:rPr>
                <w:sz w:val="16"/>
                <w:szCs w:val="28"/>
              </w:rPr>
            </w:pPr>
            <w:r w:rsidRPr="007911BE">
              <w:rPr>
                <w:sz w:val="16"/>
                <w:szCs w:val="28"/>
              </w:rPr>
              <w:t>0.29</w:t>
            </w:r>
          </w:p>
        </w:tc>
        <w:tc>
          <w:tcPr>
            <w:tcW w:w="0" w:type="auto"/>
            <w:vAlign w:val="center"/>
          </w:tcPr>
          <w:p w14:paraId="0B2AFBFB" w14:textId="77777777" w:rsidR="00F12170" w:rsidRPr="007911BE" w:rsidRDefault="00000000">
            <w:pPr>
              <w:ind w:firstLine="0"/>
              <w:jc w:val="center"/>
              <w:rPr>
                <w:sz w:val="16"/>
                <w:szCs w:val="28"/>
              </w:rPr>
            </w:pPr>
            <w:r w:rsidRPr="007911BE">
              <w:rPr>
                <w:sz w:val="16"/>
                <w:szCs w:val="28"/>
              </w:rPr>
              <w:t>2.7</w:t>
            </w:r>
          </w:p>
        </w:tc>
        <w:tc>
          <w:tcPr>
            <w:tcW w:w="0" w:type="auto"/>
            <w:vAlign w:val="center"/>
          </w:tcPr>
          <w:p w14:paraId="0B1173AD" w14:textId="77777777" w:rsidR="00F12170" w:rsidRPr="007911BE" w:rsidRDefault="00000000">
            <w:pPr>
              <w:ind w:firstLine="0"/>
              <w:jc w:val="center"/>
              <w:rPr>
                <w:sz w:val="16"/>
                <w:szCs w:val="28"/>
              </w:rPr>
            </w:pPr>
            <w:r w:rsidRPr="007911BE">
              <w:rPr>
                <w:sz w:val="16"/>
                <w:szCs w:val="28"/>
              </w:rPr>
              <w:t>2.33</w:t>
            </w:r>
          </w:p>
        </w:tc>
      </w:tr>
      <w:tr w:rsidR="00F12170" w:rsidRPr="007911BE" w14:paraId="6C193621" w14:textId="77777777" w:rsidTr="00B408C8">
        <w:trPr>
          <w:jc w:val="center"/>
        </w:trPr>
        <w:tc>
          <w:tcPr>
            <w:tcW w:w="0" w:type="auto"/>
            <w:vAlign w:val="center"/>
          </w:tcPr>
          <w:p w14:paraId="11E65F10" w14:textId="77777777" w:rsidR="00F12170" w:rsidRPr="007911BE" w:rsidRDefault="00000000">
            <w:pPr>
              <w:ind w:firstLine="0"/>
              <w:jc w:val="left"/>
              <w:rPr>
                <w:sz w:val="16"/>
                <w:szCs w:val="28"/>
              </w:rPr>
            </w:pPr>
            <w:proofErr w:type="spellStart"/>
            <w:r w:rsidRPr="007911BE">
              <w:rPr>
                <w:sz w:val="16"/>
                <w:szCs w:val="28"/>
              </w:rPr>
              <w:t>Иркутская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DD9A175"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3113EBA2" w14:textId="77777777" w:rsidR="00F12170" w:rsidRPr="007911BE" w:rsidRDefault="00000000">
            <w:pPr>
              <w:ind w:firstLine="0"/>
              <w:jc w:val="center"/>
              <w:rPr>
                <w:sz w:val="16"/>
                <w:szCs w:val="28"/>
              </w:rPr>
            </w:pPr>
            <w:r w:rsidRPr="007911BE">
              <w:rPr>
                <w:sz w:val="16"/>
                <w:szCs w:val="28"/>
              </w:rPr>
              <w:t>37.6</w:t>
            </w:r>
          </w:p>
        </w:tc>
        <w:tc>
          <w:tcPr>
            <w:tcW w:w="0" w:type="auto"/>
            <w:vAlign w:val="center"/>
          </w:tcPr>
          <w:p w14:paraId="64436F6E" w14:textId="77777777" w:rsidR="00F12170" w:rsidRPr="007911BE" w:rsidRDefault="00000000">
            <w:pPr>
              <w:ind w:firstLine="0"/>
              <w:jc w:val="center"/>
              <w:rPr>
                <w:sz w:val="16"/>
                <w:szCs w:val="28"/>
              </w:rPr>
            </w:pPr>
            <w:r w:rsidRPr="007911BE">
              <w:rPr>
                <w:sz w:val="16"/>
                <w:szCs w:val="28"/>
              </w:rPr>
              <w:t>1.57</w:t>
            </w:r>
          </w:p>
        </w:tc>
        <w:tc>
          <w:tcPr>
            <w:tcW w:w="0" w:type="auto"/>
            <w:vAlign w:val="center"/>
          </w:tcPr>
          <w:p w14:paraId="0A16B70A" w14:textId="77777777" w:rsidR="00F12170" w:rsidRPr="007911BE" w:rsidRDefault="00000000">
            <w:pPr>
              <w:ind w:firstLine="0"/>
              <w:jc w:val="center"/>
              <w:rPr>
                <w:sz w:val="16"/>
                <w:szCs w:val="28"/>
              </w:rPr>
            </w:pPr>
            <w:r w:rsidRPr="007911BE">
              <w:rPr>
                <w:sz w:val="16"/>
                <w:szCs w:val="28"/>
              </w:rPr>
              <w:t>0.47</w:t>
            </w:r>
          </w:p>
        </w:tc>
        <w:tc>
          <w:tcPr>
            <w:tcW w:w="0" w:type="auto"/>
            <w:vAlign w:val="center"/>
          </w:tcPr>
          <w:p w14:paraId="2478B993" w14:textId="77777777" w:rsidR="00F12170" w:rsidRPr="007911BE" w:rsidRDefault="00000000">
            <w:pPr>
              <w:ind w:firstLine="0"/>
              <w:jc w:val="center"/>
              <w:rPr>
                <w:sz w:val="16"/>
                <w:szCs w:val="28"/>
              </w:rPr>
            </w:pPr>
            <w:r w:rsidRPr="007911BE">
              <w:rPr>
                <w:sz w:val="16"/>
                <w:szCs w:val="28"/>
              </w:rPr>
              <w:t>4.6</w:t>
            </w:r>
          </w:p>
        </w:tc>
        <w:tc>
          <w:tcPr>
            <w:tcW w:w="0" w:type="auto"/>
            <w:vAlign w:val="center"/>
          </w:tcPr>
          <w:p w14:paraId="4674060F" w14:textId="77777777" w:rsidR="00F12170" w:rsidRPr="007911BE" w:rsidRDefault="00000000">
            <w:pPr>
              <w:ind w:firstLine="0"/>
              <w:jc w:val="center"/>
              <w:rPr>
                <w:sz w:val="16"/>
                <w:szCs w:val="28"/>
              </w:rPr>
            </w:pPr>
            <w:r w:rsidRPr="007911BE">
              <w:rPr>
                <w:sz w:val="16"/>
                <w:szCs w:val="28"/>
              </w:rPr>
              <w:t>1.2</w:t>
            </w:r>
          </w:p>
        </w:tc>
      </w:tr>
      <w:tr w:rsidR="00F12170" w:rsidRPr="007911BE" w14:paraId="301E4A5C" w14:textId="77777777" w:rsidTr="00B408C8">
        <w:trPr>
          <w:jc w:val="center"/>
        </w:trPr>
        <w:tc>
          <w:tcPr>
            <w:tcW w:w="0" w:type="auto"/>
            <w:vAlign w:val="center"/>
          </w:tcPr>
          <w:p w14:paraId="1E3E712C" w14:textId="77777777" w:rsidR="00F12170" w:rsidRPr="007911BE" w:rsidRDefault="00000000">
            <w:pPr>
              <w:ind w:firstLine="0"/>
              <w:jc w:val="left"/>
              <w:rPr>
                <w:sz w:val="16"/>
                <w:szCs w:val="28"/>
              </w:rPr>
            </w:pPr>
            <w:proofErr w:type="spellStart"/>
            <w:r w:rsidRPr="007911BE">
              <w:rPr>
                <w:sz w:val="16"/>
                <w:szCs w:val="28"/>
              </w:rPr>
              <w:t>Кабардино-Балкарская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5C886F16"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791A917B" w14:textId="77777777" w:rsidR="00F12170" w:rsidRPr="007911BE" w:rsidRDefault="00000000">
            <w:pPr>
              <w:ind w:firstLine="0"/>
              <w:jc w:val="center"/>
              <w:rPr>
                <w:sz w:val="16"/>
                <w:szCs w:val="28"/>
              </w:rPr>
            </w:pPr>
            <w:r w:rsidRPr="007911BE">
              <w:rPr>
                <w:sz w:val="16"/>
                <w:szCs w:val="28"/>
              </w:rPr>
              <w:t>18.1</w:t>
            </w:r>
          </w:p>
        </w:tc>
        <w:tc>
          <w:tcPr>
            <w:tcW w:w="0" w:type="auto"/>
            <w:vAlign w:val="center"/>
          </w:tcPr>
          <w:p w14:paraId="0B4C0A82" w14:textId="77777777" w:rsidR="00F12170" w:rsidRPr="007911BE" w:rsidRDefault="00000000">
            <w:pPr>
              <w:ind w:firstLine="0"/>
              <w:jc w:val="center"/>
              <w:rPr>
                <w:sz w:val="16"/>
                <w:szCs w:val="28"/>
              </w:rPr>
            </w:pPr>
            <w:r w:rsidRPr="007911BE">
              <w:rPr>
                <w:sz w:val="16"/>
                <w:szCs w:val="28"/>
              </w:rPr>
              <w:t>1.56</w:t>
            </w:r>
          </w:p>
        </w:tc>
        <w:tc>
          <w:tcPr>
            <w:tcW w:w="0" w:type="auto"/>
            <w:vAlign w:val="center"/>
          </w:tcPr>
          <w:p w14:paraId="7F3BC336" w14:textId="77777777" w:rsidR="00F12170" w:rsidRPr="007911BE" w:rsidRDefault="00000000">
            <w:pPr>
              <w:ind w:firstLine="0"/>
              <w:jc w:val="center"/>
              <w:rPr>
                <w:sz w:val="16"/>
                <w:szCs w:val="28"/>
              </w:rPr>
            </w:pPr>
            <w:r w:rsidRPr="007911BE">
              <w:rPr>
                <w:sz w:val="16"/>
                <w:szCs w:val="28"/>
              </w:rPr>
              <w:t>0.6</w:t>
            </w:r>
          </w:p>
        </w:tc>
        <w:tc>
          <w:tcPr>
            <w:tcW w:w="0" w:type="auto"/>
            <w:vAlign w:val="center"/>
          </w:tcPr>
          <w:p w14:paraId="32BCF258" w14:textId="77777777" w:rsidR="00F12170" w:rsidRPr="007911BE" w:rsidRDefault="00000000">
            <w:pPr>
              <w:ind w:firstLine="0"/>
              <w:jc w:val="center"/>
              <w:rPr>
                <w:sz w:val="16"/>
                <w:szCs w:val="28"/>
              </w:rPr>
            </w:pPr>
            <w:r w:rsidRPr="007911BE">
              <w:rPr>
                <w:sz w:val="16"/>
                <w:szCs w:val="28"/>
              </w:rPr>
              <w:t>2.5</w:t>
            </w:r>
          </w:p>
        </w:tc>
        <w:tc>
          <w:tcPr>
            <w:tcW w:w="0" w:type="auto"/>
            <w:vAlign w:val="center"/>
          </w:tcPr>
          <w:p w14:paraId="15A9DA09" w14:textId="77777777" w:rsidR="00F12170" w:rsidRPr="007911BE" w:rsidRDefault="00000000">
            <w:pPr>
              <w:ind w:firstLine="0"/>
              <w:jc w:val="center"/>
              <w:rPr>
                <w:sz w:val="16"/>
                <w:szCs w:val="28"/>
              </w:rPr>
            </w:pPr>
            <w:r w:rsidRPr="007911BE">
              <w:rPr>
                <w:sz w:val="16"/>
                <w:szCs w:val="28"/>
              </w:rPr>
              <w:t>2.9</w:t>
            </w:r>
          </w:p>
        </w:tc>
      </w:tr>
      <w:tr w:rsidR="00F12170" w:rsidRPr="007911BE" w14:paraId="67A78535" w14:textId="77777777" w:rsidTr="00B408C8">
        <w:trPr>
          <w:jc w:val="center"/>
        </w:trPr>
        <w:tc>
          <w:tcPr>
            <w:tcW w:w="0" w:type="auto"/>
            <w:vAlign w:val="center"/>
          </w:tcPr>
          <w:p w14:paraId="15178304" w14:textId="77777777" w:rsidR="00F12170" w:rsidRPr="007911BE" w:rsidRDefault="00000000">
            <w:pPr>
              <w:ind w:firstLine="0"/>
              <w:jc w:val="left"/>
              <w:rPr>
                <w:sz w:val="16"/>
                <w:szCs w:val="28"/>
              </w:rPr>
            </w:pPr>
            <w:proofErr w:type="spellStart"/>
            <w:r w:rsidRPr="007911BE">
              <w:rPr>
                <w:sz w:val="16"/>
                <w:szCs w:val="28"/>
              </w:rPr>
              <w:t>Калининградская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209F0E4"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126B3CC3" w14:textId="77777777" w:rsidR="00F12170" w:rsidRPr="007911BE" w:rsidRDefault="00000000">
            <w:pPr>
              <w:ind w:firstLine="0"/>
              <w:jc w:val="center"/>
              <w:rPr>
                <w:sz w:val="16"/>
                <w:szCs w:val="28"/>
              </w:rPr>
            </w:pPr>
            <w:r w:rsidRPr="007911BE">
              <w:rPr>
                <w:sz w:val="16"/>
                <w:szCs w:val="28"/>
              </w:rPr>
              <w:t>13.9</w:t>
            </w:r>
          </w:p>
        </w:tc>
        <w:tc>
          <w:tcPr>
            <w:tcW w:w="0" w:type="auto"/>
            <w:vAlign w:val="center"/>
          </w:tcPr>
          <w:p w14:paraId="3706C7D4" w14:textId="77777777" w:rsidR="00F12170" w:rsidRPr="007911BE" w:rsidRDefault="00000000">
            <w:pPr>
              <w:ind w:firstLine="0"/>
              <w:jc w:val="center"/>
              <w:rPr>
                <w:sz w:val="16"/>
                <w:szCs w:val="28"/>
              </w:rPr>
            </w:pPr>
            <w:r w:rsidRPr="007911BE">
              <w:rPr>
                <w:sz w:val="16"/>
                <w:szCs w:val="28"/>
              </w:rPr>
              <w:t>1.2</w:t>
            </w:r>
          </w:p>
        </w:tc>
        <w:tc>
          <w:tcPr>
            <w:tcW w:w="0" w:type="auto"/>
            <w:vAlign w:val="center"/>
          </w:tcPr>
          <w:p w14:paraId="1A2CD254" w14:textId="77777777" w:rsidR="00F12170" w:rsidRPr="007911BE" w:rsidRDefault="00000000">
            <w:pPr>
              <w:ind w:firstLine="0"/>
              <w:jc w:val="center"/>
              <w:rPr>
                <w:sz w:val="16"/>
                <w:szCs w:val="28"/>
              </w:rPr>
            </w:pPr>
            <w:r w:rsidRPr="007911BE">
              <w:rPr>
                <w:sz w:val="16"/>
                <w:szCs w:val="28"/>
              </w:rPr>
              <w:t>0.27</w:t>
            </w:r>
          </w:p>
        </w:tc>
        <w:tc>
          <w:tcPr>
            <w:tcW w:w="0" w:type="auto"/>
            <w:vAlign w:val="center"/>
          </w:tcPr>
          <w:p w14:paraId="448DB0D7" w14:textId="77777777" w:rsidR="00F12170" w:rsidRPr="007911BE" w:rsidRDefault="00000000">
            <w:pPr>
              <w:ind w:firstLine="0"/>
              <w:jc w:val="center"/>
              <w:rPr>
                <w:sz w:val="16"/>
                <w:szCs w:val="28"/>
              </w:rPr>
            </w:pPr>
            <w:r w:rsidRPr="007911BE">
              <w:rPr>
                <w:sz w:val="16"/>
                <w:szCs w:val="28"/>
              </w:rPr>
              <w:t>3.9</w:t>
            </w:r>
          </w:p>
        </w:tc>
        <w:tc>
          <w:tcPr>
            <w:tcW w:w="0" w:type="auto"/>
            <w:vAlign w:val="center"/>
          </w:tcPr>
          <w:p w14:paraId="0AC5F729" w14:textId="77777777" w:rsidR="00F12170" w:rsidRPr="007911BE" w:rsidRDefault="00000000">
            <w:pPr>
              <w:ind w:firstLine="0"/>
              <w:jc w:val="center"/>
              <w:rPr>
                <w:sz w:val="16"/>
                <w:szCs w:val="28"/>
              </w:rPr>
            </w:pPr>
            <w:r w:rsidRPr="007911BE">
              <w:rPr>
                <w:sz w:val="16"/>
                <w:szCs w:val="28"/>
              </w:rPr>
              <w:t>2.15</w:t>
            </w:r>
          </w:p>
        </w:tc>
      </w:tr>
      <w:tr w:rsidR="00F12170" w:rsidRPr="007911BE" w14:paraId="4337F362" w14:textId="77777777" w:rsidTr="00B408C8">
        <w:trPr>
          <w:jc w:val="center"/>
        </w:trPr>
        <w:tc>
          <w:tcPr>
            <w:tcW w:w="0" w:type="auto"/>
            <w:vAlign w:val="center"/>
          </w:tcPr>
          <w:p w14:paraId="20AE2DA1" w14:textId="77777777" w:rsidR="00F12170" w:rsidRPr="007911BE" w:rsidRDefault="00000000">
            <w:pPr>
              <w:ind w:firstLine="0"/>
              <w:jc w:val="left"/>
              <w:rPr>
                <w:sz w:val="16"/>
                <w:szCs w:val="28"/>
              </w:rPr>
            </w:pPr>
            <w:proofErr w:type="spellStart"/>
            <w:r w:rsidRPr="007911BE">
              <w:rPr>
                <w:sz w:val="16"/>
                <w:szCs w:val="28"/>
              </w:rPr>
              <w:t>Калужская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5193821"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438B1E22" w14:textId="77777777" w:rsidR="00F12170" w:rsidRPr="007911BE" w:rsidRDefault="00000000">
            <w:pPr>
              <w:ind w:firstLine="0"/>
              <w:jc w:val="center"/>
              <w:rPr>
                <w:sz w:val="16"/>
                <w:szCs w:val="28"/>
              </w:rPr>
            </w:pPr>
            <w:r w:rsidRPr="007911BE">
              <w:rPr>
                <w:sz w:val="16"/>
                <w:szCs w:val="28"/>
              </w:rPr>
              <w:t>17.1</w:t>
            </w:r>
          </w:p>
        </w:tc>
        <w:tc>
          <w:tcPr>
            <w:tcW w:w="0" w:type="auto"/>
            <w:vAlign w:val="center"/>
          </w:tcPr>
          <w:p w14:paraId="4B0FD784" w14:textId="77777777" w:rsidR="00F12170" w:rsidRPr="007911BE" w:rsidRDefault="00000000">
            <w:pPr>
              <w:ind w:firstLine="0"/>
              <w:jc w:val="center"/>
              <w:rPr>
                <w:sz w:val="16"/>
                <w:szCs w:val="28"/>
              </w:rPr>
            </w:pPr>
            <w:r w:rsidRPr="007911BE">
              <w:rPr>
                <w:sz w:val="16"/>
                <w:szCs w:val="28"/>
              </w:rPr>
              <w:t>1.25</w:t>
            </w:r>
          </w:p>
        </w:tc>
        <w:tc>
          <w:tcPr>
            <w:tcW w:w="0" w:type="auto"/>
            <w:vAlign w:val="center"/>
          </w:tcPr>
          <w:p w14:paraId="39CBC2A3" w14:textId="77777777" w:rsidR="00F12170" w:rsidRPr="007911BE" w:rsidRDefault="00000000">
            <w:pPr>
              <w:ind w:firstLine="0"/>
              <w:jc w:val="center"/>
              <w:rPr>
                <w:sz w:val="16"/>
                <w:szCs w:val="28"/>
              </w:rPr>
            </w:pPr>
            <w:r w:rsidRPr="007911BE">
              <w:rPr>
                <w:sz w:val="16"/>
                <w:szCs w:val="28"/>
              </w:rPr>
              <w:t>0.4</w:t>
            </w:r>
          </w:p>
        </w:tc>
        <w:tc>
          <w:tcPr>
            <w:tcW w:w="0" w:type="auto"/>
            <w:vAlign w:val="center"/>
          </w:tcPr>
          <w:p w14:paraId="58F6BF54" w14:textId="77777777" w:rsidR="00F12170" w:rsidRPr="007911BE" w:rsidRDefault="00000000">
            <w:pPr>
              <w:ind w:firstLine="0"/>
              <w:jc w:val="center"/>
              <w:rPr>
                <w:sz w:val="16"/>
                <w:szCs w:val="28"/>
              </w:rPr>
            </w:pPr>
            <w:r w:rsidRPr="007911BE">
              <w:rPr>
                <w:sz w:val="16"/>
                <w:szCs w:val="28"/>
              </w:rPr>
              <w:t>2.6</w:t>
            </w:r>
          </w:p>
        </w:tc>
        <w:tc>
          <w:tcPr>
            <w:tcW w:w="0" w:type="auto"/>
            <w:vAlign w:val="center"/>
          </w:tcPr>
          <w:p w14:paraId="0D16EABC" w14:textId="77777777" w:rsidR="00F12170" w:rsidRPr="007911BE" w:rsidRDefault="00000000">
            <w:pPr>
              <w:ind w:firstLine="0"/>
              <w:jc w:val="center"/>
              <w:rPr>
                <w:sz w:val="16"/>
                <w:szCs w:val="28"/>
              </w:rPr>
            </w:pPr>
            <w:r w:rsidRPr="007911BE">
              <w:rPr>
                <w:sz w:val="16"/>
                <w:szCs w:val="28"/>
              </w:rPr>
              <w:t>4.9</w:t>
            </w:r>
          </w:p>
        </w:tc>
      </w:tr>
      <w:tr w:rsidR="00F12170" w:rsidRPr="007911BE" w14:paraId="2FCBC470" w14:textId="77777777" w:rsidTr="00B408C8">
        <w:trPr>
          <w:jc w:val="center"/>
        </w:trPr>
        <w:tc>
          <w:tcPr>
            <w:tcW w:w="0" w:type="auto"/>
            <w:vAlign w:val="center"/>
          </w:tcPr>
          <w:p w14:paraId="5480BC36" w14:textId="77777777" w:rsidR="00F12170" w:rsidRPr="007911BE" w:rsidRDefault="00000000">
            <w:pPr>
              <w:ind w:firstLine="0"/>
              <w:jc w:val="left"/>
              <w:rPr>
                <w:sz w:val="16"/>
                <w:szCs w:val="28"/>
              </w:rPr>
            </w:pPr>
            <w:proofErr w:type="spellStart"/>
            <w:r w:rsidRPr="007911BE">
              <w:rPr>
                <w:sz w:val="16"/>
                <w:szCs w:val="28"/>
              </w:rPr>
              <w:t>Камчатский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69C133A3"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33E6F41E" w14:textId="77777777" w:rsidR="00F12170" w:rsidRPr="007911BE" w:rsidRDefault="00000000">
            <w:pPr>
              <w:ind w:firstLine="0"/>
              <w:jc w:val="center"/>
              <w:rPr>
                <w:sz w:val="16"/>
                <w:szCs w:val="28"/>
              </w:rPr>
            </w:pPr>
            <w:r w:rsidRPr="007911BE">
              <w:rPr>
                <w:sz w:val="16"/>
                <w:szCs w:val="28"/>
              </w:rPr>
              <w:t>21.7</w:t>
            </w:r>
          </w:p>
        </w:tc>
        <w:tc>
          <w:tcPr>
            <w:tcW w:w="0" w:type="auto"/>
            <w:vAlign w:val="center"/>
          </w:tcPr>
          <w:p w14:paraId="3E2FFF10" w14:textId="77777777" w:rsidR="00F12170" w:rsidRPr="007911BE" w:rsidRDefault="00000000">
            <w:pPr>
              <w:ind w:firstLine="0"/>
              <w:jc w:val="center"/>
              <w:rPr>
                <w:sz w:val="16"/>
                <w:szCs w:val="28"/>
              </w:rPr>
            </w:pPr>
            <w:r w:rsidRPr="007911BE">
              <w:rPr>
                <w:sz w:val="16"/>
                <w:szCs w:val="28"/>
              </w:rPr>
              <w:t>1.57</w:t>
            </w:r>
          </w:p>
        </w:tc>
        <w:tc>
          <w:tcPr>
            <w:tcW w:w="0" w:type="auto"/>
            <w:vAlign w:val="center"/>
          </w:tcPr>
          <w:p w14:paraId="5258CC52" w14:textId="77777777" w:rsidR="00F12170" w:rsidRPr="007911BE" w:rsidRDefault="00000000">
            <w:pPr>
              <w:ind w:firstLine="0"/>
              <w:jc w:val="center"/>
              <w:rPr>
                <w:sz w:val="16"/>
                <w:szCs w:val="28"/>
              </w:rPr>
            </w:pPr>
            <w:r w:rsidRPr="007911BE">
              <w:rPr>
                <w:sz w:val="16"/>
                <w:szCs w:val="28"/>
              </w:rPr>
              <w:t>0.4</w:t>
            </w:r>
          </w:p>
        </w:tc>
        <w:tc>
          <w:tcPr>
            <w:tcW w:w="0" w:type="auto"/>
            <w:vAlign w:val="center"/>
          </w:tcPr>
          <w:p w14:paraId="33A358E1"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1C958994" w14:textId="77777777" w:rsidR="00F12170" w:rsidRPr="007911BE" w:rsidRDefault="00000000">
            <w:pPr>
              <w:ind w:firstLine="0"/>
              <w:jc w:val="center"/>
              <w:rPr>
                <w:sz w:val="16"/>
                <w:szCs w:val="28"/>
              </w:rPr>
            </w:pPr>
            <w:r w:rsidRPr="007911BE">
              <w:rPr>
                <w:sz w:val="16"/>
                <w:szCs w:val="28"/>
              </w:rPr>
              <w:t>8.61</w:t>
            </w:r>
          </w:p>
        </w:tc>
      </w:tr>
      <w:tr w:rsidR="00F12170" w:rsidRPr="007911BE" w14:paraId="7FC70258" w14:textId="77777777" w:rsidTr="00B408C8">
        <w:trPr>
          <w:jc w:val="center"/>
        </w:trPr>
        <w:tc>
          <w:tcPr>
            <w:tcW w:w="0" w:type="auto"/>
            <w:vAlign w:val="center"/>
          </w:tcPr>
          <w:p w14:paraId="373BD614" w14:textId="77777777" w:rsidR="00F12170" w:rsidRPr="007911BE" w:rsidRDefault="00000000">
            <w:pPr>
              <w:ind w:firstLine="0"/>
              <w:jc w:val="left"/>
              <w:rPr>
                <w:sz w:val="16"/>
                <w:szCs w:val="28"/>
              </w:rPr>
            </w:pPr>
            <w:proofErr w:type="spellStart"/>
            <w:r w:rsidRPr="007911BE">
              <w:rPr>
                <w:sz w:val="16"/>
                <w:szCs w:val="28"/>
              </w:rPr>
              <w:t>Карачаево-Черкесская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0D908B7F"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7D442C86" w14:textId="77777777" w:rsidR="00F12170" w:rsidRPr="007911BE" w:rsidRDefault="00000000">
            <w:pPr>
              <w:ind w:firstLine="0"/>
              <w:jc w:val="center"/>
              <w:rPr>
                <w:sz w:val="16"/>
                <w:szCs w:val="28"/>
              </w:rPr>
            </w:pPr>
            <w:r w:rsidRPr="007911BE">
              <w:rPr>
                <w:sz w:val="16"/>
                <w:szCs w:val="28"/>
              </w:rPr>
              <w:t>20.1</w:t>
            </w:r>
          </w:p>
        </w:tc>
        <w:tc>
          <w:tcPr>
            <w:tcW w:w="0" w:type="auto"/>
            <w:vAlign w:val="center"/>
          </w:tcPr>
          <w:p w14:paraId="3B6D0305" w14:textId="77777777" w:rsidR="00F12170" w:rsidRPr="007911BE" w:rsidRDefault="00000000">
            <w:pPr>
              <w:ind w:firstLine="0"/>
              <w:jc w:val="center"/>
              <w:rPr>
                <w:sz w:val="16"/>
                <w:szCs w:val="28"/>
              </w:rPr>
            </w:pPr>
            <w:r w:rsidRPr="007911BE">
              <w:rPr>
                <w:sz w:val="16"/>
                <w:szCs w:val="28"/>
              </w:rPr>
              <w:t>1.35</w:t>
            </w:r>
          </w:p>
        </w:tc>
        <w:tc>
          <w:tcPr>
            <w:tcW w:w="0" w:type="auto"/>
            <w:vAlign w:val="center"/>
          </w:tcPr>
          <w:p w14:paraId="6019B7D9" w14:textId="77777777" w:rsidR="00F12170" w:rsidRPr="007911BE" w:rsidRDefault="00000000">
            <w:pPr>
              <w:ind w:firstLine="0"/>
              <w:jc w:val="center"/>
              <w:rPr>
                <w:sz w:val="16"/>
                <w:szCs w:val="28"/>
              </w:rPr>
            </w:pPr>
            <w:r w:rsidRPr="007911BE">
              <w:rPr>
                <w:sz w:val="16"/>
                <w:szCs w:val="28"/>
              </w:rPr>
              <w:t>0.52</w:t>
            </w:r>
          </w:p>
        </w:tc>
        <w:tc>
          <w:tcPr>
            <w:tcW w:w="0" w:type="auto"/>
            <w:vAlign w:val="center"/>
          </w:tcPr>
          <w:p w14:paraId="55AEE249" w14:textId="77777777" w:rsidR="00F12170" w:rsidRPr="007911BE" w:rsidRDefault="00000000">
            <w:pPr>
              <w:ind w:firstLine="0"/>
              <w:jc w:val="center"/>
              <w:rPr>
                <w:sz w:val="16"/>
                <w:szCs w:val="28"/>
              </w:rPr>
            </w:pPr>
            <w:r w:rsidRPr="007911BE">
              <w:rPr>
                <w:sz w:val="16"/>
                <w:szCs w:val="28"/>
              </w:rPr>
              <w:t>2.8</w:t>
            </w:r>
          </w:p>
        </w:tc>
        <w:tc>
          <w:tcPr>
            <w:tcW w:w="0" w:type="auto"/>
            <w:vAlign w:val="center"/>
          </w:tcPr>
          <w:p w14:paraId="312BFE49" w14:textId="77777777" w:rsidR="00F12170" w:rsidRPr="007911BE" w:rsidRDefault="00000000">
            <w:pPr>
              <w:ind w:firstLine="0"/>
              <w:jc w:val="center"/>
              <w:rPr>
                <w:sz w:val="16"/>
                <w:szCs w:val="28"/>
              </w:rPr>
            </w:pPr>
            <w:r w:rsidRPr="007911BE">
              <w:rPr>
                <w:sz w:val="16"/>
                <w:szCs w:val="28"/>
              </w:rPr>
              <w:t>4.2</w:t>
            </w:r>
          </w:p>
        </w:tc>
      </w:tr>
      <w:tr w:rsidR="00F12170" w:rsidRPr="007911BE" w14:paraId="4341721D" w14:textId="77777777" w:rsidTr="00B408C8">
        <w:trPr>
          <w:jc w:val="center"/>
        </w:trPr>
        <w:tc>
          <w:tcPr>
            <w:tcW w:w="0" w:type="auto"/>
            <w:vAlign w:val="center"/>
          </w:tcPr>
          <w:p w14:paraId="10B1E348" w14:textId="77777777" w:rsidR="00F12170" w:rsidRPr="007911BE" w:rsidRDefault="00000000">
            <w:pPr>
              <w:ind w:firstLine="0"/>
              <w:jc w:val="left"/>
              <w:rPr>
                <w:sz w:val="16"/>
                <w:szCs w:val="28"/>
              </w:rPr>
            </w:pPr>
            <w:proofErr w:type="spellStart"/>
            <w:r w:rsidRPr="007911BE">
              <w:rPr>
                <w:sz w:val="16"/>
                <w:szCs w:val="28"/>
              </w:rPr>
              <w:t>Кемеровская</w:t>
            </w:r>
            <w:proofErr w:type="spellEnd"/>
            <w:r w:rsidRPr="007911BE">
              <w:rPr>
                <w:sz w:val="16"/>
                <w:szCs w:val="28"/>
              </w:rPr>
              <w:t xml:space="preserve"> </w:t>
            </w:r>
            <w:proofErr w:type="spellStart"/>
            <w:r w:rsidRPr="007911BE">
              <w:rPr>
                <w:sz w:val="16"/>
                <w:szCs w:val="28"/>
              </w:rPr>
              <w:t>область</w:t>
            </w:r>
            <w:proofErr w:type="spellEnd"/>
            <w:r w:rsidRPr="007911BE">
              <w:rPr>
                <w:sz w:val="16"/>
                <w:szCs w:val="28"/>
              </w:rPr>
              <w:t xml:space="preserve"> - </w:t>
            </w:r>
            <w:proofErr w:type="spellStart"/>
            <w:r w:rsidRPr="007911BE">
              <w:rPr>
                <w:sz w:val="16"/>
                <w:szCs w:val="28"/>
              </w:rPr>
              <w:t>Кузбасс</w:t>
            </w:r>
            <w:proofErr w:type="spellEnd"/>
          </w:p>
        </w:tc>
        <w:tc>
          <w:tcPr>
            <w:tcW w:w="0" w:type="auto"/>
            <w:vAlign w:val="center"/>
          </w:tcPr>
          <w:p w14:paraId="1368F7A2"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3CF0B75A" w14:textId="77777777" w:rsidR="00F12170" w:rsidRPr="007911BE" w:rsidRDefault="00000000">
            <w:pPr>
              <w:ind w:firstLine="0"/>
              <w:jc w:val="center"/>
              <w:rPr>
                <w:sz w:val="16"/>
                <w:szCs w:val="28"/>
              </w:rPr>
            </w:pPr>
            <w:r w:rsidRPr="007911BE">
              <w:rPr>
                <w:sz w:val="16"/>
                <w:szCs w:val="28"/>
              </w:rPr>
              <w:t>14.3</w:t>
            </w:r>
          </w:p>
        </w:tc>
        <w:tc>
          <w:tcPr>
            <w:tcW w:w="0" w:type="auto"/>
            <w:vAlign w:val="center"/>
          </w:tcPr>
          <w:p w14:paraId="79B6C5B1" w14:textId="77777777" w:rsidR="00F12170" w:rsidRPr="007911BE" w:rsidRDefault="00000000">
            <w:pPr>
              <w:ind w:firstLine="0"/>
              <w:jc w:val="center"/>
              <w:rPr>
                <w:sz w:val="16"/>
                <w:szCs w:val="28"/>
              </w:rPr>
            </w:pPr>
            <w:r w:rsidRPr="007911BE">
              <w:rPr>
                <w:sz w:val="16"/>
                <w:szCs w:val="28"/>
              </w:rPr>
              <w:t>1.11</w:t>
            </w:r>
          </w:p>
        </w:tc>
        <w:tc>
          <w:tcPr>
            <w:tcW w:w="0" w:type="auto"/>
            <w:vAlign w:val="center"/>
          </w:tcPr>
          <w:p w14:paraId="73CB1ADF" w14:textId="77777777" w:rsidR="00F12170" w:rsidRPr="007911BE" w:rsidRDefault="00000000">
            <w:pPr>
              <w:ind w:firstLine="0"/>
              <w:jc w:val="center"/>
              <w:rPr>
                <w:sz w:val="16"/>
                <w:szCs w:val="28"/>
              </w:rPr>
            </w:pPr>
            <w:r w:rsidRPr="007911BE">
              <w:rPr>
                <w:sz w:val="16"/>
                <w:szCs w:val="28"/>
              </w:rPr>
              <w:t>0.29</w:t>
            </w:r>
          </w:p>
        </w:tc>
        <w:tc>
          <w:tcPr>
            <w:tcW w:w="0" w:type="auto"/>
            <w:vAlign w:val="center"/>
          </w:tcPr>
          <w:p w14:paraId="51D2DBB7" w14:textId="77777777" w:rsidR="00F12170" w:rsidRPr="007911BE" w:rsidRDefault="00000000">
            <w:pPr>
              <w:ind w:firstLine="0"/>
              <w:jc w:val="center"/>
              <w:rPr>
                <w:sz w:val="16"/>
                <w:szCs w:val="28"/>
              </w:rPr>
            </w:pPr>
            <w:r w:rsidRPr="007911BE">
              <w:rPr>
                <w:sz w:val="16"/>
                <w:szCs w:val="28"/>
              </w:rPr>
              <w:t>3.3</w:t>
            </w:r>
          </w:p>
        </w:tc>
        <w:tc>
          <w:tcPr>
            <w:tcW w:w="0" w:type="auto"/>
            <w:vAlign w:val="center"/>
          </w:tcPr>
          <w:p w14:paraId="2143DB51" w14:textId="77777777" w:rsidR="00F12170" w:rsidRPr="007911BE" w:rsidRDefault="00000000">
            <w:pPr>
              <w:ind w:firstLine="0"/>
              <w:jc w:val="center"/>
              <w:rPr>
                <w:sz w:val="16"/>
                <w:szCs w:val="28"/>
              </w:rPr>
            </w:pPr>
            <w:r w:rsidRPr="007911BE">
              <w:rPr>
                <w:sz w:val="16"/>
                <w:szCs w:val="28"/>
              </w:rPr>
              <w:t>7.83</w:t>
            </w:r>
          </w:p>
        </w:tc>
      </w:tr>
      <w:tr w:rsidR="00F12170" w:rsidRPr="007911BE" w14:paraId="519C13BF" w14:textId="77777777" w:rsidTr="00B408C8">
        <w:trPr>
          <w:jc w:val="center"/>
        </w:trPr>
        <w:tc>
          <w:tcPr>
            <w:tcW w:w="0" w:type="auto"/>
            <w:vAlign w:val="center"/>
          </w:tcPr>
          <w:p w14:paraId="40C3AB83" w14:textId="77777777" w:rsidR="00F12170" w:rsidRPr="007911BE" w:rsidRDefault="00000000">
            <w:pPr>
              <w:ind w:firstLine="0"/>
              <w:jc w:val="left"/>
              <w:rPr>
                <w:sz w:val="16"/>
                <w:szCs w:val="28"/>
              </w:rPr>
            </w:pPr>
            <w:proofErr w:type="spellStart"/>
            <w:r w:rsidRPr="007911BE">
              <w:rPr>
                <w:sz w:val="16"/>
                <w:szCs w:val="28"/>
              </w:rPr>
              <w:t>Кировская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D97866D"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90CC22A" w14:textId="77777777" w:rsidR="00F12170" w:rsidRPr="007911BE" w:rsidRDefault="00000000">
            <w:pPr>
              <w:ind w:firstLine="0"/>
              <w:jc w:val="center"/>
              <w:rPr>
                <w:sz w:val="16"/>
                <w:szCs w:val="28"/>
              </w:rPr>
            </w:pPr>
            <w:r w:rsidRPr="007911BE">
              <w:rPr>
                <w:sz w:val="16"/>
                <w:szCs w:val="28"/>
              </w:rPr>
              <w:t>18.7</w:t>
            </w:r>
          </w:p>
        </w:tc>
        <w:tc>
          <w:tcPr>
            <w:tcW w:w="0" w:type="auto"/>
            <w:vAlign w:val="center"/>
          </w:tcPr>
          <w:p w14:paraId="6981926F" w14:textId="77777777" w:rsidR="00F12170" w:rsidRPr="007911BE" w:rsidRDefault="00000000">
            <w:pPr>
              <w:ind w:firstLine="0"/>
              <w:jc w:val="center"/>
              <w:rPr>
                <w:sz w:val="16"/>
                <w:szCs w:val="28"/>
              </w:rPr>
            </w:pPr>
            <w:r w:rsidRPr="007911BE">
              <w:rPr>
                <w:sz w:val="16"/>
                <w:szCs w:val="28"/>
              </w:rPr>
              <w:t>1.42</w:t>
            </w:r>
          </w:p>
        </w:tc>
        <w:tc>
          <w:tcPr>
            <w:tcW w:w="0" w:type="auto"/>
            <w:vAlign w:val="center"/>
          </w:tcPr>
          <w:p w14:paraId="2ADB899D" w14:textId="77777777" w:rsidR="00F12170" w:rsidRPr="007911BE" w:rsidRDefault="00000000">
            <w:pPr>
              <w:ind w:firstLine="0"/>
              <w:jc w:val="center"/>
              <w:rPr>
                <w:sz w:val="16"/>
                <w:szCs w:val="28"/>
              </w:rPr>
            </w:pPr>
            <w:r w:rsidRPr="007911BE">
              <w:rPr>
                <w:sz w:val="16"/>
                <w:szCs w:val="28"/>
              </w:rPr>
              <w:t>0.32</w:t>
            </w:r>
          </w:p>
        </w:tc>
        <w:tc>
          <w:tcPr>
            <w:tcW w:w="0" w:type="auto"/>
            <w:vAlign w:val="center"/>
          </w:tcPr>
          <w:p w14:paraId="433B04FB" w14:textId="77777777" w:rsidR="00F12170" w:rsidRPr="007911BE" w:rsidRDefault="00000000">
            <w:pPr>
              <w:ind w:firstLine="0"/>
              <w:jc w:val="center"/>
              <w:rPr>
                <w:sz w:val="16"/>
                <w:szCs w:val="28"/>
              </w:rPr>
            </w:pPr>
            <w:r w:rsidRPr="007911BE">
              <w:rPr>
                <w:sz w:val="16"/>
                <w:szCs w:val="28"/>
              </w:rPr>
              <w:t>3.6</w:t>
            </w:r>
          </w:p>
        </w:tc>
        <w:tc>
          <w:tcPr>
            <w:tcW w:w="0" w:type="auto"/>
            <w:vAlign w:val="center"/>
          </w:tcPr>
          <w:p w14:paraId="4A3AECD2" w14:textId="77777777" w:rsidR="00F12170" w:rsidRPr="007911BE" w:rsidRDefault="00000000">
            <w:pPr>
              <w:ind w:firstLine="0"/>
              <w:jc w:val="center"/>
              <w:rPr>
                <w:sz w:val="16"/>
                <w:szCs w:val="28"/>
              </w:rPr>
            </w:pPr>
            <w:r w:rsidRPr="007911BE">
              <w:rPr>
                <w:sz w:val="16"/>
                <w:szCs w:val="28"/>
              </w:rPr>
              <w:t>25</w:t>
            </w:r>
          </w:p>
        </w:tc>
      </w:tr>
      <w:tr w:rsidR="00F12170" w:rsidRPr="007911BE" w14:paraId="373CCE73" w14:textId="77777777" w:rsidTr="00B408C8">
        <w:trPr>
          <w:jc w:val="center"/>
        </w:trPr>
        <w:tc>
          <w:tcPr>
            <w:tcW w:w="0" w:type="auto"/>
            <w:vAlign w:val="center"/>
          </w:tcPr>
          <w:p w14:paraId="6BAE6FF5" w14:textId="77777777" w:rsidR="00F12170" w:rsidRPr="007911BE" w:rsidRDefault="00000000">
            <w:pPr>
              <w:ind w:firstLine="0"/>
              <w:jc w:val="left"/>
              <w:rPr>
                <w:sz w:val="16"/>
                <w:szCs w:val="28"/>
              </w:rPr>
            </w:pPr>
            <w:proofErr w:type="spellStart"/>
            <w:r w:rsidRPr="007911BE">
              <w:rPr>
                <w:sz w:val="16"/>
                <w:szCs w:val="28"/>
              </w:rPr>
              <w:t>Костромская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1E0A0796"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1D1C975" w14:textId="77777777" w:rsidR="00F12170" w:rsidRPr="007911BE" w:rsidRDefault="00000000">
            <w:pPr>
              <w:ind w:firstLine="0"/>
              <w:jc w:val="center"/>
              <w:rPr>
                <w:sz w:val="16"/>
                <w:szCs w:val="28"/>
              </w:rPr>
            </w:pPr>
            <w:r w:rsidRPr="007911BE">
              <w:rPr>
                <w:sz w:val="16"/>
                <w:szCs w:val="28"/>
              </w:rPr>
              <w:t>21.4</w:t>
            </w:r>
          </w:p>
        </w:tc>
        <w:tc>
          <w:tcPr>
            <w:tcW w:w="0" w:type="auto"/>
            <w:vAlign w:val="center"/>
          </w:tcPr>
          <w:p w14:paraId="682A3750" w14:textId="77777777" w:rsidR="00F12170" w:rsidRPr="007911BE" w:rsidRDefault="00000000">
            <w:pPr>
              <w:ind w:firstLine="0"/>
              <w:jc w:val="center"/>
              <w:rPr>
                <w:sz w:val="16"/>
                <w:szCs w:val="28"/>
              </w:rPr>
            </w:pPr>
            <w:r w:rsidRPr="007911BE">
              <w:rPr>
                <w:sz w:val="16"/>
                <w:szCs w:val="28"/>
              </w:rPr>
              <w:t>1.4</w:t>
            </w:r>
          </w:p>
        </w:tc>
        <w:tc>
          <w:tcPr>
            <w:tcW w:w="0" w:type="auto"/>
            <w:vAlign w:val="center"/>
          </w:tcPr>
          <w:p w14:paraId="3698DF8B" w14:textId="77777777" w:rsidR="00F12170" w:rsidRPr="007911BE" w:rsidRDefault="00000000">
            <w:pPr>
              <w:ind w:firstLine="0"/>
              <w:jc w:val="center"/>
              <w:rPr>
                <w:sz w:val="16"/>
                <w:szCs w:val="28"/>
              </w:rPr>
            </w:pPr>
            <w:r w:rsidRPr="007911BE">
              <w:rPr>
                <w:sz w:val="16"/>
                <w:szCs w:val="28"/>
              </w:rPr>
              <w:t>0.36</w:t>
            </w:r>
          </w:p>
        </w:tc>
        <w:tc>
          <w:tcPr>
            <w:tcW w:w="0" w:type="auto"/>
            <w:vAlign w:val="center"/>
          </w:tcPr>
          <w:p w14:paraId="21C49C0F" w14:textId="77777777" w:rsidR="00F12170" w:rsidRPr="007911BE" w:rsidRDefault="00000000">
            <w:pPr>
              <w:ind w:firstLine="0"/>
              <w:jc w:val="center"/>
              <w:rPr>
                <w:sz w:val="16"/>
                <w:szCs w:val="28"/>
              </w:rPr>
            </w:pPr>
            <w:r w:rsidRPr="007911BE">
              <w:rPr>
                <w:sz w:val="16"/>
                <w:szCs w:val="28"/>
              </w:rPr>
              <w:t>3.1</w:t>
            </w:r>
          </w:p>
        </w:tc>
        <w:tc>
          <w:tcPr>
            <w:tcW w:w="0" w:type="auto"/>
            <w:vAlign w:val="center"/>
          </w:tcPr>
          <w:p w14:paraId="0EA3A6A5" w14:textId="77777777" w:rsidR="00F12170" w:rsidRPr="007911BE" w:rsidRDefault="00000000">
            <w:pPr>
              <w:ind w:firstLine="0"/>
              <w:jc w:val="center"/>
              <w:rPr>
                <w:sz w:val="16"/>
                <w:szCs w:val="28"/>
              </w:rPr>
            </w:pPr>
            <w:r w:rsidRPr="007911BE">
              <w:rPr>
                <w:sz w:val="16"/>
                <w:szCs w:val="28"/>
              </w:rPr>
              <w:t>45.75</w:t>
            </w:r>
          </w:p>
        </w:tc>
      </w:tr>
      <w:tr w:rsidR="00F12170" w:rsidRPr="007911BE" w14:paraId="32C0CB3D" w14:textId="77777777" w:rsidTr="00B408C8">
        <w:trPr>
          <w:jc w:val="center"/>
        </w:trPr>
        <w:tc>
          <w:tcPr>
            <w:tcW w:w="0" w:type="auto"/>
            <w:vAlign w:val="center"/>
          </w:tcPr>
          <w:p w14:paraId="32C8E8B2" w14:textId="77777777" w:rsidR="00F12170" w:rsidRPr="007911BE" w:rsidRDefault="00000000">
            <w:pPr>
              <w:ind w:firstLine="0"/>
              <w:jc w:val="left"/>
              <w:rPr>
                <w:sz w:val="16"/>
                <w:szCs w:val="28"/>
              </w:rPr>
            </w:pPr>
            <w:proofErr w:type="spellStart"/>
            <w:r w:rsidRPr="007911BE">
              <w:rPr>
                <w:sz w:val="16"/>
                <w:szCs w:val="28"/>
              </w:rPr>
              <w:t>Краснодарский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6093C31D"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1FB11032" w14:textId="77777777" w:rsidR="00F12170" w:rsidRPr="007911BE" w:rsidRDefault="00000000">
            <w:pPr>
              <w:ind w:firstLine="0"/>
              <w:jc w:val="center"/>
              <w:rPr>
                <w:sz w:val="16"/>
                <w:szCs w:val="28"/>
              </w:rPr>
            </w:pPr>
            <w:r w:rsidRPr="007911BE">
              <w:rPr>
                <w:sz w:val="16"/>
                <w:szCs w:val="28"/>
              </w:rPr>
              <w:t>24</w:t>
            </w:r>
          </w:p>
        </w:tc>
        <w:tc>
          <w:tcPr>
            <w:tcW w:w="0" w:type="auto"/>
            <w:vAlign w:val="center"/>
          </w:tcPr>
          <w:p w14:paraId="66C70DC7" w14:textId="77777777" w:rsidR="00F12170" w:rsidRPr="007911BE" w:rsidRDefault="00000000">
            <w:pPr>
              <w:ind w:firstLine="0"/>
              <w:jc w:val="center"/>
              <w:rPr>
                <w:sz w:val="16"/>
                <w:szCs w:val="28"/>
              </w:rPr>
            </w:pPr>
            <w:r w:rsidRPr="007911BE">
              <w:rPr>
                <w:sz w:val="16"/>
                <w:szCs w:val="28"/>
              </w:rPr>
              <w:t>1.5</w:t>
            </w:r>
          </w:p>
        </w:tc>
        <w:tc>
          <w:tcPr>
            <w:tcW w:w="0" w:type="auto"/>
            <w:vAlign w:val="center"/>
          </w:tcPr>
          <w:p w14:paraId="7D686D4C" w14:textId="77777777" w:rsidR="00F12170" w:rsidRPr="007911BE" w:rsidRDefault="00000000">
            <w:pPr>
              <w:ind w:firstLine="0"/>
              <w:jc w:val="center"/>
              <w:rPr>
                <w:sz w:val="16"/>
                <w:szCs w:val="28"/>
              </w:rPr>
            </w:pPr>
            <w:r w:rsidRPr="007911BE">
              <w:rPr>
                <w:sz w:val="16"/>
                <w:szCs w:val="28"/>
              </w:rPr>
              <w:t>0.34</w:t>
            </w:r>
          </w:p>
        </w:tc>
        <w:tc>
          <w:tcPr>
            <w:tcW w:w="0" w:type="auto"/>
            <w:vAlign w:val="center"/>
          </w:tcPr>
          <w:p w14:paraId="2A35ECEE"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71CF24B9" w14:textId="77777777" w:rsidR="00F12170" w:rsidRPr="007911BE" w:rsidRDefault="00000000">
            <w:pPr>
              <w:ind w:firstLine="0"/>
              <w:jc w:val="center"/>
              <w:rPr>
                <w:sz w:val="16"/>
                <w:szCs w:val="28"/>
              </w:rPr>
            </w:pPr>
            <w:r w:rsidRPr="007911BE">
              <w:rPr>
                <w:sz w:val="16"/>
                <w:szCs w:val="28"/>
              </w:rPr>
              <w:t>1.6</w:t>
            </w:r>
          </w:p>
        </w:tc>
      </w:tr>
      <w:tr w:rsidR="00F12170" w:rsidRPr="007911BE" w14:paraId="7AB6DD2A" w14:textId="77777777" w:rsidTr="00B408C8">
        <w:trPr>
          <w:jc w:val="center"/>
        </w:trPr>
        <w:tc>
          <w:tcPr>
            <w:tcW w:w="0" w:type="auto"/>
            <w:vAlign w:val="center"/>
          </w:tcPr>
          <w:p w14:paraId="2941AAB8" w14:textId="77777777" w:rsidR="00F12170" w:rsidRPr="007911BE" w:rsidRDefault="00000000">
            <w:pPr>
              <w:ind w:firstLine="0"/>
              <w:jc w:val="left"/>
              <w:rPr>
                <w:sz w:val="16"/>
                <w:szCs w:val="28"/>
              </w:rPr>
            </w:pPr>
            <w:proofErr w:type="spellStart"/>
            <w:r w:rsidRPr="007911BE">
              <w:rPr>
                <w:sz w:val="16"/>
                <w:szCs w:val="28"/>
              </w:rPr>
              <w:t>Красноярский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573F1A3A"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2ADE048E" w14:textId="77777777" w:rsidR="00F12170" w:rsidRPr="007911BE" w:rsidRDefault="00000000">
            <w:pPr>
              <w:ind w:firstLine="0"/>
              <w:jc w:val="center"/>
              <w:rPr>
                <w:sz w:val="16"/>
                <w:szCs w:val="28"/>
              </w:rPr>
            </w:pPr>
            <w:r w:rsidRPr="007911BE">
              <w:rPr>
                <w:sz w:val="16"/>
                <w:szCs w:val="28"/>
              </w:rPr>
              <w:t>18.8</w:t>
            </w:r>
          </w:p>
        </w:tc>
        <w:tc>
          <w:tcPr>
            <w:tcW w:w="0" w:type="auto"/>
            <w:vAlign w:val="center"/>
          </w:tcPr>
          <w:p w14:paraId="22617B21" w14:textId="77777777" w:rsidR="00F12170" w:rsidRPr="007911BE" w:rsidRDefault="00000000">
            <w:pPr>
              <w:ind w:firstLine="0"/>
              <w:jc w:val="center"/>
              <w:rPr>
                <w:sz w:val="16"/>
                <w:szCs w:val="28"/>
              </w:rPr>
            </w:pPr>
            <w:r w:rsidRPr="007911BE">
              <w:rPr>
                <w:sz w:val="16"/>
                <w:szCs w:val="28"/>
              </w:rPr>
              <w:t>1.36</w:t>
            </w:r>
          </w:p>
        </w:tc>
        <w:tc>
          <w:tcPr>
            <w:tcW w:w="0" w:type="auto"/>
            <w:vAlign w:val="center"/>
          </w:tcPr>
          <w:p w14:paraId="10BD55AB" w14:textId="77777777" w:rsidR="00F12170" w:rsidRPr="007911BE" w:rsidRDefault="00000000">
            <w:pPr>
              <w:ind w:firstLine="0"/>
              <w:jc w:val="center"/>
              <w:rPr>
                <w:sz w:val="16"/>
                <w:szCs w:val="28"/>
              </w:rPr>
            </w:pPr>
            <w:r w:rsidRPr="007911BE">
              <w:rPr>
                <w:sz w:val="16"/>
                <w:szCs w:val="28"/>
              </w:rPr>
              <w:t>0.36</w:t>
            </w:r>
          </w:p>
        </w:tc>
        <w:tc>
          <w:tcPr>
            <w:tcW w:w="0" w:type="auto"/>
            <w:vAlign w:val="center"/>
          </w:tcPr>
          <w:p w14:paraId="4A8C28D5" w14:textId="77777777" w:rsidR="00F12170" w:rsidRPr="007911BE" w:rsidRDefault="00000000">
            <w:pPr>
              <w:ind w:firstLine="0"/>
              <w:jc w:val="center"/>
              <w:rPr>
                <w:sz w:val="16"/>
                <w:szCs w:val="28"/>
              </w:rPr>
            </w:pPr>
            <w:r w:rsidRPr="007911BE">
              <w:rPr>
                <w:sz w:val="16"/>
                <w:szCs w:val="28"/>
              </w:rPr>
              <w:t>4.5</w:t>
            </w:r>
          </w:p>
        </w:tc>
        <w:tc>
          <w:tcPr>
            <w:tcW w:w="0" w:type="auto"/>
            <w:vAlign w:val="center"/>
          </w:tcPr>
          <w:p w14:paraId="7E07578E" w14:textId="77777777" w:rsidR="00F12170" w:rsidRPr="007911BE" w:rsidRDefault="00000000">
            <w:pPr>
              <w:ind w:firstLine="0"/>
              <w:jc w:val="center"/>
              <w:rPr>
                <w:sz w:val="16"/>
                <w:szCs w:val="28"/>
              </w:rPr>
            </w:pPr>
            <w:r w:rsidRPr="007911BE">
              <w:rPr>
                <w:sz w:val="16"/>
                <w:szCs w:val="28"/>
              </w:rPr>
              <w:t>1.92</w:t>
            </w:r>
          </w:p>
        </w:tc>
      </w:tr>
      <w:tr w:rsidR="00F12170" w:rsidRPr="007911BE" w14:paraId="108142C9" w14:textId="77777777" w:rsidTr="00B408C8">
        <w:trPr>
          <w:jc w:val="center"/>
        </w:trPr>
        <w:tc>
          <w:tcPr>
            <w:tcW w:w="0" w:type="auto"/>
            <w:vAlign w:val="center"/>
          </w:tcPr>
          <w:p w14:paraId="544F9AC1" w14:textId="77777777" w:rsidR="00F12170" w:rsidRPr="007911BE" w:rsidRDefault="00000000">
            <w:pPr>
              <w:ind w:firstLine="0"/>
              <w:jc w:val="left"/>
              <w:rPr>
                <w:sz w:val="16"/>
                <w:szCs w:val="28"/>
              </w:rPr>
            </w:pPr>
            <w:proofErr w:type="spellStart"/>
            <w:r w:rsidRPr="007911BE">
              <w:rPr>
                <w:sz w:val="16"/>
                <w:szCs w:val="28"/>
              </w:rPr>
              <w:t>Курганская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CF0B9C1"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0A12DA36" w14:textId="77777777" w:rsidR="00F12170" w:rsidRPr="007911BE" w:rsidRDefault="00000000">
            <w:pPr>
              <w:ind w:firstLine="0"/>
              <w:jc w:val="center"/>
              <w:rPr>
                <w:sz w:val="16"/>
                <w:szCs w:val="28"/>
              </w:rPr>
            </w:pPr>
            <w:r w:rsidRPr="007911BE">
              <w:rPr>
                <w:sz w:val="16"/>
                <w:szCs w:val="28"/>
              </w:rPr>
              <w:t>14.8</w:t>
            </w:r>
          </w:p>
        </w:tc>
        <w:tc>
          <w:tcPr>
            <w:tcW w:w="0" w:type="auto"/>
            <w:vAlign w:val="center"/>
          </w:tcPr>
          <w:p w14:paraId="104A0CD5" w14:textId="77777777" w:rsidR="00F12170" w:rsidRPr="007911BE" w:rsidRDefault="00000000">
            <w:pPr>
              <w:ind w:firstLine="0"/>
              <w:jc w:val="center"/>
              <w:rPr>
                <w:sz w:val="16"/>
                <w:szCs w:val="28"/>
              </w:rPr>
            </w:pPr>
            <w:r w:rsidRPr="007911BE">
              <w:rPr>
                <w:sz w:val="16"/>
                <w:szCs w:val="28"/>
              </w:rPr>
              <w:t>1.5</w:t>
            </w:r>
          </w:p>
        </w:tc>
        <w:tc>
          <w:tcPr>
            <w:tcW w:w="0" w:type="auto"/>
            <w:vAlign w:val="center"/>
          </w:tcPr>
          <w:p w14:paraId="03DAF83C" w14:textId="77777777" w:rsidR="00F12170" w:rsidRPr="007911BE" w:rsidRDefault="00000000">
            <w:pPr>
              <w:ind w:firstLine="0"/>
              <w:jc w:val="center"/>
              <w:rPr>
                <w:sz w:val="16"/>
                <w:szCs w:val="28"/>
              </w:rPr>
            </w:pPr>
            <w:r w:rsidRPr="007911BE">
              <w:rPr>
                <w:sz w:val="16"/>
                <w:szCs w:val="28"/>
              </w:rPr>
              <w:t>0.49</w:t>
            </w:r>
          </w:p>
        </w:tc>
        <w:tc>
          <w:tcPr>
            <w:tcW w:w="0" w:type="auto"/>
            <w:vAlign w:val="center"/>
          </w:tcPr>
          <w:p w14:paraId="0271D9C3" w14:textId="77777777" w:rsidR="00F12170" w:rsidRPr="007911BE" w:rsidRDefault="00000000">
            <w:pPr>
              <w:ind w:firstLine="0"/>
              <w:jc w:val="center"/>
              <w:rPr>
                <w:sz w:val="16"/>
                <w:szCs w:val="28"/>
              </w:rPr>
            </w:pPr>
            <w:r w:rsidRPr="007911BE">
              <w:rPr>
                <w:sz w:val="16"/>
                <w:szCs w:val="28"/>
              </w:rPr>
              <w:t>4.1</w:t>
            </w:r>
          </w:p>
        </w:tc>
        <w:tc>
          <w:tcPr>
            <w:tcW w:w="0" w:type="auto"/>
            <w:vAlign w:val="center"/>
          </w:tcPr>
          <w:p w14:paraId="64BBB7A6" w14:textId="77777777" w:rsidR="00F12170" w:rsidRPr="007911BE" w:rsidRDefault="00000000">
            <w:pPr>
              <w:ind w:firstLine="0"/>
              <w:jc w:val="center"/>
              <w:rPr>
                <w:sz w:val="16"/>
                <w:szCs w:val="28"/>
              </w:rPr>
            </w:pPr>
            <w:r w:rsidRPr="007911BE">
              <w:rPr>
                <w:sz w:val="16"/>
                <w:szCs w:val="28"/>
              </w:rPr>
              <w:t>2.71</w:t>
            </w:r>
          </w:p>
        </w:tc>
      </w:tr>
      <w:tr w:rsidR="00F12170" w:rsidRPr="007911BE" w14:paraId="257CDE88" w14:textId="77777777" w:rsidTr="00B408C8">
        <w:trPr>
          <w:jc w:val="center"/>
        </w:trPr>
        <w:tc>
          <w:tcPr>
            <w:tcW w:w="0" w:type="auto"/>
            <w:vAlign w:val="center"/>
          </w:tcPr>
          <w:p w14:paraId="49EBDD94" w14:textId="77777777" w:rsidR="00F12170" w:rsidRPr="007911BE" w:rsidRDefault="00000000">
            <w:pPr>
              <w:ind w:firstLine="0"/>
              <w:jc w:val="left"/>
              <w:rPr>
                <w:sz w:val="16"/>
                <w:szCs w:val="28"/>
              </w:rPr>
            </w:pPr>
            <w:r w:rsidRPr="007911BE">
              <w:rPr>
                <w:sz w:val="16"/>
                <w:szCs w:val="28"/>
              </w:rPr>
              <w:t xml:space="preserve">Курская </w:t>
            </w:r>
            <w:proofErr w:type="spellStart"/>
            <w:r w:rsidRPr="007911BE">
              <w:rPr>
                <w:sz w:val="16"/>
                <w:szCs w:val="28"/>
              </w:rPr>
              <w:t>область</w:t>
            </w:r>
            <w:proofErr w:type="spellEnd"/>
          </w:p>
        </w:tc>
        <w:tc>
          <w:tcPr>
            <w:tcW w:w="0" w:type="auto"/>
            <w:vAlign w:val="center"/>
          </w:tcPr>
          <w:p w14:paraId="78A05852"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3A692EA9" w14:textId="77777777" w:rsidR="00F12170" w:rsidRPr="007911BE" w:rsidRDefault="00000000">
            <w:pPr>
              <w:ind w:firstLine="0"/>
              <w:jc w:val="center"/>
              <w:rPr>
                <w:sz w:val="16"/>
                <w:szCs w:val="28"/>
              </w:rPr>
            </w:pPr>
            <w:r w:rsidRPr="007911BE">
              <w:rPr>
                <w:sz w:val="16"/>
                <w:szCs w:val="28"/>
              </w:rPr>
              <w:t>10.5</w:t>
            </w:r>
          </w:p>
        </w:tc>
        <w:tc>
          <w:tcPr>
            <w:tcW w:w="0" w:type="auto"/>
            <w:vAlign w:val="center"/>
          </w:tcPr>
          <w:p w14:paraId="702FE062" w14:textId="77777777" w:rsidR="00F12170" w:rsidRPr="007911BE" w:rsidRDefault="00000000">
            <w:pPr>
              <w:ind w:firstLine="0"/>
              <w:jc w:val="center"/>
              <w:rPr>
                <w:sz w:val="16"/>
                <w:szCs w:val="28"/>
              </w:rPr>
            </w:pPr>
            <w:r w:rsidRPr="007911BE">
              <w:rPr>
                <w:sz w:val="16"/>
                <w:szCs w:val="28"/>
              </w:rPr>
              <w:t>1.18</w:t>
            </w:r>
          </w:p>
        </w:tc>
        <w:tc>
          <w:tcPr>
            <w:tcW w:w="0" w:type="auto"/>
            <w:vAlign w:val="center"/>
          </w:tcPr>
          <w:p w14:paraId="77C00B61" w14:textId="77777777" w:rsidR="00F12170" w:rsidRPr="007911BE" w:rsidRDefault="00000000">
            <w:pPr>
              <w:ind w:firstLine="0"/>
              <w:jc w:val="center"/>
              <w:rPr>
                <w:sz w:val="16"/>
                <w:szCs w:val="28"/>
              </w:rPr>
            </w:pPr>
            <w:r w:rsidRPr="007911BE">
              <w:rPr>
                <w:sz w:val="16"/>
                <w:szCs w:val="28"/>
              </w:rPr>
              <w:t>0.25</w:t>
            </w:r>
          </w:p>
        </w:tc>
        <w:tc>
          <w:tcPr>
            <w:tcW w:w="0" w:type="auto"/>
            <w:vAlign w:val="center"/>
          </w:tcPr>
          <w:p w14:paraId="1D818B24" w14:textId="77777777" w:rsidR="00F12170" w:rsidRPr="007911BE" w:rsidRDefault="00000000">
            <w:pPr>
              <w:ind w:firstLine="0"/>
              <w:jc w:val="center"/>
              <w:rPr>
                <w:sz w:val="16"/>
                <w:szCs w:val="28"/>
              </w:rPr>
            </w:pPr>
            <w:r w:rsidRPr="007911BE">
              <w:rPr>
                <w:sz w:val="16"/>
                <w:szCs w:val="28"/>
              </w:rPr>
              <w:t>3.6</w:t>
            </w:r>
          </w:p>
        </w:tc>
        <w:tc>
          <w:tcPr>
            <w:tcW w:w="0" w:type="auto"/>
            <w:vAlign w:val="center"/>
          </w:tcPr>
          <w:p w14:paraId="0DC3A425" w14:textId="77777777" w:rsidR="00F12170" w:rsidRPr="007911BE" w:rsidRDefault="00000000">
            <w:pPr>
              <w:ind w:firstLine="0"/>
              <w:jc w:val="center"/>
              <w:rPr>
                <w:sz w:val="16"/>
                <w:szCs w:val="28"/>
              </w:rPr>
            </w:pPr>
            <w:r w:rsidRPr="007911BE">
              <w:rPr>
                <w:sz w:val="16"/>
                <w:szCs w:val="28"/>
              </w:rPr>
              <w:t>5.9</w:t>
            </w:r>
          </w:p>
        </w:tc>
      </w:tr>
      <w:tr w:rsidR="00F12170" w:rsidRPr="007911BE" w14:paraId="630C7549" w14:textId="77777777" w:rsidTr="00B408C8">
        <w:trPr>
          <w:jc w:val="center"/>
        </w:trPr>
        <w:tc>
          <w:tcPr>
            <w:tcW w:w="0" w:type="auto"/>
            <w:vAlign w:val="center"/>
          </w:tcPr>
          <w:p w14:paraId="4271DEFF" w14:textId="77777777" w:rsidR="00F12170" w:rsidRPr="007911BE" w:rsidRDefault="00000000">
            <w:pPr>
              <w:ind w:firstLine="0"/>
              <w:jc w:val="left"/>
              <w:rPr>
                <w:sz w:val="16"/>
                <w:szCs w:val="28"/>
              </w:rPr>
            </w:pPr>
            <w:proofErr w:type="spellStart"/>
            <w:r w:rsidRPr="007911BE">
              <w:rPr>
                <w:sz w:val="16"/>
                <w:szCs w:val="28"/>
              </w:rPr>
              <w:t>Ленинградская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584C371"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714A819E" w14:textId="77777777" w:rsidR="00F12170" w:rsidRPr="007911BE" w:rsidRDefault="00000000">
            <w:pPr>
              <w:ind w:firstLine="0"/>
              <w:jc w:val="center"/>
              <w:rPr>
                <w:sz w:val="16"/>
                <w:szCs w:val="28"/>
              </w:rPr>
            </w:pPr>
            <w:r w:rsidRPr="007911BE">
              <w:rPr>
                <w:sz w:val="16"/>
                <w:szCs w:val="28"/>
              </w:rPr>
              <w:t>10.7</w:t>
            </w:r>
          </w:p>
        </w:tc>
        <w:tc>
          <w:tcPr>
            <w:tcW w:w="0" w:type="auto"/>
            <w:vAlign w:val="center"/>
          </w:tcPr>
          <w:p w14:paraId="525B73BF" w14:textId="77777777" w:rsidR="00F12170" w:rsidRPr="007911BE" w:rsidRDefault="00000000">
            <w:pPr>
              <w:ind w:firstLine="0"/>
              <w:jc w:val="center"/>
              <w:rPr>
                <w:sz w:val="16"/>
                <w:szCs w:val="28"/>
              </w:rPr>
            </w:pPr>
            <w:r w:rsidRPr="007911BE">
              <w:rPr>
                <w:sz w:val="16"/>
                <w:szCs w:val="28"/>
              </w:rPr>
              <w:t>0.9</w:t>
            </w:r>
          </w:p>
        </w:tc>
        <w:tc>
          <w:tcPr>
            <w:tcW w:w="0" w:type="auto"/>
            <w:vAlign w:val="center"/>
          </w:tcPr>
          <w:p w14:paraId="19744F37" w14:textId="77777777" w:rsidR="00F12170" w:rsidRPr="007911BE" w:rsidRDefault="00000000">
            <w:pPr>
              <w:ind w:firstLine="0"/>
              <w:jc w:val="center"/>
              <w:rPr>
                <w:sz w:val="16"/>
                <w:szCs w:val="28"/>
              </w:rPr>
            </w:pPr>
            <w:r w:rsidRPr="007911BE">
              <w:rPr>
                <w:sz w:val="16"/>
                <w:szCs w:val="28"/>
              </w:rPr>
              <w:t>0.23</w:t>
            </w:r>
          </w:p>
        </w:tc>
        <w:tc>
          <w:tcPr>
            <w:tcW w:w="0" w:type="auto"/>
            <w:vAlign w:val="center"/>
          </w:tcPr>
          <w:p w14:paraId="1E0FA8E1" w14:textId="77777777" w:rsidR="00F12170" w:rsidRPr="007911BE" w:rsidRDefault="00000000">
            <w:pPr>
              <w:ind w:firstLine="0"/>
              <w:jc w:val="center"/>
              <w:rPr>
                <w:sz w:val="16"/>
                <w:szCs w:val="28"/>
              </w:rPr>
            </w:pPr>
            <w:r w:rsidRPr="007911BE">
              <w:rPr>
                <w:sz w:val="16"/>
                <w:szCs w:val="28"/>
              </w:rPr>
              <w:t>2.6</w:t>
            </w:r>
          </w:p>
        </w:tc>
        <w:tc>
          <w:tcPr>
            <w:tcW w:w="0" w:type="auto"/>
            <w:vAlign w:val="center"/>
          </w:tcPr>
          <w:p w14:paraId="59CE868B" w14:textId="77777777" w:rsidR="00F12170" w:rsidRPr="007911BE" w:rsidRDefault="00000000">
            <w:pPr>
              <w:ind w:firstLine="0"/>
              <w:jc w:val="center"/>
              <w:rPr>
                <w:sz w:val="16"/>
                <w:szCs w:val="28"/>
              </w:rPr>
            </w:pPr>
            <w:r w:rsidRPr="007911BE">
              <w:rPr>
                <w:sz w:val="16"/>
                <w:szCs w:val="28"/>
              </w:rPr>
              <w:t>4</w:t>
            </w:r>
          </w:p>
        </w:tc>
      </w:tr>
      <w:tr w:rsidR="00F12170" w:rsidRPr="007911BE" w14:paraId="6C42D6FF" w14:textId="77777777" w:rsidTr="00B408C8">
        <w:trPr>
          <w:jc w:val="center"/>
        </w:trPr>
        <w:tc>
          <w:tcPr>
            <w:tcW w:w="0" w:type="auto"/>
            <w:vAlign w:val="center"/>
          </w:tcPr>
          <w:p w14:paraId="6FFC55D9" w14:textId="77777777" w:rsidR="00F12170" w:rsidRPr="007911BE" w:rsidRDefault="00000000">
            <w:pPr>
              <w:ind w:firstLine="0"/>
              <w:jc w:val="left"/>
              <w:rPr>
                <w:sz w:val="16"/>
                <w:szCs w:val="28"/>
              </w:rPr>
            </w:pPr>
            <w:proofErr w:type="spellStart"/>
            <w:r w:rsidRPr="007911BE">
              <w:rPr>
                <w:sz w:val="16"/>
                <w:szCs w:val="28"/>
              </w:rPr>
              <w:t>Липецкая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E7647FD"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5AB48CF3" w14:textId="77777777" w:rsidR="00F12170" w:rsidRPr="007911BE" w:rsidRDefault="00000000">
            <w:pPr>
              <w:ind w:firstLine="0"/>
              <w:jc w:val="center"/>
              <w:rPr>
                <w:sz w:val="16"/>
                <w:szCs w:val="28"/>
              </w:rPr>
            </w:pPr>
            <w:r w:rsidRPr="007911BE">
              <w:rPr>
                <w:sz w:val="16"/>
                <w:szCs w:val="28"/>
              </w:rPr>
              <w:t>14.8</w:t>
            </w:r>
          </w:p>
        </w:tc>
        <w:tc>
          <w:tcPr>
            <w:tcW w:w="0" w:type="auto"/>
            <w:vAlign w:val="center"/>
          </w:tcPr>
          <w:p w14:paraId="5B903086" w14:textId="77777777" w:rsidR="00F12170" w:rsidRPr="007911BE" w:rsidRDefault="00000000">
            <w:pPr>
              <w:ind w:firstLine="0"/>
              <w:jc w:val="center"/>
              <w:rPr>
                <w:sz w:val="16"/>
                <w:szCs w:val="28"/>
              </w:rPr>
            </w:pPr>
            <w:r w:rsidRPr="007911BE">
              <w:rPr>
                <w:sz w:val="16"/>
                <w:szCs w:val="28"/>
              </w:rPr>
              <w:t>1.16</w:t>
            </w:r>
          </w:p>
        </w:tc>
        <w:tc>
          <w:tcPr>
            <w:tcW w:w="0" w:type="auto"/>
            <w:vAlign w:val="center"/>
          </w:tcPr>
          <w:p w14:paraId="45A2743F" w14:textId="77777777" w:rsidR="00F12170" w:rsidRPr="007911BE" w:rsidRDefault="00000000">
            <w:pPr>
              <w:ind w:firstLine="0"/>
              <w:jc w:val="center"/>
              <w:rPr>
                <w:sz w:val="16"/>
                <w:szCs w:val="28"/>
              </w:rPr>
            </w:pPr>
            <w:r w:rsidRPr="007911BE">
              <w:rPr>
                <w:sz w:val="16"/>
                <w:szCs w:val="28"/>
              </w:rPr>
              <w:t>0.28</w:t>
            </w:r>
          </w:p>
        </w:tc>
        <w:tc>
          <w:tcPr>
            <w:tcW w:w="0" w:type="auto"/>
            <w:vAlign w:val="center"/>
          </w:tcPr>
          <w:p w14:paraId="0452807D" w14:textId="77777777" w:rsidR="00F12170" w:rsidRPr="007911BE" w:rsidRDefault="00000000">
            <w:pPr>
              <w:ind w:firstLine="0"/>
              <w:jc w:val="center"/>
              <w:rPr>
                <w:sz w:val="16"/>
                <w:szCs w:val="28"/>
              </w:rPr>
            </w:pPr>
            <w:r w:rsidRPr="007911BE">
              <w:rPr>
                <w:sz w:val="16"/>
                <w:szCs w:val="28"/>
              </w:rPr>
              <w:t>2.1</w:t>
            </w:r>
          </w:p>
        </w:tc>
        <w:tc>
          <w:tcPr>
            <w:tcW w:w="0" w:type="auto"/>
            <w:vAlign w:val="center"/>
          </w:tcPr>
          <w:p w14:paraId="6C17E897" w14:textId="77777777" w:rsidR="00F12170" w:rsidRPr="007911BE" w:rsidRDefault="00000000">
            <w:pPr>
              <w:ind w:firstLine="0"/>
              <w:jc w:val="center"/>
              <w:rPr>
                <w:sz w:val="16"/>
                <w:szCs w:val="28"/>
              </w:rPr>
            </w:pPr>
            <w:r w:rsidRPr="007911BE">
              <w:rPr>
                <w:sz w:val="16"/>
                <w:szCs w:val="28"/>
              </w:rPr>
              <w:t>2.8</w:t>
            </w:r>
          </w:p>
        </w:tc>
      </w:tr>
      <w:tr w:rsidR="00F12170" w:rsidRPr="007911BE" w14:paraId="71BAC394" w14:textId="77777777" w:rsidTr="00B408C8">
        <w:trPr>
          <w:jc w:val="center"/>
        </w:trPr>
        <w:tc>
          <w:tcPr>
            <w:tcW w:w="0" w:type="auto"/>
            <w:vAlign w:val="center"/>
          </w:tcPr>
          <w:p w14:paraId="5B3EF570" w14:textId="77777777" w:rsidR="00F12170" w:rsidRPr="007911BE" w:rsidRDefault="00000000">
            <w:pPr>
              <w:ind w:firstLine="0"/>
              <w:jc w:val="left"/>
              <w:rPr>
                <w:sz w:val="16"/>
                <w:szCs w:val="28"/>
              </w:rPr>
            </w:pPr>
            <w:proofErr w:type="spellStart"/>
            <w:r w:rsidRPr="007911BE">
              <w:rPr>
                <w:sz w:val="16"/>
                <w:szCs w:val="28"/>
              </w:rPr>
              <w:t>Луганская</w:t>
            </w:r>
            <w:proofErr w:type="spellEnd"/>
            <w:r w:rsidRPr="007911BE">
              <w:rPr>
                <w:sz w:val="16"/>
                <w:szCs w:val="28"/>
              </w:rPr>
              <w:t xml:space="preserve"> </w:t>
            </w:r>
            <w:proofErr w:type="spellStart"/>
            <w:r w:rsidRPr="007911BE">
              <w:rPr>
                <w:sz w:val="16"/>
                <w:szCs w:val="28"/>
              </w:rPr>
              <w:t>Народная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195AACD2"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46A4B3AE"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378DE750"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59EFBE61"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5D6772AB"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64A6E562" w14:textId="77777777" w:rsidR="00F12170" w:rsidRPr="007911BE" w:rsidRDefault="00000000">
            <w:pPr>
              <w:ind w:firstLine="0"/>
              <w:jc w:val="center"/>
              <w:rPr>
                <w:sz w:val="16"/>
                <w:szCs w:val="28"/>
              </w:rPr>
            </w:pPr>
            <w:r w:rsidRPr="007911BE">
              <w:rPr>
                <w:sz w:val="16"/>
                <w:szCs w:val="28"/>
              </w:rPr>
              <w:t>1.3</w:t>
            </w:r>
          </w:p>
        </w:tc>
      </w:tr>
      <w:tr w:rsidR="00F12170" w:rsidRPr="007911BE" w14:paraId="21A43108" w14:textId="77777777" w:rsidTr="00B408C8">
        <w:trPr>
          <w:jc w:val="center"/>
        </w:trPr>
        <w:tc>
          <w:tcPr>
            <w:tcW w:w="0" w:type="auto"/>
            <w:vAlign w:val="center"/>
          </w:tcPr>
          <w:p w14:paraId="24EE02F2" w14:textId="77777777" w:rsidR="00F12170" w:rsidRPr="007911BE" w:rsidRDefault="00000000">
            <w:pPr>
              <w:ind w:firstLine="0"/>
              <w:jc w:val="left"/>
              <w:rPr>
                <w:sz w:val="16"/>
                <w:szCs w:val="28"/>
              </w:rPr>
            </w:pPr>
            <w:proofErr w:type="spellStart"/>
            <w:r w:rsidRPr="007911BE">
              <w:rPr>
                <w:sz w:val="16"/>
                <w:szCs w:val="28"/>
              </w:rPr>
              <w:t>Магаданская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9F3D342"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79FC608B" w14:textId="77777777" w:rsidR="00F12170" w:rsidRPr="007911BE" w:rsidRDefault="00000000">
            <w:pPr>
              <w:ind w:firstLine="0"/>
              <w:jc w:val="center"/>
              <w:rPr>
                <w:sz w:val="16"/>
                <w:szCs w:val="28"/>
              </w:rPr>
            </w:pPr>
            <w:r w:rsidRPr="007911BE">
              <w:rPr>
                <w:sz w:val="16"/>
                <w:szCs w:val="28"/>
              </w:rPr>
              <w:t>15.6</w:t>
            </w:r>
          </w:p>
        </w:tc>
        <w:tc>
          <w:tcPr>
            <w:tcW w:w="0" w:type="auto"/>
            <w:vAlign w:val="center"/>
          </w:tcPr>
          <w:p w14:paraId="62109EF8" w14:textId="77777777" w:rsidR="00F12170" w:rsidRPr="007911BE" w:rsidRDefault="00000000">
            <w:pPr>
              <w:ind w:firstLine="0"/>
              <w:jc w:val="center"/>
              <w:rPr>
                <w:sz w:val="16"/>
                <w:szCs w:val="28"/>
              </w:rPr>
            </w:pPr>
            <w:r w:rsidRPr="007911BE">
              <w:rPr>
                <w:sz w:val="16"/>
                <w:szCs w:val="28"/>
              </w:rPr>
              <w:t>1.21</w:t>
            </w:r>
          </w:p>
        </w:tc>
        <w:tc>
          <w:tcPr>
            <w:tcW w:w="0" w:type="auto"/>
            <w:vAlign w:val="center"/>
          </w:tcPr>
          <w:p w14:paraId="32AF6E48" w14:textId="77777777" w:rsidR="00F12170" w:rsidRPr="007911BE" w:rsidRDefault="00000000">
            <w:pPr>
              <w:ind w:firstLine="0"/>
              <w:jc w:val="center"/>
              <w:rPr>
                <w:sz w:val="16"/>
                <w:szCs w:val="28"/>
              </w:rPr>
            </w:pPr>
            <w:r w:rsidRPr="007911BE">
              <w:rPr>
                <w:sz w:val="16"/>
                <w:szCs w:val="28"/>
              </w:rPr>
              <w:t>0.36</w:t>
            </w:r>
          </w:p>
        </w:tc>
        <w:tc>
          <w:tcPr>
            <w:tcW w:w="0" w:type="auto"/>
            <w:vAlign w:val="center"/>
          </w:tcPr>
          <w:p w14:paraId="0F268000" w14:textId="77777777" w:rsidR="00F12170" w:rsidRPr="007911BE" w:rsidRDefault="00000000">
            <w:pPr>
              <w:ind w:firstLine="0"/>
              <w:jc w:val="center"/>
              <w:rPr>
                <w:sz w:val="16"/>
                <w:szCs w:val="28"/>
              </w:rPr>
            </w:pPr>
            <w:r w:rsidRPr="007911BE">
              <w:rPr>
                <w:sz w:val="16"/>
                <w:szCs w:val="28"/>
              </w:rPr>
              <w:t>7.2</w:t>
            </w:r>
          </w:p>
        </w:tc>
        <w:tc>
          <w:tcPr>
            <w:tcW w:w="0" w:type="auto"/>
            <w:vAlign w:val="center"/>
          </w:tcPr>
          <w:p w14:paraId="53092A2F" w14:textId="77777777" w:rsidR="00F12170" w:rsidRPr="007911BE" w:rsidRDefault="00000000">
            <w:pPr>
              <w:ind w:firstLine="0"/>
              <w:jc w:val="center"/>
              <w:rPr>
                <w:sz w:val="16"/>
                <w:szCs w:val="28"/>
              </w:rPr>
            </w:pPr>
            <w:r w:rsidRPr="007911BE">
              <w:rPr>
                <w:sz w:val="16"/>
                <w:szCs w:val="28"/>
              </w:rPr>
              <w:t>20</w:t>
            </w:r>
          </w:p>
        </w:tc>
      </w:tr>
      <w:tr w:rsidR="00F12170" w:rsidRPr="007911BE" w14:paraId="4D73DC5F" w14:textId="77777777" w:rsidTr="00B408C8">
        <w:trPr>
          <w:jc w:val="center"/>
        </w:trPr>
        <w:tc>
          <w:tcPr>
            <w:tcW w:w="0" w:type="auto"/>
            <w:vAlign w:val="center"/>
          </w:tcPr>
          <w:p w14:paraId="32F9BF39" w14:textId="77777777" w:rsidR="00F12170" w:rsidRPr="007911BE" w:rsidRDefault="00000000">
            <w:pPr>
              <w:ind w:firstLine="0"/>
              <w:jc w:val="left"/>
              <w:rPr>
                <w:sz w:val="16"/>
                <w:szCs w:val="28"/>
              </w:rPr>
            </w:pPr>
            <w:proofErr w:type="spellStart"/>
            <w:r w:rsidRPr="007911BE">
              <w:rPr>
                <w:sz w:val="16"/>
                <w:szCs w:val="28"/>
              </w:rPr>
              <w:t>Москва</w:t>
            </w:r>
            <w:proofErr w:type="spellEnd"/>
          </w:p>
        </w:tc>
        <w:tc>
          <w:tcPr>
            <w:tcW w:w="0" w:type="auto"/>
            <w:vAlign w:val="center"/>
          </w:tcPr>
          <w:p w14:paraId="3229B3D7"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4E5198C" w14:textId="77777777" w:rsidR="00F12170" w:rsidRPr="007911BE" w:rsidRDefault="00000000">
            <w:pPr>
              <w:ind w:firstLine="0"/>
              <w:jc w:val="center"/>
              <w:rPr>
                <w:sz w:val="16"/>
                <w:szCs w:val="28"/>
              </w:rPr>
            </w:pPr>
            <w:r w:rsidRPr="007911BE">
              <w:rPr>
                <w:sz w:val="16"/>
                <w:szCs w:val="28"/>
              </w:rPr>
              <w:t>7.7</w:t>
            </w:r>
          </w:p>
        </w:tc>
        <w:tc>
          <w:tcPr>
            <w:tcW w:w="0" w:type="auto"/>
            <w:vAlign w:val="center"/>
          </w:tcPr>
          <w:p w14:paraId="6411CC8D" w14:textId="77777777" w:rsidR="00F12170" w:rsidRPr="007911BE" w:rsidRDefault="00000000">
            <w:pPr>
              <w:ind w:firstLine="0"/>
              <w:jc w:val="center"/>
              <w:rPr>
                <w:sz w:val="16"/>
                <w:szCs w:val="28"/>
              </w:rPr>
            </w:pPr>
            <w:r w:rsidRPr="007911BE">
              <w:rPr>
                <w:sz w:val="16"/>
                <w:szCs w:val="28"/>
              </w:rPr>
              <w:t>1.43</w:t>
            </w:r>
          </w:p>
        </w:tc>
        <w:tc>
          <w:tcPr>
            <w:tcW w:w="0" w:type="auto"/>
            <w:vAlign w:val="center"/>
          </w:tcPr>
          <w:p w14:paraId="19E11C02" w14:textId="77777777" w:rsidR="00F12170" w:rsidRPr="007911BE" w:rsidRDefault="00000000">
            <w:pPr>
              <w:ind w:firstLine="0"/>
              <w:jc w:val="center"/>
              <w:rPr>
                <w:sz w:val="16"/>
                <w:szCs w:val="28"/>
              </w:rPr>
            </w:pPr>
            <w:r w:rsidRPr="007911BE">
              <w:rPr>
                <w:sz w:val="16"/>
                <w:szCs w:val="28"/>
              </w:rPr>
              <w:t>0.26</w:t>
            </w:r>
          </w:p>
        </w:tc>
        <w:tc>
          <w:tcPr>
            <w:tcW w:w="0" w:type="auto"/>
            <w:vAlign w:val="center"/>
          </w:tcPr>
          <w:p w14:paraId="6BFC49F2" w14:textId="77777777" w:rsidR="00F12170" w:rsidRPr="007911BE" w:rsidRDefault="00000000">
            <w:pPr>
              <w:ind w:firstLine="0"/>
              <w:jc w:val="center"/>
              <w:rPr>
                <w:sz w:val="16"/>
                <w:szCs w:val="28"/>
              </w:rPr>
            </w:pPr>
            <w:r w:rsidRPr="007911BE">
              <w:rPr>
                <w:sz w:val="16"/>
                <w:szCs w:val="28"/>
              </w:rPr>
              <w:t>3.4</w:t>
            </w:r>
          </w:p>
        </w:tc>
        <w:tc>
          <w:tcPr>
            <w:tcW w:w="0" w:type="auto"/>
            <w:vAlign w:val="center"/>
          </w:tcPr>
          <w:p w14:paraId="48ADC538" w14:textId="77777777" w:rsidR="00F12170" w:rsidRPr="007911BE" w:rsidRDefault="00000000">
            <w:pPr>
              <w:ind w:firstLine="0"/>
              <w:jc w:val="center"/>
              <w:rPr>
                <w:sz w:val="16"/>
                <w:szCs w:val="28"/>
              </w:rPr>
            </w:pPr>
            <w:r w:rsidRPr="007911BE">
              <w:rPr>
                <w:sz w:val="16"/>
                <w:szCs w:val="28"/>
              </w:rPr>
              <w:t>97.93</w:t>
            </w:r>
          </w:p>
        </w:tc>
      </w:tr>
      <w:tr w:rsidR="00F12170" w:rsidRPr="007911BE" w14:paraId="21EBCFD4" w14:textId="77777777" w:rsidTr="00B408C8">
        <w:trPr>
          <w:jc w:val="center"/>
        </w:trPr>
        <w:tc>
          <w:tcPr>
            <w:tcW w:w="0" w:type="auto"/>
            <w:vAlign w:val="center"/>
          </w:tcPr>
          <w:p w14:paraId="70D9F8FB" w14:textId="77777777" w:rsidR="00F12170" w:rsidRPr="007911BE" w:rsidRDefault="00000000">
            <w:pPr>
              <w:ind w:firstLine="0"/>
              <w:jc w:val="left"/>
              <w:rPr>
                <w:sz w:val="16"/>
                <w:szCs w:val="28"/>
              </w:rPr>
            </w:pPr>
            <w:proofErr w:type="spellStart"/>
            <w:r w:rsidRPr="007911BE">
              <w:rPr>
                <w:sz w:val="16"/>
                <w:szCs w:val="28"/>
              </w:rPr>
              <w:t>Московская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531B888"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F812349" w14:textId="77777777" w:rsidR="00F12170" w:rsidRPr="007911BE" w:rsidRDefault="00000000">
            <w:pPr>
              <w:ind w:firstLine="0"/>
              <w:jc w:val="center"/>
              <w:rPr>
                <w:sz w:val="16"/>
                <w:szCs w:val="28"/>
              </w:rPr>
            </w:pPr>
            <w:r w:rsidRPr="007911BE">
              <w:rPr>
                <w:sz w:val="16"/>
                <w:szCs w:val="28"/>
              </w:rPr>
              <w:t>18.9</w:t>
            </w:r>
          </w:p>
        </w:tc>
        <w:tc>
          <w:tcPr>
            <w:tcW w:w="0" w:type="auto"/>
            <w:vAlign w:val="center"/>
          </w:tcPr>
          <w:p w14:paraId="68334DF5" w14:textId="77777777" w:rsidR="00F12170" w:rsidRPr="007911BE" w:rsidRDefault="00000000">
            <w:pPr>
              <w:ind w:firstLine="0"/>
              <w:jc w:val="center"/>
              <w:rPr>
                <w:sz w:val="16"/>
                <w:szCs w:val="28"/>
              </w:rPr>
            </w:pPr>
            <w:r w:rsidRPr="007911BE">
              <w:rPr>
                <w:sz w:val="16"/>
                <w:szCs w:val="28"/>
              </w:rPr>
              <w:t>1.32</w:t>
            </w:r>
          </w:p>
        </w:tc>
        <w:tc>
          <w:tcPr>
            <w:tcW w:w="0" w:type="auto"/>
            <w:vAlign w:val="center"/>
          </w:tcPr>
          <w:p w14:paraId="134290D0" w14:textId="77777777" w:rsidR="00F12170" w:rsidRPr="007911BE" w:rsidRDefault="00000000">
            <w:pPr>
              <w:ind w:firstLine="0"/>
              <w:jc w:val="center"/>
              <w:rPr>
                <w:sz w:val="16"/>
                <w:szCs w:val="28"/>
              </w:rPr>
            </w:pPr>
            <w:r w:rsidRPr="007911BE">
              <w:rPr>
                <w:sz w:val="16"/>
                <w:szCs w:val="28"/>
              </w:rPr>
              <w:t>0.32</w:t>
            </w:r>
          </w:p>
        </w:tc>
        <w:tc>
          <w:tcPr>
            <w:tcW w:w="0" w:type="auto"/>
            <w:vAlign w:val="center"/>
          </w:tcPr>
          <w:p w14:paraId="7BBA491C" w14:textId="77777777" w:rsidR="00F12170" w:rsidRPr="007911BE" w:rsidRDefault="00000000">
            <w:pPr>
              <w:ind w:firstLine="0"/>
              <w:jc w:val="center"/>
              <w:rPr>
                <w:sz w:val="16"/>
                <w:szCs w:val="28"/>
              </w:rPr>
            </w:pPr>
            <w:r w:rsidRPr="007911BE">
              <w:rPr>
                <w:sz w:val="16"/>
                <w:szCs w:val="28"/>
              </w:rPr>
              <w:t>2.9</w:t>
            </w:r>
          </w:p>
        </w:tc>
        <w:tc>
          <w:tcPr>
            <w:tcW w:w="0" w:type="auto"/>
            <w:vAlign w:val="center"/>
          </w:tcPr>
          <w:p w14:paraId="3493B74D" w14:textId="77777777" w:rsidR="00F12170" w:rsidRPr="007911BE" w:rsidRDefault="00000000">
            <w:pPr>
              <w:ind w:firstLine="0"/>
              <w:jc w:val="center"/>
              <w:rPr>
                <w:sz w:val="16"/>
                <w:szCs w:val="28"/>
              </w:rPr>
            </w:pPr>
            <w:r w:rsidRPr="007911BE">
              <w:rPr>
                <w:sz w:val="16"/>
                <w:szCs w:val="28"/>
              </w:rPr>
              <w:t>1.14</w:t>
            </w:r>
          </w:p>
        </w:tc>
      </w:tr>
      <w:tr w:rsidR="00F12170" w:rsidRPr="007911BE" w14:paraId="2D8420A7" w14:textId="77777777" w:rsidTr="00B408C8">
        <w:trPr>
          <w:jc w:val="center"/>
        </w:trPr>
        <w:tc>
          <w:tcPr>
            <w:tcW w:w="0" w:type="auto"/>
            <w:vAlign w:val="center"/>
          </w:tcPr>
          <w:p w14:paraId="6E90BD19" w14:textId="77777777" w:rsidR="00F12170" w:rsidRPr="007911BE" w:rsidRDefault="00000000">
            <w:pPr>
              <w:ind w:firstLine="0"/>
              <w:jc w:val="left"/>
              <w:rPr>
                <w:sz w:val="16"/>
                <w:szCs w:val="28"/>
              </w:rPr>
            </w:pPr>
            <w:proofErr w:type="spellStart"/>
            <w:r w:rsidRPr="007911BE">
              <w:rPr>
                <w:sz w:val="16"/>
                <w:szCs w:val="28"/>
              </w:rPr>
              <w:t>Мурманская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1B3540E"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17AC6D30" w14:textId="77777777" w:rsidR="00F12170" w:rsidRPr="007911BE" w:rsidRDefault="00000000">
            <w:pPr>
              <w:ind w:firstLine="0"/>
              <w:jc w:val="center"/>
              <w:rPr>
                <w:sz w:val="16"/>
                <w:szCs w:val="28"/>
              </w:rPr>
            </w:pPr>
            <w:r w:rsidRPr="007911BE">
              <w:rPr>
                <w:sz w:val="16"/>
                <w:szCs w:val="28"/>
              </w:rPr>
              <w:t>12</w:t>
            </w:r>
          </w:p>
        </w:tc>
        <w:tc>
          <w:tcPr>
            <w:tcW w:w="0" w:type="auto"/>
            <w:vAlign w:val="center"/>
          </w:tcPr>
          <w:p w14:paraId="4CE58495" w14:textId="77777777" w:rsidR="00F12170" w:rsidRPr="007911BE" w:rsidRDefault="00000000">
            <w:pPr>
              <w:ind w:firstLine="0"/>
              <w:jc w:val="center"/>
              <w:rPr>
                <w:sz w:val="16"/>
                <w:szCs w:val="28"/>
              </w:rPr>
            </w:pPr>
            <w:r w:rsidRPr="007911BE">
              <w:rPr>
                <w:sz w:val="16"/>
                <w:szCs w:val="28"/>
              </w:rPr>
              <w:t>1.29</w:t>
            </w:r>
          </w:p>
        </w:tc>
        <w:tc>
          <w:tcPr>
            <w:tcW w:w="0" w:type="auto"/>
            <w:vAlign w:val="center"/>
          </w:tcPr>
          <w:p w14:paraId="1C1C202C" w14:textId="77777777" w:rsidR="00F12170" w:rsidRPr="007911BE" w:rsidRDefault="00000000">
            <w:pPr>
              <w:ind w:firstLine="0"/>
              <w:jc w:val="center"/>
              <w:rPr>
                <w:sz w:val="16"/>
                <w:szCs w:val="28"/>
              </w:rPr>
            </w:pPr>
            <w:r w:rsidRPr="007911BE">
              <w:rPr>
                <w:sz w:val="16"/>
                <w:szCs w:val="28"/>
              </w:rPr>
              <w:t>0.27</w:t>
            </w:r>
          </w:p>
        </w:tc>
        <w:tc>
          <w:tcPr>
            <w:tcW w:w="0" w:type="auto"/>
            <w:vAlign w:val="center"/>
          </w:tcPr>
          <w:p w14:paraId="7E0AFBDE" w14:textId="77777777" w:rsidR="00F12170" w:rsidRPr="007911BE" w:rsidRDefault="00000000">
            <w:pPr>
              <w:ind w:firstLine="0"/>
              <w:jc w:val="center"/>
              <w:rPr>
                <w:sz w:val="16"/>
                <w:szCs w:val="28"/>
              </w:rPr>
            </w:pPr>
            <w:r w:rsidRPr="007911BE">
              <w:rPr>
                <w:sz w:val="16"/>
                <w:szCs w:val="28"/>
              </w:rPr>
              <w:t>4.6</w:t>
            </w:r>
          </w:p>
        </w:tc>
        <w:tc>
          <w:tcPr>
            <w:tcW w:w="0" w:type="auto"/>
            <w:vAlign w:val="center"/>
          </w:tcPr>
          <w:p w14:paraId="066D6338" w14:textId="77777777" w:rsidR="00F12170" w:rsidRPr="007911BE" w:rsidRDefault="00000000">
            <w:pPr>
              <w:ind w:firstLine="0"/>
              <w:jc w:val="center"/>
              <w:rPr>
                <w:sz w:val="16"/>
                <w:szCs w:val="28"/>
              </w:rPr>
            </w:pPr>
            <w:r w:rsidRPr="007911BE">
              <w:rPr>
                <w:sz w:val="16"/>
                <w:szCs w:val="28"/>
              </w:rPr>
              <w:t>4.6</w:t>
            </w:r>
          </w:p>
        </w:tc>
      </w:tr>
      <w:tr w:rsidR="00F12170" w:rsidRPr="007911BE" w14:paraId="35F8EA61" w14:textId="77777777" w:rsidTr="00B408C8">
        <w:trPr>
          <w:jc w:val="center"/>
        </w:trPr>
        <w:tc>
          <w:tcPr>
            <w:tcW w:w="0" w:type="auto"/>
            <w:vAlign w:val="center"/>
          </w:tcPr>
          <w:p w14:paraId="40E5812E" w14:textId="77777777" w:rsidR="00F12170" w:rsidRPr="007911BE" w:rsidRDefault="00000000">
            <w:pPr>
              <w:ind w:firstLine="0"/>
              <w:jc w:val="left"/>
              <w:rPr>
                <w:sz w:val="16"/>
                <w:szCs w:val="28"/>
              </w:rPr>
            </w:pPr>
            <w:proofErr w:type="spellStart"/>
            <w:r w:rsidRPr="007911BE">
              <w:rPr>
                <w:sz w:val="16"/>
                <w:szCs w:val="28"/>
              </w:rPr>
              <w:t>Ненецкий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3F99ABBC"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055E25F7" w14:textId="77777777" w:rsidR="00F12170" w:rsidRPr="007911BE" w:rsidRDefault="00000000">
            <w:pPr>
              <w:ind w:firstLine="0"/>
              <w:jc w:val="center"/>
              <w:rPr>
                <w:sz w:val="16"/>
                <w:szCs w:val="28"/>
              </w:rPr>
            </w:pPr>
            <w:r w:rsidRPr="007911BE">
              <w:rPr>
                <w:sz w:val="16"/>
                <w:szCs w:val="28"/>
              </w:rPr>
              <w:t>30.7</w:t>
            </w:r>
          </w:p>
        </w:tc>
        <w:tc>
          <w:tcPr>
            <w:tcW w:w="0" w:type="auto"/>
            <w:vAlign w:val="center"/>
          </w:tcPr>
          <w:p w14:paraId="07E31FF8" w14:textId="77777777" w:rsidR="00F12170" w:rsidRPr="007911BE" w:rsidRDefault="00000000">
            <w:pPr>
              <w:ind w:firstLine="0"/>
              <w:jc w:val="center"/>
              <w:rPr>
                <w:sz w:val="16"/>
                <w:szCs w:val="28"/>
              </w:rPr>
            </w:pPr>
            <w:r w:rsidRPr="007911BE">
              <w:rPr>
                <w:sz w:val="16"/>
                <w:szCs w:val="28"/>
              </w:rPr>
              <w:t>1.63</w:t>
            </w:r>
          </w:p>
        </w:tc>
        <w:tc>
          <w:tcPr>
            <w:tcW w:w="0" w:type="auto"/>
            <w:vAlign w:val="center"/>
          </w:tcPr>
          <w:p w14:paraId="2F4E1927" w14:textId="77777777" w:rsidR="00F12170" w:rsidRPr="007911BE" w:rsidRDefault="00000000">
            <w:pPr>
              <w:ind w:firstLine="0"/>
              <w:jc w:val="center"/>
              <w:rPr>
                <w:sz w:val="16"/>
                <w:szCs w:val="28"/>
              </w:rPr>
            </w:pPr>
            <w:r w:rsidRPr="007911BE">
              <w:rPr>
                <w:sz w:val="16"/>
                <w:szCs w:val="28"/>
              </w:rPr>
              <w:t>0.65</w:t>
            </w:r>
          </w:p>
        </w:tc>
        <w:tc>
          <w:tcPr>
            <w:tcW w:w="0" w:type="auto"/>
            <w:vAlign w:val="center"/>
          </w:tcPr>
          <w:p w14:paraId="6227BF83"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29EAF655" w14:textId="77777777" w:rsidR="00F12170" w:rsidRPr="007911BE" w:rsidRDefault="00000000">
            <w:pPr>
              <w:ind w:firstLine="0"/>
              <w:jc w:val="center"/>
              <w:rPr>
                <w:sz w:val="16"/>
                <w:szCs w:val="28"/>
              </w:rPr>
            </w:pPr>
            <w:r w:rsidRPr="007911BE">
              <w:rPr>
                <w:sz w:val="16"/>
                <w:szCs w:val="28"/>
              </w:rPr>
              <w:t>22.32</w:t>
            </w:r>
          </w:p>
        </w:tc>
      </w:tr>
      <w:tr w:rsidR="00F12170" w:rsidRPr="007911BE" w14:paraId="198EC624" w14:textId="77777777" w:rsidTr="00B408C8">
        <w:trPr>
          <w:jc w:val="center"/>
        </w:trPr>
        <w:tc>
          <w:tcPr>
            <w:tcW w:w="0" w:type="auto"/>
            <w:vAlign w:val="center"/>
          </w:tcPr>
          <w:p w14:paraId="29445A5D" w14:textId="77777777" w:rsidR="00F12170" w:rsidRPr="007911BE" w:rsidRDefault="00000000">
            <w:pPr>
              <w:ind w:firstLine="0"/>
              <w:jc w:val="left"/>
              <w:rPr>
                <w:sz w:val="16"/>
                <w:szCs w:val="28"/>
              </w:rPr>
            </w:pPr>
            <w:proofErr w:type="spellStart"/>
            <w:r w:rsidRPr="007911BE">
              <w:rPr>
                <w:sz w:val="16"/>
                <w:szCs w:val="28"/>
              </w:rPr>
              <w:t>Нижегородская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E4B746E"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6FBE8736" w14:textId="77777777" w:rsidR="00F12170" w:rsidRPr="007911BE" w:rsidRDefault="00000000">
            <w:pPr>
              <w:ind w:firstLine="0"/>
              <w:jc w:val="center"/>
              <w:rPr>
                <w:sz w:val="16"/>
                <w:szCs w:val="28"/>
              </w:rPr>
            </w:pPr>
            <w:r w:rsidRPr="007911BE">
              <w:rPr>
                <w:sz w:val="16"/>
                <w:szCs w:val="28"/>
              </w:rPr>
              <w:t>9.8</w:t>
            </w:r>
          </w:p>
        </w:tc>
        <w:tc>
          <w:tcPr>
            <w:tcW w:w="0" w:type="auto"/>
            <w:vAlign w:val="center"/>
          </w:tcPr>
          <w:p w14:paraId="7B5607FE" w14:textId="77777777" w:rsidR="00F12170" w:rsidRPr="007911BE" w:rsidRDefault="00000000">
            <w:pPr>
              <w:ind w:firstLine="0"/>
              <w:jc w:val="center"/>
              <w:rPr>
                <w:sz w:val="16"/>
                <w:szCs w:val="28"/>
              </w:rPr>
            </w:pPr>
            <w:r w:rsidRPr="007911BE">
              <w:rPr>
                <w:sz w:val="16"/>
                <w:szCs w:val="28"/>
              </w:rPr>
              <w:t>1.29</w:t>
            </w:r>
          </w:p>
        </w:tc>
        <w:tc>
          <w:tcPr>
            <w:tcW w:w="0" w:type="auto"/>
            <w:vAlign w:val="center"/>
          </w:tcPr>
          <w:p w14:paraId="2E7D9256" w14:textId="77777777" w:rsidR="00F12170" w:rsidRPr="007911BE" w:rsidRDefault="00000000">
            <w:pPr>
              <w:ind w:firstLine="0"/>
              <w:jc w:val="center"/>
              <w:rPr>
                <w:sz w:val="16"/>
                <w:szCs w:val="28"/>
              </w:rPr>
            </w:pPr>
            <w:r w:rsidRPr="007911BE">
              <w:rPr>
                <w:sz w:val="16"/>
                <w:szCs w:val="28"/>
              </w:rPr>
              <w:t>0.27</w:t>
            </w:r>
          </w:p>
        </w:tc>
        <w:tc>
          <w:tcPr>
            <w:tcW w:w="0" w:type="auto"/>
            <w:vAlign w:val="center"/>
          </w:tcPr>
          <w:p w14:paraId="2263B8D9" w14:textId="77777777" w:rsidR="00F12170" w:rsidRPr="007911BE" w:rsidRDefault="00000000">
            <w:pPr>
              <w:ind w:firstLine="0"/>
              <w:jc w:val="center"/>
              <w:rPr>
                <w:sz w:val="16"/>
                <w:szCs w:val="28"/>
              </w:rPr>
            </w:pPr>
            <w:r w:rsidRPr="007911BE">
              <w:rPr>
                <w:sz w:val="16"/>
                <w:szCs w:val="28"/>
              </w:rPr>
              <w:t>2.9</w:t>
            </w:r>
          </w:p>
        </w:tc>
        <w:tc>
          <w:tcPr>
            <w:tcW w:w="0" w:type="auto"/>
            <w:vAlign w:val="center"/>
          </w:tcPr>
          <w:p w14:paraId="66B71ADF" w14:textId="77777777" w:rsidR="00F12170" w:rsidRPr="007911BE" w:rsidRDefault="00000000">
            <w:pPr>
              <w:ind w:firstLine="0"/>
              <w:jc w:val="center"/>
              <w:rPr>
                <w:sz w:val="16"/>
                <w:szCs w:val="28"/>
              </w:rPr>
            </w:pPr>
            <w:r w:rsidRPr="007911BE">
              <w:rPr>
                <w:sz w:val="16"/>
                <w:szCs w:val="28"/>
              </w:rPr>
              <w:t>2</w:t>
            </w:r>
          </w:p>
        </w:tc>
      </w:tr>
      <w:tr w:rsidR="00F12170" w:rsidRPr="007911BE" w14:paraId="4CE4D248" w14:textId="77777777" w:rsidTr="00B408C8">
        <w:trPr>
          <w:jc w:val="center"/>
        </w:trPr>
        <w:tc>
          <w:tcPr>
            <w:tcW w:w="0" w:type="auto"/>
            <w:vAlign w:val="center"/>
          </w:tcPr>
          <w:p w14:paraId="1554007D" w14:textId="77777777" w:rsidR="00F12170" w:rsidRPr="007911BE" w:rsidRDefault="00000000">
            <w:pPr>
              <w:ind w:firstLine="0"/>
              <w:jc w:val="left"/>
              <w:rPr>
                <w:sz w:val="16"/>
                <w:szCs w:val="28"/>
              </w:rPr>
            </w:pPr>
            <w:proofErr w:type="spellStart"/>
            <w:r w:rsidRPr="007911BE">
              <w:rPr>
                <w:sz w:val="16"/>
                <w:szCs w:val="28"/>
              </w:rPr>
              <w:t>Новгородская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2A371BB"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634F0738" w14:textId="77777777" w:rsidR="00F12170" w:rsidRPr="007911BE" w:rsidRDefault="00000000">
            <w:pPr>
              <w:ind w:firstLine="0"/>
              <w:jc w:val="center"/>
              <w:rPr>
                <w:sz w:val="16"/>
                <w:szCs w:val="28"/>
              </w:rPr>
            </w:pPr>
            <w:r w:rsidRPr="007911BE">
              <w:rPr>
                <w:sz w:val="16"/>
                <w:szCs w:val="28"/>
              </w:rPr>
              <w:t>18.6</w:t>
            </w:r>
          </w:p>
        </w:tc>
        <w:tc>
          <w:tcPr>
            <w:tcW w:w="0" w:type="auto"/>
            <w:vAlign w:val="center"/>
          </w:tcPr>
          <w:p w14:paraId="69D4EBF3" w14:textId="77777777" w:rsidR="00F12170" w:rsidRPr="007911BE" w:rsidRDefault="00000000">
            <w:pPr>
              <w:ind w:firstLine="0"/>
              <w:jc w:val="center"/>
              <w:rPr>
                <w:sz w:val="16"/>
                <w:szCs w:val="28"/>
              </w:rPr>
            </w:pPr>
            <w:r w:rsidRPr="007911BE">
              <w:rPr>
                <w:sz w:val="16"/>
                <w:szCs w:val="28"/>
              </w:rPr>
              <w:t>1.19</w:t>
            </w:r>
          </w:p>
        </w:tc>
        <w:tc>
          <w:tcPr>
            <w:tcW w:w="0" w:type="auto"/>
            <w:vAlign w:val="center"/>
          </w:tcPr>
          <w:p w14:paraId="286CA5BE" w14:textId="77777777" w:rsidR="00F12170" w:rsidRPr="007911BE" w:rsidRDefault="00000000">
            <w:pPr>
              <w:ind w:firstLine="0"/>
              <w:jc w:val="center"/>
              <w:rPr>
                <w:sz w:val="16"/>
                <w:szCs w:val="28"/>
              </w:rPr>
            </w:pPr>
            <w:r w:rsidRPr="007911BE">
              <w:rPr>
                <w:sz w:val="16"/>
                <w:szCs w:val="28"/>
              </w:rPr>
              <w:t>0.34</w:t>
            </w:r>
          </w:p>
        </w:tc>
        <w:tc>
          <w:tcPr>
            <w:tcW w:w="0" w:type="auto"/>
            <w:vAlign w:val="center"/>
          </w:tcPr>
          <w:p w14:paraId="6B1F230B" w14:textId="77777777" w:rsidR="00F12170" w:rsidRPr="007911BE" w:rsidRDefault="00000000">
            <w:pPr>
              <w:ind w:firstLine="0"/>
              <w:jc w:val="center"/>
              <w:rPr>
                <w:sz w:val="16"/>
                <w:szCs w:val="28"/>
              </w:rPr>
            </w:pPr>
            <w:r w:rsidRPr="007911BE">
              <w:rPr>
                <w:sz w:val="16"/>
                <w:szCs w:val="28"/>
              </w:rPr>
              <w:t>5.2</w:t>
            </w:r>
          </w:p>
        </w:tc>
        <w:tc>
          <w:tcPr>
            <w:tcW w:w="0" w:type="auto"/>
            <w:vAlign w:val="center"/>
          </w:tcPr>
          <w:p w14:paraId="24903F9B" w14:textId="77777777" w:rsidR="00F12170" w:rsidRPr="007911BE" w:rsidRDefault="00000000">
            <w:pPr>
              <w:ind w:firstLine="0"/>
              <w:jc w:val="center"/>
              <w:rPr>
                <w:sz w:val="16"/>
                <w:szCs w:val="28"/>
              </w:rPr>
            </w:pPr>
            <w:r w:rsidRPr="007911BE">
              <w:rPr>
                <w:sz w:val="16"/>
                <w:szCs w:val="28"/>
              </w:rPr>
              <w:t>25.42</w:t>
            </w:r>
          </w:p>
        </w:tc>
      </w:tr>
      <w:tr w:rsidR="00F12170" w:rsidRPr="007911BE" w14:paraId="2B002D9E" w14:textId="77777777" w:rsidTr="00B408C8">
        <w:trPr>
          <w:jc w:val="center"/>
        </w:trPr>
        <w:tc>
          <w:tcPr>
            <w:tcW w:w="0" w:type="auto"/>
            <w:vAlign w:val="center"/>
          </w:tcPr>
          <w:p w14:paraId="0163FE1C" w14:textId="77777777" w:rsidR="00F12170" w:rsidRPr="007911BE" w:rsidRDefault="00000000">
            <w:pPr>
              <w:ind w:firstLine="0"/>
              <w:jc w:val="left"/>
              <w:rPr>
                <w:sz w:val="16"/>
                <w:szCs w:val="28"/>
              </w:rPr>
            </w:pPr>
            <w:proofErr w:type="spellStart"/>
            <w:r w:rsidRPr="007911BE">
              <w:rPr>
                <w:sz w:val="16"/>
                <w:szCs w:val="28"/>
              </w:rPr>
              <w:t>Новосибирская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4182580"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5D639B95" w14:textId="77777777" w:rsidR="00F12170" w:rsidRPr="007911BE" w:rsidRDefault="00000000">
            <w:pPr>
              <w:ind w:firstLine="0"/>
              <w:jc w:val="center"/>
              <w:rPr>
                <w:sz w:val="16"/>
                <w:szCs w:val="28"/>
              </w:rPr>
            </w:pPr>
            <w:r w:rsidRPr="007911BE">
              <w:rPr>
                <w:sz w:val="16"/>
                <w:szCs w:val="28"/>
              </w:rPr>
              <w:t>21.6</w:t>
            </w:r>
          </w:p>
        </w:tc>
        <w:tc>
          <w:tcPr>
            <w:tcW w:w="0" w:type="auto"/>
            <w:vAlign w:val="center"/>
          </w:tcPr>
          <w:p w14:paraId="515480B7" w14:textId="77777777" w:rsidR="00F12170" w:rsidRPr="007911BE" w:rsidRDefault="00000000">
            <w:pPr>
              <w:ind w:firstLine="0"/>
              <w:jc w:val="center"/>
              <w:rPr>
                <w:sz w:val="16"/>
                <w:szCs w:val="28"/>
              </w:rPr>
            </w:pPr>
            <w:r w:rsidRPr="007911BE">
              <w:rPr>
                <w:sz w:val="16"/>
                <w:szCs w:val="28"/>
              </w:rPr>
              <w:t>1.41</w:t>
            </w:r>
          </w:p>
        </w:tc>
        <w:tc>
          <w:tcPr>
            <w:tcW w:w="0" w:type="auto"/>
            <w:vAlign w:val="center"/>
          </w:tcPr>
          <w:p w14:paraId="31DAC14D" w14:textId="77777777" w:rsidR="00F12170" w:rsidRPr="007911BE" w:rsidRDefault="00000000">
            <w:pPr>
              <w:ind w:firstLine="0"/>
              <w:jc w:val="center"/>
              <w:rPr>
                <w:sz w:val="16"/>
                <w:szCs w:val="28"/>
              </w:rPr>
            </w:pPr>
            <w:r w:rsidRPr="007911BE">
              <w:rPr>
                <w:sz w:val="16"/>
                <w:szCs w:val="28"/>
              </w:rPr>
              <w:t>0.36</w:t>
            </w:r>
          </w:p>
        </w:tc>
        <w:tc>
          <w:tcPr>
            <w:tcW w:w="0" w:type="auto"/>
            <w:vAlign w:val="center"/>
          </w:tcPr>
          <w:p w14:paraId="30367221" w14:textId="77777777" w:rsidR="00F12170" w:rsidRPr="007911BE" w:rsidRDefault="00000000">
            <w:pPr>
              <w:ind w:firstLine="0"/>
              <w:jc w:val="center"/>
              <w:rPr>
                <w:sz w:val="16"/>
                <w:szCs w:val="28"/>
              </w:rPr>
            </w:pPr>
            <w:r w:rsidRPr="007911BE">
              <w:rPr>
                <w:sz w:val="16"/>
                <w:szCs w:val="28"/>
              </w:rPr>
              <w:t>4.8</w:t>
            </w:r>
          </w:p>
        </w:tc>
        <w:tc>
          <w:tcPr>
            <w:tcW w:w="0" w:type="auto"/>
            <w:vAlign w:val="center"/>
          </w:tcPr>
          <w:p w14:paraId="33C51695" w14:textId="77777777" w:rsidR="00F12170" w:rsidRPr="007911BE" w:rsidRDefault="00000000">
            <w:pPr>
              <w:ind w:firstLine="0"/>
              <w:jc w:val="center"/>
              <w:rPr>
                <w:sz w:val="16"/>
                <w:szCs w:val="28"/>
              </w:rPr>
            </w:pPr>
            <w:r w:rsidRPr="007911BE">
              <w:rPr>
                <w:sz w:val="16"/>
                <w:szCs w:val="28"/>
              </w:rPr>
              <w:t>9.03</w:t>
            </w:r>
          </w:p>
        </w:tc>
      </w:tr>
      <w:tr w:rsidR="00F12170" w:rsidRPr="007911BE" w14:paraId="0ABFBB27" w14:textId="77777777" w:rsidTr="00B408C8">
        <w:trPr>
          <w:jc w:val="center"/>
        </w:trPr>
        <w:tc>
          <w:tcPr>
            <w:tcW w:w="0" w:type="auto"/>
            <w:vAlign w:val="center"/>
          </w:tcPr>
          <w:p w14:paraId="40E2D7EC" w14:textId="77777777" w:rsidR="00F12170" w:rsidRPr="007911BE" w:rsidRDefault="00000000">
            <w:pPr>
              <w:ind w:firstLine="0"/>
              <w:jc w:val="left"/>
              <w:rPr>
                <w:sz w:val="16"/>
                <w:szCs w:val="28"/>
              </w:rPr>
            </w:pPr>
            <w:proofErr w:type="spellStart"/>
            <w:r w:rsidRPr="007911BE">
              <w:rPr>
                <w:sz w:val="16"/>
                <w:szCs w:val="28"/>
              </w:rPr>
              <w:t>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9824430"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757EBBE7" w14:textId="77777777" w:rsidR="00F12170" w:rsidRPr="007911BE" w:rsidRDefault="00000000">
            <w:pPr>
              <w:ind w:firstLine="0"/>
              <w:jc w:val="center"/>
              <w:rPr>
                <w:sz w:val="16"/>
                <w:szCs w:val="28"/>
              </w:rPr>
            </w:pPr>
            <w:r w:rsidRPr="007911BE">
              <w:rPr>
                <w:sz w:val="16"/>
                <w:szCs w:val="28"/>
              </w:rPr>
              <w:t>23.1</w:t>
            </w:r>
          </w:p>
        </w:tc>
        <w:tc>
          <w:tcPr>
            <w:tcW w:w="0" w:type="auto"/>
            <w:vAlign w:val="center"/>
          </w:tcPr>
          <w:p w14:paraId="19FB7E4A" w14:textId="77777777" w:rsidR="00F12170" w:rsidRPr="007911BE" w:rsidRDefault="00000000">
            <w:pPr>
              <w:ind w:firstLine="0"/>
              <w:jc w:val="center"/>
              <w:rPr>
                <w:sz w:val="16"/>
                <w:szCs w:val="28"/>
              </w:rPr>
            </w:pPr>
            <w:r w:rsidRPr="007911BE">
              <w:rPr>
                <w:sz w:val="16"/>
                <w:szCs w:val="28"/>
              </w:rPr>
              <w:t>1.41</w:t>
            </w:r>
          </w:p>
        </w:tc>
        <w:tc>
          <w:tcPr>
            <w:tcW w:w="0" w:type="auto"/>
            <w:vAlign w:val="center"/>
          </w:tcPr>
          <w:p w14:paraId="6028899D" w14:textId="77777777" w:rsidR="00F12170" w:rsidRPr="007911BE" w:rsidRDefault="00000000">
            <w:pPr>
              <w:ind w:firstLine="0"/>
              <w:jc w:val="center"/>
              <w:rPr>
                <w:sz w:val="16"/>
                <w:szCs w:val="28"/>
              </w:rPr>
            </w:pPr>
            <w:r w:rsidRPr="007911BE">
              <w:rPr>
                <w:sz w:val="16"/>
                <w:szCs w:val="28"/>
              </w:rPr>
              <w:t>0.38</w:t>
            </w:r>
          </w:p>
        </w:tc>
        <w:tc>
          <w:tcPr>
            <w:tcW w:w="0" w:type="auto"/>
            <w:vAlign w:val="center"/>
          </w:tcPr>
          <w:p w14:paraId="0E3436BD" w14:textId="77777777" w:rsidR="00F12170" w:rsidRPr="007911BE" w:rsidRDefault="00000000">
            <w:pPr>
              <w:ind w:firstLine="0"/>
              <w:jc w:val="center"/>
              <w:rPr>
                <w:sz w:val="16"/>
                <w:szCs w:val="28"/>
              </w:rPr>
            </w:pPr>
            <w:r w:rsidRPr="007911BE">
              <w:rPr>
                <w:sz w:val="16"/>
                <w:szCs w:val="28"/>
              </w:rPr>
              <w:t>3.3</w:t>
            </w:r>
          </w:p>
        </w:tc>
        <w:tc>
          <w:tcPr>
            <w:tcW w:w="0" w:type="auto"/>
            <w:vAlign w:val="center"/>
          </w:tcPr>
          <w:p w14:paraId="042496F4" w14:textId="77777777" w:rsidR="00F12170" w:rsidRPr="007911BE" w:rsidRDefault="00000000">
            <w:pPr>
              <w:ind w:firstLine="0"/>
              <w:jc w:val="center"/>
              <w:rPr>
                <w:sz w:val="16"/>
                <w:szCs w:val="28"/>
              </w:rPr>
            </w:pPr>
            <w:r w:rsidRPr="007911BE">
              <w:rPr>
                <w:sz w:val="16"/>
                <w:szCs w:val="28"/>
              </w:rPr>
              <w:t>1.5</w:t>
            </w:r>
          </w:p>
        </w:tc>
      </w:tr>
      <w:tr w:rsidR="00F12170" w:rsidRPr="007911BE" w14:paraId="411BAE18" w14:textId="77777777" w:rsidTr="00B408C8">
        <w:trPr>
          <w:jc w:val="center"/>
        </w:trPr>
        <w:tc>
          <w:tcPr>
            <w:tcW w:w="0" w:type="auto"/>
            <w:vAlign w:val="center"/>
          </w:tcPr>
          <w:p w14:paraId="787B7698" w14:textId="77777777" w:rsidR="00F12170" w:rsidRPr="007911BE" w:rsidRDefault="00000000">
            <w:pPr>
              <w:ind w:firstLine="0"/>
              <w:jc w:val="left"/>
              <w:rPr>
                <w:sz w:val="16"/>
                <w:szCs w:val="28"/>
              </w:rPr>
            </w:pPr>
            <w:proofErr w:type="spellStart"/>
            <w:r w:rsidRPr="007911BE">
              <w:rPr>
                <w:sz w:val="16"/>
                <w:szCs w:val="28"/>
              </w:rPr>
              <w:t>Оренбургская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381A499"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0F945355" w14:textId="77777777" w:rsidR="00F12170" w:rsidRPr="007911BE" w:rsidRDefault="00000000">
            <w:pPr>
              <w:ind w:firstLine="0"/>
              <w:jc w:val="center"/>
              <w:rPr>
                <w:sz w:val="16"/>
                <w:szCs w:val="28"/>
              </w:rPr>
            </w:pPr>
            <w:r w:rsidRPr="007911BE">
              <w:rPr>
                <w:sz w:val="16"/>
                <w:szCs w:val="28"/>
              </w:rPr>
              <w:t>14.1</w:t>
            </w:r>
          </w:p>
        </w:tc>
        <w:tc>
          <w:tcPr>
            <w:tcW w:w="0" w:type="auto"/>
            <w:vAlign w:val="center"/>
          </w:tcPr>
          <w:p w14:paraId="484D9DE0" w14:textId="77777777" w:rsidR="00F12170" w:rsidRPr="007911BE" w:rsidRDefault="00000000">
            <w:pPr>
              <w:ind w:firstLine="0"/>
              <w:jc w:val="center"/>
              <w:rPr>
                <w:sz w:val="16"/>
                <w:szCs w:val="28"/>
              </w:rPr>
            </w:pPr>
            <w:r w:rsidRPr="007911BE">
              <w:rPr>
                <w:sz w:val="16"/>
                <w:szCs w:val="28"/>
              </w:rPr>
              <w:t>1.37</w:t>
            </w:r>
          </w:p>
        </w:tc>
        <w:tc>
          <w:tcPr>
            <w:tcW w:w="0" w:type="auto"/>
            <w:vAlign w:val="center"/>
          </w:tcPr>
          <w:p w14:paraId="64AE647A" w14:textId="77777777" w:rsidR="00F12170" w:rsidRPr="007911BE" w:rsidRDefault="00000000">
            <w:pPr>
              <w:ind w:firstLine="0"/>
              <w:jc w:val="center"/>
              <w:rPr>
                <w:sz w:val="16"/>
                <w:szCs w:val="28"/>
              </w:rPr>
            </w:pPr>
            <w:r w:rsidRPr="007911BE">
              <w:rPr>
                <w:sz w:val="16"/>
                <w:szCs w:val="28"/>
              </w:rPr>
              <w:t>0.37</w:t>
            </w:r>
          </w:p>
        </w:tc>
        <w:tc>
          <w:tcPr>
            <w:tcW w:w="0" w:type="auto"/>
            <w:vAlign w:val="center"/>
          </w:tcPr>
          <w:p w14:paraId="11518ED0" w14:textId="77777777" w:rsidR="00F12170" w:rsidRPr="007911BE" w:rsidRDefault="00000000">
            <w:pPr>
              <w:ind w:firstLine="0"/>
              <w:jc w:val="center"/>
              <w:rPr>
                <w:sz w:val="16"/>
                <w:szCs w:val="28"/>
              </w:rPr>
            </w:pPr>
            <w:r w:rsidRPr="007911BE">
              <w:rPr>
                <w:sz w:val="16"/>
                <w:szCs w:val="28"/>
              </w:rPr>
              <w:t>3.1</w:t>
            </w:r>
          </w:p>
        </w:tc>
        <w:tc>
          <w:tcPr>
            <w:tcW w:w="0" w:type="auto"/>
            <w:vAlign w:val="center"/>
          </w:tcPr>
          <w:p w14:paraId="00E08A06" w14:textId="77777777" w:rsidR="00F12170" w:rsidRPr="007911BE" w:rsidRDefault="00000000">
            <w:pPr>
              <w:ind w:firstLine="0"/>
              <w:jc w:val="center"/>
              <w:rPr>
                <w:sz w:val="16"/>
                <w:szCs w:val="28"/>
              </w:rPr>
            </w:pPr>
            <w:r w:rsidRPr="007911BE">
              <w:rPr>
                <w:sz w:val="16"/>
                <w:szCs w:val="28"/>
              </w:rPr>
              <w:t>1.41</w:t>
            </w:r>
          </w:p>
        </w:tc>
      </w:tr>
      <w:tr w:rsidR="00F12170" w:rsidRPr="007911BE" w14:paraId="3543F740" w14:textId="77777777" w:rsidTr="00B408C8">
        <w:trPr>
          <w:jc w:val="center"/>
        </w:trPr>
        <w:tc>
          <w:tcPr>
            <w:tcW w:w="0" w:type="auto"/>
            <w:vAlign w:val="center"/>
          </w:tcPr>
          <w:p w14:paraId="5DF2A51C" w14:textId="77777777" w:rsidR="00F12170" w:rsidRPr="007911BE" w:rsidRDefault="00000000">
            <w:pPr>
              <w:ind w:firstLine="0"/>
              <w:jc w:val="left"/>
              <w:rPr>
                <w:sz w:val="16"/>
                <w:szCs w:val="28"/>
              </w:rPr>
            </w:pPr>
            <w:proofErr w:type="spellStart"/>
            <w:r w:rsidRPr="007911BE">
              <w:rPr>
                <w:sz w:val="16"/>
                <w:szCs w:val="28"/>
              </w:rPr>
              <w:t>Орловская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0B51909"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E8E3D64" w14:textId="77777777" w:rsidR="00F12170" w:rsidRPr="007911BE" w:rsidRDefault="00000000">
            <w:pPr>
              <w:ind w:firstLine="0"/>
              <w:jc w:val="center"/>
              <w:rPr>
                <w:sz w:val="16"/>
                <w:szCs w:val="28"/>
              </w:rPr>
            </w:pPr>
            <w:r w:rsidRPr="007911BE">
              <w:rPr>
                <w:sz w:val="16"/>
                <w:szCs w:val="28"/>
              </w:rPr>
              <w:t>14.5</w:t>
            </w:r>
          </w:p>
        </w:tc>
        <w:tc>
          <w:tcPr>
            <w:tcW w:w="0" w:type="auto"/>
            <w:vAlign w:val="center"/>
          </w:tcPr>
          <w:p w14:paraId="31D61E57" w14:textId="77777777" w:rsidR="00F12170" w:rsidRPr="007911BE" w:rsidRDefault="00000000">
            <w:pPr>
              <w:ind w:firstLine="0"/>
              <w:jc w:val="center"/>
              <w:rPr>
                <w:sz w:val="16"/>
                <w:szCs w:val="28"/>
              </w:rPr>
            </w:pPr>
            <w:r w:rsidRPr="007911BE">
              <w:rPr>
                <w:sz w:val="16"/>
                <w:szCs w:val="28"/>
              </w:rPr>
              <w:t>1.11</w:t>
            </w:r>
          </w:p>
        </w:tc>
        <w:tc>
          <w:tcPr>
            <w:tcW w:w="0" w:type="auto"/>
            <w:vAlign w:val="center"/>
          </w:tcPr>
          <w:p w14:paraId="7E56B091" w14:textId="77777777" w:rsidR="00F12170" w:rsidRPr="007911BE" w:rsidRDefault="00000000">
            <w:pPr>
              <w:ind w:firstLine="0"/>
              <w:jc w:val="center"/>
              <w:rPr>
                <w:sz w:val="16"/>
                <w:szCs w:val="28"/>
              </w:rPr>
            </w:pPr>
            <w:r w:rsidRPr="007911BE">
              <w:rPr>
                <w:sz w:val="16"/>
                <w:szCs w:val="28"/>
              </w:rPr>
              <w:t>0.25</w:t>
            </w:r>
          </w:p>
        </w:tc>
        <w:tc>
          <w:tcPr>
            <w:tcW w:w="0" w:type="auto"/>
            <w:vAlign w:val="center"/>
          </w:tcPr>
          <w:p w14:paraId="5EC09705"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1D6E8DD5" w14:textId="77777777" w:rsidR="00F12170" w:rsidRPr="007911BE" w:rsidRDefault="00000000">
            <w:pPr>
              <w:ind w:firstLine="0"/>
              <w:jc w:val="center"/>
              <w:rPr>
                <w:sz w:val="16"/>
                <w:szCs w:val="28"/>
              </w:rPr>
            </w:pPr>
            <w:r w:rsidRPr="007911BE">
              <w:rPr>
                <w:sz w:val="16"/>
                <w:szCs w:val="28"/>
              </w:rPr>
              <w:t>2.6</w:t>
            </w:r>
          </w:p>
        </w:tc>
      </w:tr>
      <w:tr w:rsidR="00F12170" w:rsidRPr="007911BE" w14:paraId="229E0ADA" w14:textId="77777777" w:rsidTr="00B408C8">
        <w:trPr>
          <w:jc w:val="center"/>
        </w:trPr>
        <w:tc>
          <w:tcPr>
            <w:tcW w:w="0" w:type="auto"/>
            <w:vAlign w:val="center"/>
          </w:tcPr>
          <w:p w14:paraId="0B71280C" w14:textId="77777777" w:rsidR="00F12170" w:rsidRPr="007911BE" w:rsidRDefault="00000000">
            <w:pPr>
              <w:ind w:firstLine="0"/>
              <w:jc w:val="left"/>
              <w:rPr>
                <w:sz w:val="16"/>
                <w:szCs w:val="28"/>
              </w:rPr>
            </w:pPr>
            <w:proofErr w:type="spellStart"/>
            <w:r w:rsidRPr="007911BE">
              <w:rPr>
                <w:sz w:val="16"/>
                <w:szCs w:val="28"/>
              </w:rPr>
              <w:t>Пензенская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F1A0704"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748BCFD5" w14:textId="77777777" w:rsidR="00F12170" w:rsidRPr="007911BE" w:rsidRDefault="00000000">
            <w:pPr>
              <w:ind w:firstLine="0"/>
              <w:jc w:val="center"/>
              <w:rPr>
                <w:sz w:val="16"/>
                <w:szCs w:val="28"/>
              </w:rPr>
            </w:pPr>
            <w:r w:rsidRPr="007911BE">
              <w:rPr>
                <w:sz w:val="16"/>
                <w:szCs w:val="28"/>
              </w:rPr>
              <w:t>23</w:t>
            </w:r>
          </w:p>
        </w:tc>
        <w:tc>
          <w:tcPr>
            <w:tcW w:w="0" w:type="auto"/>
            <w:vAlign w:val="center"/>
          </w:tcPr>
          <w:p w14:paraId="32B1251A" w14:textId="77777777" w:rsidR="00F12170" w:rsidRPr="007911BE" w:rsidRDefault="00000000">
            <w:pPr>
              <w:ind w:firstLine="0"/>
              <w:jc w:val="center"/>
              <w:rPr>
                <w:sz w:val="16"/>
                <w:szCs w:val="28"/>
              </w:rPr>
            </w:pPr>
            <w:r w:rsidRPr="007911BE">
              <w:rPr>
                <w:sz w:val="16"/>
                <w:szCs w:val="28"/>
              </w:rPr>
              <w:t>1.11</w:t>
            </w:r>
          </w:p>
        </w:tc>
        <w:tc>
          <w:tcPr>
            <w:tcW w:w="0" w:type="auto"/>
            <w:vAlign w:val="center"/>
          </w:tcPr>
          <w:p w14:paraId="50E920B3" w14:textId="77777777" w:rsidR="00F12170" w:rsidRPr="007911BE" w:rsidRDefault="00000000">
            <w:pPr>
              <w:ind w:firstLine="0"/>
              <w:jc w:val="center"/>
              <w:rPr>
                <w:sz w:val="16"/>
                <w:szCs w:val="28"/>
              </w:rPr>
            </w:pPr>
            <w:r w:rsidRPr="007911BE">
              <w:rPr>
                <w:sz w:val="16"/>
                <w:szCs w:val="28"/>
              </w:rPr>
              <w:t>0.23</w:t>
            </w:r>
          </w:p>
        </w:tc>
        <w:tc>
          <w:tcPr>
            <w:tcW w:w="0" w:type="auto"/>
            <w:vAlign w:val="center"/>
          </w:tcPr>
          <w:p w14:paraId="1A984D18" w14:textId="77777777" w:rsidR="00F12170" w:rsidRPr="007911BE" w:rsidRDefault="00000000">
            <w:pPr>
              <w:ind w:firstLine="0"/>
              <w:jc w:val="center"/>
              <w:rPr>
                <w:sz w:val="16"/>
                <w:szCs w:val="28"/>
              </w:rPr>
            </w:pPr>
            <w:r w:rsidRPr="007911BE">
              <w:rPr>
                <w:sz w:val="16"/>
                <w:szCs w:val="28"/>
              </w:rPr>
              <w:t>5.6</w:t>
            </w:r>
          </w:p>
        </w:tc>
        <w:tc>
          <w:tcPr>
            <w:tcW w:w="0" w:type="auto"/>
            <w:vAlign w:val="center"/>
          </w:tcPr>
          <w:p w14:paraId="5FD251EE" w14:textId="77777777" w:rsidR="00F12170" w:rsidRPr="007911BE" w:rsidRDefault="00000000">
            <w:pPr>
              <w:ind w:firstLine="0"/>
              <w:jc w:val="center"/>
              <w:rPr>
                <w:sz w:val="16"/>
                <w:szCs w:val="28"/>
              </w:rPr>
            </w:pPr>
            <w:r w:rsidRPr="007911BE">
              <w:rPr>
                <w:sz w:val="16"/>
                <w:szCs w:val="28"/>
              </w:rPr>
              <w:t>4.31</w:t>
            </w:r>
          </w:p>
        </w:tc>
      </w:tr>
      <w:tr w:rsidR="00F12170" w:rsidRPr="007911BE" w14:paraId="217B96E9" w14:textId="77777777" w:rsidTr="00B408C8">
        <w:trPr>
          <w:jc w:val="center"/>
        </w:trPr>
        <w:tc>
          <w:tcPr>
            <w:tcW w:w="0" w:type="auto"/>
            <w:vAlign w:val="center"/>
          </w:tcPr>
          <w:p w14:paraId="24131C8C" w14:textId="77777777" w:rsidR="00F12170" w:rsidRPr="007911BE" w:rsidRDefault="00000000">
            <w:pPr>
              <w:ind w:firstLine="0"/>
              <w:jc w:val="left"/>
              <w:rPr>
                <w:sz w:val="16"/>
                <w:szCs w:val="28"/>
              </w:rPr>
            </w:pPr>
            <w:proofErr w:type="spellStart"/>
            <w:r w:rsidRPr="007911BE">
              <w:rPr>
                <w:sz w:val="16"/>
                <w:szCs w:val="28"/>
              </w:rPr>
              <w:t>Пермский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0C3AE80D"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4AE4EF3F" w14:textId="77777777" w:rsidR="00F12170" w:rsidRPr="007911BE" w:rsidRDefault="00000000">
            <w:pPr>
              <w:ind w:firstLine="0"/>
              <w:jc w:val="center"/>
              <w:rPr>
                <w:sz w:val="16"/>
                <w:szCs w:val="28"/>
              </w:rPr>
            </w:pPr>
            <w:r w:rsidRPr="007911BE">
              <w:rPr>
                <w:sz w:val="16"/>
                <w:szCs w:val="28"/>
              </w:rPr>
              <w:t>16.8</w:t>
            </w:r>
          </w:p>
        </w:tc>
        <w:tc>
          <w:tcPr>
            <w:tcW w:w="0" w:type="auto"/>
            <w:vAlign w:val="center"/>
          </w:tcPr>
          <w:p w14:paraId="4BBB2A63" w14:textId="77777777" w:rsidR="00F12170" w:rsidRPr="007911BE" w:rsidRDefault="00000000">
            <w:pPr>
              <w:ind w:firstLine="0"/>
              <w:jc w:val="center"/>
              <w:rPr>
                <w:sz w:val="16"/>
                <w:szCs w:val="28"/>
              </w:rPr>
            </w:pPr>
            <w:r w:rsidRPr="007911BE">
              <w:rPr>
                <w:sz w:val="16"/>
                <w:szCs w:val="28"/>
              </w:rPr>
              <w:t>1.44</w:t>
            </w:r>
          </w:p>
        </w:tc>
        <w:tc>
          <w:tcPr>
            <w:tcW w:w="0" w:type="auto"/>
            <w:vAlign w:val="center"/>
          </w:tcPr>
          <w:p w14:paraId="66560462" w14:textId="77777777" w:rsidR="00F12170" w:rsidRPr="007911BE" w:rsidRDefault="00000000">
            <w:pPr>
              <w:ind w:firstLine="0"/>
              <w:jc w:val="center"/>
              <w:rPr>
                <w:sz w:val="16"/>
                <w:szCs w:val="28"/>
              </w:rPr>
            </w:pPr>
            <w:r w:rsidRPr="007911BE">
              <w:rPr>
                <w:sz w:val="16"/>
                <w:szCs w:val="28"/>
              </w:rPr>
              <w:t>0.42</w:t>
            </w:r>
          </w:p>
        </w:tc>
        <w:tc>
          <w:tcPr>
            <w:tcW w:w="0" w:type="auto"/>
            <w:vAlign w:val="center"/>
          </w:tcPr>
          <w:p w14:paraId="0CF31D70"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65BD1280" w14:textId="77777777" w:rsidR="00F12170" w:rsidRPr="007911BE" w:rsidRDefault="00000000">
            <w:pPr>
              <w:ind w:firstLine="0"/>
              <w:jc w:val="center"/>
              <w:rPr>
                <w:sz w:val="16"/>
                <w:szCs w:val="28"/>
              </w:rPr>
            </w:pPr>
            <w:r w:rsidRPr="007911BE">
              <w:rPr>
                <w:sz w:val="16"/>
                <w:szCs w:val="28"/>
              </w:rPr>
              <w:t>1.1</w:t>
            </w:r>
          </w:p>
        </w:tc>
      </w:tr>
      <w:tr w:rsidR="00F12170" w:rsidRPr="007911BE" w14:paraId="360DF33E" w14:textId="77777777" w:rsidTr="00B408C8">
        <w:trPr>
          <w:jc w:val="center"/>
        </w:trPr>
        <w:tc>
          <w:tcPr>
            <w:tcW w:w="0" w:type="auto"/>
            <w:vAlign w:val="center"/>
          </w:tcPr>
          <w:p w14:paraId="1D593D64" w14:textId="77777777" w:rsidR="00F12170" w:rsidRPr="007911BE" w:rsidRDefault="00000000">
            <w:pPr>
              <w:ind w:firstLine="0"/>
              <w:jc w:val="left"/>
              <w:rPr>
                <w:sz w:val="16"/>
                <w:szCs w:val="28"/>
              </w:rPr>
            </w:pPr>
            <w:proofErr w:type="spellStart"/>
            <w:r w:rsidRPr="007911BE">
              <w:rPr>
                <w:sz w:val="16"/>
                <w:szCs w:val="28"/>
              </w:rPr>
              <w:t>Приморский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0394E984"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02CF2BAC" w14:textId="77777777" w:rsidR="00F12170" w:rsidRPr="007911BE" w:rsidRDefault="00000000">
            <w:pPr>
              <w:ind w:firstLine="0"/>
              <w:jc w:val="center"/>
              <w:rPr>
                <w:sz w:val="16"/>
                <w:szCs w:val="28"/>
              </w:rPr>
            </w:pPr>
            <w:r w:rsidRPr="007911BE">
              <w:rPr>
                <w:sz w:val="16"/>
                <w:szCs w:val="28"/>
              </w:rPr>
              <w:t>18.7</w:t>
            </w:r>
          </w:p>
        </w:tc>
        <w:tc>
          <w:tcPr>
            <w:tcW w:w="0" w:type="auto"/>
            <w:vAlign w:val="center"/>
          </w:tcPr>
          <w:p w14:paraId="60CB1A3B" w14:textId="77777777" w:rsidR="00F12170" w:rsidRPr="007911BE" w:rsidRDefault="00000000">
            <w:pPr>
              <w:ind w:firstLine="0"/>
              <w:jc w:val="center"/>
              <w:rPr>
                <w:sz w:val="16"/>
                <w:szCs w:val="28"/>
              </w:rPr>
            </w:pPr>
            <w:r w:rsidRPr="007911BE">
              <w:rPr>
                <w:sz w:val="16"/>
                <w:szCs w:val="28"/>
              </w:rPr>
              <w:t>1.38</w:t>
            </w:r>
          </w:p>
        </w:tc>
        <w:tc>
          <w:tcPr>
            <w:tcW w:w="0" w:type="auto"/>
            <w:vAlign w:val="center"/>
          </w:tcPr>
          <w:p w14:paraId="6ABA44D7" w14:textId="77777777" w:rsidR="00F12170" w:rsidRPr="007911BE" w:rsidRDefault="00000000">
            <w:pPr>
              <w:ind w:firstLine="0"/>
              <w:jc w:val="center"/>
              <w:rPr>
                <w:sz w:val="16"/>
                <w:szCs w:val="28"/>
              </w:rPr>
            </w:pPr>
            <w:r w:rsidRPr="007911BE">
              <w:rPr>
                <w:sz w:val="16"/>
                <w:szCs w:val="28"/>
              </w:rPr>
              <w:t>0.34</w:t>
            </w:r>
          </w:p>
        </w:tc>
        <w:tc>
          <w:tcPr>
            <w:tcW w:w="0" w:type="auto"/>
            <w:vAlign w:val="center"/>
          </w:tcPr>
          <w:p w14:paraId="06EFE32C" w14:textId="77777777" w:rsidR="00F12170" w:rsidRPr="007911BE" w:rsidRDefault="00000000">
            <w:pPr>
              <w:ind w:firstLine="0"/>
              <w:jc w:val="center"/>
              <w:rPr>
                <w:sz w:val="16"/>
                <w:szCs w:val="28"/>
              </w:rPr>
            </w:pPr>
            <w:r w:rsidRPr="007911BE">
              <w:rPr>
                <w:sz w:val="16"/>
                <w:szCs w:val="28"/>
              </w:rPr>
              <w:t>3.1</w:t>
            </w:r>
          </w:p>
        </w:tc>
        <w:tc>
          <w:tcPr>
            <w:tcW w:w="0" w:type="auto"/>
            <w:vAlign w:val="center"/>
          </w:tcPr>
          <w:p w14:paraId="3BEAB426" w14:textId="77777777" w:rsidR="00F12170" w:rsidRPr="007911BE" w:rsidRDefault="00000000">
            <w:pPr>
              <w:ind w:firstLine="0"/>
              <w:jc w:val="center"/>
              <w:rPr>
                <w:sz w:val="16"/>
                <w:szCs w:val="28"/>
              </w:rPr>
            </w:pPr>
            <w:r w:rsidRPr="007911BE">
              <w:rPr>
                <w:sz w:val="16"/>
                <w:szCs w:val="28"/>
              </w:rPr>
              <w:t>3.84</w:t>
            </w:r>
          </w:p>
        </w:tc>
      </w:tr>
      <w:tr w:rsidR="00F12170" w:rsidRPr="007911BE" w14:paraId="0BCCA95D" w14:textId="77777777" w:rsidTr="00B408C8">
        <w:trPr>
          <w:jc w:val="center"/>
        </w:trPr>
        <w:tc>
          <w:tcPr>
            <w:tcW w:w="0" w:type="auto"/>
            <w:vAlign w:val="center"/>
          </w:tcPr>
          <w:p w14:paraId="50395868" w14:textId="77777777" w:rsidR="00F12170" w:rsidRPr="007911BE" w:rsidRDefault="00000000">
            <w:pPr>
              <w:ind w:firstLine="0"/>
              <w:jc w:val="left"/>
              <w:rPr>
                <w:sz w:val="16"/>
                <w:szCs w:val="28"/>
              </w:rPr>
            </w:pPr>
            <w:proofErr w:type="spellStart"/>
            <w:r w:rsidRPr="007911BE">
              <w:rPr>
                <w:sz w:val="16"/>
                <w:szCs w:val="28"/>
              </w:rPr>
              <w:t>Псковская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301612D"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26F9DB8F" w14:textId="77777777" w:rsidR="00F12170" w:rsidRPr="007911BE" w:rsidRDefault="00000000">
            <w:pPr>
              <w:ind w:firstLine="0"/>
              <w:jc w:val="center"/>
              <w:rPr>
                <w:sz w:val="16"/>
                <w:szCs w:val="28"/>
              </w:rPr>
            </w:pPr>
            <w:r w:rsidRPr="007911BE">
              <w:rPr>
                <w:sz w:val="16"/>
                <w:szCs w:val="28"/>
              </w:rPr>
              <w:t>24.5</w:t>
            </w:r>
          </w:p>
        </w:tc>
        <w:tc>
          <w:tcPr>
            <w:tcW w:w="0" w:type="auto"/>
            <w:vAlign w:val="center"/>
          </w:tcPr>
          <w:p w14:paraId="5A68B91E" w14:textId="77777777" w:rsidR="00F12170" w:rsidRPr="007911BE" w:rsidRDefault="00000000">
            <w:pPr>
              <w:ind w:firstLine="0"/>
              <w:jc w:val="center"/>
              <w:rPr>
                <w:sz w:val="16"/>
                <w:szCs w:val="28"/>
              </w:rPr>
            </w:pPr>
            <w:r w:rsidRPr="007911BE">
              <w:rPr>
                <w:sz w:val="16"/>
                <w:szCs w:val="28"/>
              </w:rPr>
              <w:t>1.26</w:t>
            </w:r>
          </w:p>
        </w:tc>
        <w:tc>
          <w:tcPr>
            <w:tcW w:w="0" w:type="auto"/>
            <w:vAlign w:val="center"/>
          </w:tcPr>
          <w:p w14:paraId="7E928844" w14:textId="77777777" w:rsidR="00F12170" w:rsidRPr="007911BE" w:rsidRDefault="00000000">
            <w:pPr>
              <w:ind w:firstLine="0"/>
              <w:jc w:val="center"/>
              <w:rPr>
                <w:sz w:val="16"/>
                <w:szCs w:val="28"/>
              </w:rPr>
            </w:pPr>
            <w:r w:rsidRPr="007911BE">
              <w:rPr>
                <w:sz w:val="16"/>
                <w:szCs w:val="28"/>
              </w:rPr>
              <w:t>0.32</w:t>
            </w:r>
          </w:p>
        </w:tc>
        <w:tc>
          <w:tcPr>
            <w:tcW w:w="0" w:type="auto"/>
            <w:vAlign w:val="center"/>
          </w:tcPr>
          <w:p w14:paraId="568286C6" w14:textId="77777777" w:rsidR="00F12170" w:rsidRPr="007911BE" w:rsidRDefault="00000000">
            <w:pPr>
              <w:ind w:firstLine="0"/>
              <w:jc w:val="center"/>
              <w:rPr>
                <w:sz w:val="16"/>
                <w:szCs w:val="28"/>
              </w:rPr>
            </w:pPr>
            <w:r w:rsidRPr="007911BE">
              <w:rPr>
                <w:sz w:val="16"/>
                <w:szCs w:val="28"/>
              </w:rPr>
              <w:t>4.3</w:t>
            </w:r>
          </w:p>
        </w:tc>
        <w:tc>
          <w:tcPr>
            <w:tcW w:w="0" w:type="auto"/>
            <w:vAlign w:val="center"/>
          </w:tcPr>
          <w:p w14:paraId="68792D53" w14:textId="77777777" w:rsidR="00F12170" w:rsidRPr="007911BE" w:rsidRDefault="00000000">
            <w:pPr>
              <w:ind w:firstLine="0"/>
              <w:jc w:val="center"/>
              <w:rPr>
                <w:sz w:val="16"/>
                <w:szCs w:val="28"/>
              </w:rPr>
            </w:pPr>
            <w:r w:rsidRPr="007911BE">
              <w:rPr>
                <w:sz w:val="16"/>
                <w:szCs w:val="28"/>
              </w:rPr>
              <w:t>3.64</w:t>
            </w:r>
          </w:p>
        </w:tc>
      </w:tr>
      <w:tr w:rsidR="00F12170" w:rsidRPr="007911BE" w14:paraId="74B04CDF" w14:textId="77777777" w:rsidTr="00B408C8">
        <w:trPr>
          <w:jc w:val="center"/>
        </w:trPr>
        <w:tc>
          <w:tcPr>
            <w:tcW w:w="0" w:type="auto"/>
            <w:vAlign w:val="center"/>
          </w:tcPr>
          <w:p w14:paraId="458A10F4"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Адыгея</w:t>
            </w:r>
            <w:proofErr w:type="spellEnd"/>
          </w:p>
        </w:tc>
        <w:tc>
          <w:tcPr>
            <w:tcW w:w="0" w:type="auto"/>
            <w:vAlign w:val="center"/>
          </w:tcPr>
          <w:p w14:paraId="5CB93502"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48337BCC" w14:textId="77777777" w:rsidR="00F12170" w:rsidRPr="007911BE" w:rsidRDefault="00000000">
            <w:pPr>
              <w:ind w:firstLine="0"/>
              <w:jc w:val="center"/>
              <w:rPr>
                <w:sz w:val="16"/>
                <w:szCs w:val="28"/>
              </w:rPr>
            </w:pPr>
            <w:r w:rsidRPr="007911BE">
              <w:rPr>
                <w:sz w:val="16"/>
                <w:szCs w:val="28"/>
              </w:rPr>
              <w:t>12.9</w:t>
            </w:r>
          </w:p>
        </w:tc>
        <w:tc>
          <w:tcPr>
            <w:tcW w:w="0" w:type="auto"/>
            <w:vAlign w:val="center"/>
          </w:tcPr>
          <w:p w14:paraId="7A21146D" w14:textId="77777777" w:rsidR="00F12170" w:rsidRPr="007911BE" w:rsidRDefault="00000000">
            <w:pPr>
              <w:ind w:firstLine="0"/>
              <w:jc w:val="center"/>
              <w:rPr>
                <w:sz w:val="16"/>
                <w:szCs w:val="28"/>
              </w:rPr>
            </w:pPr>
            <w:r w:rsidRPr="007911BE">
              <w:rPr>
                <w:sz w:val="16"/>
                <w:szCs w:val="28"/>
              </w:rPr>
              <w:t>1.37</w:t>
            </w:r>
          </w:p>
        </w:tc>
        <w:tc>
          <w:tcPr>
            <w:tcW w:w="0" w:type="auto"/>
            <w:vAlign w:val="center"/>
          </w:tcPr>
          <w:p w14:paraId="62199933" w14:textId="77777777" w:rsidR="00F12170" w:rsidRPr="007911BE" w:rsidRDefault="00000000">
            <w:pPr>
              <w:ind w:firstLine="0"/>
              <w:jc w:val="center"/>
              <w:rPr>
                <w:sz w:val="16"/>
                <w:szCs w:val="28"/>
              </w:rPr>
            </w:pPr>
            <w:r w:rsidRPr="007911BE">
              <w:rPr>
                <w:sz w:val="16"/>
                <w:szCs w:val="28"/>
              </w:rPr>
              <w:t>0.4</w:t>
            </w:r>
          </w:p>
        </w:tc>
        <w:tc>
          <w:tcPr>
            <w:tcW w:w="0" w:type="auto"/>
            <w:vAlign w:val="center"/>
          </w:tcPr>
          <w:p w14:paraId="0B172042" w14:textId="77777777" w:rsidR="00F12170" w:rsidRPr="007911BE" w:rsidRDefault="00000000">
            <w:pPr>
              <w:ind w:firstLine="0"/>
              <w:jc w:val="center"/>
              <w:rPr>
                <w:sz w:val="16"/>
                <w:szCs w:val="28"/>
              </w:rPr>
            </w:pPr>
            <w:r w:rsidRPr="007911BE">
              <w:rPr>
                <w:sz w:val="16"/>
                <w:szCs w:val="28"/>
              </w:rPr>
              <w:t>2.3</w:t>
            </w:r>
          </w:p>
        </w:tc>
        <w:tc>
          <w:tcPr>
            <w:tcW w:w="0" w:type="auto"/>
            <w:vAlign w:val="center"/>
          </w:tcPr>
          <w:p w14:paraId="113D3894" w14:textId="77777777" w:rsidR="00F12170" w:rsidRPr="007911BE" w:rsidRDefault="00000000">
            <w:pPr>
              <w:ind w:firstLine="0"/>
              <w:jc w:val="center"/>
              <w:rPr>
                <w:sz w:val="16"/>
                <w:szCs w:val="28"/>
              </w:rPr>
            </w:pPr>
            <w:r w:rsidRPr="007911BE">
              <w:rPr>
                <w:sz w:val="16"/>
                <w:szCs w:val="28"/>
              </w:rPr>
              <w:t>4.5</w:t>
            </w:r>
          </w:p>
        </w:tc>
      </w:tr>
      <w:tr w:rsidR="00F12170" w:rsidRPr="007911BE" w14:paraId="58CC4372" w14:textId="77777777" w:rsidTr="00B408C8">
        <w:trPr>
          <w:jc w:val="center"/>
        </w:trPr>
        <w:tc>
          <w:tcPr>
            <w:tcW w:w="0" w:type="auto"/>
            <w:vAlign w:val="center"/>
          </w:tcPr>
          <w:p w14:paraId="2A81EF50"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Алтай</w:t>
            </w:r>
            <w:proofErr w:type="spellEnd"/>
          </w:p>
        </w:tc>
        <w:tc>
          <w:tcPr>
            <w:tcW w:w="0" w:type="auto"/>
            <w:vAlign w:val="center"/>
          </w:tcPr>
          <w:p w14:paraId="55C6A3E8"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408ADEF0" w14:textId="77777777" w:rsidR="00F12170" w:rsidRPr="007911BE" w:rsidRDefault="00000000">
            <w:pPr>
              <w:ind w:firstLine="0"/>
              <w:jc w:val="center"/>
              <w:rPr>
                <w:sz w:val="16"/>
                <w:szCs w:val="28"/>
              </w:rPr>
            </w:pPr>
            <w:r w:rsidRPr="007911BE">
              <w:rPr>
                <w:sz w:val="16"/>
                <w:szCs w:val="28"/>
              </w:rPr>
              <w:t>25.9</w:t>
            </w:r>
          </w:p>
        </w:tc>
        <w:tc>
          <w:tcPr>
            <w:tcW w:w="0" w:type="auto"/>
            <w:vAlign w:val="center"/>
          </w:tcPr>
          <w:p w14:paraId="2A9766FE" w14:textId="77777777" w:rsidR="00F12170" w:rsidRPr="007911BE" w:rsidRDefault="00000000">
            <w:pPr>
              <w:ind w:firstLine="0"/>
              <w:jc w:val="center"/>
              <w:rPr>
                <w:sz w:val="16"/>
                <w:szCs w:val="28"/>
              </w:rPr>
            </w:pPr>
            <w:r w:rsidRPr="007911BE">
              <w:rPr>
                <w:sz w:val="16"/>
                <w:szCs w:val="28"/>
              </w:rPr>
              <w:t>1.76</w:t>
            </w:r>
          </w:p>
        </w:tc>
        <w:tc>
          <w:tcPr>
            <w:tcW w:w="0" w:type="auto"/>
            <w:vAlign w:val="center"/>
          </w:tcPr>
          <w:p w14:paraId="0D56F4E5" w14:textId="77777777" w:rsidR="00F12170" w:rsidRPr="007911BE" w:rsidRDefault="00000000">
            <w:pPr>
              <w:ind w:firstLine="0"/>
              <w:jc w:val="center"/>
              <w:rPr>
                <w:sz w:val="16"/>
                <w:szCs w:val="28"/>
              </w:rPr>
            </w:pPr>
            <w:r w:rsidRPr="007911BE">
              <w:rPr>
                <w:sz w:val="16"/>
                <w:szCs w:val="28"/>
              </w:rPr>
              <w:t>0.7</w:t>
            </w:r>
          </w:p>
        </w:tc>
        <w:tc>
          <w:tcPr>
            <w:tcW w:w="0" w:type="auto"/>
            <w:vAlign w:val="center"/>
          </w:tcPr>
          <w:p w14:paraId="5BFDA7C4" w14:textId="77777777" w:rsidR="00F12170" w:rsidRPr="007911BE" w:rsidRDefault="00000000">
            <w:pPr>
              <w:ind w:firstLine="0"/>
              <w:jc w:val="center"/>
              <w:rPr>
                <w:sz w:val="16"/>
                <w:szCs w:val="28"/>
              </w:rPr>
            </w:pPr>
            <w:r w:rsidRPr="007911BE">
              <w:rPr>
                <w:sz w:val="16"/>
                <w:szCs w:val="28"/>
              </w:rPr>
              <w:t>3.9</w:t>
            </w:r>
          </w:p>
        </w:tc>
        <w:tc>
          <w:tcPr>
            <w:tcW w:w="0" w:type="auto"/>
            <w:vAlign w:val="center"/>
          </w:tcPr>
          <w:p w14:paraId="2D19FB59" w14:textId="77777777" w:rsidR="00F12170" w:rsidRPr="007911BE" w:rsidRDefault="00000000">
            <w:pPr>
              <w:ind w:firstLine="0"/>
              <w:jc w:val="center"/>
              <w:rPr>
                <w:sz w:val="16"/>
                <w:szCs w:val="28"/>
              </w:rPr>
            </w:pPr>
            <w:r w:rsidRPr="007911BE">
              <w:rPr>
                <w:sz w:val="16"/>
                <w:szCs w:val="28"/>
              </w:rPr>
              <w:t>12.34</w:t>
            </w:r>
          </w:p>
        </w:tc>
      </w:tr>
      <w:tr w:rsidR="00F12170" w:rsidRPr="007911BE" w14:paraId="7B759CD6" w14:textId="77777777" w:rsidTr="00B408C8">
        <w:trPr>
          <w:jc w:val="center"/>
        </w:trPr>
        <w:tc>
          <w:tcPr>
            <w:tcW w:w="0" w:type="auto"/>
            <w:vAlign w:val="center"/>
          </w:tcPr>
          <w:p w14:paraId="2F445C82"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Башкортостан</w:t>
            </w:r>
            <w:proofErr w:type="spellEnd"/>
          </w:p>
        </w:tc>
        <w:tc>
          <w:tcPr>
            <w:tcW w:w="0" w:type="auto"/>
            <w:vAlign w:val="center"/>
          </w:tcPr>
          <w:p w14:paraId="6C9DB6DF"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797D8C6F" w14:textId="77777777" w:rsidR="00F12170" w:rsidRPr="007911BE" w:rsidRDefault="00000000">
            <w:pPr>
              <w:ind w:firstLine="0"/>
              <w:jc w:val="center"/>
              <w:rPr>
                <w:sz w:val="16"/>
                <w:szCs w:val="28"/>
              </w:rPr>
            </w:pPr>
            <w:r w:rsidRPr="007911BE">
              <w:rPr>
                <w:sz w:val="16"/>
                <w:szCs w:val="28"/>
              </w:rPr>
              <w:t>14.4</w:t>
            </w:r>
          </w:p>
        </w:tc>
        <w:tc>
          <w:tcPr>
            <w:tcW w:w="0" w:type="auto"/>
            <w:vAlign w:val="center"/>
          </w:tcPr>
          <w:p w14:paraId="60816F3D" w14:textId="77777777" w:rsidR="00F12170" w:rsidRPr="007911BE" w:rsidRDefault="00000000">
            <w:pPr>
              <w:ind w:firstLine="0"/>
              <w:jc w:val="center"/>
              <w:rPr>
                <w:sz w:val="16"/>
                <w:szCs w:val="28"/>
              </w:rPr>
            </w:pPr>
            <w:r w:rsidRPr="007911BE">
              <w:rPr>
                <w:sz w:val="16"/>
                <w:szCs w:val="28"/>
              </w:rPr>
              <w:t>1.3</w:t>
            </w:r>
          </w:p>
        </w:tc>
        <w:tc>
          <w:tcPr>
            <w:tcW w:w="0" w:type="auto"/>
            <w:vAlign w:val="center"/>
          </w:tcPr>
          <w:p w14:paraId="60956D2C" w14:textId="77777777" w:rsidR="00F12170" w:rsidRPr="007911BE" w:rsidRDefault="00000000">
            <w:pPr>
              <w:ind w:firstLine="0"/>
              <w:jc w:val="center"/>
              <w:rPr>
                <w:sz w:val="16"/>
                <w:szCs w:val="28"/>
              </w:rPr>
            </w:pPr>
            <w:r w:rsidRPr="007911BE">
              <w:rPr>
                <w:sz w:val="16"/>
                <w:szCs w:val="28"/>
              </w:rPr>
              <w:t>0.36</w:t>
            </w:r>
          </w:p>
        </w:tc>
        <w:tc>
          <w:tcPr>
            <w:tcW w:w="0" w:type="auto"/>
            <w:vAlign w:val="center"/>
          </w:tcPr>
          <w:p w14:paraId="5F8A0E0B" w14:textId="77777777" w:rsidR="00F12170" w:rsidRPr="007911BE" w:rsidRDefault="00000000">
            <w:pPr>
              <w:ind w:firstLine="0"/>
              <w:jc w:val="center"/>
              <w:rPr>
                <w:sz w:val="16"/>
                <w:szCs w:val="28"/>
              </w:rPr>
            </w:pPr>
            <w:r w:rsidRPr="007911BE">
              <w:rPr>
                <w:sz w:val="16"/>
                <w:szCs w:val="28"/>
              </w:rPr>
              <w:t>3.2</w:t>
            </w:r>
          </w:p>
        </w:tc>
        <w:tc>
          <w:tcPr>
            <w:tcW w:w="0" w:type="auto"/>
            <w:vAlign w:val="center"/>
          </w:tcPr>
          <w:p w14:paraId="4E49ACC3" w14:textId="77777777" w:rsidR="00F12170" w:rsidRPr="007911BE" w:rsidRDefault="00000000">
            <w:pPr>
              <w:ind w:firstLine="0"/>
              <w:jc w:val="center"/>
              <w:rPr>
                <w:sz w:val="16"/>
                <w:szCs w:val="28"/>
              </w:rPr>
            </w:pPr>
            <w:r w:rsidRPr="007911BE">
              <w:rPr>
                <w:sz w:val="16"/>
                <w:szCs w:val="28"/>
              </w:rPr>
              <w:t>2.22</w:t>
            </w:r>
          </w:p>
        </w:tc>
      </w:tr>
      <w:tr w:rsidR="00F12170" w:rsidRPr="007911BE" w14:paraId="6784B7F2" w14:textId="77777777" w:rsidTr="00B408C8">
        <w:trPr>
          <w:jc w:val="center"/>
        </w:trPr>
        <w:tc>
          <w:tcPr>
            <w:tcW w:w="0" w:type="auto"/>
            <w:vAlign w:val="center"/>
          </w:tcPr>
          <w:p w14:paraId="6A0EC270"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Бурятия</w:t>
            </w:r>
            <w:proofErr w:type="spellEnd"/>
          </w:p>
        </w:tc>
        <w:tc>
          <w:tcPr>
            <w:tcW w:w="0" w:type="auto"/>
            <w:vAlign w:val="center"/>
          </w:tcPr>
          <w:p w14:paraId="534636E7"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47B50B31" w14:textId="77777777" w:rsidR="00F12170" w:rsidRPr="007911BE" w:rsidRDefault="00000000">
            <w:pPr>
              <w:ind w:firstLine="0"/>
              <w:jc w:val="center"/>
              <w:rPr>
                <w:sz w:val="16"/>
                <w:szCs w:val="28"/>
              </w:rPr>
            </w:pPr>
            <w:r w:rsidRPr="007911BE">
              <w:rPr>
                <w:sz w:val="16"/>
                <w:szCs w:val="28"/>
              </w:rPr>
              <w:t>33.8</w:t>
            </w:r>
          </w:p>
        </w:tc>
        <w:tc>
          <w:tcPr>
            <w:tcW w:w="0" w:type="auto"/>
            <w:vAlign w:val="center"/>
          </w:tcPr>
          <w:p w14:paraId="077B3763" w14:textId="77777777" w:rsidR="00F12170" w:rsidRPr="007911BE" w:rsidRDefault="00000000">
            <w:pPr>
              <w:ind w:firstLine="0"/>
              <w:jc w:val="center"/>
              <w:rPr>
                <w:sz w:val="16"/>
                <w:szCs w:val="28"/>
              </w:rPr>
            </w:pPr>
            <w:r w:rsidRPr="007911BE">
              <w:rPr>
                <w:sz w:val="16"/>
                <w:szCs w:val="28"/>
              </w:rPr>
              <w:t>1.45</w:t>
            </w:r>
          </w:p>
        </w:tc>
        <w:tc>
          <w:tcPr>
            <w:tcW w:w="0" w:type="auto"/>
            <w:vAlign w:val="center"/>
          </w:tcPr>
          <w:p w14:paraId="1D08899D" w14:textId="77777777" w:rsidR="00F12170" w:rsidRPr="007911BE" w:rsidRDefault="00000000">
            <w:pPr>
              <w:ind w:firstLine="0"/>
              <w:jc w:val="center"/>
              <w:rPr>
                <w:sz w:val="16"/>
                <w:szCs w:val="28"/>
              </w:rPr>
            </w:pPr>
            <w:r w:rsidRPr="007911BE">
              <w:rPr>
                <w:sz w:val="16"/>
                <w:szCs w:val="28"/>
              </w:rPr>
              <w:t>0.56</w:t>
            </w:r>
          </w:p>
        </w:tc>
        <w:tc>
          <w:tcPr>
            <w:tcW w:w="0" w:type="auto"/>
            <w:vAlign w:val="center"/>
          </w:tcPr>
          <w:p w14:paraId="6B940BCC" w14:textId="77777777" w:rsidR="00F12170" w:rsidRPr="007911BE" w:rsidRDefault="00000000">
            <w:pPr>
              <w:ind w:firstLine="0"/>
              <w:jc w:val="center"/>
              <w:rPr>
                <w:sz w:val="16"/>
                <w:szCs w:val="28"/>
              </w:rPr>
            </w:pPr>
            <w:r w:rsidRPr="007911BE">
              <w:rPr>
                <w:sz w:val="16"/>
                <w:szCs w:val="28"/>
              </w:rPr>
              <w:t>4.4</w:t>
            </w:r>
          </w:p>
        </w:tc>
        <w:tc>
          <w:tcPr>
            <w:tcW w:w="0" w:type="auto"/>
            <w:vAlign w:val="center"/>
          </w:tcPr>
          <w:p w14:paraId="2995810E" w14:textId="77777777" w:rsidR="00F12170" w:rsidRPr="007911BE" w:rsidRDefault="00000000">
            <w:pPr>
              <w:ind w:firstLine="0"/>
              <w:jc w:val="center"/>
              <w:rPr>
                <w:sz w:val="16"/>
                <w:szCs w:val="28"/>
              </w:rPr>
            </w:pPr>
            <w:r w:rsidRPr="007911BE">
              <w:rPr>
                <w:sz w:val="16"/>
                <w:szCs w:val="28"/>
              </w:rPr>
              <w:t>10.81</w:t>
            </w:r>
          </w:p>
        </w:tc>
      </w:tr>
      <w:tr w:rsidR="00F12170" w:rsidRPr="007911BE" w14:paraId="11D9FB44" w14:textId="77777777" w:rsidTr="00B408C8">
        <w:trPr>
          <w:jc w:val="center"/>
        </w:trPr>
        <w:tc>
          <w:tcPr>
            <w:tcW w:w="0" w:type="auto"/>
            <w:vAlign w:val="center"/>
          </w:tcPr>
          <w:p w14:paraId="6991B227"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Дагестан</w:t>
            </w:r>
            <w:proofErr w:type="spellEnd"/>
          </w:p>
        </w:tc>
        <w:tc>
          <w:tcPr>
            <w:tcW w:w="0" w:type="auto"/>
            <w:vAlign w:val="center"/>
          </w:tcPr>
          <w:p w14:paraId="156C69F2"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7B293257" w14:textId="77777777" w:rsidR="00F12170" w:rsidRPr="007911BE" w:rsidRDefault="00000000">
            <w:pPr>
              <w:ind w:firstLine="0"/>
              <w:jc w:val="center"/>
              <w:rPr>
                <w:sz w:val="16"/>
                <w:szCs w:val="28"/>
              </w:rPr>
            </w:pPr>
            <w:r w:rsidRPr="007911BE">
              <w:rPr>
                <w:sz w:val="16"/>
                <w:szCs w:val="28"/>
              </w:rPr>
              <w:t>51.4</w:t>
            </w:r>
          </w:p>
        </w:tc>
        <w:tc>
          <w:tcPr>
            <w:tcW w:w="0" w:type="auto"/>
            <w:vAlign w:val="center"/>
          </w:tcPr>
          <w:p w14:paraId="767D341B" w14:textId="77777777" w:rsidR="00F12170" w:rsidRPr="007911BE" w:rsidRDefault="00000000">
            <w:pPr>
              <w:ind w:firstLine="0"/>
              <w:jc w:val="center"/>
              <w:rPr>
                <w:sz w:val="16"/>
                <w:szCs w:val="28"/>
              </w:rPr>
            </w:pPr>
            <w:r w:rsidRPr="007911BE">
              <w:rPr>
                <w:sz w:val="16"/>
                <w:szCs w:val="28"/>
              </w:rPr>
              <w:t>1.76</w:t>
            </w:r>
          </w:p>
        </w:tc>
        <w:tc>
          <w:tcPr>
            <w:tcW w:w="0" w:type="auto"/>
            <w:vAlign w:val="center"/>
          </w:tcPr>
          <w:p w14:paraId="3C44DD6E" w14:textId="77777777" w:rsidR="00F12170" w:rsidRPr="007911BE" w:rsidRDefault="00000000">
            <w:pPr>
              <w:ind w:firstLine="0"/>
              <w:jc w:val="center"/>
              <w:rPr>
                <w:sz w:val="16"/>
                <w:szCs w:val="28"/>
              </w:rPr>
            </w:pPr>
            <w:r w:rsidRPr="007911BE">
              <w:rPr>
                <w:sz w:val="16"/>
                <w:szCs w:val="28"/>
              </w:rPr>
              <w:t>0.71</w:t>
            </w:r>
          </w:p>
        </w:tc>
        <w:tc>
          <w:tcPr>
            <w:tcW w:w="0" w:type="auto"/>
            <w:vAlign w:val="center"/>
          </w:tcPr>
          <w:p w14:paraId="38EF94E9" w14:textId="77777777" w:rsidR="00F12170" w:rsidRPr="007911BE" w:rsidRDefault="00000000">
            <w:pPr>
              <w:ind w:firstLine="0"/>
              <w:jc w:val="center"/>
              <w:rPr>
                <w:sz w:val="16"/>
                <w:szCs w:val="28"/>
              </w:rPr>
            </w:pPr>
            <w:r w:rsidRPr="007911BE">
              <w:rPr>
                <w:sz w:val="16"/>
                <w:szCs w:val="28"/>
              </w:rPr>
              <w:t>5.4</w:t>
            </w:r>
          </w:p>
        </w:tc>
        <w:tc>
          <w:tcPr>
            <w:tcW w:w="0" w:type="auto"/>
            <w:vAlign w:val="center"/>
          </w:tcPr>
          <w:p w14:paraId="5A308137" w14:textId="77777777" w:rsidR="00F12170" w:rsidRPr="007911BE" w:rsidRDefault="00000000">
            <w:pPr>
              <w:ind w:firstLine="0"/>
              <w:jc w:val="center"/>
              <w:rPr>
                <w:sz w:val="16"/>
                <w:szCs w:val="28"/>
              </w:rPr>
            </w:pPr>
            <w:r w:rsidRPr="007911BE">
              <w:rPr>
                <w:sz w:val="16"/>
                <w:szCs w:val="28"/>
              </w:rPr>
              <w:t>0.9</w:t>
            </w:r>
          </w:p>
        </w:tc>
      </w:tr>
      <w:tr w:rsidR="00F12170" w:rsidRPr="007911BE" w14:paraId="114C6204" w14:textId="77777777" w:rsidTr="00B408C8">
        <w:trPr>
          <w:jc w:val="center"/>
        </w:trPr>
        <w:tc>
          <w:tcPr>
            <w:tcW w:w="0" w:type="auto"/>
            <w:vAlign w:val="center"/>
          </w:tcPr>
          <w:p w14:paraId="728922D6"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Ингушетия</w:t>
            </w:r>
            <w:proofErr w:type="spellEnd"/>
          </w:p>
        </w:tc>
        <w:tc>
          <w:tcPr>
            <w:tcW w:w="0" w:type="auto"/>
            <w:vAlign w:val="center"/>
          </w:tcPr>
          <w:p w14:paraId="120A625B"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336C0537" w14:textId="77777777" w:rsidR="00F12170" w:rsidRPr="007911BE" w:rsidRDefault="00000000">
            <w:pPr>
              <w:ind w:firstLine="0"/>
              <w:jc w:val="center"/>
              <w:rPr>
                <w:sz w:val="16"/>
                <w:szCs w:val="28"/>
              </w:rPr>
            </w:pPr>
            <w:r w:rsidRPr="007911BE">
              <w:rPr>
                <w:sz w:val="16"/>
                <w:szCs w:val="28"/>
              </w:rPr>
              <w:t>37.4</w:t>
            </w:r>
          </w:p>
        </w:tc>
        <w:tc>
          <w:tcPr>
            <w:tcW w:w="0" w:type="auto"/>
            <w:vAlign w:val="center"/>
          </w:tcPr>
          <w:p w14:paraId="5210E5BF" w14:textId="77777777" w:rsidR="00F12170" w:rsidRPr="007911BE" w:rsidRDefault="00000000">
            <w:pPr>
              <w:ind w:firstLine="0"/>
              <w:jc w:val="center"/>
              <w:rPr>
                <w:sz w:val="16"/>
                <w:szCs w:val="28"/>
              </w:rPr>
            </w:pPr>
            <w:r w:rsidRPr="007911BE">
              <w:rPr>
                <w:sz w:val="16"/>
                <w:szCs w:val="28"/>
              </w:rPr>
              <w:t>1.72</w:t>
            </w:r>
          </w:p>
        </w:tc>
        <w:tc>
          <w:tcPr>
            <w:tcW w:w="0" w:type="auto"/>
            <w:vAlign w:val="center"/>
          </w:tcPr>
          <w:p w14:paraId="6D4AB743" w14:textId="77777777" w:rsidR="00F12170" w:rsidRPr="007911BE" w:rsidRDefault="00000000">
            <w:pPr>
              <w:ind w:firstLine="0"/>
              <w:jc w:val="center"/>
              <w:rPr>
                <w:sz w:val="16"/>
                <w:szCs w:val="28"/>
              </w:rPr>
            </w:pPr>
            <w:r w:rsidRPr="007911BE">
              <w:rPr>
                <w:sz w:val="16"/>
                <w:szCs w:val="28"/>
              </w:rPr>
              <w:t>0.93</w:t>
            </w:r>
          </w:p>
        </w:tc>
        <w:tc>
          <w:tcPr>
            <w:tcW w:w="0" w:type="auto"/>
            <w:vAlign w:val="center"/>
          </w:tcPr>
          <w:p w14:paraId="66656E3D" w14:textId="77777777" w:rsidR="00F12170" w:rsidRPr="007911BE" w:rsidRDefault="00000000">
            <w:pPr>
              <w:ind w:firstLine="0"/>
              <w:jc w:val="center"/>
              <w:rPr>
                <w:sz w:val="16"/>
                <w:szCs w:val="28"/>
              </w:rPr>
            </w:pPr>
            <w:r w:rsidRPr="007911BE">
              <w:rPr>
                <w:sz w:val="16"/>
                <w:szCs w:val="28"/>
              </w:rPr>
              <w:t>4.7</w:t>
            </w:r>
          </w:p>
        </w:tc>
        <w:tc>
          <w:tcPr>
            <w:tcW w:w="0" w:type="auto"/>
            <w:vAlign w:val="center"/>
          </w:tcPr>
          <w:p w14:paraId="5C42FF63" w14:textId="77777777" w:rsidR="00F12170" w:rsidRPr="007911BE" w:rsidRDefault="00000000">
            <w:pPr>
              <w:ind w:firstLine="0"/>
              <w:jc w:val="center"/>
              <w:rPr>
                <w:sz w:val="16"/>
                <w:szCs w:val="28"/>
              </w:rPr>
            </w:pPr>
            <w:r w:rsidRPr="007911BE">
              <w:rPr>
                <w:sz w:val="16"/>
                <w:szCs w:val="28"/>
              </w:rPr>
              <w:t>4.54</w:t>
            </w:r>
          </w:p>
        </w:tc>
      </w:tr>
      <w:tr w:rsidR="00F12170" w:rsidRPr="007911BE" w14:paraId="4230E0F0" w14:textId="77777777" w:rsidTr="00B408C8">
        <w:trPr>
          <w:jc w:val="center"/>
        </w:trPr>
        <w:tc>
          <w:tcPr>
            <w:tcW w:w="0" w:type="auto"/>
            <w:vAlign w:val="center"/>
          </w:tcPr>
          <w:p w14:paraId="3A590041"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Калмыкия</w:t>
            </w:r>
            <w:proofErr w:type="spellEnd"/>
          </w:p>
        </w:tc>
        <w:tc>
          <w:tcPr>
            <w:tcW w:w="0" w:type="auto"/>
            <w:vAlign w:val="center"/>
          </w:tcPr>
          <w:p w14:paraId="036B9E6D"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52A962C9" w14:textId="77777777" w:rsidR="00F12170" w:rsidRPr="007911BE" w:rsidRDefault="00000000">
            <w:pPr>
              <w:ind w:firstLine="0"/>
              <w:jc w:val="center"/>
              <w:rPr>
                <w:sz w:val="16"/>
                <w:szCs w:val="28"/>
              </w:rPr>
            </w:pPr>
            <w:r w:rsidRPr="007911BE">
              <w:rPr>
                <w:sz w:val="16"/>
                <w:szCs w:val="28"/>
              </w:rPr>
              <w:t>18.1</w:t>
            </w:r>
          </w:p>
        </w:tc>
        <w:tc>
          <w:tcPr>
            <w:tcW w:w="0" w:type="auto"/>
            <w:vAlign w:val="center"/>
          </w:tcPr>
          <w:p w14:paraId="473F92C9" w14:textId="77777777" w:rsidR="00F12170" w:rsidRPr="007911BE" w:rsidRDefault="00000000">
            <w:pPr>
              <w:ind w:firstLine="0"/>
              <w:jc w:val="center"/>
              <w:rPr>
                <w:sz w:val="16"/>
                <w:szCs w:val="28"/>
              </w:rPr>
            </w:pPr>
            <w:r w:rsidRPr="007911BE">
              <w:rPr>
                <w:sz w:val="16"/>
                <w:szCs w:val="28"/>
              </w:rPr>
              <w:t>1.18</w:t>
            </w:r>
          </w:p>
        </w:tc>
        <w:tc>
          <w:tcPr>
            <w:tcW w:w="0" w:type="auto"/>
            <w:vAlign w:val="center"/>
          </w:tcPr>
          <w:p w14:paraId="6CEEF3B8" w14:textId="77777777" w:rsidR="00F12170" w:rsidRPr="007911BE" w:rsidRDefault="00000000">
            <w:pPr>
              <w:ind w:firstLine="0"/>
              <w:jc w:val="center"/>
              <w:rPr>
                <w:sz w:val="16"/>
                <w:szCs w:val="28"/>
              </w:rPr>
            </w:pPr>
            <w:r w:rsidRPr="007911BE">
              <w:rPr>
                <w:sz w:val="16"/>
                <w:szCs w:val="28"/>
              </w:rPr>
              <w:t>0.51</w:t>
            </w:r>
          </w:p>
        </w:tc>
        <w:tc>
          <w:tcPr>
            <w:tcW w:w="0" w:type="auto"/>
            <w:vAlign w:val="center"/>
          </w:tcPr>
          <w:p w14:paraId="2608DDB8"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D2EA9B2" w14:textId="77777777" w:rsidR="00F12170" w:rsidRPr="007911BE" w:rsidRDefault="00000000">
            <w:pPr>
              <w:ind w:firstLine="0"/>
              <w:jc w:val="center"/>
              <w:rPr>
                <w:sz w:val="16"/>
                <w:szCs w:val="28"/>
              </w:rPr>
            </w:pPr>
            <w:r w:rsidRPr="007911BE">
              <w:rPr>
                <w:sz w:val="16"/>
                <w:szCs w:val="28"/>
              </w:rPr>
              <w:t>8.51</w:t>
            </w:r>
          </w:p>
        </w:tc>
      </w:tr>
      <w:tr w:rsidR="00F12170" w:rsidRPr="007911BE" w14:paraId="577890F3" w14:textId="77777777" w:rsidTr="00B408C8">
        <w:trPr>
          <w:jc w:val="center"/>
        </w:trPr>
        <w:tc>
          <w:tcPr>
            <w:tcW w:w="0" w:type="auto"/>
            <w:vAlign w:val="center"/>
          </w:tcPr>
          <w:p w14:paraId="683237C5"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Карелия</w:t>
            </w:r>
            <w:proofErr w:type="spellEnd"/>
          </w:p>
        </w:tc>
        <w:tc>
          <w:tcPr>
            <w:tcW w:w="0" w:type="auto"/>
            <w:vAlign w:val="center"/>
          </w:tcPr>
          <w:p w14:paraId="69925F93"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2F697088" w14:textId="77777777" w:rsidR="00F12170" w:rsidRPr="007911BE" w:rsidRDefault="00000000">
            <w:pPr>
              <w:ind w:firstLine="0"/>
              <w:jc w:val="center"/>
              <w:rPr>
                <w:sz w:val="16"/>
                <w:szCs w:val="28"/>
              </w:rPr>
            </w:pPr>
            <w:r w:rsidRPr="007911BE">
              <w:rPr>
                <w:sz w:val="16"/>
                <w:szCs w:val="28"/>
              </w:rPr>
              <w:t>16.5</w:t>
            </w:r>
          </w:p>
        </w:tc>
        <w:tc>
          <w:tcPr>
            <w:tcW w:w="0" w:type="auto"/>
            <w:vAlign w:val="center"/>
          </w:tcPr>
          <w:p w14:paraId="7B0EDAFC" w14:textId="77777777" w:rsidR="00F12170" w:rsidRPr="007911BE" w:rsidRDefault="00000000">
            <w:pPr>
              <w:ind w:firstLine="0"/>
              <w:jc w:val="center"/>
              <w:rPr>
                <w:sz w:val="16"/>
                <w:szCs w:val="28"/>
              </w:rPr>
            </w:pPr>
            <w:r w:rsidRPr="007911BE">
              <w:rPr>
                <w:sz w:val="16"/>
                <w:szCs w:val="28"/>
              </w:rPr>
              <w:t>1.51</w:t>
            </w:r>
          </w:p>
        </w:tc>
        <w:tc>
          <w:tcPr>
            <w:tcW w:w="0" w:type="auto"/>
            <w:vAlign w:val="center"/>
          </w:tcPr>
          <w:p w14:paraId="03F3DDA0" w14:textId="77777777" w:rsidR="00F12170" w:rsidRPr="007911BE" w:rsidRDefault="00000000">
            <w:pPr>
              <w:ind w:firstLine="0"/>
              <w:jc w:val="center"/>
              <w:rPr>
                <w:sz w:val="16"/>
                <w:szCs w:val="28"/>
              </w:rPr>
            </w:pPr>
            <w:r w:rsidRPr="007911BE">
              <w:rPr>
                <w:sz w:val="16"/>
                <w:szCs w:val="28"/>
              </w:rPr>
              <w:t>0.37</w:t>
            </w:r>
          </w:p>
        </w:tc>
        <w:tc>
          <w:tcPr>
            <w:tcW w:w="0" w:type="auto"/>
            <w:vAlign w:val="center"/>
          </w:tcPr>
          <w:p w14:paraId="3D8A0224" w14:textId="77777777" w:rsidR="00F12170" w:rsidRPr="007911BE" w:rsidRDefault="00000000">
            <w:pPr>
              <w:ind w:firstLine="0"/>
              <w:jc w:val="center"/>
              <w:rPr>
                <w:sz w:val="16"/>
                <w:szCs w:val="28"/>
              </w:rPr>
            </w:pPr>
            <w:r w:rsidRPr="007911BE">
              <w:rPr>
                <w:sz w:val="16"/>
                <w:szCs w:val="28"/>
              </w:rPr>
              <w:t>4.6</w:t>
            </w:r>
          </w:p>
        </w:tc>
        <w:tc>
          <w:tcPr>
            <w:tcW w:w="0" w:type="auto"/>
            <w:vAlign w:val="center"/>
          </w:tcPr>
          <w:p w14:paraId="7280EFB3" w14:textId="77777777" w:rsidR="00F12170" w:rsidRPr="007911BE" w:rsidRDefault="00000000">
            <w:pPr>
              <w:ind w:firstLine="0"/>
              <w:jc w:val="center"/>
              <w:rPr>
                <w:sz w:val="16"/>
                <w:szCs w:val="28"/>
              </w:rPr>
            </w:pPr>
            <w:r w:rsidRPr="007911BE">
              <w:rPr>
                <w:sz w:val="16"/>
                <w:szCs w:val="28"/>
              </w:rPr>
              <w:t>4</w:t>
            </w:r>
          </w:p>
        </w:tc>
      </w:tr>
      <w:tr w:rsidR="00F12170" w:rsidRPr="007911BE" w14:paraId="7751AD3C" w14:textId="77777777" w:rsidTr="00B408C8">
        <w:trPr>
          <w:jc w:val="center"/>
        </w:trPr>
        <w:tc>
          <w:tcPr>
            <w:tcW w:w="0" w:type="auto"/>
            <w:vAlign w:val="center"/>
          </w:tcPr>
          <w:p w14:paraId="475D9BE9"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Коми</w:t>
            </w:r>
            <w:proofErr w:type="spellEnd"/>
          </w:p>
        </w:tc>
        <w:tc>
          <w:tcPr>
            <w:tcW w:w="0" w:type="auto"/>
            <w:vAlign w:val="center"/>
          </w:tcPr>
          <w:p w14:paraId="6D33071E"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59A5030E" w14:textId="77777777" w:rsidR="00F12170" w:rsidRPr="007911BE" w:rsidRDefault="00000000">
            <w:pPr>
              <w:ind w:firstLine="0"/>
              <w:jc w:val="center"/>
              <w:rPr>
                <w:sz w:val="16"/>
                <w:szCs w:val="28"/>
              </w:rPr>
            </w:pPr>
            <w:r w:rsidRPr="007911BE">
              <w:rPr>
                <w:sz w:val="16"/>
                <w:szCs w:val="28"/>
              </w:rPr>
              <w:t>21.1</w:t>
            </w:r>
          </w:p>
        </w:tc>
        <w:tc>
          <w:tcPr>
            <w:tcW w:w="0" w:type="auto"/>
            <w:vAlign w:val="center"/>
          </w:tcPr>
          <w:p w14:paraId="2A73255A" w14:textId="77777777" w:rsidR="00F12170" w:rsidRPr="007911BE" w:rsidRDefault="00000000">
            <w:pPr>
              <w:ind w:firstLine="0"/>
              <w:jc w:val="center"/>
              <w:rPr>
                <w:sz w:val="16"/>
                <w:szCs w:val="28"/>
              </w:rPr>
            </w:pPr>
            <w:r w:rsidRPr="007911BE">
              <w:rPr>
                <w:sz w:val="16"/>
                <w:szCs w:val="28"/>
              </w:rPr>
              <w:t>1.49</w:t>
            </w:r>
          </w:p>
        </w:tc>
        <w:tc>
          <w:tcPr>
            <w:tcW w:w="0" w:type="auto"/>
            <w:vAlign w:val="center"/>
          </w:tcPr>
          <w:p w14:paraId="1E6CAB70" w14:textId="77777777" w:rsidR="00F12170" w:rsidRPr="007911BE" w:rsidRDefault="00000000">
            <w:pPr>
              <w:ind w:firstLine="0"/>
              <w:jc w:val="center"/>
              <w:rPr>
                <w:sz w:val="16"/>
                <w:szCs w:val="28"/>
              </w:rPr>
            </w:pPr>
            <w:r w:rsidRPr="007911BE">
              <w:rPr>
                <w:sz w:val="16"/>
                <w:szCs w:val="28"/>
              </w:rPr>
              <w:t>0.42</w:t>
            </w:r>
          </w:p>
        </w:tc>
        <w:tc>
          <w:tcPr>
            <w:tcW w:w="0" w:type="auto"/>
            <w:vAlign w:val="center"/>
          </w:tcPr>
          <w:p w14:paraId="49F9B4F0" w14:textId="77777777" w:rsidR="00F12170" w:rsidRPr="007911BE" w:rsidRDefault="00000000">
            <w:pPr>
              <w:ind w:firstLine="0"/>
              <w:jc w:val="center"/>
              <w:rPr>
                <w:sz w:val="16"/>
                <w:szCs w:val="28"/>
              </w:rPr>
            </w:pPr>
            <w:r w:rsidRPr="007911BE">
              <w:rPr>
                <w:sz w:val="16"/>
                <w:szCs w:val="28"/>
              </w:rPr>
              <w:t>5.5</w:t>
            </w:r>
          </w:p>
        </w:tc>
        <w:tc>
          <w:tcPr>
            <w:tcW w:w="0" w:type="auto"/>
            <w:vAlign w:val="center"/>
          </w:tcPr>
          <w:p w14:paraId="0B9F3F72" w14:textId="77777777" w:rsidR="00F12170" w:rsidRPr="007911BE" w:rsidRDefault="00000000">
            <w:pPr>
              <w:ind w:firstLine="0"/>
              <w:jc w:val="center"/>
              <w:rPr>
                <w:sz w:val="16"/>
                <w:szCs w:val="28"/>
              </w:rPr>
            </w:pPr>
            <w:r w:rsidRPr="007911BE">
              <w:rPr>
                <w:sz w:val="16"/>
                <w:szCs w:val="28"/>
              </w:rPr>
              <w:t>3.6</w:t>
            </w:r>
          </w:p>
        </w:tc>
      </w:tr>
      <w:tr w:rsidR="00F12170" w:rsidRPr="007911BE" w14:paraId="763C672C" w14:textId="77777777" w:rsidTr="00B408C8">
        <w:trPr>
          <w:jc w:val="center"/>
        </w:trPr>
        <w:tc>
          <w:tcPr>
            <w:tcW w:w="0" w:type="auto"/>
            <w:vAlign w:val="center"/>
          </w:tcPr>
          <w:p w14:paraId="136FD92D"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Крым</w:t>
            </w:r>
            <w:proofErr w:type="spellEnd"/>
          </w:p>
        </w:tc>
        <w:tc>
          <w:tcPr>
            <w:tcW w:w="0" w:type="auto"/>
            <w:vAlign w:val="center"/>
          </w:tcPr>
          <w:p w14:paraId="44EB48EC"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11595AB5" w14:textId="77777777" w:rsidR="00F12170" w:rsidRPr="007911BE" w:rsidRDefault="00000000">
            <w:pPr>
              <w:ind w:firstLine="0"/>
              <w:jc w:val="center"/>
              <w:rPr>
                <w:sz w:val="16"/>
                <w:szCs w:val="28"/>
              </w:rPr>
            </w:pPr>
            <w:r w:rsidRPr="007911BE">
              <w:rPr>
                <w:sz w:val="16"/>
                <w:szCs w:val="28"/>
              </w:rPr>
              <w:t>11.3</w:t>
            </w:r>
          </w:p>
        </w:tc>
        <w:tc>
          <w:tcPr>
            <w:tcW w:w="0" w:type="auto"/>
            <w:vAlign w:val="center"/>
          </w:tcPr>
          <w:p w14:paraId="2BF9847B" w14:textId="77777777" w:rsidR="00F12170" w:rsidRPr="007911BE" w:rsidRDefault="00000000">
            <w:pPr>
              <w:ind w:firstLine="0"/>
              <w:jc w:val="center"/>
              <w:rPr>
                <w:sz w:val="16"/>
                <w:szCs w:val="28"/>
              </w:rPr>
            </w:pPr>
            <w:r w:rsidRPr="007911BE">
              <w:rPr>
                <w:sz w:val="16"/>
                <w:szCs w:val="28"/>
              </w:rPr>
              <w:t>1.46</w:t>
            </w:r>
          </w:p>
        </w:tc>
        <w:tc>
          <w:tcPr>
            <w:tcW w:w="0" w:type="auto"/>
            <w:vAlign w:val="center"/>
          </w:tcPr>
          <w:p w14:paraId="1E5C3B67" w14:textId="77777777" w:rsidR="00F12170" w:rsidRPr="007911BE" w:rsidRDefault="00000000">
            <w:pPr>
              <w:ind w:firstLine="0"/>
              <w:jc w:val="center"/>
              <w:rPr>
                <w:sz w:val="16"/>
                <w:szCs w:val="28"/>
              </w:rPr>
            </w:pPr>
            <w:r w:rsidRPr="007911BE">
              <w:rPr>
                <w:sz w:val="16"/>
                <w:szCs w:val="28"/>
              </w:rPr>
              <w:t>0.39</w:t>
            </w:r>
          </w:p>
        </w:tc>
        <w:tc>
          <w:tcPr>
            <w:tcW w:w="0" w:type="auto"/>
            <w:vAlign w:val="center"/>
          </w:tcPr>
          <w:p w14:paraId="535F944A" w14:textId="77777777" w:rsidR="00F12170" w:rsidRPr="007911BE" w:rsidRDefault="00000000">
            <w:pPr>
              <w:ind w:firstLine="0"/>
              <w:jc w:val="center"/>
              <w:rPr>
                <w:sz w:val="16"/>
                <w:szCs w:val="28"/>
              </w:rPr>
            </w:pPr>
            <w:r w:rsidRPr="007911BE">
              <w:rPr>
                <w:sz w:val="16"/>
                <w:szCs w:val="28"/>
              </w:rPr>
              <w:t>4.1</w:t>
            </w:r>
          </w:p>
        </w:tc>
        <w:tc>
          <w:tcPr>
            <w:tcW w:w="0" w:type="auto"/>
            <w:vAlign w:val="center"/>
          </w:tcPr>
          <w:p w14:paraId="14C8CBBA" w14:textId="77777777" w:rsidR="00F12170" w:rsidRPr="007911BE" w:rsidRDefault="00000000">
            <w:pPr>
              <w:ind w:firstLine="0"/>
              <w:jc w:val="center"/>
              <w:rPr>
                <w:sz w:val="16"/>
                <w:szCs w:val="28"/>
              </w:rPr>
            </w:pPr>
            <w:r w:rsidRPr="007911BE">
              <w:rPr>
                <w:sz w:val="16"/>
                <w:szCs w:val="28"/>
              </w:rPr>
              <w:t>4.1</w:t>
            </w:r>
          </w:p>
        </w:tc>
      </w:tr>
      <w:tr w:rsidR="00F12170" w:rsidRPr="007911BE" w14:paraId="7FB5A11B" w14:textId="77777777" w:rsidTr="00B408C8">
        <w:trPr>
          <w:jc w:val="center"/>
        </w:trPr>
        <w:tc>
          <w:tcPr>
            <w:tcW w:w="0" w:type="auto"/>
            <w:vAlign w:val="center"/>
          </w:tcPr>
          <w:p w14:paraId="064F0391"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Марий</w:t>
            </w:r>
            <w:proofErr w:type="spellEnd"/>
            <w:r w:rsidRPr="007911BE">
              <w:rPr>
                <w:sz w:val="16"/>
                <w:szCs w:val="28"/>
              </w:rPr>
              <w:t xml:space="preserve"> </w:t>
            </w:r>
            <w:proofErr w:type="spellStart"/>
            <w:r w:rsidRPr="007911BE">
              <w:rPr>
                <w:sz w:val="16"/>
                <w:szCs w:val="28"/>
              </w:rPr>
              <w:t>Эл</w:t>
            </w:r>
            <w:proofErr w:type="spellEnd"/>
          </w:p>
        </w:tc>
        <w:tc>
          <w:tcPr>
            <w:tcW w:w="0" w:type="auto"/>
            <w:vAlign w:val="center"/>
          </w:tcPr>
          <w:p w14:paraId="20487977"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17688F04" w14:textId="77777777" w:rsidR="00F12170" w:rsidRPr="007911BE" w:rsidRDefault="00000000">
            <w:pPr>
              <w:ind w:firstLine="0"/>
              <w:jc w:val="center"/>
              <w:rPr>
                <w:sz w:val="16"/>
                <w:szCs w:val="28"/>
              </w:rPr>
            </w:pPr>
            <w:r w:rsidRPr="007911BE">
              <w:rPr>
                <w:sz w:val="16"/>
                <w:szCs w:val="28"/>
              </w:rPr>
              <w:t>20.3</w:t>
            </w:r>
          </w:p>
        </w:tc>
        <w:tc>
          <w:tcPr>
            <w:tcW w:w="0" w:type="auto"/>
            <w:vAlign w:val="center"/>
          </w:tcPr>
          <w:p w14:paraId="21435C8E" w14:textId="77777777" w:rsidR="00F12170" w:rsidRPr="007911BE" w:rsidRDefault="00000000">
            <w:pPr>
              <w:ind w:firstLine="0"/>
              <w:jc w:val="center"/>
              <w:rPr>
                <w:sz w:val="16"/>
                <w:szCs w:val="28"/>
              </w:rPr>
            </w:pPr>
            <w:r w:rsidRPr="007911BE">
              <w:rPr>
                <w:sz w:val="16"/>
                <w:szCs w:val="28"/>
              </w:rPr>
              <w:t>1.34</w:t>
            </w:r>
          </w:p>
        </w:tc>
        <w:tc>
          <w:tcPr>
            <w:tcW w:w="0" w:type="auto"/>
            <w:vAlign w:val="center"/>
          </w:tcPr>
          <w:p w14:paraId="30426DBB" w14:textId="77777777" w:rsidR="00F12170" w:rsidRPr="007911BE" w:rsidRDefault="00000000">
            <w:pPr>
              <w:ind w:firstLine="0"/>
              <w:jc w:val="center"/>
              <w:rPr>
                <w:sz w:val="16"/>
                <w:szCs w:val="28"/>
              </w:rPr>
            </w:pPr>
            <w:r w:rsidRPr="007911BE">
              <w:rPr>
                <w:sz w:val="16"/>
                <w:szCs w:val="28"/>
              </w:rPr>
              <w:t>0.39</w:t>
            </w:r>
          </w:p>
        </w:tc>
        <w:tc>
          <w:tcPr>
            <w:tcW w:w="0" w:type="auto"/>
            <w:vAlign w:val="center"/>
          </w:tcPr>
          <w:p w14:paraId="7F7876F9" w14:textId="77777777" w:rsidR="00F12170" w:rsidRPr="007911BE" w:rsidRDefault="00000000">
            <w:pPr>
              <w:ind w:firstLine="0"/>
              <w:jc w:val="center"/>
              <w:rPr>
                <w:sz w:val="16"/>
                <w:szCs w:val="28"/>
              </w:rPr>
            </w:pPr>
            <w:r w:rsidRPr="007911BE">
              <w:rPr>
                <w:sz w:val="16"/>
                <w:szCs w:val="28"/>
              </w:rPr>
              <w:t>3.2</w:t>
            </w:r>
          </w:p>
        </w:tc>
        <w:tc>
          <w:tcPr>
            <w:tcW w:w="0" w:type="auto"/>
            <w:vAlign w:val="center"/>
          </w:tcPr>
          <w:p w14:paraId="4B7918B4" w14:textId="77777777" w:rsidR="00F12170" w:rsidRPr="007911BE" w:rsidRDefault="00000000">
            <w:pPr>
              <w:ind w:firstLine="0"/>
              <w:jc w:val="center"/>
              <w:rPr>
                <w:sz w:val="16"/>
                <w:szCs w:val="28"/>
              </w:rPr>
            </w:pPr>
            <w:r w:rsidRPr="007911BE">
              <w:rPr>
                <w:sz w:val="16"/>
                <w:szCs w:val="28"/>
              </w:rPr>
              <w:t>26.03</w:t>
            </w:r>
          </w:p>
        </w:tc>
      </w:tr>
      <w:tr w:rsidR="00F12170" w:rsidRPr="007911BE" w14:paraId="0BA72449" w14:textId="77777777" w:rsidTr="00B408C8">
        <w:trPr>
          <w:jc w:val="center"/>
        </w:trPr>
        <w:tc>
          <w:tcPr>
            <w:tcW w:w="0" w:type="auto"/>
            <w:vAlign w:val="center"/>
          </w:tcPr>
          <w:p w14:paraId="75F28257"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Мордовия</w:t>
            </w:r>
            <w:proofErr w:type="spellEnd"/>
          </w:p>
        </w:tc>
        <w:tc>
          <w:tcPr>
            <w:tcW w:w="0" w:type="auto"/>
            <w:vAlign w:val="center"/>
          </w:tcPr>
          <w:p w14:paraId="737F356B"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723146C6" w14:textId="77777777" w:rsidR="00F12170" w:rsidRPr="007911BE" w:rsidRDefault="00000000">
            <w:pPr>
              <w:ind w:firstLine="0"/>
              <w:jc w:val="center"/>
              <w:rPr>
                <w:sz w:val="16"/>
                <w:szCs w:val="28"/>
              </w:rPr>
            </w:pPr>
            <w:r w:rsidRPr="007911BE">
              <w:rPr>
                <w:sz w:val="16"/>
                <w:szCs w:val="28"/>
              </w:rPr>
              <w:t>11</w:t>
            </w:r>
          </w:p>
        </w:tc>
        <w:tc>
          <w:tcPr>
            <w:tcW w:w="0" w:type="auto"/>
            <w:vAlign w:val="center"/>
          </w:tcPr>
          <w:p w14:paraId="67751256"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114D698D" w14:textId="77777777" w:rsidR="00F12170" w:rsidRPr="007911BE" w:rsidRDefault="00000000">
            <w:pPr>
              <w:ind w:firstLine="0"/>
              <w:jc w:val="center"/>
              <w:rPr>
                <w:sz w:val="16"/>
                <w:szCs w:val="28"/>
              </w:rPr>
            </w:pPr>
            <w:r w:rsidRPr="007911BE">
              <w:rPr>
                <w:sz w:val="16"/>
                <w:szCs w:val="28"/>
              </w:rPr>
              <w:t>0.24</w:t>
            </w:r>
          </w:p>
        </w:tc>
        <w:tc>
          <w:tcPr>
            <w:tcW w:w="0" w:type="auto"/>
            <w:vAlign w:val="center"/>
          </w:tcPr>
          <w:p w14:paraId="61D706CF"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112D2312" w14:textId="77777777" w:rsidR="00F12170" w:rsidRPr="007911BE" w:rsidRDefault="00000000">
            <w:pPr>
              <w:ind w:firstLine="0"/>
              <w:jc w:val="center"/>
              <w:rPr>
                <w:sz w:val="16"/>
                <w:szCs w:val="28"/>
              </w:rPr>
            </w:pPr>
            <w:r w:rsidRPr="007911BE">
              <w:rPr>
                <w:sz w:val="16"/>
                <w:szCs w:val="28"/>
              </w:rPr>
              <w:t>47.44</w:t>
            </w:r>
          </w:p>
        </w:tc>
      </w:tr>
      <w:tr w:rsidR="00F12170" w:rsidRPr="007911BE" w14:paraId="10367668" w14:textId="77777777" w:rsidTr="00B408C8">
        <w:trPr>
          <w:jc w:val="center"/>
        </w:trPr>
        <w:tc>
          <w:tcPr>
            <w:tcW w:w="0" w:type="auto"/>
            <w:vAlign w:val="center"/>
          </w:tcPr>
          <w:p w14:paraId="2627C795"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Саха</w:t>
            </w:r>
            <w:proofErr w:type="spellEnd"/>
            <w:r w:rsidRPr="007911BE">
              <w:rPr>
                <w:sz w:val="16"/>
                <w:szCs w:val="28"/>
              </w:rPr>
              <w:t xml:space="preserve"> (</w:t>
            </w:r>
            <w:proofErr w:type="spellStart"/>
            <w:r w:rsidRPr="007911BE">
              <w:rPr>
                <w:sz w:val="16"/>
                <w:szCs w:val="28"/>
              </w:rPr>
              <w:t>Якутия</w:t>
            </w:r>
            <w:proofErr w:type="spellEnd"/>
            <w:r w:rsidRPr="007911BE">
              <w:rPr>
                <w:sz w:val="16"/>
                <w:szCs w:val="28"/>
              </w:rPr>
              <w:t>)</w:t>
            </w:r>
          </w:p>
        </w:tc>
        <w:tc>
          <w:tcPr>
            <w:tcW w:w="0" w:type="auto"/>
            <w:vAlign w:val="center"/>
          </w:tcPr>
          <w:p w14:paraId="5F206868"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79525058" w14:textId="77777777" w:rsidR="00F12170" w:rsidRPr="007911BE" w:rsidRDefault="00000000">
            <w:pPr>
              <w:ind w:firstLine="0"/>
              <w:jc w:val="center"/>
              <w:rPr>
                <w:sz w:val="16"/>
                <w:szCs w:val="28"/>
              </w:rPr>
            </w:pPr>
            <w:r w:rsidRPr="007911BE">
              <w:rPr>
                <w:sz w:val="16"/>
                <w:szCs w:val="28"/>
              </w:rPr>
              <w:t>30.9</w:t>
            </w:r>
          </w:p>
        </w:tc>
        <w:tc>
          <w:tcPr>
            <w:tcW w:w="0" w:type="auto"/>
            <w:vAlign w:val="center"/>
          </w:tcPr>
          <w:p w14:paraId="65E135C1" w14:textId="77777777" w:rsidR="00F12170" w:rsidRPr="007911BE" w:rsidRDefault="00000000">
            <w:pPr>
              <w:ind w:firstLine="0"/>
              <w:jc w:val="center"/>
              <w:rPr>
                <w:sz w:val="16"/>
                <w:szCs w:val="28"/>
              </w:rPr>
            </w:pPr>
            <w:r w:rsidRPr="007911BE">
              <w:rPr>
                <w:sz w:val="16"/>
                <w:szCs w:val="28"/>
              </w:rPr>
              <w:t>1.48</w:t>
            </w:r>
          </w:p>
        </w:tc>
        <w:tc>
          <w:tcPr>
            <w:tcW w:w="0" w:type="auto"/>
            <w:vAlign w:val="center"/>
          </w:tcPr>
          <w:p w14:paraId="0BD81BA3" w14:textId="77777777" w:rsidR="00F12170" w:rsidRPr="007911BE" w:rsidRDefault="00000000">
            <w:pPr>
              <w:ind w:firstLine="0"/>
              <w:jc w:val="center"/>
              <w:rPr>
                <w:sz w:val="16"/>
                <w:szCs w:val="28"/>
              </w:rPr>
            </w:pPr>
            <w:r w:rsidRPr="007911BE">
              <w:rPr>
                <w:sz w:val="16"/>
                <w:szCs w:val="28"/>
              </w:rPr>
              <w:t>0.59</w:t>
            </w:r>
          </w:p>
        </w:tc>
        <w:tc>
          <w:tcPr>
            <w:tcW w:w="0" w:type="auto"/>
            <w:vAlign w:val="center"/>
          </w:tcPr>
          <w:p w14:paraId="7CA8EC9D" w14:textId="77777777" w:rsidR="00F12170" w:rsidRPr="007911BE" w:rsidRDefault="00000000">
            <w:pPr>
              <w:ind w:firstLine="0"/>
              <w:jc w:val="center"/>
              <w:rPr>
                <w:sz w:val="16"/>
                <w:szCs w:val="28"/>
              </w:rPr>
            </w:pPr>
            <w:r w:rsidRPr="007911BE">
              <w:rPr>
                <w:sz w:val="16"/>
                <w:szCs w:val="28"/>
              </w:rPr>
              <w:t>2.3</w:t>
            </w:r>
          </w:p>
        </w:tc>
        <w:tc>
          <w:tcPr>
            <w:tcW w:w="0" w:type="auto"/>
            <w:vAlign w:val="center"/>
          </w:tcPr>
          <w:p w14:paraId="778A5046" w14:textId="77777777" w:rsidR="00F12170" w:rsidRPr="007911BE" w:rsidRDefault="00000000">
            <w:pPr>
              <w:ind w:firstLine="0"/>
              <w:jc w:val="center"/>
              <w:rPr>
                <w:sz w:val="16"/>
                <w:szCs w:val="28"/>
              </w:rPr>
            </w:pPr>
            <w:r w:rsidRPr="007911BE">
              <w:rPr>
                <w:sz w:val="16"/>
                <w:szCs w:val="28"/>
              </w:rPr>
              <w:t>3.21</w:t>
            </w:r>
          </w:p>
        </w:tc>
      </w:tr>
      <w:tr w:rsidR="00F12170" w:rsidRPr="007911BE" w14:paraId="4F772B2A" w14:textId="77777777" w:rsidTr="00B408C8">
        <w:trPr>
          <w:jc w:val="center"/>
        </w:trPr>
        <w:tc>
          <w:tcPr>
            <w:tcW w:w="0" w:type="auto"/>
            <w:vAlign w:val="center"/>
          </w:tcPr>
          <w:p w14:paraId="146939B1"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Северная</w:t>
            </w:r>
            <w:proofErr w:type="spellEnd"/>
            <w:r w:rsidRPr="007911BE">
              <w:rPr>
                <w:sz w:val="16"/>
                <w:szCs w:val="28"/>
              </w:rPr>
              <w:t xml:space="preserve"> </w:t>
            </w:r>
            <w:proofErr w:type="spellStart"/>
            <w:r w:rsidRPr="007911BE">
              <w:rPr>
                <w:sz w:val="16"/>
                <w:szCs w:val="28"/>
              </w:rPr>
              <w:t>Осетия</w:t>
            </w:r>
            <w:proofErr w:type="spellEnd"/>
            <w:r w:rsidRPr="007911BE">
              <w:rPr>
                <w:sz w:val="16"/>
                <w:szCs w:val="28"/>
              </w:rPr>
              <w:t xml:space="preserve"> - </w:t>
            </w:r>
            <w:proofErr w:type="spellStart"/>
            <w:r w:rsidRPr="007911BE">
              <w:rPr>
                <w:sz w:val="16"/>
                <w:szCs w:val="28"/>
              </w:rPr>
              <w:t>Алания</w:t>
            </w:r>
            <w:proofErr w:type="spellEnd"/>
          </w:p>
        </w:tc>
        <w:tc>
          <w:tcPr>
            <w:tcW w:w="0" w:type="auto"/>
            <w:vAlign w:val="center"/>
          </w:tcPr>
          <w:p w14:paraId="23D700D6"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0A47DACD" w14:textId="77777777" w:rsidR="00F12170" w:rsidRPr="007911BE" w:rsidRDefault="00000000">
            <w:pPr>
              <w:ind w:firstLine="0"/>
              <w:jc w:val="center"/>
              <w:rPr>
                <w:sz w:val="16"/>
                <w:szCs w:val="28"/>
              </w:rPr>
            </w:pPr>
            <w:r w:rsidRPr="007911BE">
              <w:rPr>
                <w:sz w:val="16"/>
                <w:szCs w:val="28"/>
              </w:rPr>
              <w:t>15.9</w:t>
            </w:r>
          </w:p>
        </w:tc>
        <w:tc>
          <w:tcPr>
            <w:tcW w:w="0" w:type="auto"/>
            <w:vAlign w:val="center"/>
          </w:tcPr>
          <w:p w14:paraId="01A1A1C6" w14:textId="77777777" w:rsidR="00F12170" w:rsidRPr="007911BE" w:rsidRDefault="00000000">
            <w:pPr>
              <w:ind w:firstLine="0"/>
              <w:jc w:val="center"/>
              <w:rPr>
                <w:sz w:val="16"/>
                <w:szCs w:val="28"/>
              </w:rPr>
            </w:pPr>
            <w:r w:rsidRPr="007911BE">
              <w:rPr>
                <w:sz w:val="16"/>
                <w:szCs w:val="28"/>
              </w:rPr>
              <w:t>1.53</w:t>
            </w:r>
          </w:p>
        </w:tc>
        <w:tc>
          <w:tcPr>
            <w:tcW w:w="0" w:type="auto"/>
            <w:vAlign w:val="center"/>
          </w:tcPr>
          <w:p w14:paraId="30C7DE5B" w14:textId="77777777" w:rsidR="00F12170" w:rsidRPr="007911BE" w:rsidRDefault="00000000">
            <w:pPr>
              <w:ind w:firstLine="0"/>
              <w:jc w:val="center"/>
              <w:rPr>
                <w:sz w:val="16"/>
                <w:szCs w:val="28"/>
              </w:rPr>
            </w:pPr>
            <w:r w:rsidRPr="007911BE">
              <w:rPr>
                <w:sz w:val="16"/>
                <w:szCs w:val="28"/>
              </w:rPr>
              <w:t>0.51</w:t>
            </w:r>
          </w:p>
        </w:tc>
        <w:tc>
          <w:tcPr>
            <w:tcW w:w="0" w:type="auto"/>
            <w:vAlign w:val="center"/>
          </w:tcPr>
          <w:p w14:paraId="7EAA1017" w14:textId="77777777" w:rsidR="00F12170" w:rsidRPr="007911BE" w:rsidRDefault="00000000">
            <w:pPr>
              <w:ind w:firstLine="0"/>
              <w:jc w:val="center"/>
              <w:rPr>
                <w:sz w:val="16"/>
                <w:szCs w:val="28"/>
              </w:rPr>
            </w:pPr>
            <w:r w:rsidRPr="007911BE">
              <w:rPr>
                <w:sz w:val="16"/>
                <w:szCs w:val="28"/>
              </w:rPr>
              <w:t>5.5</w:t>
            </w:r>
          </w:p>
        </w:tc>
        <w:tc>
          <w:tcPr>
            <w:tcW w:w="0" w:type="auto"/>
            <w:vAlign w:val="center"/>
          </w:tcPr>
          <w:p w14:paraId="5D382F30" w14:textId="77777777" w:rsidR="00F12170" w:rsidRPr="007911BE" w:rsidRDefault="00000000">
            <w:pPr>
              <w:ind w:firstLine="0"/>
              <w:jc w:val="center"/>
              <w:rPr>
                <w:sz w:val="16"/>
                <w:szCs w:val="28"/>
              </w:rPr>
            </w:pPr>
            <w:r w:rsidRPr="007911BE">
              <w:rPr>
                <w:sz w:val="16"/>
                <w:szCs w:val="28"/>
              </w:rPr>
              <w:t>3.9</w:t>
            </w:r>
          </w:p>
        </w:tc>
      </w:tr>
      <w:tr w:rsidR="00F12170" w:rsidRPr="007911BE" w14:paraId="592CD665" w14:textId="77777777" w:rsidTr="00B408C8">
        <w:trPr>
          <w:jc w:val="center"/>
        </w:trPr>
        <w:tc>
          <w:tcPr>
            <w:tcW w:w="0" w:type="auto"/>
            <w:vAlign w:val="center"/>
          </w:tcPr>
          <w:p w14:paraId="29BFC539"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Татарстан</w:t>
            </w:r>
            <w:proofErr w:type="spellEnd"/>
          </w:p>
        </w:tc>
        <w:tc>
          <w:tcPr>
            <w:tcW w:w="0" w:type="auto"/>
            <w:vAlign w:val="center"/>
          </w:tcPr>
          <w:p w14:paraId="3CFDE2D1"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72F32DDC" w14:textId="77777777" w:rsidR="00F12170" w:rsidRPr="007911BE" w:rsidRDefault="00000000">
            <w:pPr>
              <w:ind w:firstLine="0"/>
              <w:jc w:val="center"/>
              <w:rPr>
                <w:sz w:val="16"/>
                <w:szCs w:val="28"/>
              </w:rPr>
            </w:pPr>
            <w:r w:rsidRPr="007911BE">
              <w:rPr>
                <w:sz w:val="16"/>
                <w:szCs w:val="28"/>
              </w:rPr>
              <w:t>8.6</w:t>
            </w:r>
          </w:p>
        </w:tc>
        <w:tc>
          <w:tcPr>
            <w:tcW w:w="0" w:type="auto"/>
            <w:vAlign w:val="center"/>
          </w:tcPr>
          <w:p w14:paraId="76334B20" w14:textId="77777777" w:rsidR="00F12170" w:rsidRPr="007911BE" w:rsidRDefault="00000000">
            <w:pPr>
              <w:ind w:firstLine="0"/>
              <w:jc w:val="center"/>
              <w:rPr>
                <w:sz w:val="16"/>
                <w:szCs w:val="28"/>
              </w:rPr>
            </w:pPr>
            <w:r w:rsidRPr="007911BE">
              <w:rPr>
                <w:sz w:val="16"/>
                <w:szCs w:val="28"/>
              </w:rPr>
              <w:t>1.43</w:t>
            </w:r>
          </w:p>
        </w:tc>
        <w:tc>
          <w:tcPr>
            <w:tcW w:w="0" w:type="auto"/>
            <w:vAlign w:val="center"/>
          </w:tcPr>
          <w:p w14:paraId="28D614B8" w14:textId="77777777" w:rsidR="00F12170" w:rsidRPr="007911BE" w:rsidRDefault="00000000">
            <w:pPr>
              <w:ind w:firstLine="0"/>
              <w:jc w:val="center"/>
              <w:rPr>
                <w:sz w:val="16"/>
                <w:szCs w:val="28"/>
              </w:rPr>
            </w:pPr>
            <w:r w:rsidRPr="007911BE">
              <w:rPr>
                <w:sz w:val="16"/>
                <w:szCs w:val="28"/>
              </w:rPr>
              <w:t>0.32</w:t>
            </w:r>
          </w:p>
        </w:tc>
        <w:tc>
          <w:tcPr>
            <w:tcW w:w="0" w:type="auto"/>
            <w:vAlign w:val="center"/>
          </w:tcPr>
          <w:p w14:paraId="37E5A7B1" w14:textId="77777777" w:rsidR="00F12170" w:rsidRPr="007911BE" w:rsidRDefault="00000000">
            <w:pPr>
              <w:ind w:firstLine="0"/>
              <w:jc w:val="center"/>
              <w:rPr>
                <w:sz w:val="16"/>
                <w:szCs w:val="28"/>
              </w:rPr>
            </w:pPr>
            <w:r w:rsidRPr="007911BE">
              <w:rPr>
                <w:sz w:val="16"/>
                <w:szCs w:val="28"/>
              </w:rPr>
              <w:t>1.9</w:t>
            </w:r>
          </w:p>
        </w:tc>
        <w:tc>
          <w:tcPr>
            <w:tcW w:w="0" w:type="auto"/>
            <w:vAlign w:val="center"/>
          </w:tcPr>
          <w:p w14:paraId="005F0AC5" w14:textId="77777777" w:rsidR="00F12170" w:rsidRPr="007911BE" w:rsidRDefault="00000000">
            <w:pPr>
              <w:ind w:firstLine="0"/>
              <w:jc w:val="center"/>
              <w:rPr>
                <w:sz w:val="16"/>
                <w:szCs w:val="28"/>
              </w:rPr>
            </w:pPr>
            <w:r w:rsidRPr="007911BE">
              <w:rPr>
                <w:sz w:val="16"/>
                <w:szCs w:val="28"/>
              </w:rPr>
              <w:t>14.72</w:t>
            </w:r>
          </w:p>
        </w:tc>
      </w:tr>
      <w:tr w:rsidR="00F12170" w:rsidRPr="007911BE" w14:paraId="4467BCD4" w14:textId="77777777" w:rsidTr="00B408C8">
        <w:trPr>
          <w:jc w:val="center"/>
        </w:trPr>
        <w:tc>
          <w:tcPr>
            <w:tcW w:w="0" w:type="auto"/>
            <w:vAlign w:val="center"/>
          </w:tcPr>
          <w:p w14:paraId="2829CEB0"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Тыва</w:t>
            </w:r>
            <w:proofErr w:type="spellEnd"/>
          </w:p>
        </w:tc>
        <w:tc>
          <w:tcPr>
            <w:tcW w:w="0" w:type="auto"/>
            <w:vAlign w:val="center"/>
          </w:tcPr>
          <w:p w14:paraId="66EB10AC"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62EB9569" w14:textId="77777777" w:rsidR="00F12170" w:rsidRPr="007911BE" w:rsidRDefault="00000000">
            <w:pPr>
              <w:ind w:firstLine="0"/>
              <w:jc w:val="center"/>
              <w:rPr>
                <w:sz w:val="16"/>
                <w:szCs w:val="28"/>
              </w:rPr>
            </w:pPr>
            <w:r w:rsidRPr="007911BE">
              <w:rPr>
                <w:sz w:val="16"/>
                <w:szCs w:val="28"/>
              </w:rPr>
              <w:t>26.7</w:t>
            </w:r>
          </w:p>
        </w:tc>
        <w:tc>
          <w:tcPr>
            <w:tcW w:w="0" w:type="auto"/>
            <w:vAlign w:val="center"/>
          </w:tcPr>
          <w:p w14:paraId="02CFD1D0" w14:textId="77777777" w:rsidR="00F12170" w:rsidRPr="007911BE" w:rsidRDefault="00000000">
            <w:pPr>
              <w:ind w:firstLine="0"/>
              <w:jc w:val="center"/>
              <w:rPr>
                <w:sz w:val="16"/>
                <w:szCs w:val="28"/>
              </w:rPr>
            </w:pPr>
            <w:r w:rsidRPr="007911BE">
              <w:rPr>
                <w:sz w:val="16"/>
                <w:szCs w:val="28"/>
              </w:rPr>
              <w:t>2.2</w:t>
            </w:r>
          </w:p>
        </w:tc>
        <w:tc>
          <w:tcPr>
            <w:tcW w:w="0" w:type="auto"/>
            <w:vAlign w:val="center"/>
          </w:tcPr>
          <w:p w14:paraId="79B0C4EB" w14:textId="77777777" w:rsidR="00F12170" w:rsidRPr="007911BE" w:rsidRDefault="00000000">
            <w:pPr>
              <w:ind w:firstLine="0"/>
              <w:jc w:val="center"/>
              <w:rPr>
                <w:sz w:val="16"/>
                <w:szCs w:val="28"/>
              </w:rPr>
            </w:pPr>
            <w:r w:rsidRPr="007911BE">
              <w:rPr>
                <w:sz w:val="16"/>
                <w:szCs w:val="28"/>
              </w:rPr>
              <w:t>0.99</w:t>
            </w:r>
          </w:p>
        </w:tc>
        <w:tc>
          <w:tcPr>
            <w:tcW w:w="0" w:type="auto"/>
            <w:vAlign w:val="center"/>
          </w:tcPr>
          <w:p w14:paraId="0D7F5999" w14:textId="77777777" w:rsidR="00F12170" w:rsidRPr="007911BE" w:rsidRDefault="00000000">
            <w:pPr>
              <w:ind w:firstLine="0"/>
              <w:jc w:val="center"/>
              <w:rPr>
                <w:sz w:val="16"/>
                <w:szCs w:val="28"/>
              </w:rPr>
            </w:pPr>
            <w:r w:rsidRPr="007911BE">
              <w:rPr>
                <w:sz w:val="16"/>
                <w:szCs w:val="28"/>
              </w:rPr>
              <w:t>4.4</w:t>
            </w:r>
          </w:p>
        </w:tc>
        <w:tc>
          <w:tcPr>
            <w:tcW w:w="0" w:type="auto"/>
            <w:vAlign w:val="center"/>
          </w:tcPr>
          <w:p w14:paraId="699CEE1D" w14:textId="77777777" w:rsidR="00F12170" w:rsidRPr="007911BE" w:rsidRDefault="00000000">
            <w:pPr>
              <w:ind w:firstLine="0"/>
              <w:jc w:val="center"/>
              <w:rPr>
                <w:sz w:val="16"/>
                <w:szCs w:val="28"/>
              </w:rPr>
            </w:pPr>
            <w:r w:rsidRPr="007911BE">
              <w:rPr>
                <w:sz w:val="16"/>
                <w:szCs w:val="28"/>
              </w:rPr>
              <w:t>12</w:t>
            </w:r>
          </w:p>
        </w:tc>
      </w:tr>
      <w:tr w:rsidR="00F12170" w:rsidRPr="007911BE" w14:paraId="7C04217E" w14:textId="77777777" w:rsidTr="00B408C8">
        <w:trPr>
          <w:jc w:val="center"/>
        </w:trPr>
        <w:tc>
          <w:tcPr>
            <w:tcW w:w="0" w:type="auto"/>
            <w:vAlign w:val="center"/>
          </w:tcPr>
          <w:p w14:paraId="5AC3F93D"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Хакасия</w:t>
            </w:r>
            <w:proofErr w:type="spellEnd"/>
          </w:p>
        </w:tc>
        <w:tc>
          <w:tcPr>
            <w:tcW w:w="0" w:type="auto"/>
            <w:vAlign w:val="center"/>
          </w:tcPr>
          <w:p w14:paraId="2B3D8C67"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73400CD4" w14:textId="77777777" w:rsidR="00F12170" w:rsidRPr="007911BE" w:rsidRDefault="00000000">
            <w:pPr>
              <w:ind w:firstLine="0"/>
              <w:jc w:val="center"/>
              <w:rPr>
                <w:sz w:val="16"/>
                <w:szCs w:val="28"/>
              </w:rPr>
            </w:pPr>
            <w:r w:rsidRPr="007911BE">
              <w:rPr>
                <w:sz w:val="16"/>
                <w:szCs w:val="28"/>
              </w:rPr>
              <w:t>19.7</w:t>
            </w:r>
          </w:p>
        </w:tc>
        <w:tc>
          <w:tcPr>
            <w:tcW w:w="0" w:type="auto"/>
            <w:vAlign w:val="center"/>
          </w:tcPr>
          <w:p w14:paraId="7B3910CE" w14:textId="77777777" w:rsidR="00F12170" w:rsidRPr="007911BE" w:rsidRDefault="00000000">
            <w:pPr>
              <w:ind w:firstLine="0"/>
              <w:jc w:val="center"/>
              <w:rPr>
                <w:sz w:val="16"/>
                <w:szCs w:val="28"/>
              </w:rPr>
            </w:pPr>
            <w:r w:rsidRPr="007911BE">
              <w:rPr>
                <w:sz w:val="16"/>
                <w:szCs w:val="28"/>
              </w:rPr>
              <w:t>1.43</w:t>
            </w:r>
          </w:p>
        </w:tc>
        <w:tc>
          <w:tcPr>
            <w:tcW w:w="0" w:type="auto"/>
            <w:vAlign w:val="center"/>
          </w:tcPr>
          <w:p w14:paraId="5746AF56" w14:textId="77777777" w:rsidR="00F12170" w:rsidRPr="007911BE" w:rsidRDefault="00000000">
            <w:pPr>
              <w:ind w:firstLine="0"/>
              <w:jc w:val="center"/>
              <w:rPr>
                <w:sz w:val="16"/>
                <w:szCs w:val="28"/>
              </w:rPr>
            </w:pPr>
            <w:r w:rsidRPr="007911BE">
              <w:rPr>
                <w:sz w:val="16"/>
                <w:szCs w:val="28"/>
              </w:rPr>
              <w:t>0.43</w:t>
            </w:r>
          </w:p>
        </w:tc>
        <w:tc>
          <w:tcPr>
            <w:tcW w:w="0" w:type="auto"/>
            <w:vAlign w:val="center"/>
          </w:tcPr>
          <w:p w14:paraId="4DC163DD" w14:textId="77777777" w:rsidR="00F12170" w:rsidRPr="007911BE" w:rsidRDefault="00000000">
            <w:pPr>
              <w:ind w:firstLine="0"/>
              <w:jc w:val="center"/>
              <w:rPr>
                <w:sz w:val="16"/>
                <w:szCs w:val="28"/>
              </w:rPr>
            </w:pPr>
            <w:r w:rsidRPr="007911BE">
              <w:rPr>
                <w:sz w:val="16"/>
                <w:szCs w:val="28"/>
              </w:rPr>
              <w:t>2.5</w:t>
            </w:r>
          </w:p>
        </w:tc>
        <w:tc>
          <w:tcPr>
            <w:tcW w:w="0" w:type="auto"/>
            <w:vAlign w:val="center"/>
          </w:tcPr>
          <w:p w14:paraId="0F20E529" w14:textId="77777777" w:rsidR="00F12170" w:rsidRPr="007911BE" w:rsidRDefault="00000000">
            <w:pPr>
              <w:ind w:firstLine="0"/>
              <w:jc w:val="center"/>
              <w:rPr>
                <w:sz w:val="16"/>
                <w:szCs w:val="28"/>
              </w:rPr>
            </w:pPr>
            <w:r w:rsidRPr="007911BE">
              <w:rPr>
                <w:sz w:val="16"/>
                <w:szCs w:val="28"/>
              </w:rPr>
              <w:t>4.51</w:t>
            </w:r>
          </w:p>
        </w:tc>
      </w:tr>
      <w:tr w:rsidR="00F12170" w:rsidRPr="007911BE" w14:paraId="3C5CDC39" w14:textId="77777777" w:rsidTr="00B408C8">
        <w:trPr>
          <w:jc w:val="center"/>
        </w:trPr>
        <w:tc>
          <w:tcPr>
            <w:tcW w:w="0" w:type="auto"/>
            <w:vAlign w:val="center"/>
          </w:tcPr>
          <w:p w14:paraId="4585E98A" w14:textId="77777777" w:rsidR="00F12170" w:rsidRPr="007911BE" w:rsidRDefault="00000000">
            <w:pPr>
              <w:ind w:firstLine="0"/>
              <w:jc w:val="left"/>
              <w:rPr>
                <w:sz w:val="16"/>
                <w:szCs w:val="28"/>
              </w:rPr>
            </w:pPr>
            <w:proofErr w:type="spellStart"/>
            <w:r w:rsidRPr="007911BE">
              <w:rPr>
                <w:sz w:val="16"/>
                <w:szCs w:val="28"/>
              </w:rPr>
              <w:t>Ростовская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D5D3C42"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3CDD83BF" w14:textId="77777777" w:rsidR="00F12170" w:rsidRPr="007911BE" w:rsidRDefault="00000000">
            <w:pPr>
              <w:ind w:firstLine="0"/>
              <w:jc w:val="center"/>
              <w:rPr>
                <w:sz w:val="16"/>
                <w:szCs w:val="28"/>
              </w:rPr>
            </w:pPr>
            <w:r w:rsidRPr="007911BE">
              <w:rPr>
                <w:sz w:val="16"/>
                <w:szCs w:val="28"/>
              </w:rPr>
              <w:t>17.5</w:t>
            </w:r>
          </w:p>
        </w:tc>
        <w:tc>
          <w:tcPr>
            <w:tcW w:w="0" w:type="auto"/>
            <w:vAlign w:val="center"/>
          </w:tcPr>
          <w:p w14:paraId="19141313" w14:textId="77777777" w:rsidR="00F12170" w:rsidRPr="007911BE" w:rsidRDefault="00000000">
            <w:pPr>
              <w:ind w:firstLine="0"/>
              <w:jc w:val="center"/>
              <w:rPr>
                <w:sz w:val="16"/>
                <w:szCs w:val="28"/>
              </w:rPr>
            </w:pPr>
            <w:r w:rsidRPr="007911BE">
              <w:rPr>
                <w:sz w:val="16"/>
                <w:szCs w:val="28"/>
              </w:rPr>
              <w:t>1.25</w:t>
            </w:r>
          </w:p>
        </w:tc>
        <w:tc>
          <w:tcPr>
            <w:tcW w:w="0" w:type="auto"/>
            <w:vAlign w:val="center"/>
          </w:tcPr>
          <w:p w14:paraId="322C8DD4" w14:textId="77777777" w:rsidR="00F12170" w:rsidRPr="007911BE" w:rsidRDefault="00000000">
            <w:pPr>
              <w:ind w:firstLine="0"/>
              <w:jc w:val="center"/>
              <w:rPr>
                <w:sz w:val="16"/>
                <w:szCs w:val="28"/>
              </w:rPr>
            </w:pPr>
            <w:r w:rsidRPr="007911BE">
              <w:rPr>
                <w:sz w:val="16"/>
                <w:szCs w:val="28"/>
              </w:rPr>
              <w:t>0.28</w:t>
            </w:r>
          </w:p>
        </w:tc>
        <w:tc>
          <w:tcPr>
            <w:tcW w:w="0" w:type="auto"/>
            <w:vAlign w:val="center"/>
          </w:tcPr>
          <w:p w14:paraId="7249D441" w14:textId="77777777" w:rsidR="00F12170" w:rsidRPr="007911BE" w:rsidRDefault="00000000">
            <w:pPr>
              <w:ind w:firstLine="0"/>
              <w:jc w:val="center"/>
              <w:rPr>
                <w:sz w:val="16"/>
                <w:szCs w:val="28"/>
              </w:rPr>
            </w:pPr>
            <w:r w:rsidRPr="007911BE">
              <w:rPr>
                <w:sz w:val="16"/>
                <w:szCs w:val="28"/>
              </w:rPr>
              <w:t>3.3</w:t>
            </w:r>
          </w:p>
        </w:tc>
        <w:tc>
          <w:tcPr>
            <w:tcW w:w="0" w:type="auto"/>
            <w:vAlign w:val="center"/>
          </w:tcPr>
          <w:p w14:paraId="1560C471" w14:textId="77777777" w:rsidR="00F12170" w:rsidRPr="007911BE" w:rsidRDefault="00000000">
            <w:pPr>
              <w:ind w:firstLine="0"/>
              <w:jc w:val="center"/>
              <w:rPr>
                <w:sz w:val="16"/>
                <w:szCs w:val="28"/>
              </w:rPr>
            </w:pPr>
            <w:r w:rsidRPr="007911BE">
              <w:rPr>
                <w:sz w:val="16"/>
                <w:szCs w:val="28"/>
              </w:rPr>
              <w:t>2.93</w:t>
            </w:r>
          </w:p>
        </w:tc>
      </w:tr>
      <w:tr w:rsidR="00F12170" w:rsidRPr="007911BE" w14:paraId="3F7FBABF" w14:textId="77777777" w:rsidTr="00B408C8">
        <w:trPr>
          <w:jc w:val="center"/>
        </w:trPr>
        <w:tc>
          <w:tcPr>
            <w:tcW w:w="0" w:type="auto"/>
            <w:vAlign w:val="center"/>
          </w:tcPr>
          <w:p w14:paraId="517940E3" w14:textId="77777777" w:rsidR="00F12170" w:rsidRPr="007911BE" w:rsidRDefault="00000000">
            <w:pPr>
              <w:ind w:firstLine="0"/>
              <w:jc w:val="left"/>
              <w:rPr>
                <w:sz w:val="16"/>
                <w:szCs w:val="28"/>
              </w:rPr>
            </w:pPr>
            <w:proofErr w:type="spellStart"/>
            <w:r w:rsidRPr="007911BE">
              <w:rPr>
                <w:sz w:val="16"/>
                <w:szCs w:val="28"/>
              </w:rPr>
              <w:t>Рязанская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3BB1790"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2B83B3A6" w14:textId="77777777" w:rsidR="00F12170" w:rsidRPr="007911BE" w:rsidRDefault="00000000">
            <w:pPr>
              <w:ind w:firstLine="0"/>
              <w:jc w:val="center"/>
              <w:rPr>
                <w:sz w:val="16"/>
                <w:szCs w:val="28"/>
              </w:rPr>
            </w:pPr>
            <w:r w:rsidRPr="007911BE">
              <w:rPr>
                <w:sz w:val="16"/>
                <w:szCs w:val="28"/>
              </w:rPr>
              <w:t>20.9</w:t>
            </w:r>
          </w:p>
        </w:tc>
        <w:tc>
          <w:tcPr>
            <w:tcW w:w="0" w:type="auto"/>
            <w:vAlign w:val="center"/>
          </w:tcPr>
          <w:p w14:paraId="768FB3F4" w14:textId="77777777" w:rsidR="00F12170" w:rsidRPr="007911BE" w:rsidRDefault="00000000">
            <w:pPr>
              <w:ind w:firstLine="0"/>
              <w:jc w:val="center"/>
              <w:rPr>
                <w:sz w:val="16"/>
                <w:szCs w:val="28"/>
              </w:rPr>
            </w:pPr>
            <w:r w:rsidRPr="007911BE">
              <w:rPr>
                <w:sz w:val="16"/>
                <w:szCs w:val="28"/>
              </w:rPr>
              <w:t>1.12</w:t>
            </w:r>
          </w:p>
        </w:tc>
        <w:tc>
          <w:tcPr>
            <w:tcW w:w="0" w:type="auto"/>
            <w:vAlign w:val="center"/>
          </w:tcPr>
          <w:p w14:paraId="01F790E1" w14:textId="77777777" w:rsidR="00F12170" w:rsidRPr="007911BE" w:rsidRDefault="00000000">
            <w:pPr>
              <w:ind w:firstLine="0"/>
              <w:jc w:val="center"/>
              <w:rPr>
                <w:sz w:val="16"/>
                <w:szCs w:val="28"/>
              </w:rPr>
            </w:pPr>
            <w:r w:rsidRPr="007911BE">
              <w:rPr>
                <w:sz w:val="16"/>
                <w:szCs w:val="28"/>
              </w:rPr>
              <w:t>0.28</w:t>
            </w:r>
          </w:p>
        </w:tc>
        <w:tc>
          <w:tcPr>
            <w:tcW w:w="0" w:type="auto"/>
            <w:vAlign w:val="center"/>
          </w:tcPr>
          <w:p w14:paraId="117DB752" w14:textId="77777777" w:rsidR="00F12170" w:rsidRPr="007911BE" w:rsidRDefault="00000000">
            <w:pPr>
              <w:ind w:firstLine="0"/>
              <w:jc w:val="center"/>
              <w:rPr>
                <w:sz w:val="16"/>
                <w:szCs w:val="28"/>
              </w:rPr>
            </w:pPr>
            <w:r w:rsidRPr="007911BE">
              <w:rPr>
                <w:sz w:val="16"/>
                <w:szCs w:val="28"/>
              </w:rPr>
              <w:t>3.3</w:t>
            </w:r>
          </w:p>
        </w:tc>
        <w:tc>
          <w:tcPr>
            <w:tcW w:w="0" w:type="auto"/>
            <w:vAlign w:val="center"/>
          </w:tcPr>
          <w:p w14:paraId="1EEE8562" w14:textId="77777777" w:rsidR="00F12170" w:rsidRPr="007911BE" w:rsidRDefault="00000000">
            <w:pPr>
              <w:ind w:firstLine="0"/>
              <w:jc w:val="center"/>
              <w:rPr>
                <w:sz w:val="16"/>
                <w:szCs w:val="28"/>
              </w:rPr>
            </w:pPr>
            <w:r w:rsidRPr="007911BE">
              <w:rPr>
                <w:sz w:val="16"/>
                <w:szCs w:val="28"/>
              </w:rPr>
              <w:t>26.04</w:t>
            </w:r>
          </w:p>
        </w:tc>
      </w:tr>
      <w:tr w:rsidR="00F12170" w:rsidRPr="007911BE" w14:paraId="1C8BC903" w14:textId="77777777" w:rsidTr="00B408C8">
        <w:trPr>
          <w:jc w:val="center"/>
        </w:trPr>
        <w:tc>
          <w:tcPr>
            <w:tcW w:w="0" w:type="auto"/>
            <w:vAlign w:val="center"/>
          </w:tcPr>
          <w:p w14:paraId="222C096E" w14:textId="77777777" w:rsidR="00F12170" w:rsidRPr="007911BE" w:rsidRDefault="00000000">
            <w:pPr>
              <w:ind w:firstLine="0"/>
              <w:jc w:val="left"/>
              <w:rPr>
                <w:sz w:val="16"/>
                <w:szCs w:val="28"/>
              </w:rPr>
            </w:pPr>
            <w:proofErr w:type="spellStart"/>
            <w:r w:rsidRPr="007911BE">
              <w:rPr>
                <w:sz w:val="16"/>
                <w:szCs w:val="28"/>
              </w:rPr>
              <w:t>Самарская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E7284D9"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5A5F4209" w14:textId="77777777" w:rsidR="00F12170" w:rsidRPr="007911BE" w:rsidRDefault="00000000">
            <w:pPr>
              <w:ind w:firstLine="0"/>
              <w:jc w:val="center"/>
              <w:rPr>
                <w:sz w:val="16"/>
                <w:szCs w:val="28"/>
              </w:rPr>
            </w:pPr>
            <w:r w:rsidRPr="007911BE">
              <w:rPr>
                <w:sz w:val="16"/>
                <w:szCs w:val="28"/>
              </w:rPr>
              <w:t>19.4</w:t>
            </w:r>
          </w:p>
        </w:tc>
        <w:tc>
          <w:tcPr>
            <w:tcW w:w="0" w:type="auto"/>
            <w:vAlign w:val="center"/>
          </w:tcPr>
          <w:p w14:paraId="13753EDF" w14:textId="77777777" w:rsidR="00F12170" w:rsidRPr="007911BE" w:rsidRDefault="00000000">
            <w:pPr>
              <w:ind w:firstLine="0"/>
              <w:jc w:val="center"/>
              <w:rPr>
                <w:sz w:val="16"/>
                <w:szCs w:val="28"/>
              </w:rPr>
            </w:pPr>
            <w:r w:rsidRPr="007911BE">
              <w:rPr>
                <w:sz w:val="16"/>
                <w:szCs w:val="28"/>
              </w:rPr>
              <w:t>1.29</w:t>
            </w:r>
          </w:p>
        </w:tc>
        <w:tc>
          <w:tcPr>
            <w:tcW w:w="0" w:type="auto"/>
            <w:vAlign w:val="center"/>
          </w:tcPr>
          <w:p w14:paraId="13F99E32" w14:textId="77777777" w:rsidR="00F12170" w:rsidRPr="007911BE" w:rsidRDefault="00000000">
            <w:pPr>
              <w:ind w:firstLine="0"/>
              <w:jc w:val="center"/>
              <w:rPr>
                <w:sz w:val="16"/>
                <w:szCs w:val="28"/>
              </w:rPr>
            </w:pPr>
            <w:r w:rsidRPr="007911BE">
              <w:rPr>
                <w:sz w:val="16"/>
                <w:szCs w:val="28"/>
              </w:rPr>
              <w:t>0.3</w:t>
            </w:r>
          </w:p>
        </w:tc>
        <w:tc>
          <w:tcPr>
            <w:tcW w:w="0" w:type="auto"/>
            <w:vAlign w:val="center"/>
          </w:tcPr>
          <w:p w14:paraId="6A36ABF1" w14:textId="77777777" w:rsidR="00F12170" w:rsidRPr="007911BE" w:rsidRDefault="00000000">
            <w:pPr>
              <w:ind w:firstLine="0"/>
              <w:jc w:val="center"/>
              <w:rPr>
                <w:sz w:val="16"/>
                <w:szCs w:val="28"/>
              </w:rPr>
            </w:pPr>
            <w:r w:rsidRPr="007911BE">
              <w:rPr>
                <w:sz w:val="16"/>
                <w:szCs w:val="28"/>
              </w:rPr>
              <w:t>4.1</w:t>
            </w:r>
          </w:p>
        </w:tc>
        <w:tc>
          <w:tcPr>
            <w:tcW w:w="0" w:type="auto"/>
            <w:vAlign w:val="center"/>
          </w:tcPr>
          <w:p w14:paraId="4E6F3D34" w14:textId="77777777" w:rsidR="00F12170" w:rsidRPr="007911BE" w:rsidRDefault="00000000">
            <w:pPr>
              <w:ind w:firstLine="0"/>
              <w:jc w:val="center"/>
              <w:rPr>
                <w:sz w:val="16"/>
                <w:szCs w:val="28"/>
              </w:rPr>
            </w:pPr>
            <w:r w:rsidRPr="007911BE">
              <w:rPr>
                <w:sz w:val="16"/>
                <w:szCs w:val="28"/>
              </w:rPr>
              <w:t>4.05</w:t>
            </w:r>
          </w:p>
        </w:tc>
      </w:tr>
      <w:tr w:rsidR="00F12170" w:rsidRPr="007911BE" w14:paraId="0A571903" w14:textId="77777777" w:rsidTr="00B408C8">
        <w:trPr>
          <w:jc w:val="center"/>
        </w:trPr>
        <w:tc>
          <w:tcPr>
            <w:tcW w:w="0" w:type="auto"/>
            <w:vAlign w:val="center"/>
          </w:tcPr>
          <w:p w14:paraId="39AB38C1" w14:textId="77777777" w:rsidR="00F12170" w:rsidRPr="007911BE" w:rsidRDefault="00000000">
            <w:pPr>
              <w:ind w:firstLine="0"/>
              <w:jc w:val="left"/>
              <w:rPr>
                <w:sz w:val="16"/>
                <w:szCs w:val="28"/>
              </w:rPr>
            </w:pPr>
            <w:proofErr w:type="spellStart"/>
            <w:r w:rsidRPr="007911BE">
              <w:rPr>
                <w:sz w:val="16"/>
                <w:szCs w:val="28"/>
              </w:rPr>
              <w:t>Санкт-Петербург</w:t>
            </w:r>
            <w:proofErr w:type="spellEnd"/>
          </w:p>
        </w:tc>
        <w:tc>
          <w:tcPr>
            <w:tcW w:w="0" w:type="auto"/>
            <w:vAlign w:val="center"/>
          </w:tcPr>
          <w:p w14:paraId="78AD1495"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22FB9B7B" w14:textId="77777777" w:rsidR="00F12170" w:rsidRPr="007911BE" w:rsidRDefault="00000000">
            <w:pPr>
              <w:ind w:firstLine="0"/>
              <w:jc w:val="center"/>
              <w:rPr>
                <w:sz w:val="16"/>
                <w:szCs w:val="28"/>
              </w:rPr>
            </w:pPr>
            <w:r w:rsidRPr="007911BE">
              <w:rPr>
                <w:sz w:val="16"/>
                <w:szCs w:val="28"/>
              </w:rPr>
              <w:t>10.1</w:t>
            </w:r>
          </w:p>
        </w:tc>
        <w:tc>
          <w:tcPr>
            <w:tcW w:w="0" w:type="auto"/>
            <w:vAlign w:val="center"/>
          </w:tcPr>
          <w:p w14:paraId="29888132" w14:textId="77777777" w:rsidR="00F12170" w:rsidRPr="007911BE" w:rsidRDefault="00000000">
            <w:pPr>
              <w:ind w:firstLine="0"/>
              <w:jc w:val="center"/>
              <w:rPr>
                <w:sz w:val="16"/>
                <w:szCs w:val="28"/>
              </w:rPr>
            </w:pPr>
            <w:r w:rsidRPr="007911BE">
              <w:rPr>
                <w:sz w:val="16"/>
                <w:szCs w:val="28"/>
              </w:rPr>
              <w:t>1.24</w:t>
            </w:r>
          </w:p>
        </w:tc>
        <w:tc>
          <w:tcPr>
            <w:tcW w:w="0" w:type="auto"/>
            <w:vAlign w:val="center"/>
          </w:tcPr>
          <w:p w14:paraId="74D127E3" w14:textId="77777777" w:rsidR="00F12170" w:rsidRPr="007911BE" w:rsidRDefault="00000000">
            <w:pPr>
              <w:ind w:firstLine="0"/>
              <w:jc w:val="center"/>
              <w:rPr>
                <w:sz w:val="16"/>
                <w:szCs w:val="28"/>
              </w:rPr>
            </w:pPr>
            <w:r w:rsidRPr="007911BE">
              <w:rPr>
                <w:sz w:val="16"/>
                <w:szCs w:val="28"/>
              </w:rPr>
              <w:t>0.21</w:t>
            </w:r>
          </w:p>
        </w:tc>
        <w:tc>
          <w:tcPr>
            <w:tcW w:w="0" w:type="auto"/>
            <w:vAlign w:val="center"/>
          </w:tcPr>
          <w:p w14:paraId="16F42FAC" w14:textId="77777777" w:rsidR="00F12170" w:rsidRPr="007911BE" w:rsidRDefault="00000000">
            <w:pPr>
              <w:ind w:firstLine="0"/>
              <w:jc w:val="center"/>
              <w:rPr>
                <w:sz w:val="16"/>
                <w:szCs w:val="28"/>
              </w:rPr>
            </w:pPr>
            <w:r w:rsidRPr="007911BE">
              <w:rPr>
                <w:sz w:val="16"/>
                <w:szCs w:val="28"/>
              </w:rPr>
              <w:t>3.4</w:t>
            </w:r>
          </w:p>
        </w:tc>
        <w:tc>
          <w:tcPr>
            <w:tcW w:w="0" w:type="auto"/>
            <w:vAlign w:val="center"/>
          </w:tcPr>
          <w:p w14:paraId="30D584DE" w14:textId="77777777" w:rsidR="00F12170" w:rsidRPr="007911BE" w:rsidRDefault="00000000">
            <w:pPr>
              <w:ind w:firstLine="0"/>
              <w:jc w:val="center"/>
              <w:rPr>
                <w:sz w:val="16"/>
                <w:szCs w:val="28"/>
              </w:rPr>
            </w:pPr>
            <w:r w:rsidRPr="007911BE">
              <w:rPr>
                <w:sz w:val="16"/>
                <w:szCs w:val="28"/>
              </w:rPr>
              <w:t>0.73</w:t>
            </w:r>
          </w:p>
        </w:tc>
      </w:tr>
      <w:tr w:rsidR="00F12170" w:rsidRPr="007911BE" w14:paraId="450ECCD1" w14:textId="77777777" w:rsidTr="00B408C8">
        <w:trPr>
          <w:jc w:val="center"/>
        </w:trPr>
        <w:tc>
          <w:tcPr>
            <w:tcW w:w="0" w:type="auto"/>
            <w:vAlign w:val="center"/>
          </w:tcPr>
          <w:p w14:paraId="4A672BD5" w14:textId="77777777" w:rsidR="00F12170" w:rsidRPr="007911BE" w:rsidRDefault="00000000">
            <w:pPr>
              <w:ind w:firstLine="0"/>
              <w:jc w:val="left"/>
              <w:rPr>
                <w:sz w:val="16"/>
                <w:szCs w:val="28"/>
              </w:rPr>
            </w:pPr>
            <w:proofErr w:type="spellStart"/>
            <w:r w:rsidRPr="007911BE">
              <w:rPr>
                <w:sz w:val="16"/>
                <w:szCs w:val="28"/>
              </w:rPr>
              <w:t>Саратовская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3095681"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484881AF" w14:textId="77777777" w:rsidR="00F12170" w:rsidRPr="007911BE" w:rsidRDefault="00000000">
            <w:pPr>
              <w:ind w:firstLine="0"/>
              <w:jc w:val="center"/>
              <w:rPr>
                <w:sz w:val="16"/>
                <w:szCs w:val="28"/>
              </w:rPr>
            </w:pPr>
            <w:r w:rsidRPr="007911BE">
              <w:rPr>
                <w:sz w:val="16"/>
                <w:szCs w:val="28"/>
              </w:rPr>
              <w:t>17.7</w:t>
            </w:r>
          </w:p>
        </w:tc>
        <w:tc>
          <w:tcPr>
            <w:tcW w:w="0" w:type="auto"/>
            <w:vAlign w:val="center"/>
          </w:tcPr>
          <w:p w14:paraId="20A3E2EE" w14:textId="77777777" w:rsidR="00F12170" w:rsidRPr="007911BE" w:rsidRDefault="00000000">
            <w:pPr>
              <w:ind w:firstLine="0"/>
              <w:jc w:val="center"/>
              <w:rPr>
                <w:sz w:val="16"/>
                <w:szCs w:val="28"/>
              </w:rPr>
            </w:pPr>
            <w:r w:rsidRPr="007911BE">
              <w:rPr>
                <w:sz w:val="16"/>
                <w:szCs w:val="28"/>
              </w:rPr>
              <w:t>1.06</w:t>
            </w:r>
          </w:p>
        </w:tc>
        <w:tc>
          <w:tcPr>
            <w:tcW w:w="0" w:type="auto"/>
            <w:vAlign w:val="center"/>
          </w:tcPr>
          <w:p w14:paraId="4A457B75" w14:textId="77777777" w:rsidR="00F12170" w:rsidRPr="007911BE" w:rsidRDefault="00000000">
            <w:pPr>
              <w:ind w:firstLine="0"/>
              <w:jc w:val="center"/>
              <w:rPr>
                <w:sz w:val="16"/>
                <w:szCs w:val="28"/>
              </w:rPr>
            </w:pPr>
            <w:r w:rsidRPr="007911BE">
              <w:rPr>
                <w:sz w:val="16"/>
                <w:szCs w:val="28"/>
              </w:rPr>
              <w:t>0.25</w:t>
            </w:r>
          </w:p>
        </w:tc>
        <w:tc>
          <w:tcPr>
            <w:tcW w:w="0" w:type="auto"/>
            <w:vAlign w:val="center"/>
          </w:tcPr>
          <w:p w14:paraId="669E1DC7" w14:textId="77777777" w:rsidR="00F12170" w:rsidRPr="007911BE" w:rsidRDefault="00000000">
            <w:pPr>
              <w:ind w:firstLine="0"/>
              <w:jc w:val="center"/>
              <w:rPr>
                <w:sz w:val="16"/>
                <w:szCs w:val="28"/>
              </w:rPr>
            </w:pPr>
            <w:r w:rsidRPr="007911BE">
              <w:rPr>
                <w:sz w:val="16"/>
                <w:szCs w:val="28"/>
              </w:rPr>
              <w:t>2.7</w:t>
            </w:r>
          </w:p>
        </w:tc>
        <w:tc>
          <w:tcPr>
            <w:tcW w:w="0" w:type="auto"/>
            <w:vAlign w:val="center"/>
          </w:tcPr>
          <w:p w14:paraId="5AE9592C" w14:textId="77777777" w:rsidR="00F12170" w:rsidRPr="007911BE" w:rsidRDefault="00000000">
            <w:pPr>
              <w:ind w:firstLine="0"/>
              <w:jc w:val="center"/>
              <w:rPr>
                <w:sz w:val="16"/>
                <w:szCs w:val="28"/>
              </w:rPr>
            </w:pPr>
            <w:r w:rsidRPr="007911BE">
              <w:rPr>
                <w:sz w:val="16"/>
                <w:szCs w:val="28"/>
              </w:rPr>
              <w:t>1.1</w:t>
            </w:r>
          </w:p>
        </w:tc>
      </w:tr>
      <w:tr w:rsidR="00F12170" w:rsidRPr="007911BE" w14:paraId="1D7D86D3" w14:textId="77777777" w:rsidTr="00B408C8">
        <w:trPr>
          <w:jc w:val="center"/>
        </w:trPr>
        <w:tc>
          <w:tcPr>
            <w:tcW w:w="0" w:type="auto"/>
            <w:vAlign w:val="center"/>
          </w:tcPr>
          <w:p w14:paraId="63D453FA" w14:textId="77777777" w:rsidR="00F12170" w:rsidRPr="007911BE" w:rsidRDefault="00000000">
            <w:pPr>
              <w:ind w:firstLine="0"/>
              <w:jc w:val="left"/>
              <w:rPr>
                <w:sz w:val="16"/>
                <w:szCs w:val="28"/>
              </w:rPr>
            </w:pPr>
            <w:proofErr w:type="spellStart"/>
            <w:r w:rsidRPr="007911BE">
              <w:rPr>
                <w:sz w:val="16"/>
                <w:szCs w:val="28"/>
              </w:rPr>
              <w:t>Сахалинская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3A686CB"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068E05F2" w14:textId="77777777" w:rsidR="00F12170" w:rsidRPr="007911BE" w:rsidRDefault="00000000">
            <w:pPr>
              <w:ind w:firstLine="0"/>
              <w:jc w:val="center"/>
              <w:rPr>
                <w:sz w:val="16"/>
                <w:szCs w:val="28"/>
              </w:rPr>
            </w:pPr>
            <w:r w:rsidRPr="007911BE">
              <w:rPr>
                <w:sz w:val="16"/>
                <w:szCs w:val="28"/>
              </w:rPr>
              <w:t>25.1</w:t>
            </w:r>
          </w:p>
        </w:tc>
        <w:tc>
          <w:tcPr>
            <w:tcW w:w="0" w:type="auto"/>
            <w:vAlign w:val="center"/>
          </w:tcPr>
          <w:p w14:paraId="1186D37B" w14:textId="77777777" w:rsidR="00F12170" w:rsidRPr="007911BE" w:rsidRDefault="00000000">
            <w:pPr>
              <w:ind w:firstLine="0"/>
              <w:jc w:val="center"/>
              <w:rPr>
                <w:sz w:val="16"/>
                <w:szCs w:val="28"/>
              </w:rPr>
            </w:pPr>
            <w:r w:rsidRPr="007911BE">
              <w:rPr>
                <w:sz w:val="16"/>
                <w:szCs w:val="28"/>
              </w:rPr>
              <w:t>1.66</w:t>
            </w:r>
          </w:p>
        </w:tc>
        <w:tc>
          <w:tcPr>
            <w:tcW w:w="0" w:type="auto"/>
            <w:vAlign w:val="center"/>
          </w:tcPr>
          <w:p w14:paraId="7C6BE2DB" w14:textId="77777777" w:rsidR="00F12170" w:rsidRPr="007911BE" w:rsidRDefault="00000000">
            <w:pPr>
              <w:ind w:firstLine="0"/>
              <w:jc w:val="center"/>
              <w:rPr>
                <w:sz w:val="16"/>
                <w:szCs w:val="28"/>
              </w:rPr>
            </w:pPr>
            <w:r w:rsidRPr="007911BE">
              <w:rPr>
                <w:sz w:val="16"/>
                <w:szCs w:val="28"/>
              </w:rPr>
              <w:t>0.46</w:t>
            </w:r>
          </w:p>
        </w:tc>
        <w:tc>
          <w:tcPr>
            <w:tcW w:w="0" w:type="auto"/>
            <w:vAlign w:val="center"/>
          </w:tcPr>
          <w:p w14:paraId="51EAEF35" w14:textId="77777777" w:rsidR="00F12170" w:rsidRPr="007911BE" w:rsidRDefault="00000000">
            <w:pPr>
              <w:ind w:firstLine="0"/>
              <w:jc w:val="center"/>
              <w:rPr>
                <w:sz w:val="16"/>
                <w:szCs w:val="28"/>
              </w:rPr>
            </w:pPr>
            <w:r w:rsidRPr="007911BE">
              <w:rPr>
                <w:sz w:val="16"/>
                <w:szCs w:val="28"/>
              </w:rPr>
              <w:t>1.6</w:t>
            </w:r>
          </w:p>
        </w:tc>
        <w:tc>
          <w:tcPr>
            <w:tcW w:w="0" w:type="auto"/>
            <w:vAlign w:val="center"/>
          </w:tcPr>
          <w:p w14:paraId="3CE7A3A3" w14:textId="77777777" w:rsidR="00F12170" w:rsidRPr="007911BE" w:rsidRDefault="00000000">
            <w:pPr>
              <w:ind w:firstLine="0"/>
              <w:jc w:val="center"/>
              <w:rPr>
                <w:sz w:val="16"/>
                <w:szCs w:val="28"/>
              </w:rPr>
            </w:pPr>
            <w:r w:rsidRPr="007911BE">
              <w:rPr>
                <w:sz w:val="16"/>
                <w:szCs w:val="28"/>
              </w:rPr>
              <w:t>8.32</w:t>
            </w:r>
          </w:p>
        </w:tc>
      </w:tr>
      <w:tr w:rsidR="00F12170" w:rsidRPr="007911BE" w14:paraId="14727E65" w14:textId="77777777" w:rsidTr="00B408C8">
        <w:trPr>
          <w:jc w:val="center"/>
        </w:trPr>
        <w:tc>
          <w:tcPr>
            <w:tcW w:w="0" w:type="auto"/>
            <w:vAlign w:val="center"/>
          </w:tcPr>
          <w:p w14:paraId="73AA01A0" w14:textId="77777777" w:rsidR="00F12170" w:rsidRPr="007911BE" w:rsidRDefault="00000000">
            <w:pPr>
              <w:ind w:firstLine="0"/>
              <w:jc w:val="left"/>
              <w:rPr>
                <w:sz w:val="16"/>
                <w:szCs w:val="28"/>
              </w:rPr>
            </w:pPr>
            <w:proofErr w:type="spellStart"/>
            <w:r w:rsidRPr="007911BE">
              <w:rPr>
                <w:sz w:val="16"/>
                <w:szCs w:val="28"/>
              </w:rPr>
              <w:t>Свердловская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C0D4112"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038649C0" w14:textId="77777777" w:rsidR="00F12170" w:rsidRPr="007911BE" w:rsidRDefault="00000000">
            <w:pPr>
              <w:ind w:firstLine="0"/>
              <w:jc w:val="center"/>
              <w:rPr>
                <w:sz w:val="16"/>
                <w:szCs w:val="28"/>
              </w:rPr>
            </w:pPr>
            <w:r w:rsidRPr="007911BE">
              <w:rPr>
                <w:sz w:val="16"/>
                <w:szCs w:val="28"/>
              </w:rPr>
              <w:t>15.5</w:t>
            </w:r>
          </w:p>
        </w:tc>
        <w:tc>
          <w:tcPr>
            <w:tcW w:w="0" w:type="auto"/>
            <w:vAlign w:val="center"/>
          </w:tcPr>
          <w:p w14:paraId="51C8080A" w14:textId="77777777" w:rsidR="00F12170" w:rsidRPr="007911BE" w:rsidRDefault="00000000">
            <w:pPr>
              <w:ind w:firstLine="0"/>
              <w:jc w:val="center"/>
              <w:rPr>
                <w:sz w:val="16"/>
                <w:szCs w:val="28"/>
              </w:rPr>
            </w:pPr>
            <w:r w:rsidRPr="007911BE">
              <w:rPr>
                <w:sz w:val="16"/>
                <w:szCs w:val="28"/>
              </w:rPr>
              <w:t>1.46</w:t>
            </w:r>
          </w:p>
        </w:tc>
        <w:tc>
          <w:tcPr>
            <w:tcW w:w="0" w:type="auto"/>
            <w:vAlign w:val="center"/>
          </w:tcPr>
          <w:p w14:paraId="01E957CE" w14:textId="77777777" w:rsidR="00F12170" w:rsidRPr="007911BE" w:rsidRDefault="00000000">
            <w:pPr>
              <w:ind w:firstLine="0"/>
              <w:jc w:val="center"/>
              <w:rPr>
                <w:sz w:val="16"/>
                <w:szCs w:val="28"/>
              </w:rPr>
            </w:pPr>
            <w:r w:rsidRPr="007911BE">
              <w:rPr>
                <w:sz w:val="16"/>
                <w:szCs w:val="28"/>
              </w:rPr>
              <w:t>0.38</w:t>
            </w:r>
          </w:p>
        </w:tc>
        <w:tc>
          <w:tcPr>
            <w:tcW w:w="0" w:type="auto"/>
            <w:vAlign w:val="center"/>
          </w:tcPr>
          <w:p w14:paraId="6FDA2A16" w14:textId="77777777" w:rsidR="00F12170" w:rsidRPr="007911BE" w:rsidRDefault="00000000">
            <w:pPr>
              <w:ind w:firstLine="0"/>
              <w:jc w:val="center"/>
              <w:rPr>
                <w:sz w:val="16"/>
                <w:szCs w:val="28"/>
              </w:rPr>
            </w:pPr>
            <w:r w:rsidRPr="007911BE">
              <w:rPr>
                <w:sz w:val="16"/>
                <w:szCs w:val="28"/>
              </w:rPr>
              <w:t>3.4</w:t>
            </w:r>
          </w:p>
        </w:tc>
        <w:tc>
          <w:tcPr>
            <w:tcW w:w="0" w:type="auto"/>
            <w:vAlign w:val="center"/>
          </w:tcPr>
          <w:p w14:paraId="1F8D8D4D" w14:textId="77777777" w:rsidR="00F12170" w:rsidRPr="007911BE" w:rsidRDefault="00000000">
            <w:pPr>
              <w:ind w:firstLine="0"/>
              <w:jc w:val="center"/>
              <w:rPr>
                <w:sz w:val="16"/>
                <w:szCs w:val="28"/>
              </w:rPr>
            </w:pPr>
            <w:r w:rsidRPr="007911BE">
              <w:rPr>
                <w:sz w:val="16"/>
                <w:szCs w:val="28"/>
              </w:rPr>
              <w:t>0.7</w:t>
            </w:r>
          </w:p>
        </w:tc>
      </w:tr>
      <w:tr w:rsidR="00F12170" w:rsidRPr="007911BE" w14:paraId="0F6A7152" w14:textId="77777777" w:rsidTr="00B408C8">
        <w:trPr>
          <w:jc w:val="center"/>
        </w:trPr>
        <w:tc>
          <w:tcPr>
            <w:tcW w:w="0" w:type="auto"/>
            <w:vAlign w:val="center"/>
          </w:tcPr>
          <w:p w14:paraId="07679DBF" w14:textId="77777777" w:rsidR="00F12170" w:rsidRPr="007911BE" w:rsidRDefault="00000000">
            <w:pPr>
              <w:ind w:firstLine="0"/>
              <w:jc w:val="left"/>
              <w:rPr>
                <w:sz w:val="16"/>
                <w:szCs w:val="28"/>
              </w:rPr>
            </w:pPr>
            <w:proofErr w:type="spellStart"/>
            <w:r w:rsidRPr="007911BE">
              <w:rPr>
                <w:sz w:val="16"/>
                <w:szCs w:val="28"/>
              </w:rPr>
              <w:t>Севастополь</w:t>
            </w:r>
            <w:proofErr w:type="spellEnd"/>
          </w:p>
        </w:tc>
        <w:tc>
          <w:tcPr>
            <w:tcW w:w="0" w:type="auto"/>
            <w:vAlign w:val="center"/>
          </w:tcPr>
          <w:p w14:paraId="2D1B4C94"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0B559958" w14:textId="77777777" w:rsidR="00F12170" w:rsidRPr="007911BE" w:rsidRDefault="00000000">
            <w:pPr>
              <w:ind w:firstLine="0"/>
              <w:jc w:val="center"/>
              <w:rPr>
                <w:sz w:val="16"/>
                <w:szCs w:val="28"/>
              </w:rPr>
            </w:pPr>
            <w:r w:rsidRPr="007911BE">
              <w:rPr>
                <w:sz w:val="16"/>
                <w:szCs w:val="28"/>
              </w:rPr>
              <w:t>30.2</w:t>
            </w:r>
          </w:p>
        </w:tc>
        <w:tc>
          <w:tcPr>
            <w:tcW w:w="0" w:type="auto"/>
            <w:vAlign w:val="center"/>
          </w:tcPr>
          <w:p w14:paraId="6DE874B2" w14:textId="77777777" w:rsidR="00F12170" w:rsidRPr="007911BE" w:rsidRDefault="00000000">
            <w:pPr>
              <w:ind w:firstLine="0"/>
              <w:jc w:val="center"/>
              <w:rPr>
                <w:sz w:val="16"/>
                <w:szCs w:val="28"/>
              </w:rPr>
            </w:pPr>
            <w:r w:rsidRPr="007911BE">
              <w:rPr>
                <w:sz w:val="16"/>
                <w:szCs w:val="28"/>
              </w:rPr>
              <w:t>1.07</w:t>
            </w:r>
          </w:p>
        </w:tc>
        <w:tc>
          <w:tcPr>
            <w:tcW w:w="0" w:type="auto"/>
            <w:vAlign w:val="center"/>
          </w:tcPr>
          <w:p w14:paraId="09D1C58E" w14:textId="77777777" w:rsidR="00F12170" w:rsidRPr="007911BE" w:rsidRDefault="00000000">
            <w:pPr>
              <w:ind w:firstLine="0"/>
              <w:jc w:val="center"/>
              <w:rPr>
                <w:sz w:val="16"/>
                <w:szCs w:val="28"/>
              </w:rPr>
            </w:pPr>
            <w:r w:rsidRPr="007911BE">
              <w:rPr>
                <w:sz w:val="16"/>
                <w:szCs w:val="28"/>
              </w:rPr>
              <w:t>0.19</w:t>
            </w:r>
          </w:p>
        </w:tc>
        <w:tc>
          <w:tcPr>
            <w:tcW w:w="0" w:type="auto"/>
            <w:vAlign w:val="center"/>
          </w:tcPr>
          <w:p w14:paraId="4F9499D9" w14:textId="77777777" w:rsidR="00F12170" w:rsidRPr="007911BE" w:rsidRDefault="00000000">
            <w:pPr>
              <w:ind w:firstLine="0"/>
              <w:jc w:val="center"/>
              <w:rPr>
                <w:sz w:val="16"/>
                <w:szCs w:val="28"/>
              </w:rPr>
            </w:pPr>
            <w:r w:rsidRPr="007911BE">
              <w:rPr>
                <w:sz w:val="16"/>
                <w:szCs w:val="28"/>
              </w:rPr>
              <w:t>1.8</w:t>
            </w:r>
          </w:p>
        </w:tc>
        <w:tc>
          <w:tcPr>
            <w:tcW w:w="0" w:type="auto"/>
            <w:vAlign w:val="center"/>
          </w:tcPr>
          <w:p w14:paraId="12DEFBB1" w14:textId="77777777" w:rsidR="00F12170" w:rsidRPr="007911BE" w:rsidRDefault="00000000">
            <w:pPr>
              <w:ind w:firstLine="0"/>
              <w:jc w:val="center"/>
              <w:rPr>
                <w:sz w:val="16"/>
                <w:szCs w:val="28"/>
              </w:rPr>
            </w:pPr>
            <w:r w:rsidRPr="007911BE">
              <w:rPr>
                <w:sz w:val="16"/>
                <w:szCs w:val="28"/>
              </w:rPr>
              <w:t>4.3</w:t>
            </w:r>
          </w:p>
        </w:tc>
      </w:tr>
      <w:tr w:rsidR="00F12170" w:rsidRPr="007911BE" w14:paraId="064F81FA" w14:textId="77777777" w:rsidTr="00B408C8">
        <w:trPr>
          <w:jc w:val="center"/>
        </w:trPr>
        <w:tc>
          <w:tcPr>
            <w:tcW w:w="0" w:type="auto"/>
            <w:vAlign w:val="center"/>
          </w:tcPr>
          <w:p w14:paraId="018A1D3A" w14:textId="77777777" w:rsidR="00F12170" w:rsidRPr="007911BE" w:rsidRDefault="00000000">
            <w:pPr>
              <w:ind w:firstLine="0"/>
              <w:jc w:val="left"/>
              <w:rPr>
                <w:sz w:val="16"/>
                <w:szCs w:val="28"/>
              </w:rPr>
            </w:pPr>
            <w:proofErr w:type="spellStart"/>
            <w:r w:rsidRPr="007911BE">
              <w:rPr>
                <w:sz w:val="16"/>
                <w:szCs w:val="28"/>
              </w:rPr>
              <w:t>Смоленская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A8FE3A8"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D1D769A" w14:textId="77777777" w:rsidR="00F12170" w:rsidRPr="007911BE" w:rsidRDefault="00000000">
            <w:pPr>
              <w:ind w:firstLine="0"/>
              <w:jc w:val="center"/>
              <w:rPr>
                <w:sz w:val="16"/>
                <w:szCs w:val="28"/>
              </w:rPr>
            </w:pPr>
            <w:r w:rsidRPr="007911BE">
              <w:rPr>
                <w:sz w:val="16"/>
                <w:szCs w:val="28"/>
              </w:rPr>
              <w:t>17.5</w:t>
            </w:r>
          </w:p>
        </w:tc>
        <w:tc>
          <w:tcPr>
            <w:tcW w:w="0" w:type="auto"/>
            <w:vAlign w:val="center"/>
          </w:tcPr>
          <w:p w14:paraId="1E5BDDBB"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55620D5" w14:textId="77777777" w:rsidR="00F12170" w:rsidRPr="007911BE" w:rsidRDefault="00000000">
            <w:pPr>
              <w:ind w:firstLine="0"/>
              <w:jc w:val="center"/>
              <w:rPr>
                <w:sz w:val="16"/>
                <w:szCs w:val="28"/>
              </w:rPr>
            </w:pPr>
            <w:r w:rsidRPr="007911BE">
              <w:rPr>
                <w:sz w:val="16"/>
                <w:szCs w:val="28"/>
              </w:rPr>
              <w:t>0.23</w:t>
            </w:r>
          </w:p>
        </w:tc>
        <w:tc>
          <w:tcPr>
            <w:tcW w:w="0" w:type="auto"/>
            <w:vAlign w:val="center"/>
          </w:tcPr>
          <w:p w14:paraId="14365350" w14:textId="77777777" w:rsidR="00F12170" w:rsidRPr="007911BE" w:rsidRDefault="00000000">
            <w:pPr>
              <w:ind w:firstLine="0"/>
              <w:jc w:val="center"/>
              <w:rPr>
                <w:sz w:val="16"/>
                <w:szCs w:val="28"/>
              </w:rPr>
            </w:pPr>
            <w:r w:rsidRPr="007911BE">
              <w:rPr>
                <w:sz w:val="16"/>
                <w:szCs w:val="28"/>
              </w:rPr>
              <w:t>3.6</w:t>
            </w:r>
          </w:p>
        </w:tc>
        <w:tc>
          <w:tcPr>
            <w:tcW w:w="0" w:type="auto"/>
            <w:vAlign w:val="center"/>
          </w:tcPr>
          <w:p w14:paraId="0326E5EE" w14:textId="77777777" w:rsidR="00F12170" w:rsidRPr="007911BE" w:rsidRDefault="00000000">
            <w:pPr>
              <w:ind w:firstLine="0"/>
              <w:jc w:val="center"/>
              <w:rPr>
                <w:sz w:val="16"/>
                <w:szCs w:val="28"/>
              </w:rPr>
            </w:pPr>
            <w:r w:rsidRPr="007911BE">
              <w:rPr>
                <w:sz w:val="16"/>
                <w:szCs w:val="28"/>
              </w:rPr>
              <w:t>2.51</w:t>
            </w:r>
          </w:p>
        </w:tc>
      </w:tr>
      <w:tr w:rsidR="00F12170" w:rsidRPr="007911BE" w14:paraId="4839A987" w14:textId="77777777" w:rsidTr="00B408C8">
        <w:trPr>
          <w:jc w:val="center"/>
        </w:trPr>
        <w:tc>
          <w:tcPr>
            <w:tcW w:w="0" w:type="auto"/>
            <w:vAlign w:val="center"/>
          </w:tcPr>
          <w:p w14:paraId="333A153C" w14:textId="77777777" w:rsidR="00F12170" w:rsidRPr="007911BE" w:rsidRDefault="00000000">
            <w:pPr>
              <w:ind w:firstLine="0"/>
              <w:jc w:val="left"/>
              <w:rPr>
                <w:sz w:val="16"/>
                <w:szCs w:val="28"/>
              </w:rPr>
            </w:pPr>
            <w:proofErr w:type="spellStart"/>
            <w:r w:rsidRPr="007911BE">
              <w:rPr>
                <w:sz w:val="16"/>
                <w:szCs w:val="28"/>
              </w:rPr>
              <w:t>Ставропольский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564D7F38"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76166F87" w14:textId="77777777" w:rsidR="00F12170" w:rsidRPr="007911BE" w:rsidRDefault="00000000">
            <w:pPr>
              <w:ind w:firstLine="0"/>
              <w:jc w:val="center"/>
              <w:rPr>
                <w:sz w:val="16"/>
                <w:szCs w:val="28"/>
              </w:rPr>
            </w:pPr>
            <w:r w:rsidRPr="007911BE">
              <w:rPr>
                <w:sz w:val="16"/>
                <w:szCs w:val="28"/>
              </w:rPr>
              <w:t>20.9</w:t>
            </w:r>
          </w:p>
        </w:tc>
        <w:tc>
          <w:tcPr>
            <w:tcW w:w="0" w:type="auto"/>
            <w:vAlign w:val="center"/>
          </w:tcPr>
          <w:p w14:paraId="55C19104" w14:textId="77777777" w:rsidR="00F12170" w:rsidRPr="007911BE" w:rsidRDefault="00000000">
            <w:pPr>
              <w:ind w:firstLine="0"/>
              <w:jc w:val="center"/>
              <w:rPr>
                <w:sz w:val="16"/>
                <w:szCs w:val="28"/>
              </w:rPr>
            </w:pPr>
            <w:r w:rsidRPr="007911BE">
              <w:rPr>
                <w:sz w:val="16"/>
                <w:szCs w:val="28"/>
              </w:rPr>
              <w:t>1.23</w:t>
            </w:r>
          </w:p>
        </w:tc>
        <w:tc>
          <w:tcPr>
            <w:tcW w:w="0" w:type="auto"/>
            <w:vAlign w:val="center"/>
          </w:tcPr>
          <w:p w14:paraId="7DE533C5" w14:textId="77777777" w:rsidR="00F12170" w:rsidRPr="007911BE" w:rsidRDefault="00000000">
            <w:pPr>
              <w:ind w:firstLine="0"/>
              <w:jc w:val="center"/>
              <w:rPr>
                <w:sz w:val="16"/>
                <w:szCs w:val="28"/>
              </w:rPr>
            </w:pPr>
            <w:r w:rsidRPr="007911BE">
              <w:rPr>
                <w:sz w:val="16"/>
                <w:szCs w:val="28"/>
              </w:rPr>
              <w:t>0.36</w:t>
            </w:r>
          </w:p>
        </w:tc>
        <w:tc>
          <w:tcPr>
            <w:tcW w:w="0" w:type="auto"/>
            <w:vAlign w:val="center"/>
          </w:tcPr>
          <w:p w14:paraId="5D000D4B" w14:textId="77777777" w:rsidR="00F12170" w:rsidRPr="007911BE" w:rsidRDefault="00000000">
            <w:pPr>
              <w:ind w:firstLine="0"/>
              <w:jc w:val="center"/>
              <w:rPr>
                <w:sz w:val="16"/>
                <w:szCs w:val="28"/>
              </w:rPr>
            </w:pPr>
            <w:r w:rsidRPr="007911BE">
              <w:rPr>
                <w:sz w:val="16"/>
                <w:szCs w:val="28"/>
              </w:rPr>
              <w:t>3.9</w:t>
            </w:r>
          </w:p>
        </w:tc>
        <w:tc>
          <w:tcPr>
            <w:tcW w:w="0" w:type="auto"/>
            <w:vAlign w:val="center"/>
          </w:tcPr>
          <w:p w14:paraId="660AD27B" w14:textId="77777777" w:rsidR="00F12170" w:rsidRPr="007911BE" w:rsidRDefault="00000000">
            <w:pPr>
              <w:ind w:firstLine="0"/>
              <w:jc w:val="center"/>
              <w:rPr>
                <w:sz w:val="16"/>
                <w:szCs w:val="28"/>
              </w:rPr>
            </w:pPr>
            <w:r w:rsidRPr="007911BE">
              <w:rPr>
                <w:sz w:val="16"/>
                <w:szCs w:val="28"/>
              </w:rPr>
              <w:t>24.12</w:t>
            </w:r>
          </w:p>
        </w:tc>
      </w:tr>
      <w:tr w:rsidR="00F12170" w:rsidRPr="007911BE" w14:paraId="4FDE8EA2" w14:textId="77777777" w:rsidTr="00B408C8">
        <w:trPr>
          <w:jc w:val="center"/>
        </w:trPr>
        <w:tc>
          <w:tcPr>
            <w:tcW w:w="0" w:type="auto"/>
            <w:vAlign w:val="center"/>
          </w:tcPr>
          <w:p w14:paraId="672968A5" w14:textId="77777777" w:rsidR="00F12170" w:rsidRPr="007911BE" w:rsidRDefault="00000000">
            <w:pPr>
              <w:ind w:firstLine="0"/>
              <w:jc w:val="left"/>
              <w:rPr>
                <w:sz w:val="16"/>
                <w:szCs w:val="28"/>
              </w:rPr>
            </w:pPr>
            <w:proofErr w:type="spellStart"/>
            <w:r w:rsidRPr="007911BE">
              <w:rPr>
                <w:sz w:val="16"/>
                <w:szCs w:val="28"/>
              </w:rPr>
              <w:t>Тамбовская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AA08285"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3ABBF678" w14:textId="77777777" w:rsidR="00F12170" w:rsidRPr="007911BE" w:rsidRDefault="00000000">
            <w:pPr>
              <w:ind w:firstLine="0"/>
              <w:jc w:val="center"/>
              <w:rPr>
                <w:sz w:val="16"/>
                <w:szCs w:val="28"/>
              </w:rPr>
            </w:pPr>
            <w:r w:rsidRPr="007911BE">
              <w:rPr>
                <w:sz w:val="16"/>
                <w:szCs w:val="28"/>
              </w:rPr>
              <w:t>23.4</w:t>
            </w:r>
          </w:p>
        </w:tc>
        <w:tc>
          <w:tcPr>
            <w:tcW w:w="0" w:type="auto"/>
            <w:vAlign w:val="center"/>
          </w:tcPr>
          <w:p w14:paraId="57EB1E60" w14:textId="77777777" w:rsidR="00F12170" w:rsidRPr="007911BE" w:rsidRDefault="00000000">
            <w:pPr>
              <w:ind w:firstLine="0"/>
              <w:jc w:val="center"/>
              <w:rPr>
                <w:sz w:val="16"/>
                <w:szCs w:val="28"/>
              </w:rPr>
            </w:pPr>
            <w:r w:rsidRPr="007911BE">
              <w:rPr>
                <w:sz w:val="16"/>
                <w:szCs w:val="28"/>
              </w:rPr>
              <w:t>1.14</w:t>
            </w:r>
          </w:p>
        </w:tc>
        <w:tc>
          <w:tcPr>
            <w:tcW w:w="0" w:type="auto"/>
            <w:vAlign w:val="center"/>
          </w:tcPr>
          <w:p w14:paraId="71F93F55" w14:textId="77777777" w:rsidR="00F12170" w:rsidRPr="007911BE" w:rsidRDefault="00000000">
            <w:pPr>
              <w:ind w:firstLine="0"/>
              <w:jc w:val="center"/>
              <w:rPr>
                <w:sz w:val="16"/>
                <w:szCs w:val="28"/>
              </w:rPr>
            </w:pPr>
            <w:r w:rsidRPr="007911BE">
              <w:rPr>
                <w:sz w:val="16"/>
                <w:szCs w:val="28"/>
              </w:rPr>
              <w:t>0.28</w:t>
            </w:r>
          </w:p>
        </w:tc>
        <w:tc>
          <w:tcPr>
            <w:tcW w:w="0" w:type="auto"/>
            <w:vAlign w:val="center"/>
          </w:tcPr>
          <w:p w14:paraId="01FFA6C1" w14:textId="77777777" w:rsidR="00F12170" w:rsidRPr="007911BE" w:rsidRDefault="00000000">
            <w:pPr>
              <w:ind w:firstLine="0"/>
              <w:jc w:val="center"/>
              <w:rPr>
                <w:sz w:val="16"/>
                <w:szCs w:val="28"/>
              </w:rPr>
            </w:pPr>
            <w:r w:rsidRPr="007911BE">
              <w:rPr>
                <w:sz w:val="16"/>
                <w:szCs w:val="28"/>
              </w:rPr>
              <w:t>3.5</w:t>
            </w:r>
          </w:p>
        </w:tc>
        <w:tc>
          <w:tcPr>
            <w:tcW w:w="0" w:type="auto"/>
            <w:vAlign w:val="center"/>
          </w:tcPr>
          <w:p w14:paraId="47ACEBCA" w14:textId="77777777" w:rsidR="00F12170" w:rsidRPr="007911BE" w:rsidRDefault="00000000">
            <w:pPr>
              <w:ind w:firstLine="0"/>
              <w:jc w:val="center"/>
              <w:rPr>
                <w:sz w:val="16"/>
                <w:szCs w:val="28"/>
              </w:rPr>
            </w:pPr>
            <w:r w:rsidRPr="007911BE">
              <w:rPr>
                <w:sz w:val="16"/>
                <w:szCs w:val="28"/>
              </w:rPr>
              <w:t>24.2</w:t>
            </w:r>
          </w:p>
        </w:tc>
      </w:tr>
      <w:tr w:rsidR="00F12170" w:rsidRPr="007911BE" w14:paraId="181C3255" w14:textId="77777777" w:rsidTr="00B408C8">
        <w:trPr>
          <w:jc w:val="center"/>
        </w:trPr>
        <w:tc>
          <w:tcPr>
            <w:tcW w:w="0" w:type="auto"/>
            <w:vAlign w:val="center"/>
          </w:tcPr>
          <w:p w14:paraId="2812BD10" w14:textId="77777777" w:rsidR="00F12170" w:rsidRPr="007911BE" w:rsidRDefault="00000000">
            <w:pPr>
              <w:ind w:firstLine="0"/>
              <w:jc w:val="left"/>
              <w:rPr>
                <w:sz w:val="16"/>
                <w:szCs w:val="28"/>
              </w:rPr>
            </w:pPr>
            <w:proofErr w:type="spellStart"/>
            <w:r w:rsidRPr="007911BE">
              <w:rPr>
                <w:sz w:val="16"/>
                <w:szCs w:val="28"/>
              </w:rPr>
              <w:t>Тверская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1EBCAFA"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DD6D38D" w14:textId="77777777" w:rsidR="00F12170" w:rsidRPr="007911BE" w:rsidRDefault="00000000">
            <w:pPr>
              <w:ind w:firstLine="0"/>
              <w:jc w:val="center"/>
              <w:rPr>
                <w:sz w:val="16"/>
                <w:szCs w:val="28"/>
              </w:rPr>
            </w:pPr>
            <w:r w:rsidRPr="007911BE">
              <w:rPr>
                <w:sz w:val="16"/>
                <w:szCs w:val="28"/>
              </w:rPr>
              <w:t>25.7</w:t>
            </w:r>
          </w:p>
        </w:tc>
        <w:tc>
          <w:tcPr>
            <w:tcW w:w="0" w:type="auto"/>
            <w:vAlign w:val="center"/>
          </w:tcPr>
          <w:p w14:paraId="357EB671" w14:textId="77777777" w:rsidR="00F12170" w:rsidRPr="007911BE" w:rsidRDefault="00000000">
            <w:pPr>
              <w:ind w:firstLine="0"/>
              <w:jc w:val="center"/>
              <w:rPr>
                <w:sz w:val="16"/>
                <w:szCs w:val="28"/>
              </w:rPr>
            </w:pPr>
            <w:r w:rsidRPr="007911BE">
              <w:rPr>
                <w:sz w:val="16"/>
                <w:szCs w:val="28"/>
              </w:rPr>
              <w:t>1.23</w:t>
            </w:r>
          </w:p>
        </w:tc>
        <w:tc>
          <w:tcPr>
            <w:tcW w:w="0" w:type="auto"/>
            <w:vAlign w:val="center"/>
          </w:tcPr>
          <w:p w14:paraId="5929EE62" w14:textId="77777777" w:rsidR="00F12170" w:rsidRPr="007911BE" w:rsidRDefault="00000000">
            <w:pPr>
              <w:ind w:firstLine="0"/>
              <w:jc w:val="center"/>
              <w:rPr>
                <w:sz w:val="16"/>
                <w:szCs w:val="28"/>
              </w:rPr>
            </w:pPr>
            <w:r w:rsidRPr="007911BE">
              <w:rPr>
                <w:sz w:val="16"/>
                <w:szCs w:val="28"/>
              </w:rPr>
              <w:t>0.34</w:t>
            </w:r>
          </w:p>
        </w:tc>
        <w:tc>
          <w:tcPr>
            <w:tcW w:w="0" w:type="auto"/>
            <w:vAlign w:val="center"/>
          </w:tcPr>
          <w:p w14:paraId="38AAFD91" w14:textId="77777777" w:rsidR="00F12170" w:rsidRPr="007911BE" w:rsidRDefault="00000000">
            <w:pPr>
              <w:ind w:firstLine="0"/>
              <w:jc w:val="center"/>
              <w:rPr>
                <w:sz w:val="16"/>
                <w:szCs w:val="28"/>
              </w:rPr>
            </w:pPr>
            <w:r w:rsidRPr="007911BE">
              <w:rPr>
                <w:sz w:val="16"/>
                <w:szCs w:val="28"/>
              </w:rPr>
              <w:t>6.7</w:t>
            </w:r>
          </w:p>
        </w:tc>
        <w:tc>
          <w:tcPr>
            <w:tcW w:w="0" w:type="auto"/>
            <w:vAlign w:val="center"/>
          </w:tcPr>
          <w:p w14:paraId="12CE86F5" w14:textId="77777777" w:rsidR="00F12170" w:rsidRPr="007911BE" w:rsidRDefault="00000000">
            <w:pPr>
              <w:ind w:firstLine="0"/>
              <w:jc w:val="center"/>
              <w:rPr>
                <w:sz w:val="16"/>
                <w:szCs w:val="28"/>
              </w:rPr>
            </w:pPr>
            <w:r w:rsidRPr="007911BE">
              <w:rPr>
                <w:sz w:val="16"/>
                <w:szCs w:val="28"/>
              </w:rPr>
              <w:t>1.84</w:t>
            </w:r>
          </w:p>
        </w:tc>
      </w:tr>
      <w:tr w:rsidR="00F12170" w:rsidRPr="007911BE" w14:paraId="0952A21C" w14:textId="77777777" w:rsidTr="00B408C8">
        <w:trPr>
          <w:jc w:val="center"/>
        </w:trPr>
        <w:tc>
          <w:tcPr>
            <w:tcW w:w="0" w:type="auto"/>
            <w:vAlign w:val="center"/>
          </w:tcPr>
          <w:p w14:paraId="0CC3ABBE" w14:textId="77777777" w:rsidR="00F12170" w:rsidRPr="007911BE" w:rsidRDefault="00000000">
            <w:pPr>
              <w:ind w:firstLine="0"/>
              <w:jc w:val="left"/>
              <w:rPr>
                <w:sz w:val="16"/>
                <w:szCs w:val="28"/>
              </w:rPr>
            </w:pPr>
            <w:proofErr w:type="spellStart"/>
            <w:r w:rsidRPr="007911BE">
              <w:rPr>
                <w:sz w:val="16"/>
                <w:szCs w:val="28"/>
              </w:rPr>
              <w:t>Томская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9A048BA"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2512E3F5" w14:textId="77777777" w:rsidR="00F12170" w:rsidRPr="007911BE" w:rsidRDefault="00000000">
            <w:pPr>
              <w:ind w:firstLine="0"/>
              <w:jc w:val="center"/>
              <w:rPr>
                <w:sz w:val="16"/>
                <w:szCs w:val="28"/>
              </w:rPr>
            </w:pPr>
            <w:r w:rsidRPr="007911BE">
              <w:rPr>
                <w:sz w:val="16"/>
                <w:szCs w:val="28"/>
              </w:rPr>
              <w:t>23.4</w:t>
            </w:r>
          </w:p>
        </w:tc>
        <w:tc>
          <w:tcPr>
            <w:tcW w:w="0" w:type="auto"/>
            <w:vAlign w:val="center"/>
          </w:tcPr>
          <w:p w14:paraId="60C0066B" w14:textId="77777777" w:rsidR="00F12170" w:rsidRPr="007911BE" w:rsidRDefault="00000000">
            <w:pPr>
              <w:ind w:firstLine="0"/>
              <w:jc w:val="center"/>
              <w:rPr>
                <w:sz w:val="16"/>
                <w:szCs w:val="28"/>
              </w:rPr>
            </w:pPr>
            <w:r w:rsidRPr="007911BE">
              <w:rPr>
                <w:sz w:val="16"/>
                <w:szCs w:val="28"/>
              </w:rPr>
              <w:t>1.13</w:t>
            </w:r>
          </w:p>
        </w:tc>
        <w:tc>
          <w:tcPr>
            <w:tcW w:w="0" w:type="auto"/>
            <w:vAlign w:val="center"/>
          </w:tcPr>
          <w:p w14:paraId="41C31D99" w14:textId="77777777" w:rsidR="00F12170" w:rsidRPr="007911BE" w:rsidRDefault="00000000">
            <w:pPr>
              <w:ind w:firstLine="0"/>
              <w:jc w:val="center"/>
              <w:rPr>
                <w:sz w:val="16"/>
                <w:szCs w:val="28"/>
              </w:rPr>
            </w:pPr>
            <w:r w:rsidRPr="007911BE">
              <w:rPr>
                <w:sz w:val="16"/>
                <w:szCs w:val="28"/>
              </w:rPr>
              <w:t>0.28</w:t>
            </w:r>
          </w:p>
        </w:tc>
        <w:tc>
          <w:tcPr>
            <w:tcW w:w="0" w:type="auto"/>
            <w:vAlign w:val="center"/>
          </w:tcPr>
          <w:p w14:paraId="7553518B" w14:textId="77777777" w:rsidR="00F12170" w:rsidRPr="007911BE" w:rsidRDefault="00000000">
            <w:pPr>
              <w:ind w:firstLine="0"/>
              <w:jc w:val="center"/>
              <w:rPr>
                <w:sz w:val="16"/>
                <w:szCs w:val="28"/>
              </w:rPr>
            </w:pPr>
            <w:r w:rsidRPr="007911BE">
              <w:rPr>
                <w:sz w:val="16"/>
                <w:szCs w:val="28"/>
              </w:rPr>
              <w:t>3.9</w:t>
            </w:r>
          </w:p>
        </w:tc>
        <w:tc>
          <w:tcPr>
            <w:tcW w:w="0" w:type="auto"/>
            <w:vAlign w:val="center"/>
          </w:tcPr>
          <w:p w14:paraId="186C2EF8" w14:textId="77777777" w:rsidR="00F12170" w:rsidRPr="007911BE" w:rsidRDefault="00000000">
            <w:pPr>
              <w:ind w:firstLine="0"/>
              <w:jc w:val="center"/>
              <w:rPr>
                <w:sz w:val="16"/>
                <w:szCs w:val="28"/>
              </w:rPr>
            </w:pPr>
            <w:r w:rsidRPr="007911BE">
              <w:rPr>
                <w:sz w:val="16"/>
                <w:szCs w:val="28"/>
              </w:rPr>
              <w:t>2.64</w:t>
            </w:r>
          </w:p>
        </w:tc>
      </w:tr>
      <w:tr w:rsidR="00F12170" w:rsidRPr="007911BE" w14:paraId="51BA315E" w14:textId="77777777" w:rsidTr="00B408C8">
        <w:trPr>
          <w:jc w:val="center"/>
        </w:trPr>
        <w:tc>
          <w:tcPr>
            <w:tcW w:w="0" w:type="auto"/>
            <w:vAlign w:val="center"/>
          </w:tcPr>
          <w:p w14:paraId="4221C09F" w14:textId="77777777" w:rsidR="00F12170" w:rsidRPr="007911BE" w:rsidRDefault="00000000">
            <w:pPr>
              <w:ind w:firstLine="0"/>
              <w:jc w:val="left"/>
              <w:rPr>
                <w:sz w:val="16"/>
                <w:szCs w:val="28"/>
              </w:rPr>
            </w:pPr>
            <w:proofErr w:type="spellStart"/>
            <w:r w:rsidRPr="007911BE">
              <w:rPr>
                <w:sz w:val="16"/>
                <w:szCs w:val="28"/>
              </w:rPr>
              <w:t>Тульская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3E7734C"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13EF4CB" w14:textId="77777777" w:rsidR="00F12170" w:rsidRPr="007911BE" w:rsidRDefault="00000000">
            <w:pPr>
              <w:ind w:firstLine="0"/>
              <w:jc w:val="center"/>
              <w:rPr>
                <w:sz w:val="16"/>
                <w:szCs w:val="28"/>
              </w:rPr>
            </w:pPr>
            <w:r w:rsidRPr="007911BE">
              <w:rPr>
                <w:sz w:val="16"/>
                <w:szCs w:val="28"/>
              </w:rPr>
              <w:t>12</w:t>
            </w:r>
          </w:p>
        </w:tc>
        <w:tc>
          <w:tcPr>
            <w:tcW w:w="0" w:type="auto"/>
            <w:vAlign w:val="center"/>
          </w:tcPr>
          <w:p w14:paraId="6741BC7A" w14:textId="77777777" w:rsidR="00F12170" w:rsidRPr="007911BE" w:rsidRDefault="00000000">
            <w:pPr>
              <w:ind w:firstLine="0"/>
              <w:jc w:val="center"/>
              <w:rPr>
                <w:sz w:val="16"/>
                <w:szCs w:val="28"/>
              </w:rPr>
            </w:pPr>
            <w:r w:rsidRPr="007911BE">
              <w:rPr>
                <w:sz w:val="16"/>
                <w:szCs w:val="28"/>
              </w:rPr>
              <w:t>1.13</w:t>
            </w:r>
          </w:p>
        </w:tc>
        <w:tc>
          <w:tcPr>
            <w:tcW w:w="0" w:type="auto"/>
            <w:vAlign w:val="center"/>
          </w:tcPr>
          <w:p w14:paraId="5FE87F05" w14:textId="77777777" w:rsidR="00F12170" w:rsidRPr="007911BE" w:rsidRDefault="00000000">
            <w:pPr>
              <w:ind w:firstLine="0"/>
              <w:jc w:val="center"/>
              <w:rPr>
                <w:sz w:val="16"/>
                <w:szCs w:val="28"/>
              </w:rPr>
            </w:pPr>
            <w:r w:rsidRPr="007911BE">
              <w:rPr>
                <w:sz w:val="16"/>
                <w:szCs w:val="28"/>
              </w:rPr>
              <w:t>0.27</w:t>
            </w:r>
          </w:p>
        </w:tc>
        <w:tc>
          <w:tcPr>
            <w:tcW w:w="0" w:type="auto"/>
            <w:vAlign w:val="center"/>
          </w:tcPr>
          <w:p w14:paraId="755DBAEE" w14:textId="77777777" w:rsidR="00F12170" w:rsidRPr="007911BE" w:rsidRDefault="00000000">
            <w:pPr>
              <w:ind w:firstLine="0"/>
              <w:jc w:val="center"/>
              <w:rPr>
                <w:sz w:val="16"/>
                <w:szCs w:val="28"/>
              </w:rPr>
            </w:pPr>
            <w:r w:rsidRPr="007911BE">
              <w:rPr>
                <w:sz w:val="16"/>
                <w:szCs w:val="28"/>
              </w:rPr>
              <w:t>3.1</w:t>
            </w:r>
          </w:p>
        </w:tc>
        <w:tc>
          <w:tcPr>
            <w:tcW w:w="0" w:type="auto"/>
            <w:vAlign w:val="center"/>
          </w:tcPr>
          <w:p w14:paraId="27D92DAE" w14:textId="77777777" w:rsidR="00F12170" w:rsidRPr="007911BE" w:rsidRDefault="00000000">
            <w:pPr>
              <w:ind w:firstLine="0"/>
              <w:jc w:val="center"/>
              <w:rPr>
                <w:sz w:val="16"/>
                <w:szCs w:val="28"/>
              </w:rPr>
            </w:pPr>
            <w:r w:rsidRPr="007911BE">
              <w:rPr>
                <w:sz w:val="16"/>
                <w:szCs w:val="28"/>
              </w:rPr>
              <w:t>29.05</w:t>
            </w:r>
          </w:p>
        </w:tc>
      </w:tr>
      <w:tr w:rsidR="00F12170" w:rsidRPr="007911BE" w14:paraId="710F4D4E" w14:textId="77777777" w:rsidTr="00B408C8">
        <w:trPr>
          <w:jc w:val="center"/>
        </w:trPr>
        <w:tc>
          <w:tcPr>
            <w:tcW w:w="0" w:type="auto"/>
            <w:vAlign w:val="center"/>
          </w:tcPr>
          <w:p w14:paraId="6F04D616" w14:textId="77777777" w:rsidR="00F12170" w:rsidRPr="007911BE" w:rsidRDefault="00000000">
            <w:pPr>
              <w:ind w:firstLine="0"/>
              <w:jc w:val="left"/>
              <w:rPr>
                <w:sz w:val="16"/>
                <w:szCs w:val="28"/>
              </w:rPr>
            </w:pPr>
            <w:proofErr w:type="spellStart"/>
            <w:r w:rsidRPr="007911BE">
              <w:rPr>
                <w:sz w:val="16"/>
                <w:szCs w:val="28"/>
              </w:rPr>
              <w:t>Тюменская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795FC42"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3FFB49F7" w14:textId="77777777" w:rsidR="00F12170" w:rsidRPr="007911BE" w:rsidRDefault="00000000">
            <w:pPr>
              <w:ind w:firstLine="0"/>
              <w:jc w:val="center"/>
              <w:rPr>
                <w:sz w:val="16"/>
                <w:szCs w:val="28"/>
              </w:rPr>
            </w:pPr>
            <w:r w:rsidRPr="007911BE">
              <w:rPr>
                <w:sz w:val="16"/>
                <w:szCs w:val="28"/>
              </w:rPr>
              <w:t>15.9</w:t>
            </w:r>
          </w:p>
        </w:tc>
        <w:tc>
          <w:tcPr>
            <w:tcW w:w="0" w:type="auto"/>
            <w:vAlign w:val="center"/>
          </w:tcPr>
          <w:p w14:paraId="26516857" w14:textId="77777777" w:rsidR="00F12170" w:rsidRPr="007911BE" w:rsidRDefault="00000000">
            <w:pPr>
              <w:ind w:firstLine="0"/>
              <w:jc w:val="center"/>
              <w:rPr>
                <w:sz w:val="16"/>
                <w:szCs w:val="28"/>
              </w:rPr>
            </w:pPr>
            <w:r w:rsidRPr="007911BE">
              <w:rPr>
                <w:sz w:val="16"/>
                <w:szCs w:val="28"/>
              </w:rPr>
              <w:t>1.7</w:t>
            </w:r>
          </w:p>
        </w:tc>
        <w:tc>
          <w:tcPr>
            <w:tcW w:w="0" w:type="auto"/>
            <w:vAlign w:val="center"/>
          </w:tcPr>
          <w:p w14:paraId="1C1CA2C1" w14:textId="77777777" w:rsidR="00F12170" w:rsidRPr="007911BE" w:rsidRDefault="00000000">
            <w:pPr>
              <w:ind w:firstLine="0"/>
              <w:jc w:val="center"/>
              <w:rPr>
                <w:sz w:val="16"/>
                <w:szCs w:val="28"/>
              </w:rPr>
            </w:pPr>
            <w:r w:rsidRPr="007911BE">
              <w:rPr>
                <w:sz w:val="16"/>
                <w:szCs w:val="28"/>
              </w:rPr>
              <w:t>0.49</w:t>
            </w:r>
          </w:p>
        </w:tc>
        <w:tc>
          <w:tcPr>
            <w:tcW w:w="0" w:type="auto"/>
            <w:vAlign w:val="center"/>
          </w:tcPr>
          <w:p w14:paraId="119C9517" w14:textId="77777777" w:rsidR="00F12170" w:rsidRPr="007911BE" w:rsidRDefault="00000000">
            <w:pPr>
              <w:ind w:firstLine="0"/>
              <w:jc w:val="center"/>
              <w:rPr>
                <w:sz w:val="16"/>
                <w:szCs w:val="28"/>
              </w:rPr>
            </w:pPr>
            <w:r w:rsidRPr="007911BE">
              <w:rPr>
                <w:sz w:val="16"/>
                <w:szCs w:val="28"/>
              </w:rPr>
              <w:t>3.9</w:t>
            </w:r>
          </w:p>
        </w:tc>
        <w:tc>
          <w:tcPr>
            <w:tcW w:w="0" w:type="auto"/>
            <w:vAlign w:val="center"/>
          </w:tcPr>
          <w:p w14:paraId="3F105811" w14:textId="77777777" w:rsidR="00F12170" w:rsidRPr="007911BE" w:rsidRDefault="00000000">
            <w:pPr>
              <w:ind w:firstLine="0"/>
              <w:jc w:val="center"/>
              <w:rPr>
                <w:sz w:val="16"/>
                <w:szCs w:val="28"/>
              </w:rPr>
            </w:pPr>
            <w:r w:rsidRPr="007911BE">
              <w:rPr>
                <w:sz w:val="16"/>
                <w:szCs w:val="28"/>
              </w:rPr>
              <w:t>7.53</w:t>
            </w:r>
          </w:p>
        </w:tc>
      </w:tr>
      <w:tr w:rsidR="00F12170" w:rsidRPr="007911BE" w14:paraId="35FB1B16" w14:textId="77777777" w:rsidTr="00B408C8">
        <w:trPr>
          <w:jc w:val="center"/>
        </w:trPr>
        <w:tc>
          <w:tcPr>
            <w:tcW w:w="0" w:type="auto"/>
            <w:vAlign w:val="center"/>
          </w:tcPr>
          <w:p w14:paraId="73158DF6" w14:textId="77777777" w:rsidR="00F12170" w:rsidRPr="007911BE" w:rsidRDefault="00000000">
            <w:pPr>
              <w:ind w:firstLine="0"/>
              <w:jc w:val="left"/>
              <w:rPr>
                <w:sz w:val="16"/>
                <w:szCs w:val="28"/>
              </w:rPr>
            </w:pPr>
            <w:proofErr w:type="spellStart"/>
            <w:r w:rsidRPr="007911BE">
              <w:rPr>
                <w:sz w:val="16"/>
                <w:szCs w:val="28"/>
              </w:rPr>
              <w:lastRenderedPageBreak/>
              <w:t>Удмуртская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1CF41479"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5AC23468" w14:textId="77777777" w:rsidR="00F12170" w:rsidRPr="007911BE" w:rsidRDefault="00000000">
            <w:pPr>
              <w:ind w:firstLine="0"/>
              <w:jc w:val="center"/>
              <w:rPr>
                <w:sz w:val="16"/>
                <w:szCs w:val="28"/>
              </w:rPr>
            </w:pPr>
            <w:r w:rsidRPr="007911BE">
              <w:rPr>
                <w:sz w:val="16"/>
                <w:szCs w:val="28"/>
              </w:rPr>
              <w:t>12.7</w:t>
            </w:r>
          </w:p>
        </w:tc>
        <w:tc>
          <w:tcPr>
            <w:tcW w:w="0" w:type="auto"/>
            <w:vAlign w:val="center"/>
          </w:tcPr>
          <w:p w14:paraId="67615A70" w14:textId="77777777" w:rsidR="00F12170" w:rsidRPr="007911BE" w:rsidRDefault="00000000">
            <w:pPr>
              <w:ind w:firstLine="0"/>
              <w:jc w:val="center"/>
              <w:rPr>
                <w:sz w:val="16"/>
                <w:szCs w:val="28"/>
              </w:rPr>
            </w:pPr>
            <w:r w:rsidRPr="007911BE">
              <w:rPr>
                <w:sz w:val="16"/>
                <w:szCs w:val="28"/>
              </w:rPr>
              <w:t>1.3</w:t>
            </w:r>
          </w:p>
        </w:tc>
        <w:tc>
          <w:tcPr>
            <w:tcW w:w="0" w:type="auto"/>
            <w:vAlign w:val="center"/>
          </w:tcPr>
          <w:p w14:paraId="1CD760AB" w14:textId="77777777" w:rsidR="00F12170" w:rsidRPr="007911BE" w:rsidRDefault="00000000">
            <w:pPr>
              <w:ind w:firstLine="0"/>
              <w:jc w:val="center"/>
              <w:rPr>
                <w:sz w:val="16"/>
                <w:szCs w:val="28"/>
              </w:rPr>
            </w:pPr>
            <w:r w:rsidRPr="007911BE">
              <w:rPr>
                <w:sz w:val="16"/>
                <w:szCs w:val="28"/>
              </w:rPr>
              <w:t>0.35</w:t>
            </w:r>
          </w:p>
        </w:tc>
        <w:tc>
          <w:tcPr>
            <w:tcW w:w="0" w:type="auto"/>
            <w:vAlign w:val="center"/>
          </w:tcPr>
          <w:p w14:paraId="0DA43BC4" w14:textId="77777777" w:rsidR="00F12170" w:rsidRPr="007911BE" w:rsidRDefault="00000000">
            <w:pPr>
              <w:ind w:firstLine="0"/>
              <w:jc w:val="center"/>
              <w:rPr>
                <w:sz w:val="16"/>
                <w:szCs w:val="28"/>
              </w:rPr>
            </w:pPr>
            <w:r w:rsidRPr="007911BE">
              <w:rPr>
                <w:sz w:val="16"/>
                <w:szCs w:val="28"/>
              </w:rPr>
              <w:t>2.5</w:t>
            </w:r>
          </w:p>
        </w:tc>
        <w:tc>
          <w:tcPr>
            <w:tcW w:w="0" w:type="auto"/>
            <w:vAlign w:val="center"/>
          </w:tcPr>
          <w:p w14:paraId="70959828" w14:textId="77777777" w:rsidR="00F12170" w:rsidRPr="007911BE" w:rsidRDefault="00000000">
            <w:pPr>
              <w:ind w:firstLine="0"/>
              <w:jc w:val="center"/>
              <w:rPr>
                <w:sz w:val="16"/>
                <w:szCs w:val="28"/>
              </w:rPr>
            </w:pPr>
            <w:r w:rsidRPr="007911BE">
              <w:rPr>
                <w:sz w:val="16"/>
                <w:szCs w:val="28"/>
              </w:rPr>
              <w:t>3.85</w:t>
            </w:r>
          </w:p>
        </w:tc>
      </w:tr>
      <w:tr w:rsidR="00F12170" w:rsidRPr="007911BE" w14:paraId="2B9774FF" w14:textId="77777777" w:rsidTr="00B408C8">
        <w:trPr>
          <w:jc w:val="center"/>
        </w:trPr>
        <w:tc>
          <w:tcPr>
            <w:tcW w:w="0" w:type="auto"/>
            <w:vAlign w:val="center"/>
          </w:tcPr>
          <w:p w14:paraId="7D4AEBD6" w14:textId="77777777" w:rsidR="00F12170" w:rsidRPr="007911BE" w:rsidRDefault="00000000">
            <w:pPr>
              <w:ind w:firstLine="0"/>
              <w:jc w:val="left"/>
              <w:rPr>
                <w:sz w:val="16"/>
                <w:szCs w:val="28"/>
              </w:rPr>
            </w:pPr>
            <w:proofErr w:type="spellStart"/>
            <w:r w:rsidRPr="007911BE">
              <w:rPr>
                <w:sz w:val="16"/>
                <w:szCs w:val="28"/>
              </w:rPr>
              <w:t>Ульяновская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E467092"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F596662" w14:textId="77777777" w:rsidR="00F12170" w:rsidRPr="007911BE" w:rsidRDefault="00000000">
            <w:pPr>
              <w:ind w:firstLine="0"/>
              <w:jc w:val="center"/>
              <w:rPr>
                <w:sz w:val="16"/>
                <w:szCs w:val="28"/>
              </w:rPr>
            </w:pPr>
            <w:r w:rsidRPr="007911BE">
              <w:rPr>
                <w:sz w:val="16"/>
                <w:szCs w:val="28"/>
              </w:rPr>
              <w:t>15.3</w:t>
            </w:r>
          </w:p>
        </w:tc>
        <w:tc>
          <w:tcPr>
            <w:tcW w:w="0" w:type="auto"/>
            <w:vAlign w:val="center"/>
          </w:tcPr>
          <w:p w14:paraId="13B9932C" w14:textId="77777777" w:rsidR="00F12170" w:rsidRPr="007911BE" w:rsidRDefault="00000000">
            <w:pPr>
              <w:ind w:firstLine="0"/>
              <w:jc w:val="center"/>
              <w:rPr>
                <w:sz w:val="16"/>
                <w:szCs w:val="28"/>
              </w:rPr>
            </w:pPr>
            <w:r w:rsidRPr="007911BE">
              <w:rPr>
                <w:sz w:val="16"/>
                <w:szCs w:val="28"/>
              </w:rPr>
              <w:t>1.22</w:t>
            </w:r>
          </w:p>
        </w:tc>
        <w:tc>
          <w:tcPr>
            <w:tcW w:w="0" w:type="auto"/>
            <w:vAlign w:val="center"/>
          </w:tcPr>
          <w:p w14:paraId="514FC318" w14:textId="77777777" w:rsidR="00F12170" w:rsidRPr="007911BE" w:rsidRDefault="00000000">
            <w:pPr>
              <w:ind w:firstLine="0"/>
              <w:jc w:val="center"/>
              <w:rPr>
                <w:sz w:val="16"/>
                <w:szCs w:val="28"/>
              </w:rPr>
            </w:pPr>
            <w:r w:rsidRPr="007911BE">
              <w:rPr>
                <w:sz w:val="16"/>
                <w:szCs w:val="28"/>
              </w:rPr>
              <w:t>0.29</w:t>
            </w:r>
          </w:p>
        </w:tc>
        <w:tc>
          <w:tcPr>
            <w:tcW w:w="0" w:type="auto"/>
            <w:vAlign w:val="center"/>
          </w:tcPr>
          <w:p w14:paraId="7BFC4DD3" w14:textId="77777777" w:rsidR="00F12170" w:rsidRPr="007911BE" w:rsidRDefault="00000000">
            <w:pPr>
              <w:ind w:firstLine="0"/>
              <w:jc w:val="center"/>
              <w:rPr>
                <w:sz w:val="16"/>
                <w:szCs w:val="28"/>
              </w:rPr>
            </w:pPr>
            <w:r w:rsidRPr="007911BE">
              <w:rPr>
                <w:sz w:val="16"/>
                <w:szCs w:val="28"/>
              </w:rPr>
              <w:t>4.8</w:t>
            </w:r>
          </w:p>
        </w:tc>
        <w:tc>
          <w:tcPr>
            <w:tcW w:w="0" w:type="auto"/>
            <w:vAlign w:val="center"/>
          </w:tcPr>
          <w:p w14:paraId="19429D41" w14:textId="77777777" w:rsidR="00F12170" w:rsidRPr="007911BE" w:rsidRDefault="00000000">
            <w:pPr>
              <w:ind w:firstLine="0"/>
              <w:jc w:val="center"/>
              <w:rPr>
                <w:sz w:val="16"/>
                <w:szCs w:val="28"/>
              </w:rPr>
            </w:pPr>
            <w:r w:rsidRPr="007911BE">
              <w:rPr>
                <w:sz w:val="16"/>
                <w:szCs w:val="28"/>
              </w:rPr>
              <w:t>8.21</w:t>
            </w:r>
          </w:p>
        </w:tc>
      </w:tr>
      <w:tr w:rsidR="00F12170" w:rsidRPr="007911BE" w14:paraId="320FED49" w14:textId="77777777" w:rsidTr="00B408C8">
        <w:trPr>
          <w:jc w:val="center"/>
        </w:trPr>
        <w:tc>
          <w:tcPr>
            <w:tcW w:w="0" w:type="auto"/>
            <w:vAlign w:val="center"/>
          </w:tcPr>
          <w:p w14:paraId="6C701ED2" w14:textId="77777777" w:rsidR="00F12170" w:rsidRPr="007911BE" w:rsidRDefault="00000000">
            <w:pPr>
              <w:ind w:firstLine="0"/>
              <w:jc w:val="left"/>
              <w:rPr>
                <w:sz w:val="16"/>
                <w:szCs w:val="28"/>
              </w:rPr>
            </w:pPr>
            <w:proofErr w:type="spellStart"/>
            <w:r w:rsidRPr="007911BE">
              <w:rPr>
                <w:sz w:val="16"/>
                <w:szCs w:val="28"/>
              </w:rPr>
              <w:t>Хабаровский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245B435F"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5C344856" w14:textId="77777777" w:rsidR="00F12170" w:rsidRPr="007911BE" w:rsidRDefault="00000000">
            <w:pPr>
              <w:ind w:firstLine="0"/>
              <w:jc w:val="center"/>
              <w:rPr>
                <w:sz w:val="16"/>
                <w:szCs w:val="28"/>
              </w:rPr>
            </w:pPr>
            <w:r w:rsidRPr="007911BE">
              <w:rPr>
                <w:sz w:val="16"/>
                <w:szCs w:val="28"/>
              </w:rPr>
              <w:t>13.8</w:t>
            </w:r>
          </w:p>
        </w:tc>
        <w:tc>
          <w:tcPr>
            <w:tcW w:w="0" w:type="auto"/>
            <w:vAlign w:val="center"/>
          </w:tcPr>
          <w:p w14:paraId="5CC7E741" w14:textId="77777777" w:rsidR="00F12170" w:rsidRPr="007911BE" w:rsidRDefault="00000000">
            <w:pPr>
              <w:ind w:firstLine="0"/>
              <w:jc w:val="center"/>
              <w:rPr>
                <w:sz w:val="16"/>
                <w:szCs w:val="28"/>
              </w:rPr>
            </w:pPr>
            <w:r w:rsidRPr="007911BE">
              <w:rPr>
                <w:sz w:val="16"/>
                <w:szCs w:val="28"/>
              </w:rPr>
              <w:t>1.38</w:t>
            </w:r>
          </w:p>
        </w:tc>
        <w:tc>
          <w:tcPr>
            <w:tcW w:w="0" w:type="auto"/>
            <w:vAlign w:val="center"/>
          </w:tcPr>
          <w:p w14:paraId="7BFF848C" w14:textId="77777777" w:rsidR="00F12170" w:rsidRPr="007911BE" w:rsidRDefault="00000000">
            <w:pPr>
              <w:ind w:firstLine="0"/>
              <w:jc w:val="center"/>
              <w:rPr>
                <w:sz w:val="16"/>
                <w:szCs w:val="28"/>
              </w:rPr>
            </w:pPr>
            <w:r w:rsidRPr="007911BE">
              <w:rPr>
                <w:sz w:val="16"/>
                <w:szCs w:val="28"/>
              </w:rPr>
              <w:t>0.38</w:t>
            </w:r>
          </w:p>
        </w:tc>
        <w:tc>
          <w:tcPr>
            <w:tcW w:w="0" w:type="auto"/>
            <w:vAlign w:val="center"/>
          </w:tcPr>
          <w:p w14:paraId="148CEA32" w14:textId="77777777" w:rsidR="00F12170" w:rsidRPr="007911BE" w:rsidRDefault="00000000">
            <w:pPr>
              <w:ind w:firstLine="0"/>
              <w:jc w:val="center"/>
              <w:rPr>
                <w:sz w:val="16"/>
                <w:szCs w:val="28"/>
              </w:rPr>
            </w:pPr>
            <w:r w:rsidRPr="007911BE">
              <w:rPr>
                <w:sz w:val="16"/>
                <w:szCs w:val="28"/>
              </w:rPr>
              <w:t>4.5</w:t>
            </w:r>
          </w:p>
        </w:tc>
        <w:tc>
          <w:tcPr>
            <w:tcW w:w="0" w:type="auto"/>
            <w:vAlign w:val="center"/>
          </w:tcPr>
          <w:p w14:paraId="7D013309" w14:textId="77777777" w:rsidR="00F12170" w:rsidRPr="007911BE" w:rsidRDefault="00000000">
            <w:pPr>
              <w:ind w:firstLine="0"/>
              <w:jc w:val="center"/>
              <w:rPr>
                <w:sz w:val="16"/>
                <w:szCs w:val="28"/>
              </w:rPr>
            </w:pPr>
            <w:r w:rsidRPr="007911BE">
              <w:rPr>
                <w:sz w:val="16"/>
                <w:szCs w:val="28"/>
              </w:rPr>
              <w:t>2.44</w:t>
            </w:r>
          </w:p>
        </w:tc>
      </w:tr>
      <w:tr w:rsidR="00F12170" w:rsidRPr="007911BE" w14:paraId="4AF14BB0" w14:textId="77777777" w:rsidTr="00B408C8">
        <w:trPr>
          <w:jc w:val="center"/>
        </w:trPr>
        <w:tc>
          <w:tcPr>
            <w:tcW w:w="0" w:type="auto"/>
            <w:vAlign w:val="center"/>
          </w:tcPr>
          <w:p w14:paraId="280EDDAA" w14:textId="77777777" w:rsidR="00F12170" w:rsidRPr="007911BE" w:rsidRDefault="00000000">
            <w:pPr>
              <w:ind w:firstLine="0"/>
              <w:jc w:val="left"/>
              <w:rPr>
                <w:sz w:val="16"/>
                <w:szCs w:val="28"/>
                <w:lang w:val="ru-RU"/>
              </w:rPr>
            </w:pPr>
            <w:r w:rsidRPr="007911BE">
              <w:rPr>
                <w:sz w:val="16"/>
                <w:szCs w:val="28"/>
                <w:lang w:val="ru-RU"/>
              </w:rPr>
              <w:t>Ханты-Мансийский автономный округ - Югра</w:t>
            </w:r>
          </w:p>
        </w:tc>
        <w:tc>
          <w:tcPr>
            <w:tcW w:w="0" w:type="auto"/>
            <w:vAlign w:val="center"/>
          </w:tcPr>
          <w:p w14:paraId="5D5A9BEC"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781C8C6A" w14:textId="77777777" w:rsidR="00F12170" w:rsidRPr="007911BE" w:rsidRDefault="00000000">
            <w:pPr>
              <w:ind w:firstLine="0"/>
              <w:jc w:val="center"/>
              <w:rPr>
                <w:sz w:val="16"/>
                <w:szCs w:val="28"/>
              </w:rPr>
            </w:pPr>
            <w:r w:rsidRPr="007911BE">
              <w:rPr>
                <w:sz w:val="16"/>
                <w:szCs w:val="28"/>
              </w:rPr>
              <w:t>7.6</w:t>
            </w:r>
          </w:p>
        </w:tc>
        <w:tc>
          <w:tcPr>
            <w:tcW w:w="0" w:type="auto"/>
            <w:vAlign w:val="center"/>
          </w:tcPr>
          <w:p w14:paraId="7A43BCFC" w14:textId="77777777" w:rsidR="00F12170" w:rsidRPr="007911BE" w:rsidRDefault="00000000">
            <w:pPr>
              <w:ind w:firstLine="0"/>
              <w:jc w:val="center"/>
              <w:rPr>
                <w:sz w:val="16"/>
                <w:szCs w:val="28"/>
              </w:rPr>
            </w:pPr>
            <w:r w:rsidRPr="007911BE">
              <w:rPr>
                <w:sz w:val="16"/>
                <w:szCs w:val="28"/>
              </w:rPr>
              <w:t>1.57</w:t>
            </w:r>
          </w:p>
        </w:tc>
        <w:tc>
          <w:tcPr>
            <w:tcW w:w="0" w:type="auto"/>
            <w:vAlign w:val="center"/>
          </w:tcPr>
          <w:p w14:paraId="13B600C4" w14:textId="77777777" w:rsidR="00F12170" w:rsidRPr="007911BE" w:rsidRDefault="00000000">
            <w:pPr>
              <w:ind w:firstLine="0"/>
              <w:jc w:val="center"/>
              <w:rPr>
                <w:sz w:val="16"/>
                <w:szCs w:val="28"/>
              </w:rPr>
            </w:pPr>
            <w:r w:rsidRPr="007911BE">
              <w:rPr>
                <w:sz w:val="16"/>
                <w:szCs w:val="28"/>
              </w:rPr>
              <w:t>0.53</w:t>
            </w:r>
          </w:p>
        </w:tc>
        <w:tc>
          <w:tcPr>
            <w:tcW w:w="0" w:type="auto"/>
            <w:vAlign w:val="center"/>
          </w:tcPr>
          <w:p w14:paraId="4848245D" w14:textId="77777777" w:rsidR="00F12170" w:rsidRPr="007911BE" w:rsidRDefault="00000000">
            <w:pPr>
              <w:ind w:firstLine="0"/>
              <w:jc w:val="center"/>
              <w:rPr>
                <w:sz w:val="16"/>
                <w:szCs w:val="28"/>
              </w:rPr>
            </w:pPr>
            <w:r w:rsidRPr="007911BE">
              <w:rPr>
                <w:sz w:val="16"/>
                <w:szCs w:val="28"/>
              </w:rPr>
              <w:t>2.8</w:t>
            </w:r>
          </w:p>
        </w:tc>
        <w:tc>
          <w:tcPr>
            <w:tcW w:w="0" w:type="auto"/>
            <w:vAlign w:val="center"/>
          </w:tcPr>
          <w:p w14:paraId="12A7D05D" w14:textId="77777777" w:rsidR="00F12170" w:rsidRPr="007911BE" w:rsidRDefault="00000000">
            <w:pPr>
              <w:ind w:firstLine="0"/>
              <w:jc w:val="center"/>
              <w:rPr>
                <w:sz w:val="16"/>
                <w:szCs w:val="28"/>
              </w:rPr>
            </w:pPr>
            <w:r w:rsidRPr="007911BE">
              <w:rPr>
                <w:sz w:val="16"/>
                <w:szCs w:val="28"/>
              </w:rPr>
              <w:t>2.32</w:t>
            </w:r>
          </w:p>
        </w:tc>
      </w:tr>
      <w:tr w:rsidR="00F12170" w:rsidRPr="007911BE" w14:paraId="08970B87" w14:textId="77777777" w:rsidTr="00B408C8">
        <w:trPr>
          <w:jc w:val="center"/>
        </w:trPr>
        <w:tc>
          <w:tcPr>
            <w:tcW w:w="0" w:type="auto"/>
            <w:vAlign w:val="center"/>
          </w:tcPr>
          <w:p w14:paraId="25F178DA" w14:textId="77777777" w:rsidR="00F12170" w:rsidRPr="007911BE" w:rsidRDefault="00000000">
            <w:pPr>
              <w:ind w:firstLine="0"/>
              <w:jc w:val="left"/>
              <w:rPr>
                <w:sz w:val="16"/>
                <w:szCs w:val="28"/>
              </w:rPr>
            </w:pPr>
            <w:proofErr w:type="spellStart"/>
            <w:r w:rsidRPr="007911BE">
              <w:rPr>
                <w:sz w:val="16"/>
                <w:szCs w:val="28"/>
              </w:rPr>
              <w:t>Херсонская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BB61BD6"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5456B602"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1D915FB1"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6D10D187"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39432C24"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610143E8" w14:textId="77777777" w:rsidR="00F12170" w:rsidRPr="007911BE" w:rsidRDefault="00000000">
            <w:pPr>
              <w:ind w:firstLine="0"/>
              <w:jc w:val="center"/>
              <w:rPr>
                <w:sz w:val="16"/>
                <w:szCs w:val="28"/>
              </w:rPr>
            </w:pPr>
            <w:r w:rsidRPr="007911BE">
              <w:rPr>
                <w:sz w:val="16"/>
                <w:szCs w:val="28"/>
              </w:rPr>
              <w:t>1.4</w:t>
            </w:r>
          </w:p>
        </w:tc>
      </w:tr>
      <w:tr w:rsidR="00F12170" w:rsidRPr="007911BE" w14:paraId="21147A8C" w14:textId="77777777" w:rsidTr="00B408C8">
        <w:trPr>
          <w:jc w:val="center"/>
        </w:trPr>
        <w:tc>
          <w:tcPr>
            <w:tcW w:w="0" w:type="auto"/>
            <w:vAlign w:val="center"/>
          </w:tcPr>
          <w:p w14:paraId="25A1F144" w14:textId="77777777" w:rsidR="00F12170" w:rsidRPr="007911BE" w:rsidRDefault="00000000">
            <w:pPr>
              <w:ind w:firstLine="0"/>
              <w:jc w:val="left"/>
              <w:rPr>
                <w:sz w:val="16"/>
                <w:szCs w:val="28"/>
              </w:rPr>
            </w:pPr>
            <w:proofErr w:type="spellStart"/>
            <w:r w:rsidRPr="007911BE">
              <w:rPr>
                <w:sz w:val="16"/>
                <w:szCs w:val="28"/>
              </w:rPr>
              <w:t>Челябинская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0B19285"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474EE9D5" w14:textId="77777777" w:rsidR="00F12170" w:rsidRPr="007911BE" w:rsidRDefault="00000000">
            <w:pPr>
              <w:ind w:firstLine="0"/>
              <w:jc w:val="center"/>
              <w:rPr>
                <w:sz w:val="16"/>
                <w:szCs w:val="28"/>
              </w:rPr>
            </w:pPr>
            <w:r w:rsidRPr="007911BE">
              <w:rPr>
                <w:sz w:val="16"/>
                <w:szCs w:val="28"/>
              </w:rPr>
              <w:t>17</w:t>
            </w:r>
          </w:p>
        </w:tc>
        <w:tc>
          <w:tcPr>
            <w:tcW w:w="0" w:type="auto"/>
            <w:vAlign w:val="center"/>
          </w:tcPr>
          <w:p w14:paraId="396D7156" w14:textId="77777777" w:rsidR="00F12170" w:rsidRPr="007911BE" w:rsidRDefault="00000000">
            <w:pPr>
              <w:ind w:firstLine="0"/>
              <w:jc w:val="center"/>
              <w:rPr>
                <w:sz w:val="16"/>
                <w:szCs w:val="28"/>
              </w:rPr>
            </w:pPr>
            <w:r w:rsidRPr="007911BE">
              <w:rPr>
                <w:sz w:val="16"/>
                <w:szCs w:val="28"/>
              </w:rPr>
              <w:t>1.37</w:t>
            </w:r>
          </w:p>
        </w:tc>
        <w:tc>
          <w:tcPr>
            <w:tcW w:w="0" w:type="auto"/>
            <w:vAlign w:val="center"/>
          </w:tcPr>
          <w:p w14:paraId="36A1CBBB" w14:textId="77777777" w:rsidR="00F12170" w:rsidRPr="007911BE" w:rsidRDefault="00000000">
            <w:pPr>
              <w:ind w:firstLine="0"/>
              <w:jc w:val="center"/>
              <w:rPr>
                <w:sz w:val="16"/>
                <w:szCs w:val="28"/>
              </w:rPr>
            </w:pPr>
            <w:r w:rsidRPr="007911BE">
              <w:rPr>
                <w:sz w:val="16"/>
                <w:szCs w:val="28"/>
              </w:rPr>
              <w:t>0.37</w:t>
            </w:r>
          </w:p>
        </w:tc>
        <w:tc>
          <w:tcPr>
            <w:tcW w:w="0" w:type="auto"/>
            <w:vAlign w:val="center"/>
          </w:tcPr>
          <w:p w14:paraId="78119674" w14:textId="77777777" w:rsidR="00F12170" w:rsidRPr="007911BE" w:rsidRDefault="00000000">
            <w:pPr>
              <w:ind w:firstLine="0"/>
              <w:jc w:val="center"/>
              <w:rPr>
                <w:sz w:val="16"/>
                <w:szCs w:val="28"/>
              </w:rPr>
            </w:pPr>
            <w:r w:rsidRPr="007911BE">
              <w:rPr>
                <w:sz w:val="16"/>
                <w:szCs w:val="28"/>
              </w:rPr>
              <w:t>3.6</w:t>
            </w:r>
          </w:p>
        </w:tc>
        <w:tc>
          <w:tcPr>
            <w:tcW w:w="0" w:type="auto"/>
            <w:vAlign w:val="center"/>
          </w:tcPr>
          <w:p w14:paraId="55C5D1F5" w14:textId="77777777" w:rsidR="00F12170" w:rsidRPr="007911BE" w:rsidRDefault="00000000">
            <w:pPr>
              <w:ind w:firstLine="0"/>
              <w:jc w:val="center"/>
              <w:rPr>
                <w:sz w:val="16"/>
                <w:szCs w:val="28"/>
              </w:rPr>
            </w:pPr>
            <w:r w:rsidRPr="007911BE">
              <w:rPr>
                <w:sz w:val="16"/>
                <w:szCs w:val="28"/>
              </w:rPr>
              <w:t>1.6</w:t>
            </w:r>
          </w:p>
        </w:tc>
      </w:tr>
      <w:tr w:rsidR="00F12170" w:rsidRPr="007911BE" w14:paraId="3E3F8A09" w14:textId="77777777" w:rsidTr="00B408C8">
        <w:trPr>
          <w:jc w:val="center"/>
        </w:trPr>
        <w:tc>
          <w:tcPr>
            <w:tcW w:w="0" w:type="auto"/>
            <w:vAlign w:val="center"/>
          </w:tcPr>
          <w:p w14:paraId="29AE1ED5" w14:textId="77777777" w:rsidR="00F12170" w:rsidRPr="007911BE" w:rsidRDefault="00000000">
            <w:pPr>
              <w:ind w:firstLine="0"/>
              <w:jc w:val="left"/>
              <w:rPr>
                <w:sz w:val="16"/>
                <w:szCs w:val="28"/>
              </w:rPr>
            </w:pPr>
            <w:proofErr w:type="spellStart"/>
            <w:r w:rsidRPr="007911BE">
              <w:rPr>
                <w:sz w:val="16"/>
                <w:szCs w:val="28"/>
              </w:rPr>
              <w:t>Чеченская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17E1A048"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45CEA7E6" w14:textId="77777777" w:rsidR="00F12170" w:rsidRPr="007911BE" w:rsidRDefault="00000000">
            <w:pPr>
              <w:ind w:firstLine="0"/>
              <w:jc w:val="center"/>
              <w:rPr>
                <w:sz w:val="16"/>
                <w:szCs w:val="28"/>
              </w:rPr>
            </w:pPr>
            <w:r w:rsidRPr="007911BE">
              <w:rPr>
                <w:sz w:val="16"/>
                <w:szCs w:val="28"/>
              </w:rPr>
              <w:t>27.9</w:t>
            </w:r>
          </w:p>
        </w:tc>
        <w:tc>
          <w:tcPr>
            <w:tcW w:w="0" w:type="auto"/>
            <w:vAlign w:val="center"/>
          </w:tcPr>
          <w:p w14:paraId="240BEFCF" w14:textId="77777777" w:rsidR="00F12170" w:rsidRPr="007911BE" w:rsidRDefault="00000000">
            <w:pPr>
              <w:ind w:firstLine="0"/>
              <w:jc w:val="center"/>
              <w:rPr>
                <w:sz w:val="16"/>
                <w:szCs w:val="28"/>
              </w:rPr>
            </w:pPr>
            <w:r w:rsidRPr="007911BE">
              <w:rPr>
                <w:sz w:val="16"/>
                <w:szCs w:val="28"/>
              </w:rPr>
              <w:t>2.54</w:t>
            </w:r>
          </w:p>
        </w:tc>
        <w:tc>
          <w:tcPr>
            <w:tcW w:w="0" w:type="auto"/>
            <w:vAlign w:val="center"/>
          </w:tcPr>
          <w:p w14:paraId="78FB9616" w14:textId="77777777" w:rsidR="00F12170" w:rsidRPr="007911BE" w:rsidRDefault="00000000">
            <w:pPr>
              <w:ind w:firstLine="0"/>
              <w:jc w:val="center"/>
              <w:rPr>
                <w:sz w:val="16"/>
                <w:szCs w:val="28"/>
              </w:rPr>
            </w:pPr>
            <w:r w:rsidRPr="007911BE">
              <w:rPr>
                <w:sz w:val="16"/>
                <w:szCs w:val="28"/>
              </w:rPr>
              <w:t>1.32</w:t>
            </w:r>
          </w:p>
        </w:tc>
        <w:tc>
          <w:tcPr>
            <w:tcW w:w="0" w:type="auto"/>
            <w:vAlign w:val="center"/>
          </w:tcPr>
          <w:p w14:paraId="66B9CB8B"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00C26F96" w14:textId="77777777" w:rsidR="00F12170" w:rsidRPr="007911BE" w:rsidRDefault="00000000">
            <w:pPr>
              <w:ind w:firstLine="0"/>
              <w:jc w:val="center"/>
              <w:rPr>
                <w:sz w:val="16"/>
                <w:szCs w:val="28"/>
              </w:rPr>
            </w:pPr>
            <w:r w:rsidRPr="007911BE">
              <w:rPr>
                <w:sz w:val="16"/>
                <w:szCs w:val="28"/>
              </w:rPr>
              <w:t>1.71</w:t>
            </w:r>
          </w:p>
        </w:tc>
      </w:tr>
      <w:tr w:rsidR="00F12170" w:rsidRPr="007911BE" w14:paraId="1A56756F" w14:textId="77777777" w:rsidTr="00B408C8">
        <w:trPr>
          <w:jc w:val="center"/>
        </w:trPr>
        <w:tc>
          <w:tcPr>
            <w:tcW w:w="0" w:type="auto"/>
            <w:vAlign w:val="center"/>
          </w:tcPr>
          <w:p w14:paraId="269F4C1F" w14:textId="77777777" w:rsidR="00F12170" w:rsidRPr="007911BE" w:rsidRDefault="00000000">
            <w:pPr>
              <w:ind w:firstLine="0"/>
              <w:jc w:val="left"/>
              <w:rPr>
                <w:sz w:val="16"/>
                <w:szCs w:val="28"/>
              </w:rPr>
            </w:pPr>
            <w:proofErr w:type="spellStart"/>
            <w:r w:rsidRPr="007911BE">
              <w:rPr>
                <w:sz w:val="16"/>
                <w:szCs w:val="28"/>
              </w:rPr>
              <w:t>Чувашская</w:t>
            </w:r>
            <w:proofErr w:type="spellEnd"/>
            <w:r w:rsidRPr="007911BE">
              <w:rPr>
                <w:sz w:val="16"/>
                <w:szCs w:val="28"/>
              </w:rPr>
              <w:t xml:space="preserve"> </w:t>
            </w:r>
            <w:proofErr w:type="spellStart"/>
            <w:r w:rsidRPr="007911BE">
              <w:rPr>
                <w:sz w:val="16"/>
                <w:szCs w:val="28"/>
              </w:rPr>
              <w:t>Республика</w:t>
            </w:r>
            <w:proofErr w:type="spellEnd"/>
            <w:r w:rsidRPr="007911BE">
              <w:rPr>
                <w:sz w:val="16"/>
                <w:szCs w:val="28"/>
              </w:rPr>
              <w:t xml:space="preserve"> - </w:t>
            </w:r>
            <w:proofErr w:type="spellStart"/>
            <w:r w:rsidRPr="007911BE">
              <w:rPr>
                <w:sz w:val="16"/>
                <w:szCs w:val="28"/>
              </w:rPr>
              <w:t>Чувашия</w:t>
            </w:r>
            <w:proofErr w:type="spellEnd"/>
          </w:p>
        </w:tc>
        <w:tc>
          <w:tcPr>
            <w:tcW w:w="0" w:type="auto"/>
            <w:vAlign w:val="center"/>
          </w:tcPr>
          <w:p w14:paraId="4837FFD4"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75E3532" w14:textId="77777777" w:rsidR="00F12170" w:rsidRPr="007911BE" w:rsidRDefault="00000000">
            <w:pPr>
              <w:ind w:firstLine="0"/>
              <w:jc w:val="center"/>
              <w:rPr>
                <w:sz w:val="16"/>
                <w:szCs w:val="28"/>
              </w:rPr>
            </w:pPr>
            <w:r w:rsidRPr="007911BE">
              <w:rPr>
                <w:sz w:val="16"/>
                <w:szCs w:val="28"/>
              </w:rPr>
              <w:t>18.1</w:t>
            </w:r>
          </w:p>
        </w:tc>
        <w:tc>
          <w:tcPr>
            <w:tcW w:w="0" w:type="auto"/>
            <w:vAlign w:val="center"/>
          </w:tcPr>
          <w:p w14:paraId="642B7616" w14:textId="77777777" w:rsidR="00F12170" w:rsidRPr="007911BE" w:rsidRDefault="00000000">
            <w:pPr>
              <w:ind w:firstLine="0"/>
              <w:jc w:val="center"/>
              <w:rPr>
                <w:sz w:val="16"/>
                <w:szCs w:val="28"/>
              </w:rPr>
            </w:pPr>
            <w:r w:rsidRPr="007911BE">
              <w:rPr>
                <w:sz w:val="16"/>
                <w:szCs w:val="28"/>
              </w:rPr>
              <w:t>1.32</w:t>
            </w:r>
          </w:p>
        </w:tc>
        <w:tc>
          <w:tcPr>
            <w:tcW w:w="0" w:type="auto"/>
            <w:vAlign w:val="center"/>
          </w:tcPr>
          <w:p w14:paraId="725E094C" w14:textId="77777777" w:rsidR="00F12170" w:rsidRPr="007911BE" w:rsidRDefault="00000000">
            <w:pPr>
              <w:ind w:firstLine="0"/>
              <w:jc w:val="center"/>
              <w:rPr>
                <w:sz w:val="16"/>
                <w:szCs w:val="28"/>
              </w:rPr>
            </w:pPr>
            <w:r w:rsidRPr="007911BE">
              <w:rPr>
                <w:sz w:val="16"/>
                <w:szCs w:val="28"/>
              </w:rPr>
              <w:t>0.36</w:t>
            </w:r>
          </w:p>
        </w:tc>
        <w:tc>
          <w:tcPr>
            <w:tcW w:w="0" w:type="auto"/>
            <w:vAlign w:val="center"/>
          </w:tcPr>
          <w:p w14:paraId="1C97AA9D" w14:textId="77777777" w:rsidR="00F12170" w:rsidRPr="007911BE" w:rsidRDefault="00000000">
            <w:pPr>
              <w:ind w:firstLine="0"/>
              <w:jc w:val="center"/>
              <w:rPr>
                <w:sz w:val="16"/>
                <w:szCs w:val="28"/>
              </w:rPr>
            </w:pPr>
            <w:r w:rsidRPr="007911BE">
              <w:rPr>
                <w:sz w:val="16"/>
                <w:szCs w:val="28"/>
              </w:rPr>
              <w:t>2.1</w:t>
            </w:r>
          </w:p>
        </w:tc>
        <w:tc>
          <w:tcPr>
            <w:tcW w:w="0" w:type="auto"/>
            <w:vAlign w:val="center"/>
          </w:tcPr>
          <w:p w14:paraId="01790236" w14:textId="77777777" w:rsidR="00F12170" w:rsidRPr="007911BE" w:rsidRDefault="00000000">
            <w:pPr>
              <w:ind w:firstLine="0"/>
              <w:jc w:val="center"/>
              <w:rPr>
                <w:sz w:val="16"/>
                <w:szCs w:val="28"/>
              </w:rPr>
            </w:pPr>
            <w:r w:rsidRPr="007911BE">
              <w:rPr>
                <w:sz w:val="16"/>
                <w:szCs w:val="28"/>
              </w:rPr>
              <w:t>1.9</w:t>
            </w:r>
          </w:p>
        </w:tc>
      </w:tr>
      <w:tr w:rsidR="00F12170" w:rsidRPr="007911BE" w14:paraId="0818EA93" w14:textId="77777777" w:rsidTr="00B408C8">
        <w:trPr>
          <w:jc w:val="center"/>
        </w:trPr>
        <w:tc>
          <w:tcPr>
            <w:tcW w:w="0" w:type="auto"/>
            <w:vAlign w:val="center"/>
          </w:tcPr>
          <w:p w14:paraId="01E3F66D" w14:textId="77777777" w:rsidR="00F12170" w:rsidRPr="007911BE" w:rsidRDefault="00000000">
            <w:pPr>
              <w:ind w:firstLine="0"/>
              <w:jc w:val="left"/>
              <w:rPr>
                <w:sz w:val="16"/>
                <w:szCs w:val="28"/>
              </w:rPr>
            </w:pPr>
            <w:proofErr w:type="spellStart"/>
            <w:r w:rsidRPr="007911BE">
              <w:rPr>
                <w:sz w:val="16"/>
                <w:szCs w:val="28"/>
              </w:rPr>
              <w:t>Чукотский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21715D13"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150C56D8" w14:textId="77777777" w:rsidR="00F12170" w:rsidRPr="007911BE" w:rsidRDefault="00000000">
            <w:pPr>
              <w:ind w:firstLine="0"/>
              <w:jc w:val="center"/>
              <w:rPr>
                <w:sz w:val="16"/>
                <w:szCs w:val="28"/>
              </w:rPr>
            </w:pPr>
            <w:r w:rsidRPr="007911BE">
              <w:rPr>
                <w:sz w:val="16"/>
                <w:szCs w:val="28"/>
              </w:rPr>
              <w:t>11.3</w:t>
            </w:r>
          </w:p>
        </w:tc>
        <w:tc>
          <w:tcPr>
            <w:tcW w:w="0" w:type="auto"/>
            <w:vAlign w:val="center"/>
          </w:tcPr>
          <w:p w14:paraId="156C6065" w14:textId="77777777" w:rsidR="00F12170" w:rsidRPr="007911BE" w:rsidRDefault="00000000">
            <w:pPr>
              <w:ind w:firstLine="0"/>
              <w:jc w:val="center"/>
              <w:rPr>
                <w:sz w:val="16"/>
                <w:szCs w:val="28"/>
              </w:rPr>
            </w:pPr>
            <w:r w:rsidRPr="007911BE">
              <w:rPr>
                <w:sz w:val="16"/>
                <w:szCs w:val="28"/>
              </w:rPr>
              <w:t>1.75</w:t>
            </w:r>
          </w:p>
        </w:tc>
        <w:tc>
          <w:tcPr>
            <w:tcW w:w="0" w:type="auto"/>
            <w:vAlign w:val="center"/>
          </w:tcPr>
          <w:p w14:paraId="79BABC32" w14:textId="77777777" w:rsidR="00F12170" w:rsidRPr="007911BE" w:rsidRDefault="00000000">
            <w:pPr>
              <w:ind w:firstLine="0"/>
              <w:jc w:val="center"/>
              <w:rPr>
                <w:sz w:val="16"/>
                <w:szCs w:val="28"/>
              </w:rPr>
            </w:pPr>
            <w:r w:rsidRPr="007911BE">
              <w:rPr>
                <w:sz w:val="16"/>
                <w:szCs w:val="28"/>
              </w:rPr>
              <w:t>0.65</w:t>
            </w:r>
          </w:p>
        </w:tc>
        <w:tc>
          <w:tcPr>
            <w:tcW w:w="0" w:type="auto"/>
            <w:vAlign w:val="center"/>
          </w:tcPr>
          <w:p w14:paraId="0BD2C6E3" w14:textId="77777777" w:rsidR="00F12170" w:rsidRPr="007911BE" w:rsidRDefault="00000000">
            <w:pPr>
              <w:ind w:firstLine="0"/>
              <w:jc w:val="center"/>
              <w:rPr>
                <w:sz w:val="16"/>
                <w:szCs w:val="28"/>
              </w:rPr>
            </w:pPr>
            <w:r w:rsidRPr="007911BE">
              <w:rPr>
                <w:sz w:val="16"/>
                <w:szCs w:val="28"/>
              </w:rPr>
              <w:t>11</w:t>
            </w:r>
          </w:p>
        </w:tc>
        <w:tc>
          <w:tcPr>
            <w:tcW w:w="0" w:type="auto"/>
            <w:vAlign w:val="center"/>
          </w:tcPr>
          <w:p w14:paraId="30249FF3" w14:textId="77777777" w:rsidR="00F12170" w:rsidRPr="007911BE" w:rsidRDefault="00000000">
            <w:pPr>
              <w:ind w:firstLine="0"/>
              <w:jc w:val="center"/>
              <w:rPr>
                <w:sz w:val="16"/>
                <w:szCs w:val="28"/>
              </w:rPr>
            </w:pPr>
            <w:r w:rsidRPr="007911BE">
              <w:rPr>
                <w:sz w:val="16"/>
                <w:szCs w:val="28"/>
              </w:rPr>
              <w:t>43.91</w:t>
            </w:r>
          </w:p>
        </w:tc>
      </w:tr>
      <w:tr w:rsidR="00F12170" w:rsidRPr="007911BE" w14:paraId="03994490" w14:textId="77777777" w:rsidTr="00B408C8">
        <w:trPr>
          <w:jc w:val="center"/>
        </w:trPr>
        <w:tc>
          <w:tcPr>
            <w:tcW w:w="0" w:type="auto"/>
            <w:vAlign w:val="center"/>
          </w:tcPr>
          <w:p w14:paraId="3EEBACD8" w14:textId="77777777" w:rsidR="00F12170" w:rsidRPr="007911BE" w:rsidRDefault="00000000">
            <w:pPr>
              <w:ind w:firstLine="0"/>
              <w:jc w:val="left"/>
              <w:rPr>
                <w:sz w:val="16"/>
                <w:szCs w:val="28"/>
              </w:rPr>
            </w:pPr>
            <w:proofErr w:type="spellStart"/>
            <w:r w:rsidRPr="007911BE">
              <w:rPr>
                <w:sz w:val="16"/>
                <w:szCs w:val="28"/>
              </w:rPr>
              <w:t>Ямало-Ненецкий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7252B115"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696071EE" w14:textId="77777777" w:rsidR="00F12170" w:rsidRPr="007911BE" w:rsidRDefault="00000000">
            <w:pPr>
              <w:ind w:firstLine="0"/>
              <w:jc w:val="center"/>
              <w:rPr>
                <w:sz w:val="16"/>
                <w:szCs w:val="28"/>
              </w:rPr>
            </w:pPr>
            <w:r w:rsidRPr="007911BE">
              <w:rPr>
                <w:sz w:val="16"/>
                <w:szCs w:val="28"/>
              </w:rPr>
              <w:t>7.3</w:t>
            </w:r>
          </w:p>
        </w:tc>
        <w:tc>
          <w:tcPr>
            <w:tcW w:w="0" w:type="auto"/>
            <w:vAlign w:val="center"/>
          </w:tcPr>
          <w:p w14:paraId="33FFA8AE"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71F6E04B" w14:textId="77777777" w:rsidR="00F12170" w:rsidRPr="007911BE" w:rsidRDefault="00000000">
            <w:pPr>
              <w:ind w:firstLine="0"/>
              <w:jc w:val="center"/>
              <w:rPr>
                <w:sz w:val="16"/>
                <w:szCs w:val="28"/>
              </w:rPr>
            </w:pPr>
            <w:r w:rsidRPr="007911BE">
              <w:rPr>
                <w:sz w:val="16"/>
                <w:szCs w:val="28"/>
              </w:rPr>
              <w:t>0.66</w:t>
            </w:r>
          </w:p>
        </w:tc>
        <w:tc>
          <w:tcPr>
            <w:tcW w:w="0" w:type="auto"/>
            <w:vAlign w:val="center"/>
          </w:tcPr>
          <w:p w14:paraId="27078938" w14:textId="77777777" w:rsidR="00F12170" w:rsidRPr="007911BE" w:rsidRDefault="00000000">
            <w:pPr>
              <w:ind w:firstLine="0"/>
              <w:jc w:val="center"/>
              <w:rPr>
                <w:sz w:val="16"/>
                <w:szCs w:val="28"/>
              </w:rPr>
            </w:pPr>
            <w:r w:rsidRPr="007911BE">
              <w:rPr>
                <w:sz w:val="16"/>
                <w:szCs w:val="28"/>
              </w:rPr>
              <w:t>3.8</w:t>
            </w:r>
          </w:p>
        </w:tc>
        <w:tc>
          <w:tcPr>
            <w:tcW w:w="0" w:type="auto"/>
            <w:vAlign w:val="center"/>
          </w:tcPr>
          <w:p w14:paraId="6727F971" w14:textId="77777777" w:rsidR="00F12170" w:rsidRPr="007911BE" w:rsidRDefault="00000000">
            <w:pPr>
              <w:ind w:firstLine="0"/>
              <w:jc w:val="center"/>
              <w:rPr>
                <w:sz w:val="16"/>
                <w:szCs w:val="28"/>
              </w:rPr>
            </w:pPr>
            <w:r w:rsidRPr="007911BE">
              <w:rPr>
                <w:sz w:val="16"/>
                <w:szCs w:val="28"/>
              </w:rPr>
              <w:t>10.81</w:t>
            </w:r>
          </w:p>
        </w:tc>
      </w:tr>
      <w:tr w:rsidR="00F12170" w:rsidRPr="007911BE" w14:paraId="1632F4D3" w14:textId="77777777" w:rsidTr="00B408C8">
        <w:trPr>
          <w:jc w:val="center"/>
        </w:trPr>
        <w:tc>
          <w:tcPr>
            <w:tcW w:w="0" w:type="auto"/>
            <w:vAlign w:val="center"/>
          </w:tcPr>
          <w:p w14:paraId="29E7F9FE" w14:textId="77777777" w:rsidR="00F12170" w:rsidRPr="007911BE" w:rsidRDefault="00000000">
            <w:pPr>
              <w:ind w:firstLine="0"/>
              <w:jc w:val="left"/>
              <w:rPr>
                <w:sz w:val="16"/>
                <w:szCs w:val="28"/>
              </w:rPr>
            </w:pPr>
            <w:proofErr w:type="spellStart"/>
            <w:r w:rsidRPr="007911BE">
              <w:rPr>
                <w:sz w:val="16"/>
                <w:szCs w:val="28"/>
              </w:rPr>
              <w:t>Ярославская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36E4929"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8F97319" w14:textId="77777777" w:rsidR="00F12170" w:rsidRPr="007911BE" w:rsidRDefault="00000000">
            <w:pPr>
              <w:ind w:firstLine="0"/>
              <w:jc w:val="center"/>
              <w:rPr>
                <w:sz w:val="16"/>
                <w:szCs w:val="28"/>
              </w:rPr>
            </w:pPr>
            <w:r w:rsidRPr="007911BE">
              <w:rPr>
                <w:sz w:val="16"/>
                <w:szCs w:val="28"/>
              </w:rPr>
              <w:t>15</w:t>
            </w:r>
          </w:p>
        </w:tc>
        <w:tc>
          <w:tcPr>
            <w:tcW w:w="0" w:type="auto"/>
            <w:vAlign w:val="center"/>
          </w:tcPr>
          <w:p w14:paraId="14C171AF" w14:textId="77777777" w:rsidR="00F12170" w:rsidRPr="007911BE" w:rsidRDefault="00000000">
            <w:pPr>
              <w:ind w:firstLine="0"/>
              <w:jc w:val="center"/>
              <w:rPr>
                <w:sz w:val="16"/>
                <w:szCs w:val="28"/>
              </w:rPr>
            </w:pPr>
            <w:r w:rsidRPr="007911BE">
              <w:rPr>
                <w:sz w:val="16"/>
                <w:szCs w:val="28"/>
              </w:rPr>
              <w:t>1.21</w:t>
            </w:r>
          </w:p>
        </w:tc>
        <w:tc>
          <w:tcPr>
            <w:tcW w:w="0" w:type="auto"/>
            <w:vAlign w:val="center"/>
          </w:tcPr>
          <w:p w14:paraId="5C32F3C1" w14:textId="77777777" w:rsidR="00F12170" w:rsidRPr="007911BE" w:rsidRDefault="00000000">
            <w:pPr>
              <w:ind w:firstLine="0"/>
              <w:jc w:val="center"/>
              <w:rPr>
                <w:sz w:val="16"/>
                <w:szCs w:val="28"/>
              </w:rPr>
            </w:pPr>
            <w:r w:rsidRPr="007911BE">
              <w:rPr>
                <w:sz w:val="16"/>
                <w:szCs w:val="28"/>
              </w:rPr>
              <w:t>0.26</w:t>
            </w:r>
          </w:p>
        </w:tc>
        <w:tc>
          <w:tcPr>
            <w:tcW w:w="0" w:type="auto"/>
            <w:vAlign w:val="center"/>
          </w:tcPr>
          <w:p w14:paraId="29BE2142" w14:textId="77777777" w:rsidR="00F12170" w:rsidRPr="007911BE" w:rsidRDefault="00000000">
            <w:pPr>
              <w:ind w:firstLine="0"/>
              <w:jc w:val="center"/>
              <w:rPr>
                <w:sz w:val="16"/>
                <w:szCs w:val="28"/>
              </w:rPr>
            </w:pPr>
            <w:r w:rsidRPr="007911BE">
              <w:rPr>
                <w:sz w:val="16"/>
                <w:szCs w:val="28"/>
              </w:rPr>
              <w:t>4.2</w:t>
            </w:r>
          </w:p>
        </w:tc>
        <w:tc>
          <w:tcPr>
            <w:tcW w:w="0" w:type="auto"/>
            <w:vAlign w:val="center"/>
          </w:tcPr>
          <w:p w14:paraId="7E0EBB43" w14:textId="77777777" w:rsidR="00F12170" w:rsidRPr="007911BE" w:rsidRDefault="00000000">
            <w:pPr>
              <w:ind w:firstLine="0"/>
              <w:jc w:val="center"/>
              <w:rPr>
                <w:sz w:val="16"/>
                <w:szCs w:val="28"/>
              </w:rPr>
            </w:pPr>
            <w:r w:rsidRPr="007911BE">
              <w:rPr>
                <w:sz w:val="16"/>
                <w:szCs w:val="28"/>
              </w:rPr>
              <w:t>1.9</w:t>
            </w:r>
          </w:p>
        </w:tc>
      </w:tr>
    </w:tbl>
    <w:p w14:paraId="3BE70351"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28770AE7" w14:textId="77777777" w:rsidR="00F12170" w:rsidRPr="007911BE" w:rsidRDefault="00000000" w:rsidP="00B408C8">
      <w:pPr>
        <w:spacing w:before="120" w:after="60"/>
        <w:ind w:firstLine="0"/>
        <w:rPr>
          <w:lang w:val="ru-RU"/>
        </w:rPr>
      </w:pPr>
      <w:r w:rsidRPr="007911BE">
        <w:rPr>
          <w:lang w:val="ru-RU"/>
        </w:rPr>
        <w:t xml:space="preserve">Таблица 14 </w:t>
      </w:r>
      <w:r w:rsidR="00387CF6" w:rsidRPr="007911BE">
        <w:rPr>
          <w:lang w:val="ru-RU"/>
        </w:rPr>
        <w:t xml:space="preserve">– </w:t>
      </w:r>
      <w:r w:rsidRPr="007911BE">
        <w:rPr>
          <w:lang w:val="ru-RU"/>
        </w:rPr>
        <w:t xml:space="preserve"> Полный медико-сервисный профиль субъектов РФ по последнему полному периоду</w:t>
      </w:r>
    </w:p>
    <w:tbl>
      <w:tblPr>
        <w:tblStyle w:val="aff0"/>
        <w:tblW w:w="0" w:type="auto"/>
        <w:jc w:val="center"/>
        <w:tblLook w:val="04A0" w:firstRow="1" w:lastRow="0" w:firstColumn="1" w:lastColumn="0" w:noHBand="0" w:noVBand="1"/>
      </w:tblPr>
      <w:tblGrid>
        <w:gridCol w:w="1881"/>
        <w:gridCol w:w="1337"/>
        <w:gridCol w:w="1649"/>
        <w:gridCol w:w="1696"/>
        <w:gridCol w:w="1556"/>
        <w:gridCol w:w="1736"/>
      </w:tblGrid>
      <w:tr w:rsidR="00F12170" w:rsidRPr="00A27575" w14:paraId="26DB3787" w14:textId="77777777" w:rsidTr="00B408C8">
        <w:trPr>
          <w:tblHeader/>
          <w:jc w:val="center"/>
        </w:trPr>
        <w:tc>
          <w:tcPr>
            <w:tcW w:w="0" w:type="auto"/>
            <w:shd w:val="clear" w:color="auto" w:fill="D9EAF7"/>
            <w:vAlign w:val="center"/>
          </w:tcPr>
          <w:p w14:paraId="79E9F68A" w14:textId="77777777" w:rsidR="00F12170" w:rsidRPr="007911BE" w:rsidRDefault="00000000">
            <w:pPr>
              <w:ind w:firstLine="0"/>
              <w:jc w:val="center"/>
              <w:rPr>
                <w:sz w:val="16"/>
                <w:szCs w:val="28"/>
              </w:rPr>
            </w:pPr>
            <w:proofErr w:type="spellStart"/>
            <w:r w:rsidRPr="007911BE">
              <w:rPr>
                <w:b/>
                <w:sz w:val="16"/>
                <w:szCs w:val="28"/>
              </w:rPr>
              <w:t>Субъект</w:t>
            </w:r>
            <w:proofErr w:type="spellEnd"/>
            <w:r w:rsidRPr="007911BE">
              <w:rPr>
                <w:b/>
                <w:sz w:val="16"/>
                <w:szCs w:val="28"/>
              </w:rPr>
              <w:t xml:space="preserve"> РФ</w:t>
            </w:r>
          </w:p>
        </w:tc>
        <w:tc>
          <w:tcPr>
            <w:tcW w:w="0" w:type="auto"/>
            <w:shd w:val="clear" w:color="auto" w:fill="D9EAF7"/>
            <w:vAlign w:val="center"/>
          </w:tcPr>
          <w:p w14:paraId="1FA3F5EF" w14:textId="77777777" w:rsidR="00F12170" w:rsidRPr="007911BE" w:rsidRDefault="00000000">
            <w:pPr>
              <w:ind w:firstLine="0"/>
              <w:jc w:val="center"/>
              <w:rPr>
                <w:sz w:val="16"/>
                <w:szCs w:val="28"/>
              </w:rPr>
            </w:pPr>
            <w:proofErr w:type="spellStart"/>
            <w:r w:rsidRPr="007911BE">
              <w:rPr>
                <w:b/>
                <w:sz w:val="16"/>
                <w:szCs w:val="28"/>
              </w:rPr>
              <w:t>Федеральный</w:t>
            </w:r>
            <w:proofErr w:type="spellEnd"/>
            <w:r w:rsidRPr="007911BE">
              <w:rPr>
                <w:b/>
                <w:sz w:val="16"/>
                <w:szCs w:val="28"/>
              </w:rPr>
              <w:t xml:space="preserve"> </w:t>
            </w:r>
            <w:proofErr w:type="spellStart"/>
            <w:r w:rsidRPr="007911BE">
              <w:rPr>
                <w:b/>
                <w:sz w:val="16"/>
                <w:szCs w:val="28"/>
              </w:rPr>
              <w:t>округ</w:t>
            </w:r>
            <w:proofErr w:type="spellEnd"/>
          </w:p>
        </w:tc>
        <w:tc>
          <w:tcPr>
            <w:tcW w:w="0" w:type="auto"/>
            <w:shd w:val="clear" w:color="auto" w:fill="D9EAF7"/>
            <w:vAlign w:val="center"/>
          </w:tcPr>
          <w:p w14:paraId="701E9794" w14:textId="77777777" w:rsidR="00F12170" w:rsidRPr="007911BE" w:rsidRDefault="00000000">
            <w:pPr>
              <w:ind w:firstLine="0"/>
              <w:jc w:val="center"/>
              <w:rPr>
                <w:sz w:val="16"/>
                <w:szCs w:val="28"/>
              </w:rPr>
            </w:pPr>
            <w:proofErr w:type="spellStart"/>
            <w:r w:rsidRPr="007911BE">
              <w:rPr>
                <w:b/>
                <w:sz w:val="16"/>
                <w:szCs w:val="28"/>
              </w:rPr>
              <w:t>Репродуктивный</w:t>
            </w:r>
            <w:proofErr w:type="spellEnd"/>
            <w:r w:rsidRPr="007911BE">
              <w:rPr>
                <w:b/>
                <w:sz w:val="16"/>
                <w:szCs w:val="28"/>
              </w:rPr>
              <w:t xml:space="preserve"> </w:t>
            </w:r>
            <w:proofErr w:type="spellStart"/>
            <w:r w:rsidRPr="007911BE">
              <w:rPr>
                <w:b/>
                <w:sz w:val="16"/>
                <w:szCs w:val="28"/>
              </w:rPr>
              <w:t>скрининг</w:t>
            </w:r>
            <w:proofErr w:type="spellEnd"/>
            <w:r w:rsidRPr="007911BE">
              <w:rPr>
                <w:b/>
                <w:sz w:val="16"/>
                <w:szCs w:val="28"/>
              </w:rPr>
              <w:t>,</w:t>
            </w:r>
            <w:r w:rsidRPr="007911BE">
              <w:rPr>
                <w:b/>
                <w:sz w:val="16"/>
                <w:szCs w:val="28"/>
              </w:rPr>
              <w:br/>
              <w:t>%, 2025</w:t>
            </w:r>
          </w:p>
        </w:tc>
        <w:tc>
          <w:tcPr>
            <w:tcW w:w="0" w:type="auto"/>
            <w:shd w:val="clear" w:color="auto" w:fill="D9EAF7"/>
            <w:vAlign w:val="center"/>
          </w:tcPr>
          <w:p w14:paraId="60AA0D16" w14:textId="77777777" w:rsidR="00F12170" w:rsidRPr="007911BE" w:rsidRDefault="00000000">
            <w:pPr>
              <w:ind w:firstLine="0"/>
              <w:jc w:val="center"/>
              <w:rPr>
                <w:sz w:val="16"/>
                <w:szCs w:val="28"/>
              </w:rPr>
            </w:pPr>
            <w:proofErr w:type="spellStart"/>
            <w:r w:rsidRPr="007911BE">
              <w:rPr>
                <w:b/>
                <w:sz w:val="16"/>
                <w:szCs w:val="28"/>
              </w:rPr>
              <w:t>Помощь</w:t>
            </w:r>
            <w:proofErr w:type="spellEnd"/>
            <w:r w:rsidRPr="007911BE">
              <w:rPr>
                <w:b/>
                <w:sz w:val="16"/>
                <w:szCs w:val="28"/>
              </w:rPr>
              <w:t xml:space="preserve"> в </w:t>
            </w:r>
            <w:proofErr w:type="spellStart"/>
            <w:r w:rsidRPr="007911BE">
              <w:rPr>
                <w:b/>
                <w:sz w:val="16"/>
                <w:szCs w:val="28"/>
              </w:rPr>
              <w:t>женских</w:t>
            </w:r>
            <w:proofErr w:type="spellEnd"/>
            <w:r w:rsidRPr="007911BE">
              <w:rPr>
                <w:b/>
                <w:sz w:val="16"/>
                <w:szCs w:val="28"/>
              </w:rPr>
              <w:t xml:space="preserve"> </w:t>
            </w:r>
            <w:proofErr w:type="spellStart"/>
            <w:r w:rsidRPr="007911BE">
              <w:rPr>
                <w:b/>
                <w:sz w:val="16"/>
                <w:szCs w:val="28"/>
              </w:rPr>
              <w:t>консультациях</w:t>
            </w:r>
            <w:proofErr w:type="spellEnd"/>
            <w:r w:rsidRPr="007911BE">
              <w:rPr>
                <w:b/>
                <w:sz w:val="16"/>
                <w:szCs w:val="28"/>
              </w:rPr>
              <w:t>,</w:t>
            </w:r>
            <w:r w:rsidRPr="007911BE">
              <w:rPr>
                <w:b/>
                <w:sz w:val="16"/>
                <w:szCs w:val="28"/>
              </w:rPr>
              <w:br/>
              <w:t>%, 2025</w:t>
            </w:r>
          </w:p>
        </w:tc>
        <w:tc>
          <w:tcPr>
            <w:tcW w:w="0" w:type="auto"/>
            <w:shd w:val="clear" w:color="auto" w:fill="D9EAF7"/>
            <w:vAlign w:val="center"/>
          </w:tcPr>
          <w:p w14:paraId="76C4FCCD" w14:textId="77777777" w:rsidR="00F12170" w:rsidRPr="007911BE" w:rsidRDefault="00000000">
            <w:pPr>
              <w:ind w:firstLine="0"/>
              <w:jc w:val="center"/>
              <w:rPr>
                <w:sz w:val="16"/>
                <w:szCs w:val="28"/>
              </w:rPr>
            </w:pPr>
            <w:proofErr w:type="spellStart"/>
            <w:r w:rsidRPr="007911BE">
              <w:rPr>
                <w:b/>
                <w:sz w:val="16"/>
                <w:szCs w:val="28"/>
              </w:rPr>
              <w:t>Диспансерное</w:t>
            </w:r>
            <w:proofErr w:type="spellEnd"/>
            <w:r w:rsidRPr="007911BE">
              <w:rPr>
                <w:b/>
                <w:sz w:val="16"/>
                <w:szCs w:val="28"/>
              </w:rPr>
              <w:t xml:space="preserve"> </w:t>
            </w:r>
            <w:proofErr w:type="spellStart"/>
            <w:r w:rsidRPr="007911BE">
              <w:rPr>
                <w:b/>
                <w:sz w:val="16"/>
                <w:szCs w:val="28"/>
              </w:rPr>
              <w:t>наблюдение</w:t>
            </w:r>
            <w:proofErr w:type="spellEnd"/>
            <w:r w:rsidRPr="007911BE">
              <w:rPr>
                <w:b/>
                <w:sz w:val="16"/>
                <w:szCs w:val="28"/>
              </w:rPr>
              <w:t xml:space="preserve"> </w:t>
            </w:r>
            <w:proofErr w:type="spellStart"/>
            <w:r w:rsidRPr="007911BE">
              <w:rPr>
                <w:b/>
                <w:sz w:val="16"/>
                <w:szCs w:val="28"/>
              </w:rPr>
              <w:t>детей</w:t>
            </w:r>
            <w:proofErr w:type="spellEnd"/>
            <w:r w:rsidRPr="007911BE">
              <w:rPr>
                <w:b/>
                <w:sz w:val="16"/>
                <w:szCs w:val="28"/>
              </w:rPr>
              <w:t>,</w:t>
            </w:r>
            <w:r w:rsidRPr="007911BE">
              <w:rPr>
                <w:b/>
                <w:sz w:val="16"/>
                <w:szCs w:val="28"/>
              </w:rPr>
              <w:br/>
              <w:t>%, 2025</w:t>
            </w:r>
          </w:p>
        </w:tc>
        <w:tc>
          <w:tcPr>
            <w:tcW w:w="0" w:type="auto"/>
            <w:shd w:val="clear" w:color="auto" w:fill="D9EAF7"/>
            <w:vAlign w:val="center"/>
          </w:tcPr>
          <w:p w14:paraId="7E232F51" w14:textId="77777777" w:rsidR="00F12170" w:rsidRPr="007911BE" w:rsidRDefault="00000000">
            <w:pPr>
              <w:ind w:firstLine="0"/>
              <w:jc w:val="center"/>
              <w:rPr>
                <w:sz w:val="16"/>
                <w:szCs w:val="28"/>
                <w:lang w:val="ru-RU"/>
              </w:rPr>
            </w:pPr>
            <w:r w:rsidRPr="007911BE">
              <w:rPr>
                <w:b/>
                <w:sz w:val="16"/>
                <w:szCs w:val="28"/>
                <w:lang w:val="ru-RU"/>
              </w:rPr>
              <w:t>Постановка на учёт после консультации,</w:t>
            </w:r>
            <w:r w:rsidRPr="007911BE">
              <w:rPr>
                <w:b/>
                <w:sz w:val="16"/>
                <w:szCs w:val="28"/>
                <w:lang w:val="ru-RU"/>
              </w:rPr>
              <w:br/>
              <w:t>%, 2025</w:t>
            </w:r>
          </w:p>
        </w:tc>
      </w:tr>
      <w:tr w:rsidR="00F12170" w:rsidRPr="007911BE" w14:paraId="491832D8" w14:textId="77777777" w:rsidTr="00B408C8">
        <w:trPr>
          <w:jc w:val="center"/>
        </w:trPr>
        <w:tc>
          <w:tcPr>
            <w:tcW w:w="0" w:type="auto"/>
            <w:vAlign w:val="center"/>
          </w:tcPr>
          <w:p w14:paraId="42EE0EAF" w14:textId="77777777" w:rsidR="00F12170" w:rsidRPr="007911BE" w:rsidRDefault="00000000">
            <w:pPr>
              <w:ind w:firstLine="0"/>
              <w:jc w:val="left"/>
              <w:rPr>
                <w:sz w:val="16"/>
                <w:szCs w:val="28"/>
              </w:rPr>
            </w:pPr>
            <w:proofErr w:type="spellStart"/>
            <w:r w:rsidRPr="007911BE">
              <w:rPr>
                <w:sz w:val="16"/>
                <w:szCs w:val="28"/>
              </w:rPr>
              <w:t>Алтайский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41B624D8"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03B04113" w14:textId="77777777" w:rsidR="00F12170" w:rsidRPr="007911BE" w:rsidRDefault="00000000">
            <w:pPr>
              <w:ind w:firstLine="0"/>
              <w:jc w:val="center"/>
              <w:rPr>
                <w:sz w:val="16"/>
                <w:szCs w:val="28"/>
              </w:rPr>
            </w:pPr>
            <w:r w:rsidRPr="007911BE">
              <w:rPr>
                <w:sz w:val="16"/>
                <w:szCs w:val="28"/>
              </w:rPr>
              <w:t>32</w:t>
            </w:r>
          </w:p>
        </w:tc>
        <w:tc>
          <w:tcPr>
            <w:tcW w:w="0" w:type="auto"/>
            <w:vAlign w:val="center"/>
          </w:tcPr>
          <w:p w14:paraId="1BBD17C6" w14:textId="77777777" w:rsidR="00F12170" w:rsidRPr="007911BE" w:rsidRDefault="00000000">
            <w:pPr>
              <w:ind w:firstLine="0"/>
              <w:jc w:val="center"/>
              <w:rPr>
                <w:sz w:val="16"/>
                <w:szCs w:val="28"/>
              </w:rPr>
            </w:pPr>
            <w:r w:rsidRPr="007911BE">
              <w:rPr>
                <w:sz w:val="16"/>
                <w:szCs w:val="28"/>
              </w:rPr>
              <w:t>49.91</w:t>
            </w:r>
          </w:p>
        </w:tc>
        <w:tc>
          <w:tcPr>
            <w:tcW w:w="0" w:type="auto"/>
            <w:vAlign w:val="center"/>
          </w:tcPr>
          <w:p w14:paraId="4045BE4D" w14:textId="77777777" w:rsidR="00F12170" w:rsidRPr="007911BE" w:rsidRDefault="00000000">
            <w:pPr>
              <w:ind w:firstLine="0"/>
              <w:jc w:val="center"/>
              <w:rPr>
                <w:sz w:val="16"/>
                <w:szCs w:val="28"/>
              </w:rPr>
            </w:pPr>
            <w:r w:rsidRPr="007911BE">
              <w:rPr>
                <w:sz w:val="16"/>
                <w:szCs w:val="28"/>
              </w:rPr>
              <w:t>99.5</w:t>
            </w:r>
          </w:p>
        </w:tc>
        <w:tc>
          <w:tcPr>
            <w:tcW w:w="0" w:type="auto"/>
            <w:vAlign w:val="center"/>
          </w:tcPr>
          <w:p w14:paraId="4EA272BA" w14:textId="77777777" w:rsidR="00F12170" w:rsidRPr="007911BE" w:rsidRDefault="00000000">
            <w:pPr>
              <w:ind w:firstLine="0"/>
              <w:jc w:val="center"/>
              <w:rPr>
                <w:sz w:val="16"/>
                <w:szCs w:val="28"/>
              </w:rPr>
            </w:pPr>
            <w:r w:rsidRPr="007911BE">
              <w:rPr>
                <w:sz w:val="16"/>
                <w:szCs w:val="28"/>
              </w:rPr>
              <w:t>33.04</w:t>
            </w:r>
          </w:p>
        </w:tc>
      </w:tr>
      <w:tr w:rsidR="00F12170" w:rsidRPr="007911BE" w14:paraId="37F5A22E" w14:textId="77777777" w:rsidTr="00B408C8">
        <w:trPr>
          <w:jc w:val="center"/>
        </w:trPr>
        <w:tc>
          <w:tcPr>
            <w:tcW w:w="0" w:type="auto"/>
            <w:vAlign w:val="center"/>
          </w:tcPr>
          <w:p w14:paraId="40636A2D" w14:textId="77777777" w:rsidR="00F12170" w:rsidRPr="007911BE" w:rsidRDefault="00000000">
            <w:pPr>
              <w:ind w:firstLine="0"/>
              <w:jc w:val="left"/>
              <w:rPr>
                <w:sz w:val="16"/>
                <w:szCs w:val="28"/>
              </w:rPr>
            </w:pPr>
            <w:proofErr w:type="spellStart"/>
            <w:r w:rsidRPr="007911BE">
              <w:rPr>
                <w:sz w:val="16"/>
                <w:szCs w:val="28"/>
              </w:rPr>
              <w:t>Амурская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0ED14CB"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62437E6B" w14:textId="77777777" w:rsidR="00F12170" w:rsidRPr="007911BE" w:rsidRDefault="00000000">
            <w:pPr>
              <w:ind w:firstLine="0"/>
              <w:jc w:val="center"/>
              <w:rPr>
                <w:sz w:val="16"/>
                <w:szCs w:val="28"/>
              </w:rPr>
            </w:pPr>
            <w:r w:rsidRPr="007911BE">
              <w:rPr>
                <w:sz w:val="16"/>
                <w:szCs w:val="28"/>
              </w:rPr>
              <w:t>32.01</w:t>
            </w:r>
          </w:p>
        </w:tc>
        <w:tc>
          <w:tcPr>
            <w:tcW w:w="0" w:type="auto"/>
            <w:vAlign w:val="center"/>
          </w:tcPr>
          <w:p w14:paraId="5255C46F" w14:textId="77777777" w:rsidR="00F12170" w:rsidRPr="007911BE" w:rsidRDefault="00000000">
            <w:pPr>
              <w:ind w:firstLine="0"/>
              <w:jc w:val="center"/>
              <w:rPr>
                <w:sz w:val="16"/>
                <w:szCs w:val="28"/>
              </w:rPr>
            </w:pPr>
            <w:r w:rsidRPr="007911BE">
              <w:rPr>
                <w:sz w:val="16"/>
                <w:szCs w:val="28"/>
              </w:rPr>
              <w:t>53.5</w:t>
            </w:r>
          </w:p>
        </w:tc>
        <w:tc>
          <w:tcPr>
            <w:tcW w:w="0" w:type="auto"/>
            <w:vAlign w:val="center"/>
          </w:tcPr>
          <w:p w14:paraId="3F5DAFF0" w14:textId="77777777" w:rsidR="00F12170" w:rsidRPr="007911BE" w:rsidRDefault="00000000">
            <w:pPr>
              <w:ind w:firstLine="0"/>
              <w:jc w:val="center"/>
              <w:rPr>
                <w:sz w:val="16"/>
                <w:szCs w:val="28"/>
              </w:rPr>
            </w:pPr>
            <w:r w:rsidRPr="007911BE">
              <w:rPr>
                <w:sz w:val="16"/>
                <w:szCs w:val="28"/>
              </w:rPr>
              <w:t>86.43</w:t>
            </w:r>
          </w:p>
        </w:tc>
        <w:tc>
          <w:tcPr>
            <w:tcW w:w="0" w:type="auto"/>
            <w:vAlign w:val="center"/>
          </w:tcPr>
          <w:p w14:paraId="08336D52" w14:textId="77777777" w:rsidR="00F12170" w:rsidRPr="007911BE" w:rsidRDefault="00000000">
            <w:pPr>
              <w:ind w:firstLine="0"/>
              <w:jc w:val="center"/>
              <w:rPr>
                <w:sz w:val="16"/>
                <w:szCs w:val="28"/>
              </w:rPr>
            </w:pPr>
            <w:r w:rsidRPr="007911BE">
              <w:rPr>
                <w:sz w:val="16"/>
                <w:szCs w:val="28"/>
              </w:rPr>
              <w:t>14.45</w:t>
            </w:r>
          </w:p>
        </w:tc>
      </w:tr>
      <w:tr w:rsidR="00F12170" w:rsidRPr="007911BE" w14:paraId="5F30E3C1" w14:textId="77777777" w:rsidTr="00B408C8">
        <w:trPr>
          <w:jc w:val="center"/>
        </w:trPr>
        <w:tc>
          <w:tcPr>
            <w:tcW w:w="0" w:type="auto"/>
            <w:vAlign w:val="center"/>
          </w:tcPr>
          <w:p w14:paraId="655B8BCF" w14:textId="77777777" w:rsidR="00F12170" w:rsidRPr="007911BE" w:rsidRDefault="00000000">
            <w:pPr>
              <w:ind w:firstLine="0"/>
              <w:jc w:val="left"/>
              <w:rPr>
                <w:sz w:val="16"/>
                <w:szCs w:val="28"/>
              </w:rPr>
            </w:pPr>
            <w:proofErr w:type="spellStart"/>
            <w:r w:rsidRPr="007911BE">
              <w:rPr>
                <w:sz w:val="16"/>
                <w:szCs w:val="28"/>
              </w:rPr>
              <w:t>Архангельская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40F80E2"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61D01B2B" w14:textId="77777777" w:rsidR="00F12170" w:rsidRPr="007911BE" w:rsidRDefault="00000000">
            <w:pPr>
              <w:ind w:firstLine="0"/>
              <w:jc w:val="center"/>
              <w:rPr>
                <w:sz w:val="16"/>
                <w:szCs w:val="28"/>
              </w:rPr>
            </w:pPr>
            <w:r w:rsidRPr="007911BE">
              <w:rPr>
                <w:sz w:val="16"/>
                <w:szCs w:val="28"/>
              </w:rPr>
              <w:t>23.38</w:t>
            </w:r>
          </w:p>
        </w:tc>
        <w:tc>
          <w:tcPr>
            <w:tcW w:w="0" w:type="auto"/>
            <w:vAlign w:val="center"/>
          </w:tcPr>
          <w:p w14:paraId="07AF1BE3" w14:textId="77777777" w:rsidR="00F12170" w:rsidRPr="007911BE" w:rsidRDefault="00000000">
            <w:pPr>
              <w:ind w:firstLine="0"/>
              <w:jc w:val="center"/>
              <w:rPr>
                <w:sz w:val="16"/>
                <w:szCs w:val="28"/>
              </w:rPr>
            </w:pPr>
            <w:r w:rsidRPr="007911BE">
              <w:rPr>
                <w:sz w:val="16"/>
                <w:szCs w:val="28"/>
              </w:rPr>
              <w:t>32.83</w:t>
            </w:r>
          </w:p>
        </w:tc>
        <w:tc>
          <w:tcPr>
            <w:tcW w:w="0" w:type="auto"/>
            <w:vAlign w:val="center"/>
          </w:tcPr>
          <w:p w14:paraId="63CD9014" w14:textId="77777777" w:rsidR="00F12170" w:rsidRPr="007911BE" w:rsidRDefault="00000000">
            <w:pPr>
              <w:ind w:firstLine="0"/>
              <w:jc w:val="center"/>
              <w:rPr>
                <w:sz w:val="16"/>
                <w:szCs w:val="28"/>
              </w:rPr>
            </w:pPr>
            <w:r w:rsidRPr="007911BE">
              <w:rPr>
                <w:sz w:val="16"/>
                <w:szCs w:val="28"/>
              </w:rPr>
              <w:t>94.6</w:t>
            </w:r>
          </w:p>
        </w:tc>
        <w:tc>
          <w:tcPr>
            <w:tcW w:w="0" w:type="auto"/>
            <w:vAlign w:val="center"/>
          </w:tcPr>
          <w:p w14:paraId="601D4D71" w14:textId="77777777" w:rsidR="00F12170" w:rsidRPr="007911BE" w:rsidRDefault="00000000">
            <w:pPr>
              <w:ind w:firstLine="0"/>
              <w:jc w:val="center"/>
              <w:rPr>
                <w:sz w:val="16"/>
                <w:szCs w:val="28"/>
              </w:rPr>
            </w:pPr>
            <w:r w:rsidRPr="007911BE">
              <w:rPr>
                <w:sz w:val="16"/>
                <w:szCs w:val="28"/>
              </w:rPr>
              <w:t>22.91</w:t>
            </w:r>
          </w:p>
        </w:tc>
      </w:tr>
      <w:tr w:rsidR="00F12170" w:rsidRPr="007911BE" w14:paraId="391399B9" w14:textId="77777777" w:rsidTr="00B408C8">
        <w:trPr>
          <w:jc w:val="center"/>
        </w:trPr>
        <w:tc>
          <w:tcPr>
            <w:tcW w:w="0" w:type="auto"/>
            <w:vAlign w:val="center"/>
          </w:tcPr>
          <w:p w14:paraId="719E5F0B" w14:textId="77777777" w:rsidR="00F12170" w:rsidRPr="007911BE" w:rsidRDefault="00000000">
            <w:pPr>
              <w:ind w:firstLine="0"/>
              <w:jc w:val="left"/>
              <w:rPr>
                <w:sz w:val="16"/>
                <w:szCs w:val="28"/>
              </w:rPr>
            </w:pPr>
            <w:proofErr w:type="spellStart"/>
            <w:r w:rsidRPr="007911BE">
              <w:rPr>
                <w:sz w:val="16"/>
                <w:szCs w:val="28"/>
              </w:rPr>
              <w:t>Астраханская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3B11378"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1B44C0C8" w14:textId="77777777" w:rsidR="00F12170" w:rsidRPr="007911BE" w:rsidRDefault="00000000">
            <w:pPr>
              <w:ind w:firstLine="0"/>
              <w:jc w:val="center"/>
              <w:rPr>
                <w:sz w:val="16"/>
                <w:szCs w:val="28"/>
              </w:rPr>
            </w:pPr>
            <w:r w:rsidRPr="007911BE">
              <w:rPr>
                <w:sz w:val="16"/>
                <w:szCs w:val="28"/>
              </w:rPr>
              <w:t>32</w:t>
            </w:r>
          </w:p>
        </w:tc>
        <w:tc>
          <w:tcPr>
            <w:tcW w:w="0" w:type="auto"/>
            <w:vAlign w:val="center"/>
          </w:tcPr>
          <w:p w14:paraId="37A4787F" w14:textId="77777777" w:rsidR="00F12170" w:rsidRPr="007911BE" w:rsidRDefault="00000000">
            <w:pPr>
              <w:ind w:firstLine="0"/>
              <w:jc w:val="center"/>
              <w:rPr>
                <w:sz w:val="16"/>
                <w:szCs w:val="28"/>
              </w:rPr>
            </w:pPr>
            <w:r w:rsidRPr="007911BE">
              <w:rPr>
                <w:sz w:val="16"/>
                <w:szCs w:val="28"/>
              </w:rPr>
              <w:t>53.02</w:t>
            </w:r>
          </w:p>
        </w:tc>
        <w:tc>
          <w:tcPr>
            <w:tcW w:w="0" w:type="auto"/>
            <w:vAlign w:val="center"/>
          </w:tcPr>
          <w:p w14:paraId="3BAF70AF" w14:textId="77777777" w:rsidR="00F12170" w:rsidRPr="007911BE" w:rsidRDefault="00000000">
            <w:pPr>
              <w:ind w:firstLine="0"/>
              <w:jc w:val="center"/>
              <w:rPr>
                <w:sz w:val="16"/>
                <w:szCs w:val="28"/>
              </w:rPr>
            </w:pPr>
            <w:r w:rsidRPr="007911BE">
              <w:rPr>
                <w:sz w:val="16"/>
                <w:szCs w:val="28"/>
              </w:rPr>
              <w:t>92.78</w:t>
            </w:r>
          </w:p>
        </w:tc>
        <w:tc>
          <w:tcPr>
            <w:tcW w:w="0" w:type="auto"/>
            <w:vAlign w:val="center"/>
          </w:tcPr>
          <w:p w14:paraId="5482CD87" w14:textId="77777777" w:rsidR="00F12170" w:rsidRPr="007911BE" w:rsidRDefault="00000000">
            <w:pPr>
              <w:ind w:firstLine="0"/>
              <w:jc w:val="center"/>
              <w:rPr>
                <w:sz w:val="16"/>
                <w:szCs w:val="28"/>
              </w:rPr>
            </w:pPr>
            <w:r w:rsidRPr="007911BE">
              <w:rPr>
                <w:sz w:val="16"/>
                <w:szCs w:val="28"/>
              </w:rPr>
              <w:t>40.88</w:t>
            </w:r>
          </w:p>
        </w:tc>
      </w:tr>
      <w:tr w:rsidR="00F12170" w:rsidRPr="007911BE" w14:paraId="0E98E934" w14:textId="77777777" w:rsidTr="00B408C8">
        <w:trPr>
          <w:jc w:val="center"/>
        </w:trPr>
        <w:tc>
          <w:tcPr>
            <w:tcW w:w="0" w:type="auto"/>
            <w:vAlign w:val="center"/>
          </w:tcPr>
          <w:p w14:paraId="3FFD1457" w14:textId="77777777" w:rsidR="00F12170" w:rsidRPr="007911BE" w:rsidRDefault="00000000">
            <w:pPr>
              <w:ind w:firstLine="0"/>
              <w:jc w:val="left"/>
              <w:rPr>
                <w:sz w:val="16"/>
                <w:szCs w:val="28"/>
              </w:rPr>
            </w:pPr>
            <w:proofErr w:type="spellStart"/>
            <w:r w:rsidRPr="007911BE">
              <w:rPr>
                <w:sz w:val="16"/>
                <w:szCs w:val="28"/>
              </w:rPr>
              <w:t>Белгородская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B02280B"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4CC7110D" w14:textId="77777777" w:rsidR="00F12170" w:rsidRPr="007911BE" w:rsidRDefault="00000000">
            <w:pPr>
              <w:ind w:firstLine="0"/>
              <w:jc w:val="center"/>
              <w:rPr>
                <w:sz w:val="16"/>
                <w:szCs w:val="28"/>
              </w:rPr>
            </w:pPr>
            <w:r w:rsidRPr="007911BE">
              <w:rPr>
                <w:sz w:val="16"/>
                <w:szCs w:val="28"/>
              </w:rPr>
              <w:t>31.48</w:t>
            </w:r>
          </w:p>
        </w:tc>
        <w:tc>
          <w:tcPr>
            <w:tcW w:w="0" w:type="auto"/>
            <w:vAlign w:val="center"/>
          </w:tcPr>
          <w:p w14:paraId="0BE5FEA9" w14:textId="77777777" w:rsidR="00F12170" w:rsidRPr="007911BE" w:rsidRDefault="00000000">
            <w:pPr>
              <w:ind w:firstLine="0"/>
              <w:jc w:val="center"/>
              <w:rPr>
                <w:sz w:val="16"/>
                <w:szCs w:val="28"/>
              </w:rPr>
            </w:pPr>
            <w:r w:rsidRPr="007911BE">
              <w:rPr>
                <w:sz w:val="16"/>
                <w:szCs w:val="28"/>
              </w:rPr>
              <w:t>75.03</w:t>
            </w:r>
          </w:p>
        </w:tc>
        <w:tc>
          <w:tcPr>
            <w:tcW w:w="0" w:type="auto"/>
            <w:vAlign w:val="center"/>
          </w:tcPr>
          <w:p w14:paraId="11675231" w14:textId="77777777" w:rsidR="00F12170" w:rsidRPr="007911BE" w:rsidRDefault="00000000">
            <w:pPr>
              <w:ind w:firstLine="0"/>
              <w:jc w:val="center"/>
              <w:rPr>
                <w:sz w:val="16"/>
                <w:szCs w:val="28"/>
              </w:rPr>
            </w:pPr>
            <w:r w:rsidRPr="007911BE">
              <w:rPr>
                <w:sz w:val="16"/>
                <w:szCs w:val="28"/>
              </w:rPr>
              <w:t>92.31</w:t>
            </w:r>
          </w:p>
        </w:tc>
        <w:tc>
          <w:tcPr>
            <w:tcW w:w="0" w:type="auto"/>
            <w:vAlign w:val="center"/>
          </w:tcPr>
          <w:p w14:paraId="43C8EF80" w14:textId="77777777" w:rsidR="00F12170" w:rsidRPr="007911BE" w:rsidRDefault="00000000">
            <w:pPr>
              <w:ind w:firstLine="0"/>
              <w:jc w:val="center"/>
              <w:rPr>
                <w:sz w:val="16"/>
                <w:szCs w:val="28"/>
              </w:rPr>
            </w:pPr>
            <w:r w:rsidRPr="007911BE">
              <w:rPr>
                <w:sz w:val="16"/>
                <w:szCs w:val="28"/>
              </w:rPr>
              <w:t>29.32</w:t>
            </w:r>
          </w:p>
        </w:tc>
      </w:tr>
      <w:tr w:rsidR="00F12170" w:rsidRPr="007911BE" w14:paraId="10FDFB52" w14:textId="77777777" w:rsidTr="00B408C8">
        <w:trPr>
          <w:jc w:val="center"/>
        </w:trPr>
        <w:tc>
          <w:tcPr>
            <w:tcW w:w="0" w:type="auto"/>
            <w:vAlign w:val="center"/>
          </w:tcPr>
          <w:p w14:paraId="1B37325B" w14:textId="77777777" w:rsidR="00F12170" w:rsidRPr="007911BE" w:rsidRDefault="00000000">
            <w:pPr>
              <w:ind w:firstLine="0"/>
              <w:jc w:val="left"/>
              <w:rPr>
                <w:sz w:val="16"/>
                <w:szCs w:val="28"/>
              </w:rPr>
            </w:pPr>
            <w:proofErr w:type="spellStart"/>
            <w:r w:rsidRPr="007911BE">
              <w:rPr>
                <w:sz w:val="16"/>
                <w:szCs w:val="28"/>
              </w:rPr>
              <w:t>Брянская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F9384F5"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496071D0" w14:textId="77777777" w:rsidR="00F12170" w:rsidRPr="007911BE" w:rsidRDefault="00000000">
            <w:pPr>
              <w:ind w:firstLine="0"/>
              <w:jc w:val="center"/>
              <w:rPr>
                <w:sz w:val="16"/>
                <w:szCs w:val="28"/>
              </w:rPr>
            </w:pPr>
            <w:r w:rsidRPr="007911BE">
              <w:rPr>
                <w:sz w:val="16"/>
                <w:szCs w:val="28"/>
              </w:rPr>
              <w:t>32</w:t>
            </w:r>
          </w:p>
        </w:tc>
        <w:tc>
          <w:tcPr>
            <w:tcW w:w="0" w:type="auto"/>
            <w:vAlign w:val="center"/>
          </w:tcPr>
          <w:p w14:paraId="13FB04FE" w14:textId="77777777" w:rsidR="00F12170" w:rsidRPr="007911BE" w:rsidRDefault="00000000">
            <w:pPr>
              <w:ind w:firstLine="0"/>
              <w:jc w:val="center"/>
              <w:rPr>
                <w:sz w:val="16"/>
                <w:szCs w:val="28"/>
              </w:rPr>
            </w:pPr>
            <w:r w:rsidRPr="007911BE">
              <w:rPr>
                <w:sz w:val="16"/>
                <w:szCs w:val="28"/>
              </w:rPr>
              <w:t>29.44</w:t>
            </w:r>
          </w:p>
        </w:tc>
        <w:tc>
          <w:tcPr>
            <w:tcW w:w="0" w:type="auto"/>
            <w:vAlign w:val="center"/>
          </w:tcPr>
          <w:p w14:paraId="1FFB423E" w14:textId="77777777" w:rsidR="00F12170" w:rsidRPr="007911BE" w:rsidRDefault="00000000">
            <w:pPr>
              <w:ind w:firstLine="0"/>
              <w:jc w:val="center"/>
              <w:rPr>
                <w:sz w:val="16"/>
                <w:szCs w:val="28"/>
              </w:rPr>
            </w:pPr>
            <w:r w:rsidRPr="007911BE">
              <w:rPr>
                <w:sz w:val="16"/>
                <w:szCs w:val="28"/>
              </w:rPr>
              <w:t>99.5</w:t>
            </w:r>
          </w:p>
        </w:tc>
        <w:tc>
          <w:tcPr>
            <w:tcW w:w="0" w:type="auto"/>
            <w:vAlign w:val="center"/>
          </w:tcPr>
          <w:p w14:paraId="05290052" w14:textId="77777777" w:rsidR="00F12170" w:rsidRPr="007911BE" w:rsidRDefault="00000000">
            <w:pPr>
              <w:ind w:firstLine="0"/>
              <w:jc w:val="center"/>
              <w:rPr>
                <w:sz w:val="16"/>
                <w:szCs w:val="28"/>
              </w:rPr>
            </w:pPr>
            <w:r w:rsidRPr="007911BE">
              <w:rPr>
                <w:sz w:val="16"/>
                <w:szCs w:val="28"/>
              </w:rPr>
              <w:t>21.62</w:t>
            </w:r>
          </w:p>
        </w:tc>
      </w:tr>
      <w:tr w:rsidR="00F12170" w:rsidRPr="007911BE" w14:paraId="0CF7375B" w14:textId="77777777" w:rsidTr="00B408C8">
        <w:trPr>
          <w:jc w:val="center"/>
        </w:trPr>
        <w:tc>
          <w:tcPr>
            <w:tcW w:w="0" w:type="auto"/>
            <w:vAlign w:val="center"/>
          </w:tcPr>
          <w:p w14:paraId="7A9F2EBC" w14:textId="77777777" w:rsidR="00F12170" w:rsidRPr="007911BE" w:rsidRDefault="00000000">
            <w:pPr>
              <w:ind w:firstLine="0"/>
              <w:jc w:val="left"/>
              <w:rPr>
                <w:sz w:val="16"/>
                <w:szCs w:val="28"/>
              </w:rPr>
            </w:pPr>
            <w:proofErr w:type="spellStart"/>
            <w:r w:rsidRPr="007911BE">
              <w:rPr>
                <w:sz w:val="16"/>
                <w:szCs w:val="28"/>
              </w:rPr>
              <w:t>Владимирская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7D0DA1B"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324C28BC" w14:textId="77777777" w:rsidR="00F12170" w:rsidRPr="007911BE" w:rsidRDefault="00000000">
            <w:pPr>
              <w:ind w:firstLine="0"/>
              <w:jc w:val="center"/>
              <w:rPr>
                <w:sz w:val="16"/>
                <w:szCs w:val="28"/>
              </w:rPr>
            </w:pPr>
            <w:r w:rsidRPr="007911BE">
              <w:rPr>
                <w:sz w:val="16"/>
                <w:szCs w:val="28"/>
              </w:rPr>
              <w:t>30.65</w:t>
            </w:r>
          </w:p>
        </w:tc>
        <w:tc>
          <w:tcPr>
            <w:tcW w:w="0" w:type="auto"/>
            <w:vAlign w:val="center"/>
          </w:tcPr>
          <w:p w14:paraId="2EC36F7E" w14:textId="77777777" w:rsidR="00F12170" w:rsidRPr="007911BE" w:rsidRDefault="00000000">
            <w:pPr>
              <w:ind w:firstLine="0"/>
              <w:jc w:val="center"/>
              <w:rPr>
                <w:sz w:val="16"/>
                <w:szCs w:val="28"/>
              </w:rPr>
            </w:pPr>
            <w:r w:rsidRPr="007911BE">
              <w:rPr>
                <w:sz w:val="16"/>
                <w:szCs w:val="28"/>
              </w:rPr>
              <w:t>46.41</w:t>
            </w:r>
          </w:p>
        </w:tc>
        <w:tc>
          <w:tcPr>
            <w:tcW w:w="0" w:type="auto"/>
            <w:vAlign w:val="center"/>
          </w:tcPr>
          <w:p w14:paraId="1A98FB49" w14:textId="77777777" w:rsidR="00F12170" w:rsidRPr="007911BE" w:rsidRDefault="00000000">
            <w:pPr>
              <w:ind w:firstLine="0"/>
              <w:jc w:val="center"/>
              <w:rPr>
                <w:sz w:val="16"/>
                <w:szCs w:val="28"/>
              </w:rPr>
            </w:pPr>
            <w:r w:rsidRPr="007911BE">
              <w:rPr>
                <w:sz w:val="16"/>
                <w:szCs w:val="28"/>
              </w:rPr>
              <w:t>81.15</w:t>
            </w:r>
          </w:p>
        </w:tc>
        <w:tc>
          <w:tcPr>
            <w:tcW w:w="0" w:type="auto"/>
            <w:vAlign w:val="center"/>
          </w:tcPr>
          <w:p w14:paraId="79ECD012" w14:textId="77777777" w:rsidR="00F12170" w:rsidRPr="007911BE" w:rsidRDefault="00000000">
            <w:pPr>
              <w:ind w:firstLine="0"/>
              <w:jc w:val="center"/>
              <w:rPr>
                <w:sz w:val="16"/>
                <w:szCs w:val="28"/>
              </w:rPr>
            </w:pPr>
            <w:r w:rsidRPr="007911BE">
              <w:rPr>
                <w:sz w:val="16"/>
                <w:szCs w:val="28"/>
              </w:rPr>
              <w:t>22.62</w:t>
            </w:r>
          </w:p>
        </w:tc>
      </w:tr>
      <w:tr w:rsidR="00F12170" w:rsidRPr="007911BE" w14:paraId="631B8B15" w14:textId="77777777" w:rsidTr="00B408C8">
        <w:trPr>
          <w:jc w:val="center"/>
        </w:trPr>
        <w:tc>
          <w:tcPr>
            <w:tcW w:w="0" w:type="auto"/>
            <w:vAlign w:val="center"/>
          </w:tcPr>
          <w:p w14:paraId="0313586F" w14:textId="77777777" w:rsidR="00F12170" w:rsidRPr="007911BE" w:rsidRDefault="00000000">
            <w:pPr>
              <w:ind w:firstLine="0"/>
              <w:jc w:val="left"/>
              <w:rPr>
                <w:sz w:val="16"/>
                <w:szCs w:val="28"/>
              </w:rPr>
            </w:pPr>
            <w:proofErr w:type="spellStart"/>
            <w:r w:rsidRPr="007911BE">
              <w:rPr>
                <w:sz w:val="16"/>
                <w:szCs w:val="28"/>
              </w:rPr>
              <w:t>Волгоградская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18343A8C"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26B6C463" w14:textId="77777777" w:rsidR="00F12170" w:rsidRPr="007911BE" w:rsidRDefault="00000000">
            <w:pPr>
              <w:ind w:firstLine="0"/>
              <w:jc w:val="center"/>
              <w:rPr>
                <w:sz w:val="16"/>
                <w:szCs w:val="28"/>
              </w:rPr>
            </w:pPr>
            <w:r w:rsidRPr="007911BE">
              <w:rPr>
                <w:sz w:val="16"/>
                <w:szCs w:val="28"/>
              </w:rPr>
              <w:t>34.19</w:t>
            </w:r>
          </w:p>
        </w:tc>
        <w:tc>
          <w:tcPr>
            <w:tcW w:w="0" w:type="auto"/>
            <w:vAlign w:val="center"/>
          </w:tcPr>
          <w:p w14:paraId="4C98C4EF" w14:textId="77777777" w:rsidR="00F12170" w:rsidRPr="007911BE" w:rsidRDefault="00000000">
            <w:pPr>
              <w:ind w:firstLine="0"/>
              <w:jc w:val="center"/>
              <w:rPr>
                <w:sz w:val="16"/>
                <w:szCs w:val="28"/>
              </w:rPr>
            </w:pPr>
            <w:r w:rsidRPr="007911BE">
              <w:rPr>
                <w:sz w:val="16"/>
                <w:szCs w:val="28"/>
              </w:rPr>
              <w:t>23.21</w:t>
            </w:r>
          </w:p>
        </w:tc>
        <w:tc>
          <w:tcPr>
            <w:tcW w:w="0" w:type="auto"/>
            <w:vAlign w:val="center"/>
          </w:tcPr>
          <w:p w14:paraId="1BC7DCCB" w14:textId="77777777" w:rsidR="00F12170" w:rsidRPr="007911BE" w:rsidRDefault="00000000">
            <w:pPr>
              <w:ind w:firstLine="0"/>
              <w:jc w:val="center"/>
              <w:rPr>
                <w:sz w:val="16"/>
                <w:szCs w:val="28"/>
              </w:rPr>
            </w:pPr>
            <w:r w:rsidRPr="007911BE">
              <w:rPr>
                <w:sz w:val="16"/>
                <w:szCs w:val="28"/>
              </w:rPr>
              <w:t>91.85</w:t>
            </w:r>
          </w:p>
        </w:tc>
        <w:tc>
          <w:tcPr>
            <w:tcW w:w="0" w:type="auto"/>
            <w:vAlign w:val="center"/>
          </w:tcPr>
          <w:p w14:paraId="5D6E14A9" w14:textId="77777777" w:rsidR="00F12170" w:rsidRPr="007911BE" w:rsidRDefault="00000000">
            <w:pPr>
              <w:ind w:firstLine="0"/>
              <w:jc w:val="center"/>
              <w:rPr>
                <w:sz w:val="16"/>
                <w:szCs w:val="28"/>
              </w:rPr>
            </w:pPr>
            <w:r w:rsidRPr="007911BE">
              <w:rPr>
                <w:sz w:val="16"/>
                <w:szCs w:val="28"/>
              </w:rPr>
              <w:t>42.15</w:t>
            </w:r>
          </w:p>
        </w:tc>
      </w:tr>
      <w:tr w:rsidR="00F12170" w:rsidRPr="007911BE" w14:paraId="554205CC" w14:textId="77777777" w:rsidTr="00B408C8">
        <w:trPr>
          <w:jc w:val="center"/>
        </w:trPr>
        <w:tc>
          <w:tcPr>
            <w:tcW w:w="0" w:type="auto"/>
            <w:vAlign w:val="center"/>
          </w:tcPr>
          <w:p w14:paraId="32B38FDA" w14:textId="77777777" w:rsidR="00F12170" w:rsidRPr="007911BE" w:rsidRDefault="00000000">
            <w:pPr>
              <w:ind w:firstLine="0"/>
              <w:jc w:val="left"/>
              <w:rPr>
                <w:sz w:val="16"/>
                <w:szCs w:val="28"/>
              </w:rPr>
            </w:pPr>
            <w:proofErr w:type="spellStart"/>
            <w:r w:rsidRPr="007911BE">
              <w:rPr>
                <w:sz w:val="16"/>
                <w:szCs w:val="28"/>
              </w:rPr>
              <w:t>Вологодская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DA27543"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4C7967BA" w14:textId="77777777" w:rsidR="00F12170" w:rsidRPr="007911BE" w:rsidRDefault="00000000">
            <w:pPr>
              <w:ind w:firstLine="0"/>
              <w:jc w:val="center"/>
              <w:rPr>
                <w:sz w:val="16"/>
                <w:szCs w:val="28"/>
              </w:rPr>
            </w:pPr>
            <w:r w:rsidRPr="007911BE">
              <w:rPr>
                <w:sz w:val="16"/>
                <w:szCs w:val="28"/>
              </w:rPr>
              <w:t>34.3</w:t>
            </w:r>
          </w:p>
        </w:tc>
        <w:tc>
          <w:tcPr>
            <w:tcW w:w="0" w:type="auto"/>
            <w:vAlign w:val="center"/>
          </w:tcPr>
          <w:p w14:paraId="688D22FC" w14:textId="77777777" w:rsidR="00F12170" w:rsidRPr="007911BE" w:rsidRDefault="00000000">
            <w:pPr>
              <w:ind w:firstLine="0"/>
              <w:jc w:val="center"/>
              <w:rPr>
                <w:sz w:val="16"/>
                <w:szCs w:val="28"/>
              </w:rPr>
            </w:pPr>
            <w:r w:rsidRPr="007911BE">
              <w:rPr>
                <w:sz w:val="16"/>
                <w:szCs w:val="28"/>
              </w:rPr>
              <w:t>63.24</w:t>
            </w:r>
          </w:p>
        </w:tc>
        <w:tc>
          <w:tcPr>
            <w:tcW w:w="0" w:type="auto"/>
            <w:vAlign w:val="center"/>
          </w:tcPr>
          <w:p w14:paraId="09840447" w14:textId="77777777" w:rsidR="00F12170" w:rsidRPr="007911BE" w:rsidRDefault="00000000">
            <w:pPr>
              <w:ind w:firstLine="0"/>
              <w:jc w:val="center"/>
              <w:rPr>
                <w:sz w:val="16"/>
                <w:szCs w:val="28"/>
              </w:rPr>
            </w:pPr>
            <w:r w:rsidRPr="007911BE">
              <w:rPr>
                <w:sz w:val="16"/>
                <w:szCs w:val="28"/>
              </w:rPr>
              <w:t>86.98</w:t>
            </w:r>
          </w:p>
        </w:tc>
        <w:tc>
          <w:tcPr>
            <w:tcW w:w="0" w:type="auto"/>
            <w:vAlign w:val="center"/>
          </w:tcPr>
          <w:p w14:paraId="28A4CC65" w14:textId="77777777" w:rsidR="00F12170" w:rsidRPr="007911BE" w:rsidRDefault="00000000">
            <w:pPr>
              <w:ind w:firstLine="0"/>
              <w:jc w:val="center"/>
              <w:rPr>
                <w:sz w:val="16"/>
                <w:szCs w:val="28"/>
              </w:rPr>
            </w:pPr>
            <w:r w:rsidRPr="007911BE">
              <w:rPr>
                <w:sz w:val="16"/>
                <w:szCs w:val="28"/>
              </w:rPr>
              <w:t>23</w:t>
            </w:r>
          </w:p>
        </w:tc>
      </w:tr>
      <w:tr w:rsidR="00F12170" w:rsidRPr="007911BE" w14:paraId="0014A1F5" w14:textId="77777777" w:rsidTr="00B408C8">
        <w:trPr>
          <w:jc w:val="center"/>
        </w:trPr>
        <w:tc>
          <w:tcPr>
            <w:tcW w:w="0" w:type="auto"/>
            <w:vAlign w:val="center"/>
          </w:tcPr>
          <w:p w14:paraId="60E54B68" w14:textId="77777777" w:rsidR="00F12170" w:rsidRPr="007911BE" w:rsidRDefault="00000000">
            <w:pPr>
              <w:ind w:firstLine="0"/>
              <w:jc w:val="left"/>
              <w:rPr>
                <w:sz w:val="16"/>
                <w:szCs w:val="28"/>
              </w:rPr>
            </w:pPr>
            <w:proofErr w:type="spellStart"/>
            <w:r w:rsidRPr="007911BE">
              <w:rPr>
                <w:sz w:val="16"/>
                <w:szCs w:val="28"/>
              </w:rPr>
              <w:t>Воронежская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78ACEFD"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333A392" w14:textId="77777777" w:rsidR="00F12170" w:rsidRPr="007911BE" w:rsidRDefault="00000000">
            <w:pPr>
              <w:ind w:firstLine="0"/>
              <w:jc w:val="center"/>
              <w:rPr>
                <w:sz w:val="16"/>
                <w:szCs w:val="28"/>
              </w:rPr>
            </w:pPr>
            <w:r w:rsidRPr="007911BE">
              <w:rPr>
                <w:sz w:val="16"/>
                <w:szCs w:val="28"/>
              </w:rPr>
              <w:t>48.17</w:t>
            </w:r>
          </w:p>
        </w:tc>
        <w:tc>
          <w:tcPr>
            <w:tcW w:w="0" w:type="auto"/>
            <w:vAlign w:val="center"/>
          </w:tcPr>
          <w:p w14:paraId="6F16BB7A" w14:textId="77777777" w:rsidR="00F12170" w:rsidRPr="007911BE" w:rsidRDefault="00000000">
            <w:pPr>
              <w:ind w:firstLine="0"/>
              <w:jc w:val="center"/>
              <w:rPr>
                <w:sz w:val="16"/>
                <w:szCs w:val="28"/>
              </w:rPr>
            </w:pPr>
            <w:r w:rsidRPr="007911BE">
              <w:rPr>
                <w:sz w:val="16"/>
                <w:szCs w:val="28"/>
              </w:rPr>
              <w:t>54.78</w:t>
            </w:r>
          </w:p>
        </w:tc>
        <w:tc>
          <w:tcPr>
            <w:tcW w:w="0" w:type="auto"/>
            <w:vAlign w:val="center"/>
          </w:tcPr>
          <w:p w14:paraId="5623344D" w14:textId="77777777" w:rsidR="00F12170" w:rsidRPr="007911BE" w:rsidRDefault="00000000">
            <w:pPr>
              <w:ind w:firstLine="0"/>
              <w:jc w:val="center"/>
              <w:rPr>
                <w:sz w:val="16"/>
                <w:szCs w:val="28"/>
              </w:rPr>
            </w:pPr>
            <w:r w:rsidRPr="007911BE">
              <w:rPr>
                <w:sz w:val="16"/>
                <w:szCs w:val="28"/>
              </w:rPr>
              <w:t>92.5</w:t>
            </w:r>
          </w:p>
        </w:tc>
        <w:tc>
          <w:tcPr>
            <w:tcW w:w="0" w:type="auto"/>
            <w:vAlign w:val="center"/>
          </w:tcPr>
          <w:p w14:paraId="1F9A5DFE" w14:textId="77777777" w:rsidR="00F12170" w:rsidRPr="007911BE" w:rsidRDefault="00000000">
            <w:pPr>
              <w:ind w:firstLine="0"/>
              <w:jc w:val="center"/>
              <w:rPr>
                <w:sz w:val="16"/>
                <w:szCs w:val="28"/>
              </w:rPr>
            </w:pPr>
            <w:r w:rsidRPr="007911BE">
              <w:rPr>
                <w:sz w:val="16"/>
                <w:szCs w:val="28"/>
              </w:rPr>
              <w:t>43.2</w:t>
            </w:r>
          </w:p>
        </w:tc>
      </w:tr>
      <w:tr w:rsidR="00F12170" w:rsidRPr="007911BE" w14:paraId="03BC3F8E" w14:textId="77777777" w:rsidTr="00B408C8">
        <w:trPr>
          <w:jc w:val="center"/>
        </w:trPr>
        <w:tc>
          <w:tcPr>
            <w:tcW w:w="0" w:type="auto"/>
            <w:vAlign w:val="center"/>
          </w:tcPr>
          <w:p w14:paraId="3295EED3" w14:textId="77777777" w:rsidR="00F12170" w:rsidRPr="007911BE" w:rsidRDefault="00000000">
            <w:pPr>
              <w:ind w:firstLine="0"/>
              <w:jc w:val="left"/>
              <w:rPr>
                <w:sz w:val="16"/>
                <w:szCs w:val="28"/>
              </w:rPr>
            </w:pPr>
            <w:proofErr w:type="spellStart"/>
            <w:r w:rsidRPr="007911BE">
              <w:rPr>
                <w:sz w:val="16"/>
                <w:szCs w:val="28"/>
              </w:rPr>
              <w:t>Донецкая</w:t>
            </w:r>
            <w:proofErr w:type="spellEnd"/>
            <w:r w:rsidRPr="007911BE">
              <w:rPr>
                <w:sz w:val="16"/>
                <w:szCs w:val="28"/>
              </w:rPr>
              <w:t xml:space="preserve"> </w:t>
            </w:r>
            <w:proofErr w:type="spellStart"/>
            <w:r w:rsidRPr="007911BE">
              <w:rPr>
                <w:sz w:val="16"/>
                <w:szCs w:val="28"/>
              </w:rPr>
              <w:t>Народная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3CF7DEAF"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0C26B260"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4395B556"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615A8160"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6822379C" w14:textId="77777777" w:rsidR="00F12170" w:rsidRPr="007911BE" w:rsidRDefault="00387CF6">
            <w:pPr>
              <w:ind w:firstLine="0"/>
              <w:jc w:val="left"/>
              <w:rPr>
                <w:sz w:val="16"/>
                <w:szCs w:val="28"/>
              </w:rPr>
            </w:pPr>
            <w:r w:rsidRPr="007911BE">
              <w:rPr>
                <w:sz w:val="16"/>
                <w:szCs w:val="28"/>
              </w:rPr>
              <w:t xml:space="preserve">– </w:t>
            </w:r>
          </w:p>
        </w:tc>
      </w:tr>
      <w:tr w:rsidR="00F12170" w:rsidRPr="007911BE" w14:paraId="38778C25" w14:textId="77777777" w:rsidTr="00B408C8">
        <w:trPr>
          <w:jc w:val="center"/>
        </w:trPr>
        <w:tc>
          <w:tcPr>
            <w:tcW w:w="0" w:type="auto"/>
            <w:vAlign w:val="center"/>
          </w:tcPr>
          <w:p w14:paraId="67DEE2EE" w14:textId="77777777" w:rsidR="00F12170" w:rsidRPr="007911BE" w:rsidRDefault="00000000">
            <w:pPr>
              <w:ind w:firstLine="0"/>
              <w:jc w:val="left"/>
              <w:rPr>
                <w:sz w:val="16"/>
                <w:szCs w:val="28"/>
              </w:rPr>
            </w:pPr>
            <w:proofErr w:type="spellStart"/>
            <w:r w:rsidRPr="007911BE">
              <w:rPr>
                <w:sz w:val="16"/>
                <w:szCs w:val="28"/>
              </w:rPr>
              <w:t>Еврейская</w:t>
            </w:r>
            <w:proofErr w:type="spellEnd"/>
            <w:r w:rsidRPr="007911BE">
              <w:rPr>
                <w:sz w:val="16"/>
                <w:szCs w:val="28"/>
              </w:rPr>
              <w:t xml:space="preserve"> </w:t>
            </w:r>
            <w:proofErr w:type="spellStart"/>
            <w:r w:rsidRPr="007911BE">
              <w:rPr>
                <w:sz w:val="16"/>
                <w:szCs w:val="28"/>
              </w:rPr>
              <w:t>автономная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CB4B513"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6B939A54" w14:textId="77777777" w:rsidR="00F12170" w:rsidRPr="007911BE" w:rsidRDefault="00000000">
            <w:pPr>
              <w:ind w:firstLine="0"/>
              <w:jc w:val="center"/>
              <w:rPr>
                <w:sz w:val="16"/>
                <w:szCs w:val="28"/>
              </w:rPr>
            </w:pPr>
            <w:r w:rsidRPr="007911BE">
              <w:rPr>
                <w:sz w:val="16"/>
                <w:szCs w:val="28"/>
              </w:rPr>
              <w:t>11.08</w:t>
            </w:r>
          </w:p>
        </w:tc>
        <w:tc>
          <w:tcPr>
            <w:tcW w:w="0" w:type="auto"/>
            <w:vAlign w:val="center"/>
          </w:tcPr>
          <w:p w14:paraId="18946F3F" w14:textId="77777777" w:rsidR="00F12170" w:rsidRPr="007911BE" w:rsidRDefault="00000000">
            <w:pPr>
              <w:ind w:firstLine="0"/>
              <w:jc w:val="center"/>
              <w:rPr>
                <w:sz w:val="16"/>
                <w:szCs w:val="28"/>
              </w:rPr>
            </w:pPr>
            <w:r w:rsidRPr="007911BE">
              <w:rPr>
                <w:sz w:val="16"/>
                <w:szCs w:val="28"/>
              </w:rPr>
              <w:t>47.16</w:t>
            </w:r>
          </w:p>
        </w:tc>
        <w:tc>
          <w:tcPr>
            <w:tcW w:w="0" w:type="auto"/>
            <w:vAlign w:val="center"/>
          </w:tcPr>
          <w:p w14:paraId="117C7891" w14:textId="77777777" w:rsidR="00F12170" w:rsidRPr="007911BE" w:rsidRDefault="00000000">
            <w:pPr>
              <w:ind w:firstLine="0"/>
              <w:jc w:val="center"/>
              <w:rPr>
                <w:sz w:val="16"/>
                <w:szCs w:val="28"/>
              </w:rPr>
            </w:pPr>
            <w:r w:rsidRPr="007911BE">
              <w:rPr>
                <w:sz w:val="16"/>
                <w:szCs w:val="28"/>
              </w:rPr>
              <w:t>7.67</w:t>
            </w:r>
          </w:p>
        </w:tc>
        <w:tc>
          <w:tcPr>
            <w:tcW w:w="0" w:type="auto"/>
            <w:vAlign w:val="center"/>
          </w:tcPr>
          <w:p w14:paraId="6F29FA63" w14:textId="77777777" w:rsidR="00F12170" w:rsidRPr="007911BE" w:rsidRDefault="00000000">
            <w:pPr>
              <w:ind w:firstLine="0"/>
              <w:jc w:val="center"/>
              <w:rPr>
                <w:sz w:val="16"/>
                <w:szCs w:val="28"/>
              </w:rPr>
            </w:pPr>
            <w:r w:rsidRPr="007911BE">
              <w:rPr>
                <w:sz w:val="16"/>
                <w:szCs w:val="28"/>
              </w:rPr>
              <w:t>21.98</w:t>
            </w:r>
          </w:p>
        </w:tc>
      </w:tr>
      <w:tr w:rsidR="00F12170" w:rsidRPr="007911BE" w14:paraId="33545CD9" w14:textId="77777777" w:rsidTr="00B408C8">
        <w:trPr>
          <w:jc w:val="center"/>
        </w:trPr>
        <w:tc>
          <w:tcPr>
            <w:tcW w:w="0" w:type="auto"/>
            <w:vAlign w:val="center"/>
          </w:tcPr>
          <w:p w14:paraId="5D483BBC" w14:textId="77777777" w:rsidR="00F12170" w:rsidRPr="007911BE" w:rsidRDefault="00000000">
            <w:pPr>
              <w:ind w:firstLine="0"/>
              <w:jc w:val="left"/>
              <w:rPr>
                <w:sz w:val="16"/>
                <w:szCs w:val="28"/>
              </w:rPr>
            </w:pPr>
            <w:proofErr w:type="spellStart"/>
            <w:r w:rsidRPr="007911BE">
              <w:rPr>
                <w:sz w:val="16"/>
                <w:szCs w:val="28"/>
              </w:rPr>
              <w:t>Забайкальский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37288266"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281F5A7F" w14:textId="77777777" w:rsidR="00F12170" w:rsidRPr="007911BE" w:rsidRDefault="00000000">
            <w:pPr>
              <w:ind w:firstLine="0"/>
              <w:jc w:val="center"/>
              <w:rPr>
                <w:sz w:val="16"/>
                <w:szCs w:val="28"/>
              </w:rPr>
            </w:pPr>
            <w:r w:rsidRPr="007911BE">
              <w:rPr>
                <w:sz w:val="16"/>
                <w:szCs w:val="28"/>
              </w:rPr>
              <w:t>32.02</w:t>
            </w:r>
          </w:p>
        </w:tc>
        <w:tc>
          <w:tcPr>
            <w:tcW w:w="0" w:type="auto"/>
            <w:vAlign w:val="center"/>
          </w:tcPr>
          <w:p w14:paraId="55DF9300" w14:textId="77777777" w:rsidR="00F12170" w:rsidRPr="007911BE" w:rsidRDefault="00000000">
            <w:pPr>
              <w:ind w:firstLine="0"/>
              <w:jc w:val="center"/>
              <w:rPr>
                <w:sz w:val="16"/>
                <w:szCs w:val="28"/>
              </w:rPr>
            </w:pPr>
            <w:r w:rsidRPr="007911BE">
              <w:rPr>
                <w:sz w:val="16"/>
                <w:szCs w:val="28"/>
              </w:rPr>
              <w:t>42.45</w:t>
            </w:r>
          </w:p>
        </w:tc>
        <w:tc>
          <w:tcPr>
            <w:tcW w:w="0" w:type="auto"/>
            <w:vAlign w:val="center"/>
          </w:tcPr>
          <w:p w14:paraId="7D17512C" w14:textId="77777777" w:rsidR="00F12170" w:rsidRPr="007911BE" w:rsidRDefault="00000000">
            <w:pPr>
              <w:ind w:firstLine="0"/>
              <w:jc w:val="center"/>
              <w:rPr>
                <w:sz w:val="16"/>
                <w:szCs w:val="28"/>
              </w:rPr>
            </w:pPr>
            <w:r w:rsidRPr="007911BE">
              <w:rPr>
                <w:sz w:val="16"/>
                <w:szCs w:val="28"/>
              </w:rPr>
              <w:t>84.57</w:t>
            </w:r>
          </w:p>
        </w:tc>
        <w:tc>
          <w:tcPr>
            <w:tcW w:w="0" w:type="auto"/>
            <w:vAlign w:val="center"/>
          </w:tcPr>
          <w:p w14:paraId="0291ED97" w14:textId="77777777" w:rsidR="00F12170" w:rsidRPr="007911BE" w:rsidRDefault="00000000">
            <w:pPr>
              <w:ind w:firstLine="0"/>
              <w:jc w:val="center"/>
              <w:rPr>
                <w:sz w:val="16"/>
                <w:szCs w:val="28"/>
              </w:rPr>
            </w:pPr>
            <w:r w:rsidRPr="007911BE">
              <w:rPr>
                <w:sz w:val="16"/>
                <w:szCs w:val="28"/>
              </w:rPr>
              <w:t>16.1</w:t>
            </w:r>
          </w:p>
        </w:tc>
      </w:tr>
      <w:tr w:rsidR="00F12170" w:rsidRPr="007911BE" w14:paraId="399051C7" w14:textId="77777777" w:rsidTr="00B408C8">
        <w:trPr>
          <w:jc w:val="center"/>
        </w:trPr>
        <w:tc>
          <w:tcPr>
            <w:tcW w:w="0" w:type="auto"/>
            <w:vAlign w:val="center"/>
          </w:tcPr>
          <w:p w14:paraId="467AC401" w14:textId="77777777" w:rsidR="00F12170" w:rsidRPr="007911BE" w:rsidRDefault="00000000">
            <w:pPr>
              <w:ind w:firstLine="0"/>
              <w:jc w:val="left"/>
              <w:rPr>
                <w:sz w:val="16"/>
                <w:szCs w:val="28"/>
              </w:rPr>
            </w:pPr>
            <w:proofErr w:type="spellStart"/>
            <w:r w:rsidRPr="007911BE">
              <w:rPr>
                <w:sz w:val="16"/>
                <w:szCs w:val="28"/>
              </w:rPr>
              <w:t>Запорожская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EBE3CAB"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132A51F4"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5996AB6C"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043B2767"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6C6353BC" w14:textId="77777777" w:rsidR="00F12170" w:rsidRPr="007911BE" w:rsidRDefault="00387CF6">
            <w:pPr>
              <w:ind w:firstLine="0"/>
              <w:jc w:val="left"/>
              <w:rPr>
                <w:sz w:val="16"/>
                <w:szCs w:val="28"/>
              </w:rPr>
            </w:pPr>
            <w:r w:rsidRPr="007911BE">
              <w:rPr>
                <w:sz w:val="16"/>
                <w:szCs w:val="28"/>
              </w:rPr>
              <w:t xml:space="preserve">– </w:t>
            </w:r>
          </w:p>
        </w:tc>
      </w:tr>
      <w:tr w:rsidR="00F12170" w:rsidRPr="007911BE" w14:paraId="2EB0FC9E" w14:textId="77777777" w:rsidTr="00B408C8">
        <w:trPr>
          <w:jc w:val="center"/>
        </w:trPr>
        <w:tc>
          <w:tcPr>
            <w:tcW w:w="0" w:type="auto"/>
            <w:vAlign w:val="center"/>
          </w:tcPr>
          <w:p w14:paraId="709E0A25" w14:textId="77777777" w:rsidR="00F12170" w:rsidRPr="007911BE" w:rsidRDefault="00000000">
            <w:pPr>
              <w:ind w:firstLine="0"/>
              <w:jc w:val="left"/>
              <w:rPr>
                <w:sz w:val="16"/>
                <w:szCs w:val="28"/>
              </w:rPr>
            </w:pPr>
            <w:proofErr w:type="spellStart"/>
            <w:r w:rsidRPr="007911BE">
              <w:rPr>
                <w:sz w:val="16"/>
                <w:szCs w:val="28"/>
              </w:rPr>
              <w:t>Ивановская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9F818E3"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3DDFA896" w14:textId="77777777" w:rsidR="00F12170" w:rsidRPr="007911BE" w:rsidRDefault="00000000">
            <w:pPr>
              <w:ind w:firstLine="0"/>
              <w:jc w:val="center"/>
              <w:rPr>
                <w:sz w:val="16"/>
                <w:szCs w:val="28"/>
              </w:rPr>
            </w:pPr>
            <w:r w:rsidRPr="007911BE">
              <w:rPr>
                <w:sz w:val="16"/>
                <w:szCs w:val="28"/>
              </w:rPr>
              <w:t>22.35</w:t>
            </w:r>
          </w:p>
        </w:tc>
        <w:tc>
          <w:tcPr>
            <w:tcW w:w="0" w:type="auto"/>
            <w:vAlign w:val="center"/>
          </w:tcPr>
          <w:p w14:paraId="48536087" w14:textId="77777777" w:rsidR="00F12170" w:rsidRPr="007911BE" w:rsidRDefault="00000000">
            <w:pPr>
              <w:ind w:firstLine="0"/>
              <w:jc w:val="center"/>
              <w:rPr>
                <w:sz w:val="16"/>
                <w:szCs w:val="28"/>
              </w:rPr>
            </w:pPr>
            <w:r w:rsidRPr="007911BE">
              <w:rPr>
                <w:sz w:val="16"/>
                <w:szCs w:val="28"/>
              </w:rPr>
              <w:t>39.6</w:t>
            </w:r>
          </w:p>
        </w:tc>
        <w:tc>
          <w:tcPr>
            <w:tcW w:w="0" w:type="auto"/>
            <w:vAlign w:val="center"/>
          </w:tcPr>
          <w:p w14:paraId="41AAF34F" w14:textId="77777777" w:rsidR="00F12170" w:rsidRPr="007911BE" w:rsidRDefault="00000000">
            <w:pPr>
              <w:ind w:firstLine="0"/>
              <w:jc w:val="center"/>
              <w:rPr>
                <w:sz w:val="16"/>
                <w:szCs w:val="28"/>
              </w:rPr>
            </w:pPr>
            <w:r w:rsidRPr="007911BE">
              <w:rPr>
                <w:sz w:val="16"/>
                <w:szCs w:val="28"/>
              </w:rPr>
              <w:t>67.46</w:t>
            </w:r>
          </w:p>
        </w:tc>
        <w:tc>
          <w:tcPr>
            <w:tcW w:w="0" w:type="auto"/>
            <w:vAlign w:val="center"/>
          </w:tcPr>
          <w:p w14:paraId="5644F67D" w14:textId="77777777" w:rsidR="00F12170" w:rsidRPr="007911BE" w:rsidRDefault="00000000">
            <w:pPr>
              <w:ind w:firstLine="0"/>
              <w:jc w:val="center"/>
              <w:rPr>
                <w:sz w:val="16"/>
                <w:szCs w:val="28"/>
              </w:rPr>
            </w:pPr>
            <w:r w:rsidRPr="007911BE">
              <w:rPr>
                <w:sz w:val="16"/>
                <w:szCs w:val="28"/>
              </w:rPr>
              <w:t>35.17</w:t>
            </w:r>
          </w:p>
        </w:tc>
      </w:tr>
      <w:tr w:rsidR="00F12170" w:rsidRPr="007911BE" w14:paraId="502C5131" w14:textId="77777777" w:rsidTr="00B408C8">
        <w:trPr>
          <w:jc w:val="center"/>
        </w:trPr>
        <w:tc>
          <w:tcPr>
            <w:tcW w:w="0" w:type="auto"/>
            <w:vAlign w:val="center"/>
          </w:tcPr>
          <w:p w14:paraId="56D7FFC1" w14:textId="77777777" w:rsidR="00F12170" w:rsidRPr="007911BE" w:rsidRDefault="00000000">
            <w:pPr>
              <w:ind w:firstLine="0"/>
              <w:jc w:val="left"/>
              <w:rPr>
                <w:sz w:val="16"/>
                <w:szCs w:val="28"/>
              </w:rPr>
            </w:pPr>
            <w:proofErr w:type="spellStart"/>
            <w:r w:rsidRPr="007911BE">
              <w:rPr>
                <w:sz w:val="16"/>
                <w:szCs w:val="28"/>
              </w:rPr>
              <w:t>Иркутская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77B7E75"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17AF2533" w14:textId="77777777" w:rsidR="00F12170" w:rsidRPr="007911BE" w:rsidRDefault="00000000">
            <w:pPr>
              <w:ind w:firstLine="0"/>
              <w:jc w:val="center"/>
              <w:rPr>
                <w:sz w:val="16"/>
                <w:szCs w:val="28"/>
              </w:rPr>
            </w:pPr>
            <w:r w:rsidRPr="007911BE">
              <w:rPr>
                <w:sz w:val="16"/>
                <w:szCs w:val="28"/>
              </w:rPr>
              <w:t>32.56</w:t>
            </w:r>
          </w:p>
        </w:tc>
        <w:tc>
          <w:tcPr>
            <w:tcW w:w="0" w:type="auto"/>
            <w:vAlign w:val="center"/>
          </w:tcPr>
          <w:p w14:paraId="3532CF13" w14:textId="77777777" w:rsidR="00F12170" w:rsidRPr="007911BE" w:rsidRDefault="00000000">
            <w:pPr>
              <w:ind w:firstLine="0"/>
              <w:jc w:val="center"/>
              <w:rPr>
                <w:sz w:val="16"/>
                <w:szCs w:val="28"/>
              </w:rPr>
            </w:pPr>
            <w:r w:rsidRPr="007911BE">
              <w:rPr>
                <w:sz w:val="16"/>
                <w:szCs w:val="28"/>
              </w:rPr>
              <w:t>36.67</w:t>
            </w:r>
          </w:p>
        </w:tc>
        <w:tc>
          <w:tcPr>
            <w:tcW w:w="0" w:type="auto"/>
            <w:vAlign w:val="center"/>
          </w:tcPr>
          <w:p w14:paraId="793ED28E" w14:textId="77777777" w:rsidR="00F12170" w:rsidRPr="007911BE" w:rsidRDefault="00000000">
            <w:pPr>
              <w:ind w:firstLine="0"/>
              <w:jc w:val="center"/>
              <w:rPr>
                <w:sz w:val="16"/>
                <w:szCs w:val="28"/>
              </w:rPr>
            </w:pPr>
            <w:r w:rsidRPr="007911BE">
              <w:rPr>
                <w:sz w:val="16"/>
                <w:szCs w:val="28"/>
              </w:rPr>
              <w:t>92.08</w:t>
            </w:r>
          </w:p>
        </w:tc>
        <w:tc>
          <w:tcPr>
            <w:tcW w:w="0" w:type="auto"/>
            <w:vAlign w:val="center"/>
          </w:tcPr>
          <w:p w14:paraId="7A209CCD" w14:textId="77777777" w:rsidR="00F12170" w:rsidRPr="007911BE" w:rsidRDefault="00000000">
            <w:pPr>
              <w:ind w:firstLine="0"/>
              <w:jc w:val="center"/>
              <w:rPr>
                <w:sz w:val="16"/>
                <w:szCs w:val="28"/>
              </w:rPr>
            </w:pPr>
            <w:r w:rsidRPr="007911BE">
              <w:rPr>
                <w:sz w:val="16"/>
                <w:szCs w:val="28"/>
              </w:rPr>
              <w:t>17.45</w:t>
            </w:r>
          </w:p>
        </w:tc>
      </w:tr>
      <w:tr w:rsidR="00F12170" w:rsidRPr="007911BE" w14:paraId="6B4EF2BE" w14:textId="77777777" w:rsidTr="00B408C8">
        <w:trPr>
          <w:jc w:val="center"/>
        </w:trPr>
        <w:tc>
          <w:tcPr>
            <w:tcW w:w="0" w:type="auto"/>
            <w:vAlign w:val="center"/>
          </w:tcPr>
          <w:p w14:paraId="4F33B438" w14:textId="77777777" w:rsidR="00F12170" w:rsidRPr="007911BE" w:rsidRDefault="00000000">
            <w:pPr>
              <w:ind w:firstLine="0"/>
              <w:jc w:val="left"/>
              <w:rPr>
                <w:sz w:val="16"/>
                <w:szCs w:val="28"/>
              </w:rPr>
            </w:pPr>
            <w:proofErr w:type="spellStart"/>
            <w:r w:rsidRPr="007911BE">
              <w:rPr>
                <w:sz w:val="16"/>
                <w:szCs w:val="28"/>
              </w:rPr>
              <w:t>Кабардино-Балкарская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0D95A602"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410E5027" w14:textId="77777777" w:rsidR="00F12170" w:rsidRPr="007911BE" w:rsidRDefault="00000000">
            <w:pPr>
              <w:ind w:firstLine="0"/>
              <w:jc w:val="center"/>
              <w:rPr>
                <w:sz w:val="16"/>
                <w:szCs w:val="28"/>
              </w:rPr>
            </w:pPr>
            <w:r w:rsidRPr="007911BE">
              <w:rPr>
                <w:sz w:val="16"/>
                <w:szCs w:val="28"/>
              </w:rPr>
              <w:t>35.22</w:t>
            </w:r>
          </w:p>
        </w:tc>
        <w:tc>
          <w:tcPr>
            <w:tcW w:w="0" w:type="auto"/>
            <w:vAlign w:val="center"/>
          </w:tcPr>
          <w:p w14:paraId="5D25AF33" w14:textId="77777777" w:rsidR="00F12170" w:rsidRPr="007911BE" w:rsidRDefault="00000000">
            <w:pPr>
              <w:ind w:firstLine="0"/>
              <w:jc w:val="center"/>
              <w:rPr>
                <w:sz w:val="16"/>
                <w:szCs w:val="28"/>
              </w:rPr>
            </w:pPr>
            <w:r w:rsidRPr="007911BE">
              <w:rPr>
                <w:sz w:val="16"/>
                <w:szCs w:val="28"/>
              </w:rPr>
              <w:t>65</w:t>
            </w:r>
          </w:p>
        </w:tc>
        <w:tc>
          <w:tcPr>
            <w:tcW w:w="0" w:type="auto"/>
            <w:vAlign w:val="center"/>
          </w:tcPr>
          <w:p w14:paraId="09BF18DD" w14:textId="77777777" w:rsidR="00F12170" w:rsidRPr="007911BE" w:rsidRDefault="00000000">
            <w:pPr>
              <w:ind w:firstLine="0"/>
              <w:jc w:val="center"/>
              <w:rPr>
                <w:sz w:val="16"/>
                <w:szCs w:val="28"/>
              </w:rPr>
            </w:pPr>
            <w:r w:rsidRPr="007911BE">
              <w:rPr>
                <w:sz w:val="16"/>
                <w:szCs w:val="28"/>
              </w:rPr>
              <w:t>100</w:t>
            </w:r>
          </w:p>
        </w:tc>
        <w:tc>
          <w:tcPr>
            <w:tcW w:w="0" w:type="auto"/>
            <w:vAlign w:val="center"/>
          </w:tcPr>
          <w:p w14:paraId="032987E4" w14:textId="77777777" w:rsidR="00F12170" w:rsidRPr="007911BE" w:rsidRDefault="00000000">
            <w:pPr>
              <w:ind w:firstLine="0"/>
              <w:jc w:val="center"/>
              <w:rPr>
                <w:sz w:val="16"/>
                <w:szCs w:val="28"/>
              </w:rPr>
            </w:pPr>
            <w:r w:rsidRPr="007911BE">
              <w:rPr>
                <w:sz w:val="16"/>
                <w:szCs w:val="28"/>
              </w:rPr>
              <w:t>97.25</w:t>
            </w:r>
          </w:p>
        </w:tc>
      </w:tr>
      <w:tr w:rsidR="00F12170" w:rsidRPr="007911BE" w14:paraId="3327FE4D" w14:textId="77777777" w:rsidTr="00B408C8">
        <w:trPr>
          <w:jc w:val="center"/>
        </w:trPr>
        <w:tc>
          <w:tcPr>
            <w:tcW w:w="0" w:type="auto"/>
            <w:vAlign w:val="center"/>
          </w:tcPr>
          <w:p w14:paraId="4EC356B7" w14:textId="77777777" w:rsidR="00F12170" w:rsidRPr="007911BE" w:rsidRDefault="00000000">
            <w:pPr>
              <w:ind w:firstLine="0"/>
              <w:jc w:val="left"/>
              <w:rPr>
                <w:sz w:val="16"/>
                <w:szCs w:val="28"/>
              </w:rPr>
            </w:pPr>
            <w:proofErr w:type="spellStart"/>
            <w:r w:rsidRPr="007911BE">
              <w:rPr>
                <w:sz w:val="16"/>
                <w:szCs w:val="28"/>
              </w:rPr>
              <w:t>Калининградская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6E2866B"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2B4B8BD7" w14:textId="77777777" w:rsidR="00F12170" w:rsidRPr="007911BE" w:rsidRDefault="00000000">
            <w:pPr>
              <w:ind w:firstLine="0"/>
              <w:jc w:val="center"/>
              <w:rPr>
                <w:sz w:val="16"/>
                <w:szCs w:val="28"/>
              </w:rPr>
            </w:pPr>
            <w:r w:rsidRPr="007911BE">
              <w:rPr>
                <w:sz w:val="16"/>
                <w:szCs w:val="28"/>
              </w:rPr>
              <w:t>32</w:t>
            </w:r>
          </w:p>
        </w:tc>
        <w:tc>
          <w:tcPr>
            <w:tcW w:w="0" w:type="auto"/>
            <w:vAlign w:val="center"/>
          </w:tcPr>
          <w:p w14:paraId="0C409033" w14:textId="77777777" w:rsidR="00F12170" w:rsidRPr="007911BE" w:rsidRDefault="00000000">
            <w:pPr>
              <w:ind w:firstLine="0"/>
              <w:jc w:val="center"/>
              <w:rPr>
                <w:sz w:val="16"/>
                <w:szCs w:val="28"/>
              </w:rPr>
            </w:pPr>
            <w:r w:rsidRPr="007911BE">
              <w:rPr>
                <w:sz w:val="16"/>
                <w:szCs w:val="28"/>
              </w:rPr>
              <w:t>65.64</w:t>
            </w:r>
          </w:p>
        </w:tc>
        <w:tc>
          <w:tcPr>
            <w:tcW w:w="0" w:type="auto"/>
            <w:vAlign w:val="center"/>
          </w:tcPr>
          <w:p w14:paraId="23E8A6E2" w14:textId="77777777" w:rsidR="00F12170" w:rsidRPr="007911BE" w:rsidRDefault="00000000">
            <w:pPr>
              <w:ind w:firstLine="0"/>
              <w:jc w:val="center"/>
              <w:rPr>
                <w:sz w:val="16"/>
                <w:szCs w:val="28"/>
              </w:rPr>
            </w:pPr>
            <w:r w:rsidRPr="007911BE">
              <w:rPr>
                <w:sz w:val="16"/>
                <w:szCs w:val="28"/>
              </w:rPr>
              <w:t>96.89</w:t>
            </w:r>
          </w:p>
        </w:tc>
        <w:tc>
          <w:tcPr>
            <w:tcW w:w="0" w:type="auto"/>
            <w:vAlign w:val="center"/>
          </w:tcPr>
          <w:p w14:paraId="2F56E1FA" w14:textId="77777777" w:rsidR="00F12170" w:rsidRPr="007911BE" w:rsidRDefault="00000000">
            <w:pPr>
              <w:ind w:firstLine="0"/>
              <w:jc w:val="center"/>
              <w:rPr>
                <w:sz w:val="16"/>
                <w:szCs w:val="28"/>
              </w:rPr>
            </w:pPr>
            <w:r w:rsidRPr="007911BE">
              <w:rPr>
                <w:sz w:val="16"/>
                <w:szCs w:val="28"/>
              </w:rPr>
              <w:t>21.33</w:t>
            </w:r>
          </w:p>
        </w:tc>
      </w:tr>
      <w:tr w:rsidR="00F12170" w:rsidRPr="007911BE" w14:paraId="3262FA09" w14:textId="77777777" w:rsidTr="00B408C8">
        <w:trPr>
          <w:jc w:val="center"/>
        </w:trPr>
        <w:tc>
          <w:tcPr>
            <w:tcW w:w="0" w:type="auto"/>
            <w:vAlign w:val="center"/>
          </w:tcPr>
          <w:p w14:paraId="20539895" w14:textId="77777777" w:rsidR="00F12170" w:rsidRPr="007911BE" w:rsidRDefault="00000000">
            <w:pPr>
              <w:ind w:firstLine="0"/>
              <w:jc w:val="left"/>
              <w:rPr>
                <w:sz w:val="16"/>
                <w:szCs w:val="28"/>
              </w:rPr>
            </w:pPr>
            <w:proofErr w:type="spellStart"/>
            <w:r w:rsidRPr="007911BE">
              <w:rPr>
                <w:sz w:val="16"/>
                <w:szCs w:val="28"/>
              </w:rPr>
              <w:t>Калужская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2113FFB"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2AD04E56" w14:textId="77777777" w:rsidR="00F12170" w:rsidRPr="007911BE" w:rsidRDefault="00000000">
            <w:pPr>
              <w:ind w:firstLine="0"/>
              <w:jc w:val="center"/>
              <w:rPr>
                <w:sz w:val="16"/>
                <w:szCs w:val="28"/>
              </w:rPr>
            </w:pPr>
            <w:r w:rsidRPr="007911BE">
              <w:rPr>
                <w:sz w:val="16"/>
                <w:szCs w:val="28"/>
              </w:rPr>
              <w:t>32</w:t>
            </w:r>
          </w:p>
        </w:tc>
        <w:tc>
          <w:tcPr>
            <w:tcW w:w="0" w:type="auto"/>
            <w:vAlign w:val="center"/>
          </w:tcPr>
          <w:p w14:paraId="1459FE08" w14:textId="77777777" w:rsidR="00F12170" w:rsidRPr="007911BE" w:rsidRDefault="00000000">
            <w:pPr>
              <w:ind w:firstLine="0"/>
              <w:jc w:val="center"/>
              <w:rPr>
                <w:sz w:val="16"/>
                <w:szCs w:val="28"/>
              </w:rPr>
            </w:pPr>
            <w:r w:rsidRPr="007911BE">
              <w:rPr>
                <w:sz w:val="16"/>
                <w:szCs w:val="28"/>
              </w:rPr>
              <w:t>51.44</w:t>
            </w:r>
          </w:p>
        </w:tc>
        <w:tc>
          <w:tcPr>
            <w:tcW w:w="0" w:type="auto"/>
            <w:vAlign w:val="center"/>
          </w:tcPr>
          <w:p w14:paraId="5B7322A4" w14:textId="77777777" w:rsidR="00F12170" w:rsidRPr="007911BE" w:rsidRDefault="00000000">
            <w:pPr>
              <w:ind w:firstLine="0"/>
              <w:jc w:val="center"/>
              <w:rPr>
                <w:sz w:val="16"/>
                <w:szCs w:val="28"/>
              </w:rPr>
            </w:pPr>
            <w:r w:rsidRPr="007911BE">
              <w:rPr>
                <w:sz w:val="16"/>
                <w:szCs w:val="28"/>
              </w:rPr>
              <w:t>75.44</w:t>
            </w:r>
          </w:p>
        </w:tc>
        <w:tc>
          <w:tcPr>
            <w:tcW w:w="0" w:type="auto"/>
            <w:vAlign w:val="center"/>
          </w:tcPr>
          <w:p w14:paraId="6B04CE15" w14:textId="77777777" w:rsidR="00F12170" w:rsidRPr="007911BE" w:rsidRDefault="00000000">
            <w:pPr>
              <w:ind w:firstLine="0"/>
              <w:jc w:val="center"/>
              <w:rPr>
                <w:sz w:val="16"/>
                <w:szCs w:val="28"/>
              </w:rPr>
            </w:pPr>
            <w:r w:rsidRPr="007911BE">
              <w:rPr>
                <w:sz w:val="16"/>
                <w:szCs w:val="28"/>
              </w:rPr>
              <w:t>9.55</w:t>
            </w:r>
          </w:p>
        </w:tc>
      </w:tr>
      <w:tr w:rsidR="00F12170" w:rsidRPr="007911BE" w14:paraId="00E21AE2" w14:textId="77777777" w:rsidTr="00B408C8">
        <w:trPr>
          <w:jc w:val="center"/>
        </w:trPr>
        <w:tc>
          <w:tcPr>
            <w:tcW w:w="0" w:type="auto"/>
            <w:vAlign w:val="center"/>
          </w:tcPr>
          <w:p w14:paraId="1A1EEF3B" w14:textId="77777777" w:rsidR="00F12170" w:rsidRPr="007911BE" w:rsidRDefault="00000000">
            <w:pPr>
              <w:ind w:firstLine="0"/>
              <w:jc w:val="left"/>
              <w:rPr>
                <w:sz w:val="16"/>
                <w:szCs w:val="28"/>
              </w:rPr>
            </w:pPr>
            <w:proofErr w:type="spellStart"/>
            <w:r w:rsidRPr="007911BE">
              <w:rPr>
                <w:sz w:val="16"/>
                <w:szCs w:val="28"/>
              </w:rPr>
              <w:t>Камчатский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2FCC7A9C"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528873C9" w14:textId="77777777" w:rsidR="00F12170" w:rsidRPr="007911BE" w:rsidRDefault="00000000">
            <w:pPr>
              <w:ind w:firstLine="0"/>
              <w:jc w:val="center"/>
              <w:rPr>
                <w:sz w:val="16"/>
                <w:szCs w:val="28"/>
              </w:rPr>
            </w:pPr>
            <w:r w:rsidRPr="007911BE">
              <w:rPr>
                <w:sz w:val="16"/>
                <w:szCs w:val="28"/>
              </w:rPr>
              <w:t>14.28</w:t>
            </w:r>
          </w:p>
        </w:tc>
        <w:tc>
          <w:tcPr>
            <w:tcW w:w="0" w:type="auto"/>
            <w:vAlign w:val="center"/>
          </w:tcPr>
          <w:p w14:paraId="57CEB9F0" w14:textId="77777777" w:rsidR="00F12170" w:rsidRPr="007911BE" w:rsidRDefault="00000000">
            <w:pPr>
              <w:ind w:firstLine="0"/>
              <w:jc w:val="center"/>
              <w:rPr>
                <w:sz w:val="16"/>
                <w:szCs w:val="28"/>
              </w:rPr>
            </w:pPr>
            <w:r w:rsidRPr="007911BE">
              <w:rPr>
                <w:sz w:val="16"/>
                <w:szCs w:val="28"/>
              </w:rPr>
              <w:t>97.68</w:t>
            </w:r>
          </w:p>
        </w:tc>
        <w:tc>
          <w:tcPr>
            <w:tcW w:w="0" w:type="auto"/>
            <w:vAlign w:val="center"/>
          </w:tcPr>
          <w:p w14:paraId="30C016D0" w14:textId="77777777" w:rsidR="00F12170" w:rsidRPr="007911BE" w:rsidRDefault="00000000">
            <w:pPr>
              <w:ind w:firstLine="0"/>
              <w:jc w:val="center"/>
              <w:rPr>
                <w:sz w:val="16"/>
                <w:szCs w:val="28"/>
              </w:rPr>
            </w:pPr>
            <w:r w:rsidRPr="007911BE">
              <w:rPr>
                <w:sz w:val="16"/>
                <w:szCs w:val="28"/>
              </w:rPr>
              <w:t>89.57</w:t>
            </w:r>
          </w:p>
        </w:tc>
        <w:tc>
          <w:tcPr>
            <w:tcW w:w="0" w:type="auto"/>
            <w:vAlign w:val="center"/>
          </w:tcPr>
          <w:p w14:paraId="5437EF3F" w14:textId="77777777" w:rsidR="00F12170" w:rsidRPr="007911BE" w:rsidRDefault="00000000">
            <w:pPr>
              <w:ind w:firstLine="0"/>
              <w:jc w:val="center"/>
              <w:rPr>
                <w:sz w:val="16"/>
                <w:szCs w:val="28"/>
              </w:rPr>
            </w:pPr>
            <w:r w:rsidRPr="007911BE">
              <w:rPr>
                <w:sz w:val="16"/>
                <w:szCs w:val="28"/>
              </w:rPr>
              <w:t>18.74</w:t>
            </w:r>
          </w:p>
        </w:tc>
      </w:tr>
      <w:tr w:rsidR="00F12170" w:rsidRPr="007911BE" w14:paraId="39B7BEC8" w14:textId="77777777" w:rsidTr="00B408C8">
        <w:trPr>
          <w:jc w:val="center"/>
        </w:trPr>
        <w:tc>
          <w:tcPr>
            <w:tcW w:w="0" w:type="auto"/>
            <w:vAlign w:val="center"/>
          </w:tcPr>
          <w:p w14:paraId="7D2DFF27" w14:textId="77777777" w:rsidR="00F12170" w:rsidRPr="007911BE" w:rsidRDefault="00000000">
            <w:pPr>
              <w:ind w:firstLine="0"/>
              <w:jc w:val="left"/>
              <w:rPr>
                <w:sz w:val="16"/>
                <w:szCs w:val="28"/>
              </w:rPr>
            </w:pPr>
            <w:proofErr w:type="spellStart"/>
            <w:r w:rsidRPr="007911BE">
              <w:rPr>
                <w:sz w:val="16"/>
                <w:szCs w:val="28"/>
              </w:rPr>
              <w:t>Карачаево-Черкесская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68A27E11"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3CCB4424" w14:textId="77777777" w:rsidR="00F12170" w:rsidRPr="007911BE" w:rsidRDefault="00000000">
            <w:pPr>
              <w:ind w:firstLine="0"/>
              <w:jc w:val="center"/>
              <w:rPr>
                <w:sz w:val="16"/>
                <w:szCs w:val="28"/>
              </w:rPr>
            </w:pPr>
            <w:r w:rsidRPr="007911BE">
              <w:rPr>
                <w:sz w:val="16"/>
                <w:szCs w:val="28"/>
              </w:rPr>
              <w:t>32.13</w:t>
            </w:r>
          </w:p>
        </w:tc>
        <w:tc>
          <w:tcPr>
            <w:tcW w:w="0" w:type="auto"/>
            <w:vAlign w:val="center"/>
          </w:tcPr>
          <w:p w14:paraId="5D01FD7B" w14:textId="77777777" w:rsidR="00F12170" w:rsidRPr="007911BE" w:rsidRDefault="00000000">
            <w:pPr>
              <w:ind w:firstLine="0"/>
              <w:jc w:val="center"/>
              <w:rPr>
                <w:sz w:val="16"/>
                <w:szCs w:val="28"/>
              </w:rPr>
            </w:pPr>
            <w:r w:rsidRPr="007911BE">
              <w:rPr>
                <w:sz w:val="16"/>
                <w:szCs w:val="28"/>
              </w:rPr>
              <w:t>48.26</w:t>
            </w:r>
          </w:p>
        </w:tc>
        <w:tc>
          <w:tcPr>
            <w:tcW w:w="0" w:type="auto"/>
            <w:vAlign w:val="center"/>
          </w:tcPr>
          <w:p w14:paraId="306640CF" w14:textId="77777777" w:rsidR="00F12170" w:rsidRPr="007911BE" w:rsidRDefault="00000000">
            <w:pPr>
              <w:ind w:firstLine="0"/>
              <w:jc w:val="center"/>
              <w:rPr>
                <w:sz w:val="16"/>
                <w:szCs w:val="28"/>
              </w:rPr>
            </w:pPr>
            <w:r w:rsidRPr="007911BE">
              <w:rPr>
                <w:sz w:val="16"/>
                <w:szCs w:val="28"/>
              </w:rPr>
              <w:t>414.35</w:t>
            </w:r>
          </w:p>
        </w:tc>
        <w:tc>
          <w:tcPr>
            <w:tcW w:w="0" w:type="auto"/>
            <w:vAlign w:val="center"/>
          </w:tcPr>
          <w:p w14:paraId="5DD118F8" w14:textId="77777777" w:rsidR="00F12170" w:rsidRPr="007911BE" w:rsidRDefault="00000000">
            <w:pPr>
              <w:ind w:firstLine="0"/>
              <w:jc w:val="center"/>
              <w:rPr>
                <w:sz w:val="16"/>
                <w:szCs w:val="28"/>
              </w:rPr>
            </w:pPr>
            <w:r w:rsidRPr="007911BE">
              <w:rPr>
                <w:sz w:val="16"/>
                <w:szCs w:val="28"/>
              </w:rPr>
              <w:t>30.77</w:t>
            </w:r>
          </w:p>
        </w:tc>
      </w:tr>
      <w:tr w:rsidR="00F12170" w:rsidRPr="007911BE" w14:paraId="2BD50417" w14:textId="77777777" w:rsidTr="00B408C8">
        <w:trPr>
          <w:jc w:val="center"/>
        </w:trPr>
        <w:tc>
          <w:tcPr>
            <w:tcW w:w="0" w:type="auto"/>
            <w:vAlign w:val="center"/>
          </w:tcPr>
          <w:p w14:paraId="591ECC95" w14:textId="77777777" w:rsidR="00F12170" w:rsidRPr="007911BE" w:rsidRDefault="00000000">
            <w:pPr>
              <w:ind w:firstLine="0"/>
              <w:jc w:val="left"/>
              <w:rPr>
                <w:sz w:val="16"/>
                <w:szCs w:val="28"/>
              </w:rPr>
            </w:pPr>
            <w:proofErr w:type="spellStart"/>
            <w:r w:rsidRPr="007911BE">
              <w:rPr>
                <w:sz w:val="16"/>
                <w:szCs w:val="28"/>
              </w:rPr>
              <w:t>Кемеровская</w:t>
            </w:r>
            <w:proofErr w:type="spellEnd"/>
            <w:r w:rsidRPr="007911BE">
              <w:rPr>
                <w:sz w:val="16"/>
                <w:szCs w:val="28"/>
              </w:rPr>
              <w:t xml:space="preserve"> </w:t>
            </w:r>
            <w:proofErr w:type="spellStart"/>
            <w:r w:rsidRPr="007911BE">
              <w:rPr>
                <w:sz w:val="16"/>
                <w:szCs w:val="28"/>
              </w:rPr>
              <w:t>область</w:t>
            </w:r>
            <w:proofErr w:type="spellEnd"/>
            <w:r w:rsidRPr="007911BE">
              <w:rPr>
                <w:sz w:val="16"/>
                <w:szCs w:val="28"/>
              </w:rPr>
              <w:t xml:space="preserve"> - </w:t>
            </w:r>
            <w:proofErr w:type="spellStart"/>
            <w:r w:rsidRPr="007911BE">
              <w:rPr>
                <w:sz w:val="16"/>
                <w:szCs w:val="28"/>
              </w:rPr>
              <w:t>Кузбасс</w:t>
            </w:r>
            <w:proofErr w:type="spellEnd"/>
          </w:p>
        </w:tc>
        <w:tc>
          <w:tcPr>
            <w:tcW w:w="0" w:type="auto"/>
            <w:vAlign w:val="center"/>
          </w:tcPr>
          <w:p w14:paraId="0D9B4660"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18E786FA" w14:textId="77777777" w:rsidR="00F12170" w:rsidRPr="007911BE" w:rsidRDefault="00000000">
            <w:pPr>
              <w:ind w:firstLine="0"/>
              <w:jc w:val="center"/>
              <w:rPr>
                <w:sz w:val="16"/>
                <w:szCs w:val="28"/>
              </w:rPr>
            </w:pPr>
            <w:r w:rsidRPr="007911BE">
              <w:rPr>
                <w:sz w:val="16"/>
                <w:szCs w:val="28"/>
              </w:rPr>
              <w:t>30.54</w:t>
            </w:r>
          </w:p>
        </w:tc>
        <w:tc>
          <w:tcPr>
            <w:tcW w:w="0" w:type="auto"/>
            <w:vAlign w:val="center"/>
          </w:tcPr>
          <w:p w14:paraId="0531DDD8" w14:textId="77777777" w:rsidR="00F12170" w:rsidRPr="007911BE" w:rsidRDefault="00000000">
            <w:pPr>
              <w:ind w:firstLine="0"/>
              <w:jc w:val="center"/>
              <w:rPr>
                <w:sz w:val="16"/>
                <w:szCs w:val="28"/>
              </w:rPr>
            </w:pPr>
            <w:r w:rsidRPr="007911BE">
              <w:rPr>
                <w:sz w:val="16"/>
                <w:szCs w:val="28"/>
              </w:rPr>
              <w:t>53.22</w:t>
            </w:r>
          </w:p>
        </w:tc>
        <w:tc>
          <w:tcPr>
            <w:tcW w:w="0" w:type="auto"/>
            <w:vAlign w:val="center"/>
          </w:tcPr>
          <w:p w14:paraId="651863B6" w14:textId="77777777" w:rsidR="00F12170" w:rsidRPr="007911BE" w:rsidRDefault="00000000">
            <w:pPr>
              <w:ind w:firstLine="0"/>
              <w:jc w:val="center"/>
              <w:rPr>
                <w:sz w:val="16"/>
                <w:szCs w:val="28"/>
              </w:rPr>
            </w:pPr>
            <w:r w:rsidRPr="007911BE">
              <w:rPr>
                <w:sz w:val="16"/>
                <w:szCs w:val="28"/>
              </w:rPr>
              <w:t>89.41</w:t>
            </w:r>
          </w:p>
        </w:tc>
        <w:tc>
          <w:tcPr>
            <w:tcW w:w="0" w:type="auto"/>
            <w:vAlign w:val="center"/>
          </w:tcPr>
          <w:p w14:paraId="73B61874" w14:textId="77777777" w:rsidR="00F12170" w:rsidRPr="007911BE" w:rsidRDefault="00000000">
            <w:pPr>
              <w:ind w:firstLine="0"/>
              <w:jc w:val="center"/>
              <w:rPr>
                <w:sz w:val="16"/>
                <w:szCs w:val="28"/>
              </w:rPr>
            </w:pPr>
            <w:r w:rsidRPr="007911BE">
              <w:rPr>
                <w:sz w:val="16"/>
                <w:szCs w:val="28"/>
              </w:rPr>
              <w:t>17.8</w:t>
            </w:r>
          </w:p>
        </w:tc>
      </w:tr>
      <w:tr w:rsidR="00F12170" w:rsidRPr="007911BE" w14:paraId="5A8660C5" w14:textId="77777777" w:rsidTr="00B408C8">
        <w:trPr>
          <w:jc w:val="center"/>
        </w:trPr>
        <w:tc>
          <w:tcPr>
            <w:tcW w:w="0" w:type="auto"/>
            <w:vAlign w:val="center"/>
          </w:tcPr>
          <w:p w14:paraId="260ABA34" w14:textId="77777777" w:rsidR="00F12170" w:rsidRPr="007911BE" w:rsidRDefault="00000000">
            <w:pPr>
              <w:ind w:firstLine="0"/>
              <w:jc w:val="left"/>
              <w:rPr>
                <w:sz w:val="16"/>
                <w:szCs w:val="28"/>
              </w:rPr>
            </w:pPr>
            <w:proofErr w:type="spellStart"/>
            <w:r w:rsidRPr="007911BE">
              <w:rPr>
                <w:sz w:val="16"/>
                <w:szCs w:val="28"/>
              </w:rPr>
              <w:t>Кировская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4961A30"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0D7746E2" w14:textId="77777777" w:rsidR="00F12170" w:rsidRPr="007911BE" w:rsidRDefault="00000000">
            <w:pPr>
              <w:ind w:firstLine="0"/>
              <w:jc w:val="center"/>
              <w:rPr>
                <w:sz w:val="16"/>
                <w:szCs w:val="28"/>
              </w:rPr>
            </w:pPr>
            <w:r w:rsidRPr="007911BE">
              <w:rPr>
                <w:sz w:val="16"/>
                <w:szCs w:val="28"/>
              </w:rPr>
              <w:t>35.05</w:t>
            </w:r>
          </w:p>
        </w:tc>
        <w:tc>
          <w:tcPr>
            <w:tcW w:w="0" w:type="auto"/>
            <w:vAlign w:val="center"/>
          </w:tcPr>
          <w:p w14:paraId="33E6FC5B" w14:textId="77777777" w:rsidR="00F12170" w:rsidRPr="007911BE" w:rsidRDefault="00000000">
            <w:pPr>
              <w:ind w:firstLine="0"/>
              <w:jc w:val="center"/>
              <w:rPr>
                <w:sz w:val="16"/>
                <w:szCs w:val="28"/>
              </w:rPr>
            </w:pPr>
            <w:r w:rsidRPr="007911BE">
              <w:rPr>
                <w:sz w:val="16"/>
                <w:szCs w:val="28"/>
              </w:rPr>
              <w:t>54.83</w:t>
            </w:r>
          </w:p>
        </w:tc>
        <w:tc>
          <w:tcPr>
            <w:tcW w:w="0" w:type="auto"/>
            <w:vAlign w:val="center"/>
          </w:tcPr>
          <w:p w14:paraId="3F6C0800" w14:textId="77777777" w:rsidR="00F12170" w:rsidRPr="007911BE" w:rsidRDefault="00000000">
            <w:pPr>
              <w:ind w:firstLine="0"/>
              <w:jc w:val="center"/>
              <w:rPr>
                <w:sz w:val="16"/>
                <w:szCs w:val="28"/>
              </w:rPr>
            </w:pPr>
            <w:r w:rsidRPr="007911BE">
              <w:rPr>
                <w:sz w:val="16"/>
                <w:szCs w:val="28"/>
              </w:rPr>
              <w:t>94.56</w:t>
            </w:r>
          </w:p>
        </w:tc>
        <w:tc>
          <w:tcPr>
            <w:tcW w:w="0" w:type="auto"/>
            <w:vAlign w:val="center"/>
          </w:tcPr>
          <w:p w14:paraId="2E7BB2C8" w14:textId="77777777" w:rsidR="00F12170" w:rsidRPr="007911BE" w:rsidRDefault="00000000">
            <w:pPr>
              <w:ind w:firstLine="0"/>
              <w:jc w:val="center"/>
              <w:rPr>
                <w:sz w:val="16"/>
                <w:szCs w:val="28"/>
              </w:rPr>
            </w:pPr>
            <w:r w:rsidRPr="007911BE">
              <w:rPr>
                <w:sz w:val="16"/>
                <w:szCs w:val="28"/>
              </w:rPr>
              <w:t>20.11</w:t>
            </w:r>
          </w:p>
        </w:tc>
      </w:tr>
      <w:tr w:rsidR="00F12170" w:rsidRPr="007911BE" w14:paraId="4469526D" w14:textId="77777777" w:rsidTr="00B408C8">
        <w:trPr>
          <w:jc w:val="center"/>
        </w:trPr>
        <w:tc>
          <w:tcPr>
            <w:tcW w:w="0" w:type="auto"/>
            <w:vAlign w:val="center"/>
          </w:tcPr>
          <w:p w14:paraId="703B55A8" w14:textId="77777777" w:rsidR="00F12170" w:rsidRPr="007911BE" w:rsidRDefault="00000000">
            <w:pPr>
              <w:ind w:firstLine="0"/>
              <w:jc w:val="left"/>
              <w:rPr>
                <w:sz w:val="16"/>
                <w:szCs w:val="28"/>
              </w:rPr>
            </w:pPr>
            <w:proofErr w:type="spellStart"/>
            <w:r w:rsidRPr="007911BE">
              <w:rPr>
                <w:sz w:val="16"/>
                <w:szCs w:val="28"/>
              </w:rPr>
              <w:t>Костромская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F52040B"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871F721" w14:textId="77777777" w:rsidR="00F12170" w:rsidRPr="007911BE" w:rsidRDefault="00000000">
            <w:pPr>
              <w:ind w:firstLine="0"/>
              <w:jc w:val="center"/>
              <w:rPr>
                <w:sz w:val="16"/>
                <w:szCs w:val="28"/>
              </w:rPr>
            </w:pPr>
            <w:r w:rsidRPr="007911BE">
              <w:rPr>
                <w:sz w:val="16"/>
                <w:szCs w:val="28"/>
              </w:rPr>
              <w:t>32.2</w:t>
            </w:r>
          </w:p>
        </w:tc>
        <w:tc>
          <w:tcPr>
            <w:tcW w:w="0" w:type="auto"/>
            <w:vAlign w:val="center"/>
          </w:tcPr>
          <w:p w14:paraId="4722A4B9" w14:textId="77777777" w:rsidR="00F12170" w:rsidRPr="007911BE" w:rsidRDefault="00000000">
            <w:pPr>
              <w:ind w:firstLine="0"/>
              <w:jc w:val="center"/>
              <w:rPr>
                <w:sz w:val="16"/>
                <w:szCs w:val="28"/>
              </w:rPr>
            </w:pPr>
            <w:r w:rsidRPr="007911BE">
              <w:rPr>
                <w:sz w:val="16"/>
                <w:szCs w:val="28"/>
              </w:rPr>
              <w:t>52.71</w:t>
            </w:r>
          </w:p>
        </w:tc>
        <w:tc>
          <w:tcPr>
            <w:tcW w:w="0" w:type="auto"/>
            <w:vAlign w:val="center"/>
          </w:tcPr>
          <w:p w14:paraId="1716313D" w14:textId="77777777" w:rsidR="00F12170" w:rsidRPr="007911BE" w:rsidRDefault="00000000">
            <w:pPr>
              <w:ind w:firstLine="0"/>
              <w:jc w:val="center"/>
              <w:rPr>
                <w:sz w:val="16"/>
                <w:szCs w:val="28"/>
              </w:rPr>
            </w:pPr>
            <w:r w:rsidRPr="007911BE">
              <w:rPr>
                <w:sz w:val="16"/>
                <w:szCs w:val="28"/>
              </w:rPr>
              <w:t>174.39</w:t>
            </w:r>
          </w:p>
        </w:tc>
        <w:tc>
          <w:tcPr>
            <w:tcW w:w="0" w:type="auto"/>
            <w:vAlign w:val="center"/>
          </w:tcPr>
          <w:p w14:paraId="496BB771" w14:textId="77777777" w:rsidR="00F12170" w:rsidRPr="007911BE" w:rsidRDefault="00000000">
            <w:pPr>
              <w:ind w:firstLine="0"/>
              <w:jc w:val="center"/>
              <w:rPr>
                <w:sz w:val="16"/>
                <w:szCs w:val="28"/>
              </w:rPr>
            </w:pPr>
            <w:r w:rsidRPr="007911BE">
              <w:rPr>
                <w:sz w:val="16"/>
                <w:szCs w:val="28"/>
              </w:rPr>
              <w:t>32.01</w:t>
            </w:r>
          </w:p>
        </w:tc>
      </w:tr>
      <w:tr w:rsidR="00F12170" w:rsidRPr="007911BE" w14:paraId="50FFC699" w14:textId="77777777" w:rsidTr="00B408C8">
        <w:trPr>
          <w:jc w:val="center"/>
        </w:trPr>
        <w:tc>
          <w:tcPr>
            <w:tcW w:w="0" w:type="auto"/>
            <w:vAlign w:val="center"/>
          </w:tcPr>
          <w:p w14:paraId="178BFA6A" w14:textId="77777777" w:rsidR="00F12170" w:rsidRPr="007911BE" w:rsidRDefault="00000000">
            <w:pPr>
              <w:ind w:firstLine="0"/>
              <w:jc w:val="left"/>
              <w:rPr>
                <w:sz w:val="16"/>
                <w:szCs w:val="28"/>
              </w:rPr>
            </w:pPr>
            <w:proofErr w:type="spellStart"/>
            <w:r w:rsidRPr="007911BE">
              <w:rPr>
                <w:sz w:val="16"/>
                <w:szCs w:val="28"/>
              </w:rPr>
              <w:t>Краснодарский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70126DAD"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0E067665" w14:textId="77777777" w:rsidR="00F12170" w:rsidRPr="007911BE" w:rsidRDefault="00000000">
            <w:pPr>
              <w:ind w:firstLine="0"/>
              <w:jc w:val="center"/>
              <w:rPr>
                <w:sz w:val="16"/>
                <w:szCs w:val="28"/>
              </w:rPr>
            </w:pPr>
            <w:r w:rsidRPr="007911BE">
              <w:rPr>
                <w:sz w:val="16"/>
                <w:szCs w:val="28"/>
              </w:rPr>
              <w:t>25.98</w:t>
            </w:r>
          </w:p>
        </w:tc>
        <w:tc>
          <w:tcPr>
            <w:tcW w:w="0" w:type="auto"/>
            <w:vAlign w:val="center"/>
          </w:tcPr>
          <w:p w14:paraId="28F8AD93" w14:textId="77777777" w:rsidR="00F12170" w:rsidRPr="007911BE" w:rsidRDefault="00000000">
            <w:pPr>
              <w:ind w:firstLine="0"/>
              <w:jc w:val="center"/>
              <w:rPr>
                <w:sz w:val="16"/>
                <w:szCs w:val="28"/>
              </w:rPr>
            </w:pPr>
            <w:r w:rsidRPr="007911BE">
              <w:rPr>
                <w:sz w:val="16"/>
                <w:szCs w:val="28"/>
              </w:rPr>
              <w:t>58.9</w:t>
            </w:r>
          </w:p>
        </w:tc>
        <w:tc>
          <w:tcPr>
            <w:tcW w:w="0" w:type="auto"/>
            <w:vAlign w:val="center"/>
          </w:tcPr>
          <w:p w14:paraId="6727B2AC" w14:textId="77777777" w:rsidR="00F12170" w:rsidRPr="007911BE" w:rsidRDefault="00000000">
            <w:pPr>
              <w:ind w:firstLine="0"/>
              <w:jc w:val="center"/>
              <w:rPr>
                <w:sz w:val="16"/>
                <w:szCs w:val="28"/>
              </w:rPr>
            </w:pPr>
            <w:r w:rsidRPr="007911BE">
              <w:rPr>
                <w:sz w:val="16"/>
                <w:szCs w:val="28"/>
              </w:rPr>
              <w:t>93.37</w:t>
            </w:r>
          </w:p>
        </w:tc>
        <w:tc>
          <w:tcPr>
            <w:tcW w:w="0" w:type="auto"/>
            <w:vAlign w:val="center"/>
          </w:tcPr>
          <w:p w14:paraId="78FE5B41" w14:textId="77777777" w:rsidR="00F12170" w:rsidRPr="007911BE" w:rsidRDefault="00000000">
            <w:pPr>
              <w:ind w:firstLine="0"/>
              <w:jc w:val="center"/>
              <w:rPr>
                <w:sz w:val="16"/>
                <w:szCs w:val="28"/>
              </w:rPr>
            </w:pPr>
            <w:r w:rsidRPr="007911BE">
              <w:rPr>
                <w:sz w:val="16"/>
                <w:szCs w:val="28"/>
              </w:rPr>
              <w:t>52.06</w:t>
            </w:r>
          </w:p>
        </w:tc>
      </w:tr>
      <w:tr w:rsidR="00F12170" w:rsidRPr="007911BE" w14:paraId="0B1967E1" w14:textId="77777777" w:rsidTr="00B408C8">
        <w:trPr>
          <w:jc w:val="center"/>
        </w:trPr>
        <w:tc>
          <w:tcPr>
            <w:tcW w:w="0" w:type="auto"/>
            <w:vAlign w:val="center"/>
          </w:tcPr>
          <w:p w14:paraId="7F72AA54" w14:textId="77777777" w:rsidR="00F12170" w:rsidRPr="007911BE" w:rsidRDefault="00000000">
            <w:pPr>
              <w:ind w:firstLine="0"/>
              <w:jc w:val="left"/>
              <w:rPr>
                <w:sz w:val="16"/>
                <w:szCs w:val="28"/>
              </w:rPr>
            </w:pPr>
            <w:proofErr w:type="spellStart"/>
            <w:r w:rsidRPr="007911BE">
              <w:rPr>
                <w:sz w:val="16"/>
                <w:szCs w:val="28"/>
              </w:rPr>
              <w:t>Красноярский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6CFD550B"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4DB48300" w14:textId="77777777" w:rsidR="00F12170" w:rsidRPr="007911BE" w:rsidRDefault="00000000">
            <w:pPr>
              <w:ind w:firstLine="0"/>
              <w:jc w:val="center"/>
              <w:rPr>
                <w:sz w:val="16"/>
                <w:szCs w:val="28"/>
              </w:rPr>
            </w:pPr>
            <w:r w:rsidRPr="007911BE">
              <w:rPr>
                <w:sz w:val="16"/>
                <w:szCs w:val="28"/>
              </w:rPr>
              <w:t>32.02</w:t>
            </w:r>
          </w:p>
        </w:tc>
        <w:tc>
          <w:tcPr>
            <w:tcW w:w="0" w:type="auto"/>
            <w:vAlign w:val="center"/>
          </w:tcPr>
          <w:p w14:paraId="21128885" w14:textId="77777777" w:rsidR="00F12170" w:rsidRPr="007911BE" w:rsidRDefault="00000000">
            <w:pPr>
              <w:ind w:firstLine="0"/>
              <w:jc w:val="center"/>
              <w:rPr>
                <w:sz w:val="16"/>
                <w:szCs w:val="28"/>
              </w:rPr>
            </w:pPr>
            <w:r w:rsidRPr="007911BE">
              <w:rPr>
                <w:sz w:val="16"/>
                <w:szCs w:val="28"/>
              </w:rPr>
              <w:t>54.78</w:t>
            </w:r>
          </w:p>
        </w:tc>
        <w:tc>
          <w:tcPr>
            <w:tcW w:w="0" w:type="auto"/>
            <w:vAlign w:val="center"/>
          </w:tcPr>
          <w:p w14:paraId="5F0C10E9" w14:textId="77777777" w:rsidR="00F12170" w:rsidRPr="007911BE" w:rsidRDefault="00000000">
            <w:pPr>
              <w:ind w:firstLine="0"/>
              <w:jc w:val="center"/>
              <w:rPr>
                <w:sz w:val="16"/>
                <w:szCs w:val="28"/>
              </w:rPr>
            </w:pPr>
            <w:r w:rsidRPr="007911BE">
              <w:rPr>
                <w:sz w:val="16"/>
                <w:szCs w:val="28"/>
              </w:rPr>
              <w:t>83.22</w:t>
            </w:r>
          </w:p>
        </w:tc>
        <w:tc>
          <w:tcPr>
            <w:tcW w:w="0" w:type="auto"/>
            <w:vAlign w:val="center"/>
          </w:tcPr>
          <w:p w14:paraId="6CF19621" w14:textId="77777777" w:rsidR="00F12170" w:rsidRPr="007911BE" w:rsidRDefault="00000000">
            <w:pPr>
              <w:ind w:firstLine="0"/>
              <w:jc w:val="center"/>
              <w:rPr>
                <w:sz w:val="16"/>
                <w:szCs w:val="28"/>
              </w:rPr>
            </w:pPr>
            <w:r w:rsidRPr="007911BE">
              <w:rPr>
                <w:sz w:val="16"/>
                <w:szCs w:val="28"/>
              </w:rPr>
              <w:t>24.09</w:t>
            </w:r>
          </w:p>
        </w:tc>
      </w:tr>
      <w:tr w:rsidR="00F12170" w:rsidRPr="007911BE" w14:paraId="025985F7" w14:textId="77777777" w:rsidTr="00B408C8">
        <w:trPr>
          <w:jc w:val="center"/>
        </w:trPr>
        <w:tc>
          <w:tcPr>
            <w:tcW w:w="0" w:type="auto"/>
            <w:vAlign w:val="center"/>
          </w:tcPr>
          <w:p w14:paraId="68B2C7D3" w14:textId="77777777" w:rsidR="00F12170" w:rsidRPr="007911BE" w:rsidRDefault="00000000">
            <w:pPr>
              <w:ind w:firstLine="0"/>
              <w:jc w:val="left"/>
              <w:rPr>
                <w:sz w:val="16"/>
                <w:szCs w:val="28"/>
              </w:rPr>
            </w:pPr>
            <w:proofErr w:type="spellStart"/>
            <w:r w:rsidRPr="007911BE">
              <w:rPr>
                <w:sz w:val="16"/>
                <w:szCs w:val="28"/>
              </w:rPr>
              <w:t>Курганская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DA8E67C"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439EEE0D" w14:textId="77777777" w:rsidR="00F12170" w:rsidRPr="007911BE" w:rsidRDefault="00000000">
            <w:pPr>
              <w:ind w:firstLine="0"/>
              <w:jc w:val="center"/>
              <w:rPr>
                <w:sz w:val="16"/>
                <w:szCs w:val="28"/>
              </w:rPr>
            </w:pPr>
            <w:r w:rsidRPr="007911BE">
              <w:rPr>
                <w:sz w:val="16"/>
                <w:szCs w:val="28"/>
              </w:rPr>
              <w:t>32.29</w:t>
            </w:r>
          </w:p>
        </w:tc>
        <w:tc>
          <w:tcPr>
            <w:tcW w:w="0" w:type="auto"/>
            <w:vAlign w:val="center"/>
          </w:tcPr>
          <w:p w14:paraId="431F3BBE" w14:textId="77777777" w:rsidR="00F12170" w:rsidRPr="007911BE" w:rsidRDefault="00000000">
            <w:pPr>
              <w:ind w:firstLine="0"/>
              <w:jc w:val="center"/>
              <w:rPr>
                <w:sz w:val="16"/>
                <w:szCs w:val="28"/>
              </w:rPr>
            </w:pPr>
            <w:r w:rsidRPr="007911BE">
              <w:rPr>
                <w:sz w:val="16"/>
                <w:szCs w:val="28"/>
              </w:rPr>
              <w:t>60.46</w:t>
            </w:r>
          </w:p>
        </w:tc>
        <w:tc>
          <w:tcPr>
            <w:tcW w:w="0" w:type="auto"/>
            <w:vAlign w:val="center"/>
          </w:tcPr>
          <w:p w14:paraId="2043CBC1" w14:textId="77777777" w:rsidR="00F12170" w:rsidRPr="007911BE" w:rsidRDefault="00000000">
            <w:pPr>
              <w:ind w:firstLine="0"/>
              <w:jc w:val="center"/>
              <w:rPr>
                <w:sz w:val="16"/>
                <w:szCs w:val="28"/>
              </w:rPr>
            </w:pPr>
            <w:r w:rsidRPr="007911BE">
              <w:rPr>
                <w:sz w:val="16"/>
                <w:szCs w:val="28"/>
              </w:rPr>
              <w:t>112.27</w:t>
            </w:r>
          </w:p>
        </w:tc>
        <w:tc>
          <w:tcPr>
            <w:tcW w:w="0" w:type="auto"/>
            <w:vAlign w:val="center"/>
          </w:tcPr>
          <w:p w14:paraId="63EC7BE2" w14:textId="77777777" w:rsidR="00F12170" w:rsidRPr="007911BE" w:rsidRDefault="00000000">
            <w:pPr>
              <w:ind w:firstLine="0"/>
              <w:jc w:val="center"/>
              <w:rPr>
                <w:sz w:val="16"/>
                <w:szCs w:val="28"/>
              </w:rPr>
            </w:pPr>
            <w:r w:rsidRPr="007911BE">
              <w:rPr>
                <w:sz w:val="16"/>
                <w:szCs w:val="28"/>
              </w:rPr>
              <w:t>39.7</w:t>
            </w:r>
          </w:p>
        </w:tc>
      </w:tr>
      <w:tr w:rsidR="00F12170" w:rsidRPr="007911BE" w14:paraId="09C5EAA0" w14:textId="77777777" w:rsidTr="00B408C8">
        <w:trPr>
          <w:jc w:val="center"/>
        </w:trPr>
        <w:tc>
          <w:tcPr>
            <w:tcW w:w="0" w:type="auto"/>
            <w:vAlign w:val="center"/>
          </w:tcPr>
          <w:p w14:paraId="3F7507AF" w14:textId="77777777" w:rsidR="00F12170" w:rsidRPr="007911BE" w:rsidRDefault="00000000">
            <w:pPr>
              <w:ind w:firstLine="0"/>
              <w:jc w:val="left"/>
              <w:rPr>
                <w:sz w:val="16"/>
                <w:szCs w:val="28"/>
              </w:rPr>
            </w:pPr>
            <w:r w:rsidRPr="007911BE">
              <w:rPr>
                <w:sz w:val="16"/>
                <w:szCs w:val="28"/>
              </w:rPr>
              <w:t xml:space="preserve">Курская </w:t>
            </w:r>
            <w:proofErr w:type="spellStart"/>
            <w:r w:rsidRPr="007911BE">
              <w:rPr>
                <w:sz w:val="16"/>
                <w:szCs w:val="28"/>
              </w:rPr>
              <w:t>область</w:t>
            </w:r>
            <w:proofErr w:type="spellEnd"/>
          </w:p>
        </w:tc>
        <w:tc>
          <w:tcPr>
            <w:tcW w:w="0" w:type="auto"/>
            <w:vAlign w:val="center"/>
          </w:tcPr>
          <w:p w14:paraId="07B48BD6"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34655142" w14:textId="77777777" w:rsidR="00F12170" w:rsidRPr="007911BE" w:rsidRDefault="00000000">
            <w:pPr>
              <w:ind w:firstLine="0"/>
              <w:jc w:val="center"/>
              <w:rPr>
                <w:sz w:val="16"/>
                <w:szCs w:val="28"/>
              </w:rPr>
            </w:pPr>
            <w:r w:rsidRPr="007911BE">
              <w:rPr>
                <w:sz w:val="16"/>
                <w:szCs w:val="28"/>
              </w:rPr>
              <w:t>30.04</w:t>
            </w:r>
          </w:p>
        </w:tc>
        <w:tc>
          <w:tcPr>
            <w:tcW w:w="0" w:type="auto"/>
            <w:vAlign w:val="center"/>
          </w:tcPr>
          <w:p w14:paraId="2DEB1384" w14:textId="77777777" w:rsidR="00F12170" w:rsidRPr="007911BE" w:rsidRDefault="00000000">
            <w:pPr>
              <w:ind w:firstLine="0"/>
              <w:jc w:val="center"/>
              <w:rPr>
                <w:sz w:val="16"/>
                <w:szCs w:val="28"/>
              </w:rPr>
            </w:pPr>
            <w:r w:rsidRPr="007911BE">
              <w:rPr>
                <w:sz w:val="16"/>
                <w:szCs w:val="28"/>
              </w:rPr>
              <w:t>21.87</w:t>
            </w:r>
          </w:p>
        </w:tc>
        <w:tc>
          <w:tcPr>
            <w:tcW w:w="0" w:type="auto"/>
            <w:vAlign w:val="center"/>
          </w:tcPr>
          <w:p w14:paraId="2E586DD2" w14:textId="77777777" w:rsidR="00F12170" w:rsidRPr="007911BE" w:rsidRDefault="00000000">
            <w:pPr>
              <w:ind w:firstLine="0"/>
              <w:jc w:val="center"/>
              <w:rPr>
                <w:sz w:val="16"/>
                <w:szCs w:val="28"/>
              </w:rPr>
            </w:pPr>
            <w:r w:rsidRPr="007911BE">
              <w:rPr>
                <w:sz w:val="16"/>
                <w:szCs w:val="28"/>
              </w:rPr>
              <w:t>88.58</w:t>
            </w:r>
          </w:p>
        </w:tc>
        <w:tc>
          <w:tcPr>
            <w:tcW w:w="0" w:type="auto"/>
            <w:vAlign w:val="center"/>
          </w:tcPr>
          <w:p w14:paraId="1179D3FA" w14:textId="77777777" w:rsidR="00F12170" w:rsidRPr="007911BE" w:rsidRDefault="00000000">
            <w:pPr>
              <w:ind w:firstLine="0"/>
              <w:jc w:val="center"/>
              <w:rPr>
                <w:sz w:val="16"/>
                <w:szCs w:val="28"/>
              </w:rPr>
            </w:pPr>
            <w:r w:rsidRPr="007911BE">
              <w:rPr>
                <w:sz w:val="16"/>
                <w:szCs w:val="28"/>
              </w:rPr>
              <w:t>35.03</w:t>
            </w:r>
          </w:p>
        </w:tc>
      </w:tr>
      <w:tr w:rsidR="00F12170" w:rsidRPr="007911BE" w14:paraId="0DB9868B" w14:textId="77777777" w:rsidTr="00B408C8">
        <w:trPr>
          <w:jc w:val="center"/>
        </w:trPr>
        <w:tc>
          <w:tcPr>
            <w:tcW w:w="0" w:type="auto"/>
            <w:vAlign w:val="center"/>
          </w:tcPr>
          <w:p w14:paraId="08C6B693" w14:textId="77777777" w:rsidR="00F12170" w:rsidRPr="007911BE" w:rsidRDefault="00000000">
            <w:pPr>
              <w:ind w:firstLine="0"/>
              <w:jc w:val="left"/>
              <w:rPr>
                <w:sz w:val="16"/>
                <w:szCs w:val="28"/>
              </w:rPr>
            </w:pPr>
            <w:proofErr w:type="spellStart"/>
            <w:r w:rsidRPr="007911BE">
              <w:rPr>
                <w:sz w:val="16"/>
                <w:szCs w:val="28"/>
              </w:rPr>
              <w:t>Ленинградская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A56CC97"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7EF3969E" w14:textId="77777777" w:rsidR="00F12170" w:rsidRPr="007911BE" w:rsidRDefault="00000000">
            <w:pPr>
              <w:ind w:firstLine="0"/>
              <w:jc w:val="center"/>
              <w:rPr>
                <w:sz w:val="16"/>
                <w:szCs w:val="28"/>
              </w:rPr>
            </w:pPr>
            <w:r w:rsidRPr="007911BE">
              <w:rPr>
                <w:sz w:val="16"/>
                <w:szCs w:val="28"/>
              </w:rPr>
              <w:t>37.17</w:t>
            </w:r>
          </w:p>
        </w:tc>
        <w:tc>
          <w:tcPr>
            <w:tcW w:w="0" w:type="auto"/>
            <w:vAlign w:val="center"/>
          </w:tcPr>
          <w:p w14:paraId="61E61C77" w14:textId="77777777" w:rsidR="00F12170" w:rsidRPr="007911BE" w:rsidRDefault="00000000">
            <w:pPr>
              <w:ind w:firstLine="0"/>
              <w:jc w:val="center"/>
              <w:rPr>
                <w:sz w:val="16"/>
                <w:szCs w:val="28"/>
              </w:rPr>
            </w:pPr>
            <w:r w:rsidRPr="007911BE">
              <w:rPr>
                <w:sz w:val="16"/>
                <w:szCs w:val="28"/>
              </w:rPr>
              <w:t>72.28</w:t>
            </w:r>
          </w:p>
        </w:tc>
        <w:tc>
          <w:tcPr>
            <w:tcW w:w="0" w:type="auto"/>
            <w:vAlign w:val="center"/>
          </w:tcPr>
          <w:p w14:paraId="53DEDED1" w14:textId="77777777" w:rsidR="00F12170" w:rsidRPr="007911BE" w:rsidRDefault="00000000">
            <w:pPr>
              <w:ind w:firstLine="0"/>
              <w:jc w:val="center"/>
              <w:rPr>
                <w:sz w:val="16"/>
                <w:szCs w:val="28"/>
              </w:rPr>
            </w:pPr>
            <w:r w:rsidRPr="007911BE">
              <w:rPr>
                <w:sz w:val="16"/>
                <w:szCs w:val="28"/>
              </w:rPr>
              <w:t>91.77</w:t>
            </w:r>
          </w:p>
        </w:tc>
        <w:tc>
          <w:tcPr>
            <w:tcW w:w="0" w:type="auto"/>
            <w:vAlign w:val="center"/>
          </w:tcPr>
          <w:p w14:paraId="2816CCBF" w14:textId="77777777" w:rsidR="00F12170" w:rsidRPr="007911BE" w:rsidRDefault="00000000">
            <w:pPr>
              <w:ind w:firstLine="0"/>
              <w:jc w:val="center"/>
              <w:rPr>
                <w:sz w:val="16"/>
                <w:szCs w:val="28"/>
              </w:rPr>
            </w:pPr>
            <w:r w:rsidRPr="007911BE">
              <w:rPr>
                <w:sz w:val="16"/>
                <w:szCs w:val="28"/>
              </w:rPr>
              <w:t>43.59</w:t>
            </w:r>
          </w:p>
        </w:tc>
      </w:tr>
      <w:tr w:rsidR="00F12170" w:rsidRPr="007911BE" w14:paraId="2E35EC3D" w14:textId="77777777" w:rsidTr="00B408C8">
        <w:trPr>
          <w:jc w:val="center"/>
        </w:trPr>
        <w:tc>
          <w:tcPr>
            <w:tcW w:w="0" w:type="auto"/>
            <w:vAlign w:val="center"/>
          </w:tcPr>
          <w:p w14:paraId="216B3D18" w14:textId="77777777" w:rsidR="00F12170" w:rsidRPr="007911BE" w:rsidRDefault="00000000">
            <w:pPr>
              <w:ind w:firstLine="0"/>
              <w:jc w:val="left"/>
              <w:rPr>
                <w:sz w:val="16"/>
                <w:szCs w:val="28"/>
              </w:rPr>
            </w:pPr>
            <w:proofErr w:type="spellStart"/>
            <w:r w:rsidRPr="007911BE">
              <w:rPr>
                <w:sz w:val="16"/>
                <w:szCs w:val="28"/>
              </w:rPr>
              <w:t>Липецкая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A1376D8"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47C30DFE" w14:textId="77777777" w:rsidR="00F12170" w:rsidRPr="007911BE" w:rsidRDefault="00000000">
            <w:pPr>
              <w:ind w:firstLine="0"/>
              <w:jc w:val="center"/>
              <w:rPr>
                <w:sz w:val="16"/>
                <w:szCs w:val="28"/>
              </w:rPr>
            </w:pPr>
            <w:r w:rsidRPr="007911BE">
              <w:rPr>
                <w:sz w:val="16"/>
                <w:szCs w:val="28"/>
              </w:rPr>
              <w:t>36.69</w:t>
            </w:r>
          </w:p>
        </w:tc>
        <w:tc>
          <w:tcPr>
            <w:tcW w:w="0" w:type="auto"/>
            <w:vAlign w:val="center"/>
          </w:tcPr>
          <w:p w14:paraId="20FC94BA" w14:textId="77777777" w:rsidR="00F12170" w:rsidRPr="007911BE" w:rsidRDefault="00000000">
            <w:pPr>
              <w:ind w:firstLine="0"/>
              <w:jc w:val="center"/>
              <w:rPr>
                <w:sz w:val="16"/>
                <w:szCs w:val="28"/>
              </w:rPr>
            </w:pPr>
            <w:r w:rsidRPr="007911BE">
              <w:rPr>
                <w:sz w:val="16"/>
                <w:szCs w:val="28"/>
              </w:rPr>
              <w:t>44.61</w:t>
            </w:r>
          </w:p>
        </w:tc>
        <w:tc>
          <w:tcPr>
            <w:tcW w:w="0" w:type="auto"/>
            <w:vAlign w:val="center"/>
          </w:tcPr>
          <w:p w14:paraId="14E27A0A" w14:textId="77777777" w:rsidR="00F12170" w:rsidRPr="007911BE" w:rsidRDefault="00000000">
            <w:pPr>
              <w:ind w:firstLine="0"/>
              <w:jc w:val="center"/>
              <w:rPr>
                <w:sz w:val="16"/>
                <w:szCs w:val="28"/>
              </w:rPr>
            </w:pPr>
            <w:r w:rsidRPr="007911BE">
              <w:rPr>
                <w:sz w:val="16"/>
                <w:szCs w:val="28"/>
              </w:rPr>
              <w:t>93.24</w:t>
            </w:r>
          </w:p>
        </w:tc>
        <w:tc>
          <w:tcPr>
            <w:tcW w:w="0" w:type="auto"/>
            <w:vAlign w:val="center"/>
          </w:tcPr>
          <w:p w14:paraId="4F709CA3" w14:textId="77777777" w:rsidR="00F12170" w:rsidRPr="007911BE" w:rsidRDefault="00000000">
            <w:pPr>
              <w:ind w:firstLine="0"/>
              <w:jc w:val="center"/>
              <w:rPr>
                <w:sz w:val="16"/>
                <w:szCs w:val="28"/>
              </w:rPr>
            </w:pPr>
            <w:r w:rsidRPr="007911BE">
              <w:rPr>
                <w:sz w:val="16"/>
                <w:szCs w:val="28"/>
              </w:rPr>
              <w:t>36.88</w:t>
            </w:r>
          </w:p>
        </w:tc>
      </w:tr>
      <w:tr w:rsidR="00F12170" w:rsidRPr="007911BE" w14:paraId="60CED76C" w14:textId="77777777" w:rsidTr="00B408C8">
        <w:trPr>
          <w:jc w:val="center"/>
        </w:trPr>
        <w:tc>
          <w:tcPr>
            <w:tcW w:w="0" w:type="auto"/>
            <w:vAlign w:val="center"/>
          </w:tcPr>
          <w:p w14:paraId="65B49D86" w14:textId="77777777" w:rsidR="00F12170" w:rsidRPr="007911BE" w:rsidRDefault="00000000">
            <w:pPr>
              <w:ind w:firstLine="0"/>
              <w:jc w:val="left"/>
              <w:rPr>
                <w:sz w:val="16"/>
                <w:szCs w:val="28"/>
              </w:rPr>
            </w:pPr>
            <w:proofErr w:type="spellStart"/>
            <w:r w:rsidRPr="007911BE">
              <w:rPr>
                <w:sz w:val="16"/>
                <w:szCs w:val="28"/>
              </w:rPr>
              <w:t>Луганская</w:t>
            </w:r>
            <w:proofErr w:type="spellEnd"/>
            <w:r w:rsidRPr="007911BE">
              <w:rPr>
                <w:sz w:val="16"/>
                <w:szCs w:val="28"/>
              </w:rPr>
              <w:t xml:space="preserve"> </w:t>
            </w:r>
            <w:proofErr w:type="spellStart"/>
            <w:r w:rsidRPr="007911BE">
              <w:rPr>
                <w:sz w:val="16"/>
                <w:szCs w:val="28"/>
              </w:rPr>
              <w:t>Народная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5D0C14D0"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3387686C"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6CBDD08C"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48F6787B"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3278D6A2" w14:textId="77777777" w:rsidR="00F12170" w:rsidRPr="007911BE" w:rsidRDefault="00387CF6">
            <w:pPr>
              <w:ind w:firstLine="0"/>
              <w:jc w:val="left"/>
              <w:rPr>
                <w:sz w:val="16"/>
                <w:szCs w:val="28"/>
              </w:rPr>
            </w:pPr>
            <w:r w:rsidRPr="007911BE">
              <w:rPr>
                <w:sz w:val="16"/>
                <w:szCs w:val="28"/>
              </w:rPr>
              <w:t xml:space="preserve">– </w:t>
            </w:r>
          </w:p>
        </w:tc>
      </w:tr>
      <w:tr w:rsidR="00F12170" w:rsidRPr="007911BE" w14:paraId="3EBD5F2B" w14:textId="77777777" w:rsidTr="00B408C8">
        <w:trPr>
          <w:jc w:val="center"/>
        </w:trPr>
        <w:tc>
          <w:tcPr>
            <w:tcW w:w="0" w:type="auto"/>
            <w:vAlign w:val="center"/>
          </w:tcPr>
          <w:p w14:paraId="7A2B2A84" w14:textId="77777777" w:rsidR="00F12170" w:rsidRPr="007911BE" w:rsidRDefault="00000000">
            <w:pPr>
              <w:ind w:firstLine="0"/>
              <w:jc w:val="left"/>
              <w:rPr>
                <w:sz w:val="16"/>
                <w:szCs w:val="28"/>
              </w:rPr>
            </w:pPr>
            <w:proofErr w:type="spellStart"/>
            <w:r w:rsidRPr="007911BE">
              <w:rPr>
                <w:sz w:val="16"/>
                <w:szCs w:val="28"/>
              </w:rPr>
              <w:t>Магаданская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50AF373"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702A7963" w14:textId="77777777" w:rsidR="00F12170" w:rsidRPr="007911BE" w:rsidRDefault="00000000">
            <w:pPr>
              <w:ind w:firstLine="0"/>
              <w:jc w:val="center"/>
              <w:rPr>
                <w:sz w:val="16"/>
                <w:szCs w:val="28"/>
              </w:rPr>
            </w:pPr>
            <w:r w:rsidRPr="007911BE">
              <w:rPr>
                <w:sz w:val="16"/>
                <w:szCs w:val="28"/>
              </w:rPr>
              <w:t>24.16</w:t>
            </w:r>
          </w:p>
        </w:tc>
        <w:tc>
          <w:tcPr>
            <w:tcW w:w="0" w:type="auto"/>
            <w:vAlign w:val="center"/>
          </w:tcPr>
          <w:p w14:paraId="287FB969" w14:textId="77777777" w:rsidR="00F12170" w:rsidRPr="007911BE" w:rsidRDefault="00000000">
            <w:pPr>
              <w:ind w:firstLine="0"/>
              <w:jc w:val="center"/>
              <w:rPr>
                <w:sz w:val="16"/>
                <w:szCs w:val="28"/>
              </w:rPr>
            </w:pPr>
            <w:r w:rsidRPr="007911BE">
              <w:rPr>
                <w:sz w:val="16"/>
                <w:szCs w:val="28"/>
              </w:rPr>
              <w:t>0</w:t>
            </w:r>
          </w:p>
        </w:tc>
        <w:tc>
          <w:tcPr>
            <w:tcW w:w="0" w:type="auto"/>
            <w:vAlign w:val="center"/>
          </w:tcPr>
          <w:p w14:paraId="46F8C118" w14:textId="77777777" w:rsidR="00F12170" w:rsidRPr="007911BE" w:rsidRDefault="00000000">
            <w:pPr>
              <w:ind w:firstLine="0"/>
              <w:jc w:val="center"/>
              <w:rPr>
                <w:sz w:val="16"/>
                <w:szCs w:val="28"/>
              </w:rPr>
            </w:pPr>
            <w:r w:rsidRPr="007911BE">
              <w:rPr>
                <w:sz w:val="16"/>
                <w:szCs w:val="28"/>
              </w:rPr>
              <w:t>167.77</w:t>
            </w:r>
          </w:p>
        </w:tc>
        <w:tc>
          <w:tcPr>
            <w:tcW w:w="0" w:type="auto"/>
            <w:vAlign w:val="center"/>
          </w:tcPr>
          <w:p w14:paraId="5014884A" w14:textId="77777777" w:rsidR="00F12170" w:rsidRPr="007911BE" w:rsidRDefault="00000000">
            <w:pPr>
              <w:ind w:firstLine="0"/>
              <w:jc w:val="center"/>
              <w:rPr>
                <w:sz w:val="16"/>
                <w:szCs w:val="28"/>
              </w:rPr>
            </w:pPr>
            <w:r w:rsidRPr="007911BE">
              <w:rPr>
                <w:sz w:val="16"/>
                <w:szCs w:val="28"/>
              </w:rPr>
              <w:t>13.72</w:t>
            </w:r>
          </w:p>
        </w:tc>
      </w:tr>
      <w:tr w:rsidR="00F12170" w:rsidRPr="007911BE" w14:paraId="1721D138" w14:textId="77777777" w:rsidTr="00B408C8">
        <w:trPr>
          <w:jc w:val="center"/>
        </w:trPr>
        <w:tc>
          <w:tcPr>
            <w:tcW w:w="0" w:type="auto"/>
            <w:vAlign w:val="center"/>
          </w:tcPr>
          <w:p w14:paraId="01F8B7C3" w14:textId="77777777" w:rsidR="00F12170" w:rsidRPr="007911BE" w:rsidRDefault="00000000">
            <w:pPr>
              <w:ind w:firstLine="0"/>
              <w:jc w:val="left"/>
              <w:rPr>
                <w:sz w:val="16"/>
                <w:szCs w:val="28"/>
              </w:rPr>
            </w:pPr>
            <w:proofErr w:type="spellStart"/>
            <w:r w:rsidRPr="007911BE">
              <w:rPr>
                <w:sz w:val="16"/>
                <w:szCs w:val="28"/>
              </w:rPr>
              <w:t>Москва</w:t>
            </w:r>
            <w:proofErr w:type="spellEnd"/>
          </w:p>
        </w:tc>
        <w:tc>
          <w:tcPr>
            <w:tcW w:w="0" w:type="auto"/>
            <w:vAlign w:val="center"/>
          </w:tcPr>
          <w:p w14:paraId="3DAE5DBA"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54E70A7" w14:textId="77777777" w:rsidR="00F12170" w:rsidRPr="007911BE" w:rsidRDefault="00000000">
            <w:pPr>
              <w:ind w:firstLine="0"/>
              <w:jc w:val="center"/>
              <w:rPr>
                <w:sz w:val="16"/>
                <w:szCs w:val="28"/>
              </w:rPr>
            </w:pPr>
            <w:r w:rsidRPr="007911BE">
              <w:rPr>
                <w:sz w:val="16"/>
                <w:szCs w:val="28"/>
              </w:rPr>
              <w:t>71.8</w:t>
            </w:r>
          </w:p>
        </w:tc>
        <w:tc>
          <w:tcPr>
            <w:tcW w:w="0" w:type="auto"/>
            <w:vAlign w:val="center"/>
          </w:tcPr>
          <w:p w14:paraId="0D449D79" w14:textId="77777777" w:rsidR="00F12170" w:rsidRPr="007911BE" w:rsidRDefault="00000000">
            <w:pPr>
              <w:ind w:firstLine="0"/>
              <w:jc w:val="center"/>
              <w:rPr>
                <w:sz w:val="16"/>
                <w:szCs w:val="28"/>
              </w:rPr>
            </w:pPr>
            <w:r w:rsidRPr="007911BE">
              <w:rPr>
                <w:sz w:val="16"/>
                <w:szCs w:val="28"/>
              </w:rPr>
              <w:t>0</w:t>
            </w:r>
          </w:p>
        </w:tc>
        <w:tc>
          <w:tcPr>
            <w:tcW w:w="0" w:type="auto"/>
            <w:vAlign w:val="center"/>
          </w:tcPr>
          <w:p w14:paraId="1C59E687" w14:textId="77777777" w:rsidR="00F12170" w:rsidRPr="007911BE" w:rsidRDefault="00000000">
            <w:pPr>
              <w:ind w:firstLine="0"/>
              <w:jc w:val="center"/>
              <w:rPr>
                <w:sz w:val="16"/>
                <w:szCs w:val="28"/>
              </w:rPr>
            </w:pPr>
            <w:r w:rsidRPr="007911BE">
              <w:rPr>
                <w:sz w:val="16"/>
                <w:szCs w:val="28"/>
              </w:rPr>
              <w:t>100</w:t>
            </w:r>
          </w:p>
        </w:tc>
        <w:tc>
          <w:tcPr>
            <w:tcW w:w="0" w:type="auto"/>
            <w:vAlign w:val="center"/>
          </w:tcPr>
          <w:p w14:paraId="3FED8C07" w14:textId="77777777" w:rsidR="00F12170" w:rsidRPr="007911BE" w:rsidRDefault="00000000">
            <w:pPr>
              <w:ind w:firstLine="0"/>
              <w:jc w:val="center"/>
              <w:rPr>
                <w:sz w:val="16"/>
                <w:szCs w:val="28"/>
              </w:rPr>
            </w:pPr>
            <w:r w:rsidRPr="007911BE">
              <w:rPr>
                <w:sz w:val="16"/>
                <w:szCs w:val="28"/>
              </w:rPr>
              <w:t>17.67</w:t>
            </w:r>
          </w:p>
        </w:tc>
      </w:tr>
      <w:tr w:rsidR="00F12170" w:rsidRPr="007911BE" w14:paraId="1BD11C39" w14:textId="77777777" w:rsidTr="00B408C8">
        <w:trPr>
          <w:jc w:val="center"/>
        </w:trPr>
        <w:tc>
          <w:tcPr>
            <w:tcW w:w="0" w:type="auto"/>
            <w:vAlign w:val="center"/>
          </w:tcPr>
          <w:p w14:paraId="076421AC" w14:textId="77777777" w:rsidR="00F12170" w:rsidRPr="007911BE" w:rsidRDefault="00000000">
            <w:pPr>
              <w:ind w:firstLine="0"/>
              <w:jc w:val="left"/>
              <w:rPr>
                <w:sz w:val="16"/>
                <w:szCs w:val="28"/>
              </w:rPr>
            </w:pPr>
            <w:proofErr w:type="spellStart"/>
            <w:r w:rsidRPr="007911BE">
              <w:rPr>
                <w:sz w:val="16"/>
                <w:szCs w:val="28"/>
              </w:rPr>
              <w:t>Московская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76C6C2C"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57E9FAA" w14:textId="77777777" w:rsidR="00F12170" w:rsidRPr="007911BE" w:rsidRDefault="00000000">
            <w:pPr>
              <w:ind w:firstLine="0"/>
              <w:jc w:val="center"/>
              <w:rPr>
                <w:sz w:val="16"/>
                <w:szCs w:val="28"/>
              </w:rPr>
            </w:pPr>
            <w:r w:rsidRPr="007911BE">
              <w:rPr>
                <w:sz w:val="16"/>
                <w:szCs w:val="28"/>
              </w:rPr>
              <w:t>32.1</w:t>
            </w:r>
          </w:p>
        </w:tc>
        <w:tc>
          <w:tcPr>
            <w:tcW w:w="0" w:type="auto"/>
            <w:vAlign w:val="center"/>
          </w:tcPr>
          <w:p w14:paraId="65C001C4" w14:textId="77777777" w:rsidR="00F12170" w:rsidRPr="007911BE" w:rsidRDefault="00000000">
            <w:pPr>
              <w:ind w:firstLine="0"/>
              <w:jc w:val="center"/>
              <w:rPr>
                <w:sz w:val="16"/>
                <w:szCs w:val="28"/>
              </w:rPr>
            </w:pPr>
            <w:r w:rsidRPr="007911BE">
              <w:rPr>
                <w:sz w:val="16"/>
                <w:szCs w:val="28"/>
              </w:rPr>
              <w:t>72.48</w:t>
            </w:r>
          </w:p>
        </w:tc>
        <w:tc>
          <w:tcPr>
            <w:tcW w:w="0" w:type="auto"/>
            <w:vAlign w:val="center"/>
          </w:tcPr>
          <w:p w14:paraId="1210A136" w14:textId="77777777" w:rsidR="00F12170" w:rsidRPr="007911BE" w:rsidRDefault="00000000">
            <w:pPr>
              <w:ind w:firstLine="0"/>
              <w:jc w:val="center"/>
              <w:rPr>
                <w:sz w:val="16"/>
                <w:szCs w:val="28"/>
              </w:rPr>
            </w:pPr>
            <w:r w:rsidRPr="007911BE">
              <w:rPr>
                <w:sz w:val="16"/>
                <w:szCs w:val="28"/>
              </w:rPr>
              <w:t>98.96</w:t>
            </w:r>
          </w:p>
        </w:tc>
        <w:tc>
          <w:tcPr>
            <w:tcW w:w="0" w:type="auto"/>
            <w:vAlign w:val="center"/>
          </w:tcPr>
          <w:p w14:paraId="23054267" w14:textId="77777777" w:rsidR="00F12170" w:rsidRPr="007911BE" w:rsidRDefault="00000000">
            <w:pPr>
              <w:ind w:firstLine="0"/>
              <w:jc w:val="center"/>
              <w:rPr>
                <w:sz w:val="16"/>
                <w:szCs w:val="28"/>
              </w:rPr>
            </w:pPr>
            <w:r w:rsidRPr="007911BE">
              <w:rPr>
                <w:sz w:val="16"/>
                <w:szCs w:val="28"/>
              </w:rPr>
              <w:t>56.74</w:t>
            </w:r>
          </w:p>
        </w:tc>
      </w:tr>
      <w:tr w:rsidR="00F12170" w:rsidRPr="007911BE" w14:paraId="25F522E3" w14:textId="77777777" w:rsidTr="00B408C8">
        <w:trPr>
          <w:jc w:val="center"/>
        </w:trPr>
        <w:tc>
          <w:tcPr>
            <w:tcW w:w="0" w:type="auto"/>
            <w:vAlign w:val="center"/>
          </w:tcPr>
          <w:p w14:paraId="40347007" w14:textId="77777777" w:rsidR="00F12170" w:rsidRPr="007911BE" w:rsidRDefault="00000000">
            <w:pPr>
              <w:ind w:firstLine="0"/>
              <w:jc w:val="left"/>
              <w:rPr>
                <w:sz w:val="16"/>
                <w:szCs w:val="28"/>
              </w:rPr>
            </w:pPr>
            <w:proofErr w:type="spellStart"/>
            <w:r w:rsidRPr="007911BE">
              <w:rPr>
                <w:sz w:val="16"/>
                <w:szCs w:val="28"/>
              </w:rPr>
              <w:t>Мурманская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6BA94A9"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2EE5E240" w14:textId="77777777" w:rsidR="00F12170" w:rsidRPr="007911BE" w:rsidRDefault="00000000">
            <w:pPr>
              <w:ind w:firstLine="0"/>
              <w:jc w:val="center"/>
              <w:rPr>
                <w:sz w:val="16"/>
                <w:szCs w:val="28"/>
              </w:rPr>
            </w:pPr>
            <w:r w:rsidRPr="007911BE">
              <w:rPr>
                <w:sz w:val="16"/>
                <w:szCs w:val="28"/>
              </w:rPr>
              <w:t>25.01</w:t>
            </w:r>
          </w:p>
        </w:tc>
        <w:tc>
          <w:tcPr>
            <w:tcW w:w="0" w:type="auto"/>
            <w:vAlign w:val="center"/>
          </w:tcPr>
          <w:p w14:paraId="44257655" w14:textId="77777777" w:rsidR="00F12170" w:rsidRPr="007911BE" w:rsidRDefault="00000000">
            <w:pPr>
              <w:ind w:firstLine="0"/>
              <w:jc w:val="center"/>
              <w:rPr>
                <w:sz w:val="16"/>
                <w:szCs w:val="28"/>
              </w:rPr>
            </w:pPr>
            <w:r w:rsidRPr="007911BE">
              <w:rPr>
                <w:sz w:val="16"/>
                <w:szCs w:val="28"/>
              </w:rPr>
              <w:t>40.51</w:t>
            </w:r>
          </w:p>
        </w:tc>
        <w:tc>
          <w:tcPr>
            <w:tcW w:w="0" w:type="auto"/>
            <w:vAlign w:val="center"/>
          </w:tcPr>
          <w:p w14:paraId="6C3986D9" w14:textId="77777777" w:rsidR="00F12170" w:rsidRPr="007911BE" w:rsidRDefault="00000000">
            <w:pPr>
              <w:ind w:firstLine="0"/>
              <w:jc w:val="center"/>
              <w:rPr>
                <w:sz w:val="16"/>
                <w:szCs w:val="28"/>
              </w:rPr>
            </w:pPr>
            <w:r w:rsidRPr="007911BE">
              <w:rPr>
                <w:sz w:val="16"/>
                <w:szCs w:val="28"/>
              </w:rPr>
              <w:t>81.89</w:t>
            </w:r>
          </w:p>
        </w:tc>
        <w:tc>
          <w:tcPr>
            <w:tcW w:w="0" w:type="auto"/>
            <w:vAlign w:val="center"/>
          </w:tcPr>
          <w:p w14:paraId="75F72937" w14:textId="77777777" w:rsidR="00F12170" w:rsidRPr="007911BE" w:rsidRDefault="00000000">
            <w:pPr>
              <w:ind w:firstLine="0"/>
              <w:jc w:val="center"/>
              <w:rPr>
                <w:sz w:val="16"/>
                <w:szCs w:val="28"/>
              </w:rPr>
            </w:pPr>
            <w:r w:rsidRPr="007911BE">
              <w:rPr>
                <w:sz w:val="16"/>
                <w:szCs w:val="28"/>
              </w:rPr>
              <w:t>10.03</w:t>
            </w:r>
          </w:p>
        </w:tc>
      </w:tr>
      <w:tr w:rsidR="00F12170" w:rsidRPr="007911BE" w14:paraId="0A3D9DBA" w14:textId="77777777" w:rsidTr="00B408C8">
        <w:trPr>
          <w:jc w:val="center"/>
        </w:trPr>
        <w:tc>
          <w:tcPr>
            <w:tcW w:w="0" w:type="auto"/>
            <w:vAlign w:val="center"/>
          </w:tcPr>
          <w:p w14:paraId="48481457" w14:textId="77777777" w:rsidR="00F12170" w:rsidRPr="007911BE" w:rsidRDefault="00000000">
            <w:pPr>
              <w:ind w:firstLine="0"/>
              <w:jc w:val="left"/>
              <w:rPr>
                <w:sz w:val="16"/>
                <w:szCs w:val="28"/>
              </w:rPr>
            </w:pPr>
            <w:proofErr w:type="spellStart"/>
            <w:r w:rsidRPr="007911BE">
              <w:rPr>
                <w:sz w:val="16"/>
                <w:szCs w:val="28"/>
              </w:rPr>
              <w:t>Ненецкий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10411816"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2C45CC99" w14:textId="77777777" w:rsidR="00F12170" w:rsidRPr="007911BE" w:rsidRDefault="00000000">
            <w:pPr>
              <w:ind w:firstLine="0"/>
              <w:jc w:val="center"/>
              <w:rPr>
                <w:sz w:val="16"/>
                <w:szCs w:val="28"/>
              </w:rPr>
            </w:pPr>
            <w:r w:rsidRPr="007911BE">
              <w:rPr>
                <w:sz w:val="16"/>
                <w:szCs w:val="28"/>
              </w:rPr>
              <w:t>24.34</w:t>
            </w:r>
          </w:p>
        </w:tc>
        <w:tc>
          <w:tcPr>
            <w:tcW w:w="0" w:type="auto"/>
            <w:vAlign w:val="center"/>
          </w:tcPr>
          <w:p w14:paraId="0CC6E3CD" w14:textId="77777777" w:rsidR="00F12170" w:rsidRPr="007911BE" w:rsidRDefault="00000000">
            <w:pPr>
              <w:ind w:firstLine="0"/>
              <w:jc w:val="center"/>
              <w:rPr>
                <w:sz w:val="16"/>
                <w:szCs w:val="28"/>
              </w:rPr>
            </w:pPr>
            <w:r w:rsidRPr="007911BE">
              <w:rPr>
                <w:sz w:val="16"/>
                <w:szCs w:val="28"/>
              </w:rPr>
              <w:t>61.34</w:t>
            </w:r>
          </w:p>
        </w:tc>
        <w:tc>
          <w:tcPr>
            <w:tcW w:w="0" w:type="auto"/>
            <w:vAlign w:val="center"/>
          </w:tcPr>
          <w:p w14:paraId="451DD742" w14:textId="77777777" w:rsidR="00F12170" w:rsidRPr="007911BE" w:rsidRDefault="00000000">
            <w:pPr>
              <w:ind w:firstLine="0"/>
              <w:jc w:val="center"/>
              <w:rPr>
                <w:sz w:val="16"/>
                <w:szCs w:val="28"/>
              </w:rPr>
            </w:pPr>
            <w:r w:rsidRPr="007911BE">
              <w:rPr>
                <w:sz w:val="16"/>
                <w:szCs w:val="28"/>
              </w:rPr>
              <w:t>37.36</w:t>
            </w:r>
          </w:p>
        </w:tc>
        <w:tc>
          <w:tcPr>
            <w:tcW w:w="0" w:type="auto"/>
            <w:vAlign w:val="center"/>
          </w:tcPr>
          <w:p w14:paraId="24D7EA20" w14:textId="77777777" w:rsidR="00F12170" w:rsidRPr="007911BE" w:rsidRDefault="00000000">
            <w:pPr>
              <w:ind w:firstLine="0"/>
              <w:jc w:val="center"/>
              <w:rPr>
                <w:sz w:val="16"/>
                <w:szCs w:val="28"/>
              </w:rPr>
            </w:pPr>
            <w:r w:rsidRPr="007911BE">
              <w:rPr>
                <w:sz w:val="16"/>
                <w:szCs w:val="28"/>
              </w:rPr>
              <w:t>19.3</w:t>
            </w:r>
          </w:p>
        </w:tc>
      </w:tr>
      <w:tr w:rsidR="00F12170" w:rsidRPr="007911BE" w14:paraId="6AD7AA88" w14:textId="77777777" w:rsidTr="00B408C8">
        <w:trPr>
          <w:jc w:val="center"/>
        </w:trPr>
        <w:tc>
          <w:tcPr>
            <w:tcW w:w="0" w:type="auto"/>
            <w:vAlign w:val="center"/>
          </w:tcPr>
          <w:p w14:paraId="78D8A2B6" w14:textId="77777777" w:rsidR="00F12170" w:rsidRPr="007911BE" w:rsidRDefault="00000000">
            <w:pPr>
              <w:ind w:firstLine="0"/>
              <w:jc w:val="left"/>
              <w:rPr>
                <w:sz w:val="16"/>
                <w:szCs w:val="28"/>
              </w:rPr>
            </w:pPr>
            <w:proofErr w:type="spellStart"/>
            <w:r w:rsidRPr="007911BE">
              <w:rPr>
                <w:sz w:val="16"/>
                <w:szCs w:val="28"/>
              </w:rPr>
              <w:t>Нижегородская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9E71E86"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28ABEA4" w14:textId="77777777" w:rsidR="00F12170" w:rsidRPr="007911BE" w:rsidRDefault="00000000">
            <w:pPr>
              <w:ind w:firstLine="0"/>
              <w:jc w:val="center"/>
              <w:rPr>
                <w:sz w:val="16"/>
                <w:szCs w:val="28"/>
              </w:rPr>
            </w:pPr>
            <w:r w:rsidRPr="007911BE">
              <w:rPr>
                <w:sz w:val="16"/>
                <w:szCs w:val="28"/>
              </w:rPr>
              <w:t>44</w:t>
            </w:r>
          </w:p>
        </w:tc>
        <w:tc>
          <w:tcPr>
            <w:tcW w:w="0" w:type="auto"/>
            <w:vAlign w:val="center"/>
          </w:tcPr>
          <w:p w14:paraId="3FC069C0" w14:textId="77777777" w:rsidR="00F12170" w:rsidRPr="007911BE" w:rsidRDefault="00000000">
            <w:pPr>
              <w:ind w:firstLine="0"/>
              <w:jc w:val="center"/>
              <w:rPr>
                <w:sz w:val="16"/>
                <w:szCs w:val="28"/>
              </w:rPr>
            </w:pPr>
            <w:r w:rsidRPr="007911BE">
              <w:rPr>
                <w:sz w:val="16"/>
                <w:szCs w:val="28"/>
              </w:rPr>
              <w:t>48.2</w:t>
            </w:r>
          </w:p>
        </w:tc>
        <w:tc>
          <w:tcPr>
            <w:tcW w:w="0" w:type="auto"/>
            <w:vAlign w:val="center"/>
          </w:tcPr>
          <w:p w14:paraId="53A5D23A" w14:textId="77777777" w:rsidR="00F12170" w:rsidRPr="007911BE" w:rsidRDefault="00000000">
            <w:pPr>
              <w:ind w:firstLine="0"/>
              <w:jc w:val="center"/>
              <w:rPr>
                <w:sz w:val="16"/>
                <w:szCs w:val="28"/>
              </w:rPr>
            </w:pPr>
            <w:r w:rsidRPr="007911BE">
              <w:rPr>
                <w:sz w:val="16"/>
                <w:szCs w:val="28"/>
              </w:rPr>
              <w:t>93.25</w:t>
            </w:r>
          </w:p>
        </w:tc>
        <w:tc>
          <w:tcPr>
            <w:tcW w:w="0" w:type="auto"/>
            <w:vAlign w:val="center"/>
          </w:tcPr>
          <w:p w14:paraId="1B7ECEFE" w14:textId="77777777" w:rsidR="00F12170" w:rsidRPr="007911BE" w:rsidRDefault="00000000">
            <w:pPr>
              <w:ind w:firstLine="0"/>
              <w:jc w:val="center"/>
              <w:rPr>
                <w:sz w:val="16"/>
                <w:szCs w:val="28"/>
              </w:rPr>
            </w:pPr>
            <w:r w:rsidRPr="007911BE">
              <w:rPr>
                <w:sz w:val="16"/>
                <w:szCs w:val="28"/>
              </w:rPr>
              <w:t>21.9</w:t>
            </w:r>
          </w:p>
        </w:tc>
      </w:tr>
      <w:tr w:rsidR="00F12170" w:rsidRPr="007911BE" w14:paraId="67C389E4" w14:textId="77777777" w:rsidTr="00B408C8">
        <w:trPr>
          <w:jc w:val="center"/>
        </w:trPr>
        <w:tc>
          <w:tcPr>
            <w:tcW w:w="0" w:type="auto"/>
            <w:vAlign w:val="center"/>
          </w:tcPr>
          <w:p w14:paraId="6EB60F73" w14:textId="77777777" w:rsidR="00F12170" w:rsidRPr="007911BE" w:rsidRDefault="00000000">
            <w:pPr>
              <w:ind w:firstLine="0"/>
              <w:jc w:val="left"/>
              <w:rPr>
                <w:sz w:val="16"/>
                <w:szCs w:val="28"/>
              </w:rPr>
            </w:pPr>
            <w:proofErr w:type="spellStart"/>
            <w:r w:rsidRPr="007911BE">
              <w:rPr>
                <w:sz w:val="16"/>
                <w:szCs w:val="28"/>
              </w:rPr>
              <w:t>Новгородская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97BAC48"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788D2995" w14:textId="77777777" w:rsidR="00F12170" w:rsidRPr="007911BE" w:rsidRDefault="00000000">
            <w:pPr>
              <w:ind w:firstLine="0"/>
              <w:jc w:val="center"/>
              <w:rPr>
                <w:sz w:val="16"/>
                <w:szCs w:val="28"/>
              </w:rPr>
            </w:pPr>
            <w:r w:rsidRPr="007911BE">
              <w:rPr>
                <w:sz w:val="16"/>
                <w:szCs w:val="28"/>
              </w:rPr>
              <w:t>12.72</w:t>
            </w:r>
          </w:p>
        </w:tc>
        <w:tc>
          <w:tcPr>
            <w:tcW w:w="0" w:type="auto"/>
            <w:vAlign w:val="center"/>
          </w:tcPr>
          <w:p w14:paraId="5A813AC1" w14:textId="77777777" w:rsidR="00F12170" w:rsidRPr="007911BE" w:rsidRDefault="00000000">
            <w:pPr>
              <w:ind w:firstLine="0"/>
              <w:jc w:val="center"/>
              <w:rPr>
                <w:sz w:val="16"/>
                <w:szCs w:val="28"/>
              </w:rPr>
            </w:pPr>
            <w:r w:rsidRPr="007911BE">
              <w:rPr>
                <w:sz w:val="16"/>
                <w:szCs w:val="28"/>
              </w:rPr>
              <w:t>31.35</w:t>
            </w:r>
          </w:p>
        </w:tc>
        <w:tc>
          <w:tcPr>
            <w:tcW w:w="0" w:type="auto"/>
            <w:vAlign w:val="center"/>
          </w:tcPr>
          <w:p w14:paraId="2AB7E13F" w14:textId="77777777" w:rsidR="00F12170" w:rsidRPr="007911BE" w:rsidRDefault="00000000">
            <w:pPr>
              <w:ind w:firstLine="0"/>
              <w:jc w:val="center"/>
              <w:rPr>
                <w:sz w:val="16"/>
                <w:szCs w:val="28"/>
              </w:rPr>
            </w:pPr>
            <w:r w:rsidRPr="007911BE">
              <w:rPr>
                <w:sz w:val="16"/>
                <w:szCs w:val="28"/>
              </w:rPr>
              <w:t>97.17</w:t>
            </w:r>
          </w:p>
        </w:tc>
        <w:tc>
          <w:tcPr>
            <w:tcW w:w="0" w:type="auto"/>
            <w:vAlign w:val="center"/>
          </w:tcPr>
          <w:p w14:paraId="6B48ED46" w14:textId="77777777" w:rsidR="00F12170" w:rsidRPr="007911BE" w:rsidRDefault="00000000">
            <w:pPr>
              <w:ind w:firstLine="0"/>
              <w:jc w:val="center"/>
              <w:rPr>
                <w:sz w:val="16"/>
                <w:szCs w:val="28"/>
              </w:rPr>
            </w:pPr>
            <w:r w:rsidRPr="007911BE">
              <w:rPr>
                <w:sz w:val="16"/>
                <w:szCs w:val="28"/>
              </w:rPr>
              <w:t>21.89</w:t>
            </w:r>
          </w:p>
        </w:tc>
      </w:tr>
      <w:tr w:rsidR="00F12170" w:rsidRPr="007911BE" w14:paraId="1E2651CB" w14:textId="77777777" w:rsidTr="00B408C8">
        <w:trPr>
          <w:jc w:val="center"/>
        </w:trPr>
        <w:tc>
          <w:tcPr>
            <w:tcW w:w="0" w:type="auto"/>
            <w:vAlign w:val="center"/>
          </w:tcPr>
          <w:p w14:paraId="538DEC95" w14:textId="77777777" w:rsidR="00F12170" w:rsidRPr="007911BE" w:rsidRDefault="00000000">
            <w:pPr>
              <w:ind w:firstLine="0"/>
              <w:jc w:val="left"/>
              <w:rPr>
                <w:sz w:val="16"/>
                <w:szCs w:val="28"/>
              </w:rPr>
            </w:pPr>
            <w:proofErr w:type="spellStart"/>
            <w:r w:rsidRPr="007911BE">
              <w:rPr>
                <w:sz w:val="16"/>
                <w:szCs w:val="28"/>
              </w:rPr>
              <w:t>Новосибирская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6B9FA88"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27CCE430" w14:textId="77777777" w:rsidR="00F12170" w:rsidRPr="007911BE" w:rsidRDefault="00000000">
            <w:pPr>
              <w:ind w:firstLine="0"/>
              <w:jc w:val="center"/>
              <w:rPr>
                <w:sz w:val="16"/>
                <w:szCs w:val="28"/>
              </w:rPr>
            </w:pPr>
            <w:r w:rsidRPr="007911BE">
              <w:rPr>
                <w:sz w:val="16"/>
                <w:szCs w:val="28"/>
              </w:rPr>
              <w:t>25.51</w:t>
            </w:r>
          </w:p>
        </w:tc>
        <w:tc>
          <w:tcPr>
            <w:tcW w:w="0" w:type="auto"/>
            <w:vAlign w:val="center"/>
          </w:tcPr>
          <w:p w14:paraId="7A5AC26D" w14:textId="77777777" w:rsidR="00F12170" w:rsidRPr="007911BE" w:rsidRDefault="00000000">
            <w:pPr>
              <w:ind w:firstLine="0"/>
              <w:jc w:val="center"/>
              <w:rPr>
                <w:sz w:val="16"/>
                <w:szCs w:val="28"/>
              </w:rPr>
            </w:pPr>
            <w:r w:rsidRPr="007911BE">
              <w:rPr>
                <w:sz w:val="16"/>
                <w:szCs w:val="28"/>
              </w:rPr>
              <w:t>64.9</w:t>
            </w:r>
          </w:p>
        </w:tc>
        <w:tc>
          <w:tcPr>
            <w:tcW w:w="0" w:type="auto"/>
            <w:vAlign w:val="center"/>
          </w:tcPr>
          <w:p w14:paraId="06E1CA42" w14:textId="77777777" w:rsidR="00F12170" w:rsidRPr="007911BE" w:rsidRDefault="00000000">
            <w:pPr>
              <w:ind w:firstLine="0"/>
              <w:jc w:val="center"/>
              <w:rPr>
                <w:sz w:val="16"/>
                <w:szCs w:val="28"/>
              </w:rPr>
            </w:pPr>
            <w:r w:rsidRPr="007911BE">
              <w:rPr>
                <w:sz w:val="16"/>
                <w:szCs w:val="28"/>
              </w:rPr>
              <w:t>87.09</w:t>
            </w:r>
          </w:p>
        </w:tc>
        <w:tc>
          <w:tcPr>
            <w:tcW w:w="0" w:type="auto"/>
            <w:vAlign w:val="center"/>
          </w:tcPr>
          <w:p w14:paraId="1F1906CB" w14:textId="77777777" w:rsidR="00F12170" w:rsidRPr="007911BE" w:rsidRDefault="00000000">
            <w:pPr>
              <w:ind w:firstLine="0"/>
              <w:jc w:val="center"/>
              <w:rPr>
                <w:sz w:val="16"/>
                <w:szCs w:val="28"/>
              </w:rPr>
            </w:pPr>
            <w:r w:rsidRPr="007911BE">
              <w:rPr>
                <w:sz w:val="16"/>
                <w:szCs w:val="28"/>
              </w:rPr>
              <w:t>21.09</w:t>
            </w:r>
          </w:p>
        </w:tc>
      </w:tr>
      <w:tr w:rsidR="00F12170" w:rsidRPr="007911BE" w14:paraId="45254E64" w14:textId="77777777" w:rsidTr="00B408C8">
        <w:trPr>
          <w:jc w:val="center"/>
        </w:trPr>
        <w:tc>
          <w:tcPr>
            <w:tcW w:w="0" w:type="auto"/>
            <w:vAlign w:val="center"/>
          </w:tcPr>
          <w:p w14:paraId="3F1CAD7E" w14:textId="77777777" w:rsidR="00F12170" w:rsidRPr="007911BE" w:rsidRDefault="00000000">
            <w:pPr>
              <w:ind w:firstLine="0"/>
              <w:jc w:val="left"/>
              <w:rPr>
                <w:sz w:val="16"/>
                <w:szCs w:val="28"/>
              </w:rPr>
            </w:pPr>
            <w:proofErr w:type="spellStart"/>
            <w:r w:rsidRPr="007911BE">
              <w:rPr>
                <w:sz w:val="16"/>
                <w:szCs w:val="28"/>
              </w:rPr>
              <w:t>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A387EF5"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746B6214" w14:textId="77777777" w:rsidR="00F12170" w:rsidRPr="007911BE" w:rsidRDefault="00000000">
            <w:pPr>
              <w:ind w:firstLine="0"/>
              <w:jc w:val="center"/>
              <w:rPr>
                <w:sz w:val="16"/>
                <w:szCs w:val="28"/>
              </w:rPr>
            </w:pPr>
            <w:r w:rsidRPr="007911BE">
              <w:rPr>
                <w:sz w:val="16"/>
                <w:szCs w:val="28"/>
              </w:rPr>
              <w:t>32.09</w:t>
            </w:r>
          </w:p>
        </w:tc>
        <w:tc>
          <w:tcPr>
            <w:tcW w:w="0" w:type="auto"/>
            <w:vAlign w:val="center"/>
          </w:tcPr>
          <w:p w14:paraId="569E9ABE" w14:textId="77777777" w:rsidR="00F12170" w:rsidRPr="007911BE" w:rsidRDefault="00000000">
            <w:pPr>
              <w:ind w:firstLine="0"/>
              <w:jc w:val="center"/>
              <w:rPr>
                <w:sz w:val="16"/>
                <w:szCs w:val="28"/>
              </w:rPr>
            </w:pPr>
            <w:r w:rsidRPr="007911BE">
              <w:rPr>
                <w:sz w:val="16"/>
                <w:szCs w:val="28"/>
              </w:rPr>
              <w:t>58.64</w:t>
            </w:r>
          </w:p>
        </w:tc>
        <w:tc>
          <w:tcPr>
            <w:tcW w:w="0" w:type="auto"/>
            <w:vAlign w:val="center"/>
          </w:tcPr>
          <w:p w14:paraId="1DA34012" w14:textId="77777777" w:rsidR="00F12170" w:rsidRPr="007911BE" w:rsidRDefault="00000000">
            <w:pPr>
              <w:ind w:firstLine="0"/>
              <w:jc w:val="center"/>
              <w:rPr>
                <w:sz w:val="16"/>
                <w:szCs w:val="28"/>
              </w:rPr>
            </w:pPr>
            <w:r w:rsidRPr="007911BE">
              <w:rPr>
                <w:sz w:val="16"/>
                <w:szCs w:val="28"/>
              </w:rPr>
              <w:t>95.73</w:t>
            </w:r>
          </w:p>
        </w:tc>
        <w:tc>
          <w:tcPr>
            <w:tcW w:w="0" w:type="auto"/>
            <w:vAlign w:val="center"/>
          </w:tcPr>
          <w:p w14:paraId="1ADDAC3D" w14:textId="77777777" w:rsidR="00F12170" w:rsidRPr="007911BE" w:rsidRDefault="00000000">
            <w:pPr>
              <w:ind w:firstLine="0"/>
              <w:jc w:val="center"/>
              <w:rPr>
                <w:sz w:val="16"/>
                <w:szCs w:val="28"/>
              </w:rPr>
            </w:pPr>
            <w:r w:rsidRPr="007911BE">
              <w:rPr>
                <w:sz w:val="16"/>
                <w:szCs w:val="28"/>
              </w:rPr>
              <w:t>52.6</w:t>
            </w:r>
          </w:p>
        </w:tc>
      </w:tr>
      <w:tr w:rsidR="00F12170" w:rsidRPr="007911BE" w14:paraId="71060E28" w14:textId="77777777" w:rsidTr="00B408C8">
        <w:trPr>
          <w:jc w:val="center"/>
        </w:trPr>
        <w:tc>
          <w:tcPr>
            <w:tcW w:w="0" w:type="auto"/>
            <w:vAlign w:val="center"/>
          </w:tcPr>
          <w:p w14:paraId="433D2EF1" w14:textId="77777777" w:rsidR="00F12170" w:rsidRPr="007911BE" w:rsidRDefault="00000000">
            <w:pPr>
              <w:ind w:firstLine="0"/>
              <w:jc w:val="left"/>
              <w:rPr>
                <w:sz w:val="16"/>
                <w:szCs w:val="28"/>
              </w:rPr>
            </w:pPr>
            <w:proofErr w:type="spellStart"/>
            <w:r w:rsidRPr="007911BE">
              <w:rPr>
                <w:sz w:val="16"/>
                <w:szCs w:val="28"/>
              </w:rPr>
              <w:t>Оренбургская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1D3E9A83"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05BA4798" w14:textId="77777777" w:rsidR="00F12170" w:rsidRPr="007911BE" w:rsidRDefault="00000000">
            <w:pPr>
              <w:ind w:firstLine="0"/>
              <w:jc w:val="center"/>
              <w:rPr>
                <w:sz w:val="16"/>
                <w:szCs w:val="28"/>
              </w:rPr>
            </w:pPr>
            <w:r w:rsidRPr="007911BE">
              <w:rPr>
                <w:sz w:val="16"/>
                <w:szCs w:val="28"/>
              </w:rPr>
              <w:t>23.57</w:t>
            </w:r>
          </w:p>
        </w:tc>
        <w:tc>
          <w:tcPr>
            <w:tcW w:w="0" w:type="auto"/>
            <w:vAlign w:val="center"/>
          </w:tcPr>
          <w:p w14:paraId="565947F1" w14:textId="77777777" w:rsidR="00F12170" w:rsidRPr="007911BE" w:rsidRDefault="00000000">
            <w:pPr>
              <w:ind w:firstLine="0"/>
              <w:jc w:val="center"/>
              <w:rPr>
                <w:sz w:val="16"/>
                <w:szCs w:val="28"/>
              </w:rPr>
            </w:pPr>
            <w:r w:rsidRPr="007911BE">
              <w:rPr>
                <w:sz w:val="16"/>
                <w:szCs w:val="28"/>
              </w:rPr>
              <w:t>56.4</w:t>
            </w:r>
          </w:p>
        </w:tc>
        <w:tc>
          <w:tcPr>
            <w:tcW w:w="0" w:type="auto"/>
            <w:vAlign w:val="center"/>
          </w:tcPr>
          <w:p w14:paraId="3A29CB75" w14:textId="77777777" w:rsidR="00F12170" w:rsidRPr="007911BE" w:rsidRDefault="00000000">
            <w:pPr>
              <w:ind w:firstLine="0"/>
              <w:jc w:val="center"/>
              <w:rPr>
                <w:sz w:val="16"/>
                <w:szCs w:val="28"/>
              </w:rPr>
            </w:pPr>
            <w:r w:rsidRPr="007911BE">
              <w:rPr>
                <w:sz w:val="16"/>
                <w:szCs w:val="28"/>
              </w:rPr>
              <w:t>94.85</w:t>
            </w:r>
          </w:p>
        </w:tc>
        <w:tc>
          <w:tcPr>
            <w:tcW w:w="0" w:type="auto"/>
            <w:vAlign w:val="center"/>
          </w:tcPr>
          <w:p w14:paraId="706F1859" w14:textId="77777777" w:rsidR="00F12170" w:rsidRPr="007911BE" w:rsidRDefault="00000000">
            <w:pPr>
              <w:ind w:firstLine="0"/>
              <w:jc w:val="center"/>
              <w:rPr>
                <w:sz w:val="16"/>
                <w:szCs w:val="28"/>
              </w:rPr>
            </w:pPr>
            <w:r w:rsidRPr="007911BE">
              <w:rPr>
                <w:sz w:val="16"/>
                <w:szCs w:val="28"/>
              </w:rPr>
              <w:t>23.68</w:t>
            </w:r>
          </w:p>
        </w:tc>
      </w:tr>
      <w:tr w:rsidR="00F12170" w:rsidRPr="007911BE" w14:paraId="68F37222" w14:textId="77777777" w:rsidTr="00B408C8">
        <w:trPr>
          <w:jc w:val="center"/>
        </w:trPr>
        <w:tc>
          <w:tcPr>
            <w:tcW w:w="0" w:type="auto"/>
            <w:vAlign w:val="center"/>
          </w:tcPr>
          <w:p w14:paraId="105A103E" w14:textId="77777777" w:rsidR="00F12170" w:rsidRPr="007911BE" w:rsidRDefault="00000000">
            <w:pPr>
              <w:ind w:firstLine="0"/>
              <w:jc w:val="left"/>
              <w:rPr>
                <w:sz w:val="16"/>
                <w:szCs w:val="28"/>
              </w:rPr>
            </w:pPr>
            <w:proofErr w:type="spellStart"/>
            <w:r w:rsidRPr="007911BE">
              <w:rPr>
                <w:sz w:val="16"/>
                <w:szCs w:val="28"/>
              </w:rPr>
              <w:t>Орловская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A2DC9CD"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9A3AEE9" w14:textId="77777777" w:rsidR="00F12170" w:rsidRPr="007911BE" w:rsidRDefault="00000000">
            <w:pPr>
              <w:ind w:firstLine="0"/>
              <w:jc w:val="center"/>
              <w:rPr>
                <w:sz w:val="16"/>
                <w:szCs w:val="28"/>
              </w:rPr>
            </w:pPr>
            <w:r w:rsidRPr="007911BE">
              <w:rPr>
                <w:sz w:val="16"/>
                <w:szCs w:val="28"/>
              </w:rPr>
              <w:t>19.35</w:t>
            </w:r>
          </w:p>
        </w:tc>
        <w:tc>
          <w:tcPr>
            <w:tcW w:w="0" w:type="auto"/>
            <w:vAlign w:val="center"/>
          </w:tcPr>
          <w:p w14:paraId="177A2100" w14:textId="77777777" w:rsidR="00F12170" w:rsidRPr="007911BE" w:rsidRDefault="00000000">
            <w:pPr>
              <w:ind w:firstLine="0"/>
              <w:jc w:val="center"/>
              <w:rPr>
                <w:sz w:val="16"/>
                <w:szCs w:val="28"/>
              </w:rPr>
            </w:pPr>
            <w:r w:rsidRPr="007911BE">
              <w:rPr>
                <w:sz w:val="16"/>
                <w:szCs w:val="28"/>
              </w:rPr>
              <w:t>51.09</w:t>
            </w:r>
          </w:p>
        </w:tc>
        <w:tc>
          <w:tcPr>
            <w:tcW w:w="0" w:type="auto"/>
            <w:vAlign w:val="center"/>
          </w:tcPr>
          <w:p w14:paraId="4350B652" w14:textId="77777777" w:rsidR="00F12170" w:rsidRPr="007911BE" w:rsidRDefault="00000000">
            <w:pPr>
              <w:ind w:firstLine="0"/>
              <w:jc w:val="center"/>
              <w:rPr>
                <w:sz w:val="16"/>
                <w:szCs w:val="28"/>
              </w:rPr>
            </w:pPr>
            <w:r w:rsidRPr="007911BE">
              <w:rPr>
                <w:sz w:val="16"/>
                <w:szCs w:val="28"/>
              </w:rPr>
              <w:t>170</w:t>
            </w:r>
          </w:p>
        </w:tc>
        <w:tc>
          <w:tcPr>
            <w:tcW w:w="0" w:type="auto"/>
            <w:vAlign w:val="center"/>
          </w:tcPr>
          <w:p w14:paraId="0A6F3FE9" w14:textId="77777777" w:rsidR="00F12170" w:rsidRPr="007911BE" w:rsidRDefault="00000000">
            <w:pPr>
              <w:ind w:firstLine="0"/>
              <w:jc w:val="center"/>
              <w:rPr>
                <w:sz w:val="16"/>
                <w:szCs w:val="28"/>
              </w:rPr>
            </w:pPr>
            <w:r w:rsidRPr="007911BE">
              <w:rPr>
                <w:sz w:val="16"/>
                <w:szCs w:val="28"/>
              </w:rPr>
              <w:t>11.3</w:t>
            </w:r>
          </w:p>
        </w:tc>
      </w:tr>
      <w:tr w:rsidR="00F12170" w:rsidRPr="007911BE" w14:paraId="6B49A75E" w14:textId="77777777" w:rsidTr="00B408C8">
        <w:trPr>
          <w:jc w:val="center"/>
        </w:trPr>
        <w:tc>
          <w:tcPr>
            <w:tcW w:w="0" w:type="auto"/>
            <w:vAlign w:val="center"/>
          </w:tcPr>
          <w:p w14:paraId="5E6E6DCC" w14:textId="77777777" w:rsidR="00F12170" w:rsidRPr="007911BE" w:rsidRDefault="00000000">
            <w:pPr>
              <w:ind w:firstLine="0"/>
              <w:jc w:val="left"/>
              <w:rPr>
                <w:sz w:val="16"/>
                <w:szCs w:val="28"/>
              </w:rPr>
            </w:pPr>
            <w:proofErr w:type="spellStart"/>
            <w:r w:rsidRPr="007911BE">
              <w:rPr>
                <w:sz w:val="16"/>
                <w:szCs w:val="28"/>
              </w:rPr>
              <w:lastRenderedPageBreak/>
              <w:t>Пензенская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D771715"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6CBD50A6" w14:textId="77777777" w:rsidR="00F12170" w:rsidRPr="007911BE" w:rsidRDefault="00000000">
            <w:pPr>
              <w:ind w:firstLine="0"/>
              <w:jc w:val="center"/>
              <w:rPr>
                <w:sz w:val="16"/>
                <w:szCs w:val="28"/>
              </w:rPr>
            </w:pPr>
            <w:r w:rsidRPr="007911BE">
              <w:rPr>
                <w:sz w:val="16"/>
                <w:szCs w:val="28"/>
              </w:rPr>
              <w:t>35.72</w:t>
            </w:r>
          </w:p>
        </w:tc>
        <w:tc>
          <w:tcPr>
            <w:tcW w:w="0" w:type="auto"/>
            <w:vAlign w:val="center"/>
          </w:tcPr>
          <w:p w14:paraId="35CBF035" w14:textId="77777777" w:rsidR="00F12170" w:rsidRPr="007911BE" w:rsidRDefault="00000000">
            <w:pPr>
              <w:ind w:firstLine="0"/>
              <w:jc w:val="center"/>
              <w:rPr>
                <w:sz w:val="16"/>
                <w:szCs w:val="28"/>
              </w:rPr>
            </w:pPr>
            <w:r w:rsidRPr="007911BE">
              <w:rPr>
                <w:sz w:val="16"/>
                <w:szCs w:val="28"/>
              </w:rPr>
              <w:t>34.12</w:t>
            </w:r>
          </w:p>
        </w:tc>
        <w:tc>
          <w:tcPr>
            <w:tcW w:w="0" w:type="auto"/>
            <w:vAlign w:val="center"/>
          </w:tcPr>
          <w:p w14:paraId="6BCAFD7D" w14:textId="77777777" w:rsidR="00F12170" w:rsidRPr="007911BE" w:rsidRDefault="00000000">
            <w:pPr>
              <w:ind w:firstLine="0"/>
              <w:jc w:val="center"/>
              <w:rPr>
                <w:sz w:val="16"/>
                <w:szCs w:val="28"/>
              </w:rPr>
            </w:pPr>
            <w:r w:rsidRPr="007911BE">
              <w:rPr>
                <w:sz w:val="16"/>
                <w:szCs w:val="28"/>
              </w:rPr>
              <w:t>97.44</w:t>
            </w:r>
          </w:p>
        </w:tc>
        <w:tc>
          <w:tcPr>
            <w:tcW w:w="0" w:type="auto"/>
            <w:vAlign w:val="center"/>
          </w:tcPr>
          <w:p w14:paraId="656B9540" w14:textId="77777777" w:rsidR="00F12170" w:rsidRPr="007911BE" w:rsidRDefault="00000000">
            <w:pPr>
              <w:ind w:firstLine="0"/>
              <w:jc w:val="center"/>
              <w:rPr>
                <w:sz w:val="16"/>
                <w:szCs w:val="28"/>
              </w:rPr>
            </w:pPr>
            <w:r w:rsidRPr="007911BE">
              <w:rPr>
                <w:sz w:val="16"/>
                <w:szCs w:val="28"/>
              </w:rPr>
              <w:t>22.37</w:t>
            </w:r>
          </w:p>
        </w:tc>
      </w:tr>
      <w:tr w:rsidR="00F12170" w:rsidRPr="007911BE" w14:paraId="6BBE9E44" w14:textId="77777777" w:rsidTr="00B408C8">
        <w:trPr>
          <w:jc w:val="center"/>
        </w:trPr>
        <w:tc>
          <w:tcPr>
            <w:tcW w:w="0" w:type="auto"/>
            <w:vAlign w:val="center"/>
          </w:tcPr>
          <w:p w14:paraId="03A6A94E" w14:textId="77777777" w:rsidR="00F12170" w:rsidRPr="007911BE" w:rsidRDefault="00000000">
            <w:pPr>
              <w:ind w:firstLine="0"/>
              <w:jc w:val="left"/>
              <w:rPr>
                <w:sz w:val="16"/>
                <w:szCs w:val="28"/>
              </w:rPr>
            </w:pPr>
            <w:proofErr w:type="spellStart"/>
            <w:r w:rsidRPr="007911BE">
              <w:rPr>
                <w:sz w:val="16"/>
                <w:szCs w:val="28"/>
              </w:rPr>
              <w:t>Пермский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2BB9B508"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0E62C761" w14:textId="77777777" w:rsidR="00F12170" w:rsidRPr="007911BE" w:rsidRDefault="00000000">
            <w:pPr>
              <w:ind w:firstLine="0"/>
              <w:jc w:val="center"/>
              <w:rPr>
                <w:sz w:val="16"/>
                <w:szCs w:val="28"/>
              </w:rPr>
            </w:pPr>
            <w:r w:rsidRPr="007911BE">
              <w:rPr>
                <w:sz w:val="16"/>
                <w:szCs w:val="28"/>
              </w:rPr>
              <w:t>29.5</w:t>
            </w:r>
          </w:p>
        </w:tc>
        <w:tc>
          <w:tcPr>
            <w:tcW w:w="0" w:type="auto"/>
            <w:vAlign w:val="center"/>
          </w:tcPr>
          <w:p w14:paraId="7E87950C" w14:textId="77777777" w:rsidR="00F12170" w:rsidRPr="007911BE" w:rsidRDefault="00000000">
            <w:pPr>
              <w:ind w:firstLine="0"/>
              <w:jc w:val="center"/>
              <w:rPr>
                <w:sz w:val="16"/>
                <w:szCs w:val="28"/>
              </w:rPr>
            </w:pPr>
            <w:r w:rsidRPr="007911BE">
              <w:rPr>
                <w:sz w:val="16"/>
                <w:szCs w:val="28"/>
              </w:rPr>
              <w:t>78.77</w:t>
            </w:r>
          </w:p>
        </w:tc>
        <w:tc>
          <w:tcPr>
            <w:tcW w:w="0" w:type="auto"/>
            <w:vAlign w:val="center"/>
          </w:tcPr>
          <w:p w14:paraId="326DF222" w14:textId="77777777" w:rsidR="00F12170" w:rsidRPr="007911BE" w:rsidRDefault="00000000">
            <w:pPr>
              <w:ind w:firstLine="0"/>
              <w:jc w:val="center"/>
              <w:rPr>
                <w:sz w:val="16"/>
                <w:szCs w:val="28"/>
              </w:rPr>
            </w:pPr>
            <w:r w:rsidRPr="007911BE">
              <w:rPr>
                <w:sz w:val="16"/>
                <w:szCs w:val="28"/>
              </w:rPr>
              <w:t>87.75</w:t>
            </w:r>
          </w:p>
        </w:tc>
        <w:tc>
          <w:tcPr>
            <w:tcW w:w="0" w:type="auto"/>
            <w:vAlign w:val="center"/>
          </w:tcPr>
          <w:p w14:paraId="3EEED719" w14:textId="77777777" w:rsidR="00F12170" w:rsidRPr="007911BE" w:rsidRDefault="00000000">
            <w:pPr>
              <w:ind w:firstLine="0"/>
              <w:jc w:val="center"/>
              <w:rPr>
                <w:sz w:val="16"/>
                <w:szCs w:val="28"/>
              </w:rPr>
            </w:pPr>
            <w:r w:rsidRPr="007911BE">
              <w:rPr>
                <w:sz w:val="16"/>
                <w:szCs w:val="28"/>
              </w:rPr>
              <w:t>32.38</w:t>
            </w:r>
          </w:p>
        </w:tc>
      </w:tr>
      <w:tr w:rsidR="00F12170" w:rsidRPr="007911BE" w14:paraId="57CECFE5" w14:textId="77777777" w:rsidTr="00B408C8">
        <w:trPr>
          <w:jc w:val="center"/>
        </w:trPr>
        <w:tc>
          <w:tcPr>
            <w:tcW w:w="0" w:type="auto"/>
            <w:vAlign w:val="center"/>
          </w:tcPr>
          <w:p w14:paraId="0ACA7BC9" w14:textId="77777777" w:rsidR="00F12170" w:rsidRPr="007911BE" w:rsidRDefault="00000000">
            <w:pPr>
              <w:ind w:firstLine="0"/>
              <w:jc w:val="left"/>
              <w:rPr>
                <w:sz w:val="16"/>
                <w:szCs w:val="28"/>
              </w:rPr>
            </w:pPr>
            <w:proofErr w:type="spellStart"/>
            <w:r w:rsidRPr="007911BE">
              <w:rPr>
                <w:sz w:val="16"/>
                <w:szCs w:val="28"/>
              </w:rPr>
              <w:t>Приморский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14FB82D9"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0FD7747C" w14:textId="77777777" w:rsidR="00F12170" w:rsidRPr="007911BE" w:rsidRDefault="00000000">
            <w:pPr>
              <w:ind w:firstLine="0"/>
              <w:jc w:val="center"/>
              <w:rPr>
                <w:sz w:val="16"/>
                <w:szCs w:val="28"/>
              </w:rPr>
            </w:pPr>
            <w:r w:rsidRPr="007911BE">
              <w:rPr>
                <w:sz w:val="16"/>
                <w:szCs w:val="28"/>
              </w:rPr>
              <w:t>31.37</w:t>
            </w:r>
          </w:p>
        </w:tc>
        <w:tc>
          <w:tcPr>
            <w:tcW w:w="0" w:type="auto"/>
            <w:vAlign w:val="center"/>
          </w:tcPr>
          <w:p w14:paraId="579C6E9F" w14:textId="77777777" w:rsidR="00F12170" w:rsidRPr="007911BE" w:rsidRDefault="00000000">
            <w:pPr>
              <w:ind w:firstLine="0"/>
              <w:jc w:val="center"/>
              <w:rPr>
                <w:sz w:val="16"/>
                <w:szCs w:val="28"/>
              </w:rPr>
            </w:pPr>
            <w:r w:rsidRPr="007911BE">
              <w:rPr>
                <w:sz w:val="16"/>
                <w:szCs w:val="28"/>
              </w:rPr>
              <w:t>52.75</w:t>
            </w:r>
          </w:p>
        </w:tc>
        <w:tc>
          <w:tcPr>
            <w:tcW w:w="0" w:type="auto"/>
            <w:vAlign w:val="center"/>
          </w:tcPr>
          <w:p w14:paraId="274C9EBB" w14:textId="77777777" w:rsidR="00F12170" w:rsidRPr="007911BE" w:rsidRDefault="00000000">
            <w:pPr>
              <w:ind w:firstLine="0"/>
              <w:jc w:val="center"/>
              <w:rPr>
                <w:sz w:val="16"/>
                <w:szCs w:val="28"/>
              </w:rPr>
            </w:pPr>
            <w:r w:rsidRPr="007911BE">
              <w:rPr>
                <w:sz w:val="16"/>
                <w:szCs w:val="28"/>
              </w:rPr>
              <w:t>95.29</w:t>
            </w:r>
          </w:p>
        </w:tc>
        <w:tc>
          <w:tcPr>
            <w:tcW w:w="0" w:type="auto"/>
            <w:vAlign w:val="center"/>
          </w:tcPr>
          <w:p w14:paraId="41724506" w14:textId="77777777" w:rsidR="00F12170" w:rsidRPr="007911BE" w:rsidRDefault="00000000">
            <w:pPr>
              <w:ind w:firstLine="0"/>
              <w:jc w:val="center"/>
              <w:rPr>
                <w:sz w:val="16"/>
                <w:szCs w:val="28"/>
              </w:rPr>
            </w:pPr>
            <w:r w:rsidRPr="007911BE">
              <w:rPr>
                <w:sz w:val="16"/>
                <w:szCs w:val="28"/>
              </w:rPr>
              <w:t>34.68</w:t>
            </w:r>
          </w:p>
        </w:tc>
      </w:tr>
      <w:tr w:rsidR="00F12170" w:rsidRPr="007911BE" w14:paraId="49FCBBF8" w14:textId="77777777" w:rsidTr="00B408C8">
        <w:trPr>
          <w:jc w:val="center"/>
        </w:trPr>
        <w:tc>
          <w:tcPr>
            <w:tcW w:w="0" w:type="auto"/>
            <w:vAlign w:val="center"/>
          </w:tcPr>
          <w:p w14:paraId="340A606E" w14:textId="77777777" w:rsidR="00F12170" w:rsidRPr="007911BE" w:rsidRDefault="00000000">
            <w:pPr>
              <w:ind w:firstLine="0"/>
              <w:jc w:val="left"/>
              <w:rPr>
                <w:sz w:val="16"/>
                <w:szCs w:val="28"/>
              </w:rPr>
            </w:pPr>
            <w:proofErr w:type="spellStart"/>
            <w:r w:rsidRPr="007911BE">
              <w:rPr>
                <w:sz w:val="16"/>
                <w:szCs w:val="28"/>
              </w:rPr>
              <w:t>Псковская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D222671"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722985A7" w14:textId="77777777" w:rsidR="00F12170" w:rsidRPr="007911BE" w:rsidRDefault="00000000">
            <w:pPr>
              <w:ind w:firstLine="0"/>
              <w:jc w:val="center"/>
              <w:rPr>
                <w:sz w:val="16"/>
                <w:szCs w:val="28"/>
              </w:rPr>
            </w:pPr>
            <w:r w:rsidRPr="007911BE">
              <w:rPr>
                <w:sz w:val="16"/>
                <w:szCs w:val="28"/>
              </w:rPr>
              <w:t>32.73</w:t>
            </w:r>
          </w:p>
        </w:tc>
        <w:tc>
          <w:tcPr>
            <w:tcW w:w="0" w:type="auto"/>
            <w:vAlign w:val="center"/>
          </w:tcPr>
          <w:p w14:paraId="3DF9583F" w14:textId="77777777" w:rsidR="00F12170" w:rsidRPr="007911BE" w:rsidRDefault="00000000">
            <w:pPr>
              <w:ind w:firstLine="0"/>
              <w:jc w:val="center"/>
              <w:rPr>
                <w:sz w:val="16"/>
                <w:szCs w:val="28"/>
              </w:rPr>
            </w:pPr>
            <w:r w:rsidRPr="007911BE">
              <w:rPr>
                <w:sz w:val="16"/>
                <w:szCs w:val="28"/>
              </w:rPr>
              <w:t>11.93</w:t>
            </w:r>
          </w:p>
        </w:tc>
        <w:tc>
          <w:tcPr>
            <w:tcW w:w="0" w:type="auto"/>
            <w:vAlign w:val="center"/>
          </w:tcPr>
          <w:p w14:paraId="21BB370A" w14:textId="77777777" w:rsidR="00F12170" w:rsidRPr="007911BE" w:rsidRDefault="00000000">
            <w:pPr>
              <w:ind w:firstLine="0"/>
              <w:jc w:val="center"/>
              <w:rPr>
                <w:sz w:val="16"/>
                <w:szCs w:val="28"/>
              </w:rPr>
            </w:pPr>
            <w:r w:rsidRPr="007911BE">
              <w:rPr>
                <w:sz w:val="16"/>
                <w:szCs w:val="28"/>
              </w:rPr>
              <w:t>80.58</w:t>
            </w:r>
          </w:p>
        </w:tc>
        <w:tc>
          <w:tcPr>
            <w:tcW w:w="0" w:type="auto"/>
            <w:vAlign w:val="center"/>
          </w:tcPr>
          <w:p w14:paraId="263B3F6B" w14:textId="77777777" w:rsidR="00F12170" w:rsidRPr="007911BE" w:rsidRDefault="00000000">
            <w:pPr>
              <w:ind w:firstLine="0"/>
              <w:jc w:val="center"/>
              <w:rPr>
                <w:sz w:val="16"/>
                <w:szCs w:val="28"/>
              </w:rPr>
            </w:pPr>
            <w:r w:rsidRPr="007911BE">
              <w:rPr>
                <w:sz w:val="16"/>
                <w:szCs w:val="28"/>
              </w:rPr>
              <w:t>12.27</w:t>
            </w:r>
          </w:p>
        </w:tc>
      </w:tr>
      <w:tr w:rsidR="00F12170" w:rsidRPr="007911BE" w14:paraId="565D7692" w14:textId="77777777" w:rsidTr="00B408C8">
        <w:trPr>
          <w:jc w:val="center"/>
        </w:trPr>
        <w:tc>
          <w:tcPr>
            <w:tcW w:w="0" w:type="auto"/>
            <w:vAlign w:val="center"/>
          </w:tcPr>
          <w:p w14:paraId="7FC3F999"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Адыгея</w:t>
            </w:r>
            <w:proofErr w:type="spellEnd"/>
          </w:p>
        </w:tc>
        <w:tc>
          <w:tcPr>
            <w:tcW w:w="0" w:type="auto"/>
            <w:vAlign w:val="center"/>
          </w:tcPr>
          <w:p w14:paraId="1C4B60FD"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12D48DE0" w14:textId="77777777" w:rsidR="00F12170" w:rsidRPr="007911BE" w:rsidRDefault="00000000">
            <w:pPr>
              <w:ind w:firstLine="0"/>
              <w:jc w:val="center"/>
              <w:rPr>
                <w:sz w:val="16"/>
                <w:szCs w:val="28"/>
              </w:rPr>
            </w:pPr>
            <w:r w:rsidRPr="007911BE">
              <w:rPr>
                <w:sz w:val="16"/>
                <w:szCs w:val="28"/>
              </w:rPr>
              <w:t>43.88</w:t>
            </w:r>
          </w:p>
        </w:tc>
        <w:tc>
          <w:tcPr>
            <w:tcW w:w="0" w:type="auto"/>
            <w:vAlign w:val="center"/>
          </w:tcPr>
          <w:p w14:paraId="7F53742E" w14:textId="77777777" w:rsidR="00F12170" w:rsidRPr="007911BE" w:rsidRDefault="00000000">
            <w:pPr>
              <w:ind w:firstLine="0"/>
              <w:jc w:val="center"/>
              <w:rPr>
                <w:sz w:val="16"/>
                <w:szCs w:val="28"/>
              </w:rPr>
            </w:pPr>
            <w:r w:rsidRPr="007911BE">
              <w:rPr>
                <w:sz w:val="16"/>
                <w:szCs w:val="28"/>
              </w:rPr>
              <w:t>22.32</w:t>
            </w:r>
          </w:p>
        </w:tc>
        <w:tc>
          <w:tcPr>
            <w:tcW w:w="0" w:type="auto"/>
            <w:vAlign w:val="center"/>
          </w:tcPr>
          <w:p w14:paraId="3F9D168D" w14:textId="77777777" w:rsidR="00F12170" w:rsidRPr="007911BE" w:rsidRDefault="00000000">
            <w:pPr>
              <w:ind w:firstLine="0"/>
              <w:jc w:val="center"/>
              <w:rPr>
                <w:sz w:val="16"/>
                <w:szCs w:val="28"/>
              </w:rPr>
            </w:pPr>
            <w:r w:rsidRPr="007911BE">
              <w:rPr>
                <w:sz w:val="16"/>
                <w:szCs w:val="28"/>
              </w:rPr>
              <w:t>94.32</w:t>
            </w:r>
          </w:p>
        </w:tc>
        <w:tc>
          <w:tcPr>
            <w:tcW w:w="0" w:type="auto"/>
            <w:vAlign w:val="center"/>
          </w:tcPr>
          <w:p w14:paraId="0876F339" w14:textId="77777777" w:rsidR="00F12170" w:rsidRPr="007911BE" w:rsidRDefault="00000000">
            <w:pPr>
              <w:ind w:firstLine="0"/>
              <w:jc w:val="center"/>
              <w:rPr>
                <w:sz w:val="16"/>
                <w:szCs w:val="28"/>
              </w:rPr>
            </w:pPr>
            <w:r w:rsidRPr="007911BE">
              <w:rPr>
                <w:sz w:val="16"/>
                <w:szCs w:val="28"/>
              </w:rPr>
              <w:t>31.22</w:t>
            </w:r>
          </w:p>
        </w:tc>
      </w:tr>
      <w:tr w:rsidR="00F12170" w:rsidRPr="007911BE" w14:paraId="40913376" w14:textId="77777777" w:rsidTr="00B408C8">
        <w:trPr>
          <w:jc w:val="center"/>
        </w:trPr>
        <w:tc>
          <w:tcPr>
            <w:tcW w:w="0" w:type="auto"/>
            <w:vAlign w:val="center"/>
          </w:tcPr>
          <w:p w14:paraId="5A9AA6F7"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Алтай</w:t>
            </w:r>
            <w:proofErr w:type="spellEnd"/>
          </w:p>
        </w:tc>
        <w:tc>
          <w:tcPr>
            <w:tcW w:w="0" w:type="auto"/>
            <w:vAlign w:val="center"/>
          </w:tcPr>
          <w:p w14:paraId="7A042918"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0CA975FB" w14:textId="77777777" w:rsidR="00F12170" w:rsidRPr="007911BE" w:rsidRDefault="00000000">
            <w:pPr>
              <w:ind w:firstLine="0"/>
              <w:jc w:val="center"/>
              <w:rPr>
                <w:sz w:val="16"/>
                <w:szCs w:val="28"/>
              </w:rPr>
            </w:pPr>
            <w:r w:rsidRPr="007911BE">
              <w:rPr>
                <w:sz w:val="16"/>
                <w:szCs w:val="28"/>
              </w:rPr>
              <w:t>34.7</w:t>
            </w:r>
          </w:p>
        </w:tc>
        <w:tc>
          <w:tcPr>
            <w:tcW w:w="0" w:type="auto"/>
            <w:vAlign w:val="center"/>
          </w:tcPr>
          <w:p w14:paraId="5C1FE630" w14:textId="77777777" w:rsidR="00F12170" w:rsidRPr="007911BE" w:rsidRDefault="00000000">
            <w:pPr>
              <w:ind w:firstLine="0"/>
              <w:jc w:val="center"/>
              <w:rPr>
                <w:sz w:val="16"/>
                <w:szCs w:val="28"/>
              </w:rPr>
            </w:pPr>
            <w:r w:rsidRPr="007911BE">
              <w:rPr>
                <w:sz w:val="16"/>
                <w:szCs w:val="28"/>
              </w:rPr>
              <w:t>56.83</w:t>
            </w:r>
          </w:p>
        </w:tc>
        <w:tc>
          <w:tcPr>
            <w:tcW w:w="0" w:type="auto"/>
            <w:vAlign w:val="center"/>
          </w:tcPr>
          <w:p w14:paraId="4ECEAEA1" w14:textId="77777777" w:rsidR="00F12170" w:rsidRPr="007911BE" w:rsidRDefault="00000000">
            <w:pPr>
              <w:ind w:firstLine="0"/>
              <w:jc w:val="center"/>
              <w:rPr>
                <w:sz w:val="16"/>
                <w:szCs w:val="28"/>
              </w:rPr>
            </w:pPr>
            <w:r w:rsidRPr="007911BE">
              <w:rPr>
                <w:sz w:val="16"/>
                <w:szCs w:val="28"/>
              </w:rPr>
              <w:t>100</w:t>
            </w:r>
          </w:p>
        </w:tc>
        <w:tc>
          <w:tcPr>
            <w:tcW w:w="0" w:type="auto"/>
            <w:vAlign w:val="center"/>
          </w:tcPr>
          <w:p w14:paraId="6A0E459B" w14:textId="77777777" w:rsidR="00F12170" w:rsidRPr="007911BE" w:rsidRDefault="00000000">
            <w:pPr>
              <w:ind w:firstLine="0"/>
              <w:jc w:val="center"/>
              <w:rPr>
                <w:sz w:val="16"/>
                <w:szCs w:val="28"/>
              </w:rPr>
            </w:pPr>
            <w:r w:rsidRPr="007911BE">
              <w:rPr>
                <w:sz w:val="16"/>
                <w:szCs w:val="28"/>
              </w:rPr>
              <w:t>31.07</w:t>
            </w:r>
          </w:p>
        </w:tc>
      </w:tr>
      <w:tr w:rsidR="00F12170" w:rsidRPr="007911BE" w14:paraId="1D5307C8" w14:textId="77777777" w:rsidTr="00B408C8">
        <w:trPr>
          <w:jc w:val="center"/>
        </w:trPr>
        <w:tc>
          <w:tcPr>
            <w:tcW w:w="0" w:type="auto"/>
            <w:vAlign w:val="center"/>
          </w:tcPr>
          <w:p w14:paraId="1D6FFBC7"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Башкортостан</w:t>
            </w:r>
            <w:proofErr w:type="spellEnd"/>
          </w:p>
        </w:tc>
        <w:tc>
          <w:tcPr>
            <w:tcW w:w="0" w:type="auto"/>
            <w:vAlign w:val="center"/>
          </w:tcPr>
          <w:p w14:paraId="6C1AC6D3"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5A4A7C12" w14:textId="77777777" w:rsidR="00F12170" w:rsidRPr="007911BE" w:rsidRDefault="00000000">
            <w:pPr>
              <w:ind w:firstLine="0"/>
              <w:jc w:val="center"/>
              <w:rPr>
                <w:sz w:val="16"/>
                <w:szCs w:val="28"/>
              </w:rPr>
            </w:pPr>
            <w:r w:rsidRPr="007911BE">
              <w:rPr>
                <w:sz w:val="16"/>
                <w:szCs w:val="28"/>
              </w:rPr>
              <w:t>51.35</w:t>
            </w:r>
          </w:p>
        </w:tc>
        <w:tc>
          <w:tcPr>
            <w:tcW w:w="0" w:type="auto"/>
            <w:vAlign w:val="center"/>
          </w:tcPr>
          <w:p w14:paraId="76869C45" w14:textId="77777777" w:rsidR="00F12170" w:rsidRPr="007911BE" w:rsidRDefault="00000000">
            <w:pPr>
              <w:ind w:firstLine="0"/>
              <w:jc w:val="center"/>
              <w:rPr>
                <w:sz w:val="16"/>
                <w:szCs w:val="28"/>
              </w:rPr>
            </w:pPr>
            <w:r w:rsidRPr="007911BE">
              <w:rPr>
                <w:sz w:val="16"/>
                <w:szCs w:val="28"/>
              </w:rPr>
              <w:t>37.54</w:t>
            </w:r>
          </w:p>
        </w:tc>
        <w:tc>
          <w:tcPr>
            <w:tcW w:w="0" w:type="auto"/>
            <w:vAlign w:val="center"/>
          </w:tcPr>
          <w:p w14:paraId="25260C30" w14:textId="77777777" w:rsidR="00F12170" w:rsidRPr="007911BE" w:rsidRDefault="00000000">
            <w:pPr>
              <w:ind w:firstLine="0"/>
              <w:jc w:val="center"/>
              <w:rPr>
                <w:sz w:val="16"/>
                <w:szCs w:val="28"/>
              </w:rPr>
            </w:pPr>
            <w:r w:rsidRPr="007911BE">
              <w:rPr>
                <w:sz w:val="16"/>
                <w:szCs w:val="28"/>
              </w:rPr>
              <w:t>82.18</w:t>
            </w:r>
          </w:p>
        </w:tc>
        <w:tc>
          <w:tcPr>
            <w:tcW w:w="0" w:type="auto"/>
            <w:vAlign w:val="center"/>
          </w:tcPr>
          <w:p w14:paraId="3FAE5080" w14:textId="77777777" w:rsidR="00F12170" w:rsidRPr="007911BE" w:rsidRDefault="00000000">
            <w:pPr>
              <w:ind w:firstLine="0"/>
              <w:jc w:val="center"/>
              <w:rPr>
                <w:sz w:val="16"/>
                <w:szCs w:val="28"/>
              </w:rPr>
            </w:pPr>
            <w:r w:rsidRPr="007911BE">
              <w:rPr>
                <w:sz w:val="16"/>
                <w:szCs w:val="28"/>
              </w:rPr>
              <w:t>45</w:t>
            </w:r>
          </w:p>
        </w:tc>
      </w:tr>
      <w:tr w:rsidR="00F12170" w:rsidRPr="007911BE" w14:paraId="343BBD8A" w14:textId="77777777" w:rsidTr="00B408C8">
        <w:trPr>
          <w:jc w:val="center"/>
        </w:trPr>
        <w:tc>
          <w:tcPr>
            <w:tcW w:w="0" w:type="auto"/>
            <w:vAlign w:val="center"/>
          </w:tcPr>
          <w:p w14:paraId="155E4FDC"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Бурятия</w:t>
            </w:r>
            <w:proofErr w:type="spellEnd"/>
          </w:p>
        </w:tc>
        <w:tc>
          <w:tcPr>
            <w:tcW w:w="0" w:type="auto"/>
            <w:vAlign w:val="center"/>
          </w:tcPr>
          <w:p w14:paraId="5E2A7A58"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1EA4707E" w14:textId="77777777" w:rsidR="00F12170" w:rsidRPr="007911BE" w:rsidRDefault="00000000">
            <w:pPr>
              <w:ind w:firstLine="0"/>
              <w:jc w:val="center"/>
              <w:rPr>
                <w:sz w:val="16"/>
                <w:szCs w:val="28"/>
              </w:rPr>
            </w:pPr>
            <w:r w:rsidRPr="007911BE">
              <w:rPr>
                <w:sz w:val="16"/>
                <w:szCs w:val="28"/>
              </w:rPr>
              <w:t>29.4</w:t>
            </w:r>
          </w:p>
        </w:tc>
        <w:tc>
          <w:tcPr>
            <w:tcW w:w="0" w:type="auto"/>
            <w:vAlign w:val="center"/>
          </w:tcPr>
          <w:p w14:paraId="257C422E" w14:textId="77777777" w:rsidR="00F12170" w:rsidRPr="007911BE" w:rsidRDefault="00000000">
            <w:pPr>
              <w:ind w:firstLine="0"/>
              <w:jc w:val="center"/>
              <w:rPr>
                <w:sz w:val="16"/>
                <w:szCs w:val="28"/>
              </w:rPr>
            </w:pPr>
            <w:r w:rsidRPr="007911BE">
              <w:rPr>
                <w:sz w:val="16"/>
                <w:szCs w:val="28"/>
              </w:rPr>
              <w:t>67.29</w:t>
            </w:r>
          </w:p>
        </w:tc>
        <w:tc>
          <w:tcPr>
            <w:tcW w:w="0" w:type="auto"/>
            <w:vAlign w:val="center"/>
          </w:tcPr>
          <w:p w14:paraId="2B039F3A" w14:textId="77777777" w:rsidR="00F12170" w:rsidRPr="007911BE" w:rsidRDefault="00000000">
            <w:pPr>
              <w:ind w:firstLine="0"/>
              <w:jc w:val="center"/>
              <w:rPr>
                <w:sz w:val="16"/>
                <w:szCs w:val="28"/>
              </w:rPr>
            </w:pPr>
            <w:r w:rsidRPr="007911BE">
              <w:rPr>
                <w:sz w:val="16"/>
                <w:szCs w:val="28"/>
              </w:rPr>
              <w:t>88.82</w:t>
            </w:r>
          </w:p>
        </w:tc>
        <w:tc>
          <w:tcPr>
            <w:tcW w:w="0" w:type="auto"/>
            <w:vAlign w:val="center"/>
          </w:tcPr>
          <w:p w14:paraId="4500369B" w14:textId="77777777" w:rsidR="00F12170" w:rsidRPr="007911BE" w:rsidRDefault="00000000">
            <w:pPr>
              <w:ind w:firstLine="0"/>
              <w:jc w:val="center"/>
              <w:rPr>
                <w:sz w:val="16"/>
                <w:szCs w:val="28"/>
              </w:rPr>
            </w:pPr>
            <w:r w:rsidRPr="007911BE">
              <w:rPr>
                <w:sz w:val="16"/>
                <w:szCs w:val="28"/>
              </w:rPr>
              <w:t>19.98</w:t>
            </w:r>
          </w:p>
        </w:tc>
      </w:tr>
      <w:tr w:rsidR="00F12170" w:rsidRPr="007911BE" w14:paraId="4FBF0834" w14:textId="77777777" w:rsidTr="00B408C8">
        <w:trPr>
          <w:jc w:val="center"/>
        </w:trPr>
        <w:tc>
          <w:tcPr>
            <w:tcW w:w="0" w:type="auto"/>
            <w:vAlign w:val="center"/>
          </w:tcPr>
          <w:p w14:paraId="72E319D1"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Дагестан</w:t>
            </w:r>
            <w:proofErr w:type="spellEnd"/>
          </w:p>
        </w:tc>
        <w:tc>
          <w:tcPr>
            <w:tcW w:w="0" w:type="auto"/>
            <w:vAlign w:val="center"/>
          </w:tcPr>
          <w:p w14:paraId="0D625A18"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1127053E" w14:textId="77777777" w:rsidR="00F12170" w:rsidRPr="007911BE" w:rsidRDefault="00000000">
            <w:pPr>
              <w:ind w:firstLine="0"/>
              <w:jc w:val="center"/>
              <w:rPr>
                <w:sz w:val="16"/>
                <w:szCs w:val="28"/>
              </w:rPr>
            </w:pPr>
            <w:r w:rsidRPr="007911BE">
              <w:rPr>
                <w:sz w:val="16"/>
                <w:szCs w:val="28"/>
              </w:rPr>
              <w:t>31.72</w:t>
            </w:r>
          </w:p>
        </w:tc>
        <w:tc>
          <w:tcPr>
            <w:tcW w:w="0" w:type="auto"/>
            <w:vAlign w:val="center"/>
          </w:tcPr>
          <w:p w14:paraId="2100C9AE" w14:textId="77777777" w:rsidR="00F12170" w:rsidRPr="007911BE" w:rsidRDefault="00000000">
            <w:pPr>
              <w:ind w:firstLine="0"/>
              <w:jc w:val="center"/>
              <w:rPr>
                <w:sz w:val="16"/>
                <w:szCs w:val="28"/>
              </w:rPr>
            </w:pPr>
            <w:r w:rsidRPr="007911BE">
              <w:rPr>
                <w:sz w:val="16"/>
                <w:szCs w:val="28"/>
              </w:rPr>
              <w:t>61.6</w:t>
            </w:r>
          </w:p>
        </w:tc>
        <w:tc>
          <w:tcPr>
            <w:tcW w:w="0" w:type="auto"/>
            <w:vAlign w:val="center"/>
          </w:tcPr>
          <w:p w14:paraId="3645EDDB" w14:textId="77777777" w:rsidR="00F12170" w:rsidRPr="007911BE" w:rsidRDefault="00000000">
            <w:pPr>
              <w:ind w:firstLine="0"/>
              <w:jc w:val="center"/>
              <w:rPr>
                <w:sz w:val="16"/>
                <w:szCs w:val="28"/>
              </w:rPr>
            </w:pPr>
            <w:r w:rsidRPr="007911BE">
              <w:rPr>
                <w:sz w:val="16"/>
                <w:szCs w:val="28"/>
              </w:rPr>
              <w:t>59.09</w:t>
            </w:r>
          </w:p>
        </w:tc>
        <w:tc>
          <w:tcPr>
            <w:tcW w:w="0" w:type="auto"/>
            <w:vAlign w:val="center"/>
          </w:tcPr>
          <w:p w14:paraId="33C2B5A3" w14:textId="77777777" w:rsidR="00F12170" w:rsidRPr="007911BE" w:rsidRDefault="00000000">
            <w:pPr>
              <w:ind w:firstLine="0"/>
              <w:jc w:val="center"/>
              <w:rPr>
                <w:sz w:val="16"/>
                <w:szCs w:val="28"/>
              </w:rPr>
            </w:pPr>
            <w:r w:rsidRPr="007911BE">
              <w:rPr>
                <w:sz w:val="16"/>
                <w:szCs w:val="28"/>
              </w:rPr>
              <w:t>45.79</w:t>
            </w:r>
          </w:p>
        </w:tc>
      </w:tr>
      <w:tr w:rsidR="00F12170" w:rsidRPr="007911BE" w14:paraId="16680D6D" w14:textId="77777777" w:rsidTr="00B408C8">
        <w:trPr>
          <w:jc w:val="center"/>
        </w:trPr>
        <w:tc>
          <w:tcPr>
            <w:tcW w:w="0" w:type="auto"/>
            <w:vAlign w:val="center"/>
          </w:tcPr>
          <w:p w14:paraId="6EAA927F"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Ингушетия</w:t>
            </w:r>
            <w:proofErr w:type="spellEnd"/>
          </w:p>
        </w:tc>
        <w:tc>
          <w:tcPr>
            <w:tcW w:w="0" w:type="auto"/>
            <w:vAlign w:val="center"/>
          </w:tcPr>
          <w:p w14:paraId="20C309A6"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7555F45A" w14:textId="77777777" w:rsidR="00F12170" w:rsidRPr="007911BE" w:rsidRDefault="00000000">
            <w:pPr>
              <w:ind w:firstLine="0"/>
              <w:jc w:val="center"/>
              <w:rPr>
                <w:sz w:val="16"/>
                <w:szCs w:val="28"/>
              </w:rPr>
            </w:pPr>
            <w:r w:rsidRPr="007911BE">
              <w:rPr>
                <w:sz w:val="16"/>
                <w:szCs w:val="28"/>
              </w:rPr>
              <w:t>32.12</w:t>
            </w:r>
          </w:p>
        </w:tc>
        <w:tc>
          <w:tcPr>
            <w:tcW w:w="0" w:type="auto"/>
            <w:vAlign w:val="center"/>
          </w:tcPr>
          <w:p w14:paraId="7D8C12BC" w14:textId="77777777" w:rsidR="00F12170" w:rsidRPr="007911BE" w:rsidRDefault="00000000">
            <w:pPr>
              <w:ind w:firstLine="0"/>
              <w:jc w:val="center"/>
              <w:rPr>
                <w:sz w:val="16"/>
                <w:szCs w:val="28"/>
              </w:rPr>
            </w:pPr>
            <w:r w:rsidRPr="007911BE">
              <w:rPr>
                <w:sz w:val="16"/>
                <w:szCs w:val="28"/>
              </w:rPr>
              <w:t>61.98</w:t>
            </w:r>
          </w:p>
        </w:tc>
        <w:tc>
          <w:tcPr>
            <w:tcW w:w="0" w:type="auto"/>
            <w:vAlign w:val="center"/>
          </w:tcPr>
          <w:p w14:paraId="01B7A1D3" w14:textId="77777777" w:rsidR="00F12170" w:rsidRPr="007911BE" w:rsidRDefault="00000000">
            <w:pPr>
              <w:ind w:firstLine="0"/>
              <w:jc w:val="center"/>
              <w:rPr>
                <w:sz w:val="16"/>
                <w:szCs w:val="28"/>
              </w:rPr>
            </w:pPr>
            <w:r w:rsidRPr="007911BE">
              <w:rPr>
                <w:sz w:val="16"/>
                <w:szCs w:val="28"/>
              </w:rPr>
              <w:t>83.85</w:t>
            </w:r>
          </w:p>
        </w:tc>
        <w:tc>
          <w:tcPr>
            <w:tcW w:w="0" w:type="auto"/>
            <w:vAlign w:val="center"/>
          </w:tcPr>
          <w:p w14:paraId="7CC7C1F0" w14:textId="77777777" w:rsidR="00F12170" w:rsidRPr="007911BE" w:rsidRDefault="00000000">
            <w:pPr>
              <w:ind w:firstLine="0"/>
              <w:jc w:val="center"/>
              <w:rPr>
                <w:sz w:val="16"/>
                <w:szCs w:val="28"/>
              </w:rPr>
            </w:pPr>
            <w:r w:rsidRPr="007911BE">
              <w:rPr>
                <w:sz w:val="16"/>
                <w:szCs w:val="28"/>
              </w:rPr>
              <w:t>0</w:t>
            </w:r>
          </w:p>
        </w:tc>
      </w:tr>
      <w:tr w:rsidR="00F12170" w:rsidRPr="007911BE" w14:paraId="550CF347" w14:textId="77777777" w:rsidTr="00B408C8">
        <w:trPr>
          <w:jc w:val="center"/>
        </w:trPr>
        <w:tc>
          <w:tcPr>
            <w:tcW w:w="0" w:type="auto"/>
            <w:vAlign w:val="center"/>
          </w:tcPr>
          <w:p w14:paraId="30D7D51B"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Калмыкия</w:t>
            </w:r>
            <w:proofErr w:type="spellEnd"/>
          </w:p>
        </w:tc>
        <w:tc>
          <w:tcPr>
            <w:tcW w:w="0" w:type="auto"/>
            <w:vAlign w:val="center"/>
          </w:tcPr>
          <w:p w14:paraId="631743B9"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0E8E0506" w14:textId="77777777" w:rsidR="00F12170" w:rsidRPr="007911BE" w:rsidRDefault="00000000">
            <w:pPr>
              <w:ind w:firstLine="0"/>
              <w:jc w:val="center"/>
              <w:rPr>
                <w:sz w:val="16"/>
                <w:szCs w:val="28"/>
              </w:rPr>
            </w:pPr>
            <w:r w:rsidRPr="007911BE">
              <w:rPr>
                <w:sz w:val="16"/>
                <w:szCs w:val="28"/>
              </w:rPr>
              <w:t>26.82</w:t>
            </w:r>
          </w:p>
        </w:tc>
        <w:tc>
          <w:tcPr>
            <w:tcW w:w="0" w:type="auto"/>
            <w:vAlign w:val="center"/>
          </w:tcPr>
          <w:p w14:paraId="79637179" w14:textId="77777777" w:rsidR="00F12170" w:rsidRPr="007911BE" w:rsidRDefault="00000000">
            <w:pPr>
              <w:ind w:firstLine="0"/>
              <w:jc w:val="center"/>
              <w:rPr>
                <w:sz w:val="16"/>
                <w:szCs w:val="28"/>
              </w:rPr>
            </w:pPr>
            <w:r w:rsidRPr="007911BE">
              <w:rPr>
                <w:sz w:val="16"/>
                <w:szCs w:val="28"/>
              </w:rPr>
              <w:t>51.99</w:t>
            </w:r>
          </w:p>
        </w:tc>
        <w:tc>
          <w:tcPr>
            <w:tcW w:w="0" w:type="auto"/>
            <w:vAlign w:val="center"/>
          </w:tcPr>
          <w:p w14:paraId="770514EE" w14:textId="77777777" w:rsidR="00F12170" w:rsidRPr="007911BE" w:rsidRDefault="00000000">
            <w:pPr>
              <w:ind w:firstLine="0"/>
              <w:jc w:val="center"/>
              <w:rPr>
                <w:sz w:val="16"/>
                <w:szCs w:val="28"/>
              </w:rPr>
            </w:pPr>
            <w:r w:rsidRPr="007911BE">
              <w:rPr>
                <w:sz w:val="16"/>
                <w:szCs w:val="28"/>
              </w:rPr>
              <w:t>81.84</w:t>
            </w:r>
          </w:p>
        </w:tc>
        <w:tc>
          <w:tcPr>
            <w:tcW w:w="0" w:type="auto"/>
            <w:vAlign w:val="center"/>
          </w:tcPr>
          <w:p w14:paraId="1900F6E8" w14:textId="77777777" w:rsidR="00F12170" w:rsidRPr="007911BE" w:rsidRDefault="00000000">
            <w:pPr>
              <w:ind w:firstLine="0"/>
              <w:jc w:val="center"/>
              <w:rPr>
                <w:sz w:val="16"/>
                <w:szCs w:val="28"/>
              </w:rPr>
            </w:pPr>
            <w:r w:rsidRPr="007911BE">
              <w:rPr>
                <w:sz w:val="16"/>
                <w:szCs w:val="28"/>
              </w:rPr>
              <w:t>12.66</w:t>
            </w:r>
          </w:p>
        </w:tc>
      </w:tr>
      <w:tr w:rsidR="00F12170" w:rsidRPr="007911BE" w14:paraId="49B58F64" w14:textId="77777777" w:rsidTr="00B408C8">
        <w:trPr>
          <w:jc w:val="center"/>
        </w:trPr>
        <w:tc>
          <w:tcPr>
            <w:tcW w:w="0" w:type="auto"/>
            <w:vAlign w:val="center"/>
          </w:tcPr>
          <w:p w14:paraId="6CDDD231"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Карелия</w:t>
            </w:r>
            <w:proofErr w:type="spellEnd"/>
          </w:p>
        </w:tc>
        <w:tc>
          <w:tcPr>
            <w:tcW w:w="0" w:type="auto"/>
            <w:vAlign w:val="center"/>
          </w:tcPr>
          <w:p w14:paraId="14D5951E"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60C6685A" w14:textId="77777777" w:rsidR="00F12170" w:rsidRPr="007911BE" w:rsidRDefault="00000000">
            <w:pPr>
              <w:ind w:firstLine="0"/>
              <w:jc w:val="center"/>
              <w:rPr>
                <w:sz w:val="16"/>
                <w:szCs w:val="28"/>
              </w:rPr>
            </w:pPr>
            <w:r w:rsidRPr="007911BE">
              <w:rPr>
                <w:sz w:val="16"/>
                <w:szCs w:val="28"/>
              </w:rPr>
              <w:t>32.03</w:t>
            </w:r>
          </w:p>
        </w:tc>
        <w:tc>
          <w:tcPr>
            <w:tcW w:w="0" w:type="auto"/>
            <w:vAlign w:val="center"/>
          </w:tcPr>
          <w:p w14:paraId="369E3756" w14:textId="77777777" w:rsidR="00F12170" w:rsidRPr="007911BE" w:rsidRDefault="00000000">
            <w:pPr>
              <w:ind w:firstLine="0"/>
              <w:jc w:val="center"/>
              <w:rPr>
                <w:sz w:val="16"/>
                <w:szCs w:val="28"/>
              </w:rPr>
            </w:pPr>
            <w:r w:rsidRPr="007911BE">
              <w:rPr>
                <w:sz w:val="16"/>
                <w:szCs w:val="28"/>
              </w:rPr>
              <w:t>47.2</w:t>
            </w:r>
          </w:p>
        </w:tc>
        <w:tc>
          <w:tcPr>
            <w:tcW w:w="0" w:type="auto"/>
            <w:vAlign w:val="center"/>
          </w:tcPr>
          <w:p w14:paraId="6EBDB4A2" w14:textId="77777777" w:rsidR="00F12170" w:rsidRPr="007911BE" w:rsidRDefault="00000000">
            <w:pPr>
              <w:ind w:firstLine="0"/>
              <w:jc w:val="center"/>
              <w:rPr>
                <w:sz w:val="16"/>
                <w:szCs w:val="28"/>
              </w:rPr>
            </w:pPr>
            <w:r w:rsidRPr="007911BE">
              <w:rPr>
                <w:sz w:val="16"/>
                <w:szCs w:val="28"/>
              </w:rPr>
              <w:t>80.65</w:t>
            </w:r>
          </w:p>
        </w:tc>
        <w:tc>
          <w:tcPr>
            <w:tcW w:w="0" w:type="auto"/>
            <w:vAlign w:val="center"/>
          </w:tcPr>
          <w:p w14:paraId="7EC7953F" w14:textId="77777777" w:rsidR="00F12170" w:rsidRPr="007911BE" w:rsidRDefault="00000000">
            <w:pPr>
              <w:ind w:firstLine="0"/>
              <w:jc w:val="center"/>
              <w:rPr>
                <w:sz w:val="16"/>
                <w:szCs w:val="28"/>
              </w:rPr>
            </w:pPr>
            <w:r w:rsidRPr="007911BE">
              <w:rPr>
                <w:sz w:val="16"/>
                <w:szCs w:val="28"/>
              </w:rPr>
              <w:t>16.11</w:t>
            </w:r>
          </w:p>
        </w:tc>
      </w:tr>
      <w:tr w:rsidR="00F12170" w:rsidRPr="007911BE" w14:paraId="154AB15E" w14:textId="77777777" w:rsidTr="00B408C8">
        <w:trPr>
          <w:jc w:val="center"/>
        </w:trPr>
        <w:tc>
          <w:tcPr>
            <w:tcW w:w="0" w:type="auto"/>
            <w:vAlign w:val="center"/>
          </w:tcPr>
          <w:p w14:paraId="554AD2C2"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Коми</w:t>
            </w:r>
            <w:proofErr w:type="spellEnd"/>
          </w:p>
        </w:tc>
        <w:tc>
          <w:tcPr>
            <w:tcW w:w="0" w:type="auto"/>
            <w:vAlign w:val="center"/>
          </w:tcPr>
          <w:p w14:paraId="328437BE"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155B30A5" w14:textId="77777777" w:rsidR="00F12170" w:rsidRPr="007911BE" w:rsidRDefault="00000000">
            <w:pPr>
              <w:ind w:firstLine="0"/>
              <w:jc w:val="center"/>
              <w:rPr>
                <w:sz w:val="16"/>
                <w:szCs w:val="28"/>
              </w:rPr>
            </w:pPr>
            <w:r w:rsidRPr="007911BE">
              <w:rPr>
                <w:sz w:val="16"/>
                <w:szCs w:val="28"/>
              </w:rPr>
              <w:t>30.99</w:t>
            </w:r>
          </w:p>
        </w:tc>
        <w:tc>
          <w:tcPr>
            <w:tcW w:w="0" w:type="auto"/>
            <w:vAlign w:val="center"/>
          </w:tcPr>
          <w:p w14:paraId="6665DB64" w14:textId="77777777" w:rsidR="00F12170" w:rsidRPr="007911BE" w:rsidRDefault="00000000">
            <w:pPr>
              <w:ind w:firstLine="0"/>
              <w:jc w:val="center"/>
              <w:rPr>
                <w:sz w:val="16"/>
                <w:szCs w:val="28"/>
              </w:rPr>
            </w:pPr>
            <w:r w:rsidRPr="007911BE">
              <w:rPr>
                <w:sz w:val="16"/>
                <w:szCs w:val="28"/>
              </w:rPr>
              <w:t>26.71</w:t>
            </w:r>
          </w:p>
        </w:tc>
        <w:tc>
          <w:tcPr>
            <w:tcW w:w="0" w:type="auto"/>
            <w:vAlign w:val="center"/>
          </w:tcPr>
          <w:p w14:paraId="6C9E8708" w14:textId="77777777" w:rsidR="00F12170" w:rsidRPr="007911BE" w:rsidRDefault="00000000">
            <w:pPr>
              <w:ind w:firstLine="0"/>
              <w:jc w:val="center"/>
              <w:rPr>
                <w:sz w:val="16"/>
                <w:szCs w:val="28"/>
              </w:rPr>
            </w:pPr>
            <w:r w:rsidRPr="007911BE">
              <w:rPr>
                <w:sz w:val="16"/>
                <w:szCs w:val="28"/>
              </w:rPr>
              <w:t>88.25</w:t>
            </w:r>
          </w:p>
        </w:tc>
        <w:tc>
          <w:tcPr>
            <w:tcW w:w="0" w:type="auto"/>
            <w:vAlign w:val="center"/>
          </w:tcPr>
          <w:p w14:paraId="18AF39D7" w14:textId="77777777" w:rsidR="00F12170" w:rsidRPr="007911BE" w:rsidRDefault="00000000">
            <w:pPr>
              <w:ind w:firstLine="0"/>
              <w:jc w:val="center"/>
              <w:rPr>
                <w:sz w:val="16"/>
                <w:szCs w:val="28"/>
              </w:rPr>
            </w:pPr>
            <w:r w:rsidRPr="007911BE">
              <w:rPr>
                <w:sz w:val="16"/>
                <w:szCs w:val="28"/>
              </w:rPr>
              <w:t>16.71</w:t>
            </w:r>
          </w:p>
        </w:tc>
      </w:tr>
      <w:tr w:rsidR="00F12170" w:rsidRPr="007911BE" w14:paraId="7C757AC5" w14:textId="77777777" w:rsidTr="00B408C8">
        <w:trPr>
          <w:jc w:val="center"/>
        </w:trPr>
        <w:tc>
          <w:tcPr>
            <w:tcW w:w="0" w:type="auto"/>
            <w:vAlign w:val="center"/>
          </w:tcPr>
          <w:p w14:paraId="6D8328D4"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Крым</w:t>
            </w:r>
            <w:proofErr w:type="spellEnd"/>
          </w:p>
        </w:tc>
        <w:tc>
          <w:tcPr>
            <w:tcW w:w="0" w:type="auto"/>
            <w:vAlign w:val="center"/>
          </w:tcPr>
          <w:p w14:paraId="5BC24A5F"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47ABF401" w14:textId="77777777" w:rsidR="00F12170" w:rsidRPr="007911BE" w:rsidRDefault="00000000">
            <w:pPr>
              <w:ind w:firstLine="0"/>
              <w:jc w:val="center"/>
              <w:rPr>
                <w:sz w:val="16"/>
                <w:szCs w:val="28"/>
              </w:rPr>
            </w:pPr>
            <w:r w:rsidRPr="007911BE">
              <w:rPr>
                <w:sz w:val="16"/>
                <w:szCs w:val="28"/>
              </w:rPr>
              <w:t>32.05</w:t>
            </w:r>
          </w:p>
        </w:tc>
        <w:tc>
          <w:tcPr>
            <w:tcW w:w="0" w:type="auto"/>
            <w:vAlign w:val="center"/>
          </w:tcPr>
          <w:p w14:paraId="2ABCADDF" w14:textId="77777777" w:rsidR="00F12170" w:rsidRPr="007911BE" w:rsidRDefault="00000000">
            <w:pPr>
              <w:ind w:firstLine="0"/>
              <w:jc w:val="center"/>
              <w:rPr>
                <w:sz w:val="16"/>
                <w:szCs w:val="28"/>
              </w:rPr>
            </w:pPr>
            <w:r w:rsidRPr="007911BE">
              <w:rPr>
                <w:sz w:val="16"/>
                <w:szCs w:val="28"/>
              </w:rPr>
              <w:t>62.38</w:t>
            </w:r>
          </w:p>
        </w:tc>
        <w:tc>
          <w:tcPr>
            <w:tcW w:w="0" w:type="auto"/>
            <w:vAlign w:val="center"/>
          </w:tcPr>
          <w:p w14:paraId="2366FFE2" w14:textId="77777777" w:rsidR="00F12170" w:rsidRPr="007911BE" w:rsidRDefault="00000000">
            <w:pPr>
              <w:ind w:firstLine="0"/>
              <w:jc w:val="center"/>
              <w:rPr>
                <w:sz w:val="16"/>
                <w:szCs w:val="28"/>
              </w:rPr>
            </w:pPr>
            <w:r w:rsidRPr="007911BE">
              <w:rPr>
                <w:sz w:val="16"/>
                <w:szCs w:val="28"/>
              </w:rPr>
              <w:t>82.37</w:t>
            </w:r>
          </w:p>
        </w:tc>
        <w:tc>
          <w:tcPr>
            <w:tcW w:w="0" w:type="auto"/>
            <w:vAlign w:val="center"/>
          </w:tcPr>
          <w:p w14:paraId="41733999" w14:textId="77777777" w:rsidR="00F12170" w:rsidRPr="007911BE" w:rsidRDefault="00000000">
            <w:pPr>
              <w:ind w:firstLine="0"/>
              <w:jc w:val="center"/>
              <w:rPr>
                <w:sz w:val="16"/>
                <w:szCs w:val="28"/>
              </w:rPr>
            </w:pPr>
            <w:r w:rsidRPr="007911BE">
              <w:rPr>
                <w:sz w:val="16"/>
                <w:szCs w:val="28"/>
              </w:rPr>
              <w:t>31.23</w:t>
            </w:r>
          </w:p>
        </w:tc>
      </w:tr>
      <w:tr w:rsidR="00F12170" w:rsidRPr="007911BE" w14:paraId="5F9FD9F5" w14:textId="77777777" w:rsidTr="00B408C8">
        <w:trPr>
          <w:jc w:val="center"/>
        </w:trPr>
        <w:tc>
          <w:tcPr>
            <w:tcW w:w="0" w:type="auto"/>
            <w:vAlign w:val="center"/>
          </w:tcPr>
          <w:p w14:paraId="41F3CFC0"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Марий</w:t>
            </w:r>
            <w:proofErr w:type="spellEnd"/>
            <w:r w:rsidRPr="007911BE">
              <w:rPr>
                <w:sz w:val="16"/>
                <w:szCs w:val="28"/>
              </w:rPr>
              <w:t xml:space="preserve"> </w:t>
            </w:r>
            <w:proofErr w:type="spellStart"/>
            <w:r w:rsidRPr="007911BE">
              <w:rPr>
                <w:sz w:val="16"/>
                <w:szCs w:val="28"/>
              </w:rPr>
              <w:t>Эл</w:t>
            </w:r>
            <w:proofErr w:type="spellEnd"/>
          </w:p>
        </w:tc>
        <w:tc>
          <w:tcPr>
            <w:tcW w:w="0" w:type="auto"/>
            <w:vAlign w:val="center"/>
          </w:tcPr>
          <w:p w14:paraId="4175E014"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6222253F" w14:textId="77777777" w:rsidR="00F12170" w:rsidRPr="007911BE" w:rsidRDefault="00000000">
            <w:pPr>
              <w:ind w:firstLine="0"/>
              <w:jc w:val="center"/>
              <w:rPr>
                <w:sz w:val="16"/>
                <w:szCs w:val="28"/>
              </w:rPr>
            </w:pPr>
            <w:r w:rsidRPr="007911BE">
              <w:rPr>
                <w:sz w:val="16"/>
                <w:szCs w:val="28"/>
              </w:rPr>
              <w:t>32.73</w:t>
            </w:r>
          </w:p>
        </w:tc>
        <w:tc>
          <w:tcPr>
            <w:tcW w:w="0" w:type="auto"/>
            <w:vAlign w:val="center"/>
          </w:tcPr>
          <w:p w14:paraId="52FBD4C0" w14:textId="77777777" w:rsidR="00F12170" w:rsidRPr="007911BE" w:rsidRDefault="00000000">
            <w:pPr>
              <w:ind w:firstLine="0"/>
              <w:jc w:val="center"/>
              <w:rPr>
                <w:sz w:val="16"/>
                <w:szCs w:val="28"/>
              </w:rPr>
            </w:pPr>
            <w:r w:rsidRPr="007911BE">
              <w:rPr>
                <w:sz w:val="16"/>
                <w:szCs w:val="28"/>
              </w:rPr>
              <w:t>34</w:t>
            </w:r>
          </w:p>
        </w:tc>
        <w:tc>
          <w:tcPr>
            <w:tcW w:w="0" w:type="auto"/>
            <w:vAlign w:val="center"/>
          </w:tcPr>
          <w:p w14:paraId="221DB50D" w14:textId="77777777" w:rsidR="00F12170" w:rsidRPr="007911BE" w:rsidRDefault="00000000">
            <w:pPr>
              <w:ind w:firstLine="0"/>
              <w:jc w:val="center"/>
              <w:rPr>
                <w:sz w:val="16"/>
                <w:szCs w:val="28"/>
              </w:rPr>
            </w:pPr>
            <w:r w:rsidRPr="007911BE">
              <w:rPr>
                <w:sz w:val="16"/>
                <w:szCs w:val="28"/>
              </w:rPr>
              <w:t>84.62</w:t>
            </w:r>
          </w:p>
        </w:tc>
        <w:tc>
          <w:tcPr>
            <w:tcW w:w="0" w:type="auto"/>
            <w:vAlign w:val="center"/>
          </w:tcPr>
          <w:p w14:paraId="68B76B64" w14:textId="77777777" w:rsidR="00F12170" w:rsidRPr="007911BE" w:rsidRDefault="00000000">
            <w:pPr>
              <w:ind w:firstLine="0"/>
              <w:jc w:val="center"/>
              <w:rPr>
                <w:sz w:val="16"/>
                <w:szCs w:val="28"/>
              </w:rPr>
            </w:pPr>
            <w:r w:rsidRPr="007911BE">
              <w:rPr>
                <w:sz w:val="16"/>
                <w:szCs w:val="28"/>
              </w:rPr>
              <w:t>22.3</w:t>
            </w:r>
          </w:p>
        </w:tc>
      </w:tr>
      <w:tr w:rsidR="00F12170" w:rsidRPr="007911BE" w14:paraId="6A85D80C" w14:textId="77777777" w:rsidTr="00B408C8">
        <w:trPr>
          <w:jc w:val="center"/>
        </w:trPr>
        <w:tc>
          <w:tcPr>
            <w:tcW w:w="0" w:type="auto"/>
            <w:vAlign w:val="center"/>
          </w:tcPr>
          <w:p w14:paraId="127964CC"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Мордовия</w:t>
            </w:r>
            <w:proofErr w:type="spellEnd"/>
          </w:p>
        </w:tc>
        <w:tc>
          <w:tcPr>
            <w:tcW w:w="0" w:type="auto"/>
            <w:vAlign w:val="center"/>
          </w:tcPr>
          <w:p w14:paraId="561CA2F3"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3A43100" w14:textId="77777777" w:rsidR="00F12170" w:rsidRPr="007911BE" w:rsidRDefault="00000000">
            <w:pPr>
              <w:ind w:firstLine="0"/>
              <w:jc w:val="center"/>
              <w:rPr>
                <w:sz w:val="16"/>
                <w:szCs w:val="28"/>
              </w:rPr>
            </w:pPr>
            <w:r w:rsidRPr="007911BE">
              <w:rPr>
                <w:sz w:val="16"/>
                <w:szCs w:val="28"/>
              </w:rPr>
              <w:t>34.81</w:t>
            </w:r>
          </w:p>
        </w:tc>
        <w:tc>
          <w:tcPr>
            <w:tcW w:w="0" w:type="auto"/>
            <w:vAlign w:val="center"/>
          </w:tcPr>
          <w:p w14:paraId="6CF895FA" w14:textId="77777777" w:rsidR="00F12170" w:rsidRPr="007911BE" w:rsidRDefault="00000000">
            <w:pPr>
              <w:ind w:firstLine="0"/>
              <w:jc w:val="center"/>
              <w:rPr>
                <w:sz w:val="16"/>
                <w:szCs w:val="28"/>
              </w:rPr>
            </w:pPr>
            <w:r w:rsidRPr="007911BE">
              <w:rPr>
                <w:sz w:val="16"/>
                <w:szCs w:val="28"/>
              </w:rPr>
              <w:t>59.44</w:t>
            </w:r>
          </w:p>
        </w:tc>
        <w:tc>
          <w:tcPr>
            <w:tcW w:w="0" w:type="auto"/>
            <w:vAlign w:val="center"/>
          </w:tcPr>
          <w:p w14:paraId="179E94E1" w14:textId="77777777" w:rsidR="00F12170" w:rsidRPr="007911BE" w:rsidRDefault="00000000">
            <w:pPr>
              <w:ind w:firstLine="0"/>
              <w:jc w:val="center"/>
              <w:rPr>
                <w:sz w:val="16"/>
                <w:szCs w:val="28"/>
              </w:rPr>
            </w:pPr>
            <w:r w:rsidRPr="007911BE">
              <w:rPr>
                <w:sz w:val="16"/>
                <w:szCs w:val="28"/>
              </w:rPr>
              <w:t>85.62</w:t>
            </w:r>
          </w:p>
        </w:tc>
        <w:tc>
          <w:tcPr>
            <w:tcW w:w="0" w:type="auto"/>
            <w:vAlign w:val="center"/>
          </w:tcPr>
          <w:p w14:paraId="39C2355C" w14:textId="77777777" w:rsidR="00F12170" w:rsidRPr="007911BE" w:rsidRDefault="00000000">
            <w:pPr>
              <w:ind w:firstLine="0"/>
              <w:jc w:val="center"/>
              <w:rPr>
                <w:sz w:val="16"/>
                <w:szCs w:val="28"/>
              </w:rPr>
            </w:pPr>
            <w:r w:rsidRPr="007911BE">
              <w:rPr>
                <w:sz w:val="16"/>
                <w:szCs w:val="28"/>
              </w:rPr>
              <w:t>39.68</w:t>
            </w:r>
          </w:p>
        </w:tc>
      </w:tr>
      <w:tr w:rsidR="00F12170" w:rsidRPr="007911BE" w14:paraId="79E1796F" w14:textId="77777777" w:rsidTr="00B408C8">
        <w:trPr>
          <w:jc w:val="center"/>
        </w:trPr>
        <w:tc>
          <w:tcPr>
            <w:tcW w:w="0" w:type="auto"/>
            <w:vAlign w:val="center"/>
          </w:tcPr>
          <w:p w14:paraId="2BBE2518"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Саха</w:t>
            </w:r>
            <w:proofErr w:type="spellEnd"/>
            <w:r w:rsidRPr="007911BE">
              <w:rPr>
                <w:sz w:val="16"/>
                <w:szCs w:val="28"/>
              </w:rPr>
              <w:t xml:space="preserve"> (</w:t>
            </w:r>
            <w:proofErr w:type="spellStart"/>
            <w:r w:rsidRPr="007911BE">
              <w:rPr>
                <w:sz w:val="16"/>
                <w:szCs w:val="28"/>
              </w:rPr>
              <w:t>Якутия</w:t>
            </w:r>
            <w:proofErr w:type="spellEnd"/>
            <w:r w:rsidRPr="007911BE">
              <w:rPr>
                <w:sz w:val="16"/>
                <w:szCs w:val="28"/>
              </w:rPr>
              <w:t>)</w:t>
            </w:r>
          </w:p>
        </w:tc>
        <w:tc>
          <w:tcPr>
            <w:tcW w:w="0" w:type="auto"/>
            <w:vAlign w:val="center"/>
          </w:tcPr>
          <w:p w14:paraId="38A1D04D"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32C0F7DC" w14:textId="77777777" w:rsidR="00F12170" w:rsidRPr="007911BE" w:rsidRDefault="00000000">
            <w:pPr>
              <w:ind w:firstLine="0"/>
              <w:jc w:val="center"/>
              <w:rPr>
                <w:sz w:val="16"/>
                <w:szCs w:val="28"/>
              </w:rPr>
            </w:pPr>
            <w:r w:rsidRPr="007911BE">
              <w:rPr>
                <w:sz w:val="16"/>
                <w:szCs w:val="28"/>
              </w:rPr>
              <w:t>32.19</w:t>
            </w:r>
          </w:p>
        </w:tc>
        <w:tc>
          <w:tcPr>
            <w:tcW w:w="0" w:type="auto"/>
            <w:vAlign w:val="center"/>
          </w:tcPr>
          <w:p w14:paraId="2FF17D41" w14:textId="77777777" w:rsidR="00F12170" w:rsidRPr="007911BE" w:rsidRDefault="00000000">
            <w:pPr>
              <w:ind w:firstLine="0"/>
              <w:jc w:val="center"/>
              <w:rPr>
                <w:sz w:val="16"/>
                <w:szCs w:val="28"/>
              </w:rPr>
            </w:pPr>
            <w:r w:rsidRPr="007911BE">
              <w:rPr>
                <w:sz w:val="16"/>
                <w:szCs w:val="28"/>
              </w:rPr>
              <w:t>64.33</w:t>
            </w:r>
          </w:p>
        </w:tc>
        <w:tc>
          <w:tcPr>
            <w:tcW w:w="0" w:type="auto"/>
            <w:vAlign w:val="center"/>
          </w:tcPr>
          <w:p w14:paraId="5E5EE148" w14:textId="77777777" w:rsidR="00F12170" w:rsidRPr="007911BE" w:rsidRDefault="00000000">
            <w:pPr>
              <w:ind w:firstLine="0"/>
              <w:jc w:val="center"/>
              <w:rPr>
                <w:sz w:val="16"/>
                <w:szCs w:val="28"/>
              </w:rPr>
            </w:pPr>
            <w:r w:rsidRPr="007911BE">
              <w:rPr>
                <w:sz w:val="16"/>
                <w:szCs w:val="28"/>
              </w:rPr>
              <w:t>87.98</w:t>
            </w:r>
          </w:p>
        </w:tc>
        <w:tc>
          <w:tcPr>
            <w:tcW w:w="0" w:type="auto"/>
            <w:vAlign w:val="center"/>
          </w:tcPr>
          <w:p w14:paraId="78F5699C" w14:textId="77777777" w:rsidR="00F12170" w:rsidRPr="007911BE" w:rsidRDefault="00000000">
            <w:pPr>
              <w:ind w:firstLine="0"/>
              <w:jc w:val="center"/>
              <w:rPr>
                <w:sz w:val="16"/>
                <w:szCs w:val="28"/>
              </w:rPr>
            </w:pPr>
            <w:r w:rsidRPr="007911BE">
              <w:rPr>
                <w:sz w:val="16"/>
                <w:szCs w:val="28"/>
              </w:rPr>
              <w:t>15.94</w:t>
            </w:r>
          </w:p>
        </w:tc>
      </w:tr>
      <w:tr w:rsidR="00F12170" w:rsidRPr="007911BE" w14:paraId="59112A9B" w14:textId="77777777" w:rsidTr="00B408C8">
        <w:trPr>
          <w:jc w:val="center"/>
        </w:trPr>
        <w:tc>
          <w:tcPr>
            <w:tcW w:w="0" w:type="auto"/>
            <w:vAlign w:val="center"/>
          </w:tcPr>
          <w:p w14:paraId="59FC8997"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Северная</w:t>
            </w:r>
            <w:proofErr w:type="spellEnd"/>
            <w:r w:rsidRPr="007911BE">
              <w:rPr>
                <w:sz w:val="16"/>
                <w:szCs w:val="28"/>
              </w:rPr>
              <w:t xml:space="preserve"> </w:t>
            </w:r>
            <w:proofErr w:type="spellStart"/>
            <w:r w:rsidRPr="007911BE">
              <w:rPr>
                <w:sz w:val="16"/>
                <w:szCs w:val="28"/>
              </w:rPr>
              <w:t>Осетия</w:t>
            </w:r>
            <w:proofErr w:type="spellEnd"/>
            <w:r w:rsidRPr="007911BE">
              <w:rPr>
                <w:sz w:val="16"/>
                <w:szCs w:val="28"/>
              </w:rPr>
              <w:t xml:space="preserve"> - </w:t>
            </w:r>
            <w:proofErr w:type="spellStart"/>
            <w:r w:rsidRPr="007911BE">
              <w:rPr>
                <w:sz w:val="16"/>
                <w:szCs w:val="28"/>
              </w:rPr>
              <w:t>Алания</w:t>
            </w:r>
            <w:proofErr w:type="spellEnd"/>
          </w:p>
        </w:tc>
        <w:tc>
          <w:tcPr>
            <w:tcW w:w="0" w:type="auto"/>
            <w:vAlign w:val="center"/>
          </w:tcPr>
          <w:p w14:paraId="48373FD8"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0A992115" w14:textId="77777777" w:rsidR="00F12170" w:rsidRPr="007911BE" w:rsidRDefault="00000000">
            <w:pPr>
              <w:ind w:firstLine="0"/>
              <w:jc w:val="center"/>
              <w:rPr>
                <w:sz w:val="16"/>
                <w:szCs w:val="28"/>
              </w:rPr>
            </w:pPr>
            <w:r w:rsidRPr="007911BE">
              <w:rPr>
                <w:sz w:val="16"/>
                <w:szCs w:val="28"/>
              </w:rPr>
              <w:t>18.65</w:t>
            </w:r>
          </w:p>
        </w:tc>
        <w:tc>
          <w:tcPr>
            <w:tcW w:w="0" w:type="auto"/>
            <w:vAlign w:val="center"/>
          </w:tcPr>
          <w:p w14:paraId="2F96CD6A" w14:textId="77777777" w:rsidR="00F12170" w:rsidRPr="007911BE" w:rsidRDefault="00000000">
            <w:pPr>
              <w:ind w:firstLine="0"/>
              <w:jc w:val="center"/>
              <w:rPr>
                <w:sz w:val="16"/>
                <w:szCs w:val="28"/>
              </w:rPr>
            </w:pPr>
            <w:r w:rsidRPr="007911BE">
              <w:rPr>
                <w:sz w:val="16"/>
                <w:szCs w:val="28"/>
              </w:rPr>
              <w:t>38.61</w:t>
            </w:r>
          </w:p>
        </w:tc>
        <w:tc>
          <w:tcPr>
            <w:tcW w:w="0" w:type="auto"/>
            <w:vAlign w:val="center"/>
          </w:tcPr>
          <w:p w14:paraId="47532A7B" w14:textId="77777777" w:rsidR="00F12170" w:rsidRPr="007911BE" w:rsidRDefault="00000000">
            <w:pPr>
              <w:ind w:firstLine="0"/>
              <w:jc w:val="center"/>
              <w:rPr>
                <w:sz w:val="16"/>
                <w:szCs w:val="28"/>
              </w:rPr>
            </w:pPr>
            <w:r w:rsidRPr="007911BE">
              <w:rPr>
                <w:sz w:val="16"/>
                <w:szCs w:val="28"/>
              </w:rPr>
              <w:t>104.89</w:t>
            </w:r>
          </w:p>
        </w:tc>
        <w:tc>
          <w:tcPr>
            <w:tcW w:w="0" w:type="auto"/>
            <w:vAlign w:val="center"/>
          </w:tcPr>
          <w:p w14:paraId="5C919BC1" w14:textId="77777777" w:rsidR="00F12170" w:rsidRPr="007911BE" w:rsidRDefault="00000000">
            <w:pPr>
              <w:ind w:firstLine="0"/>
              <w:jc w:val="center"/>
              <w:rPr>
                <w:sz w:val="16"/>
                <w:szCs w:val="28"/>
              </w:rPr>
            </w:pPr>
            <w:r w:rsidRPr="007911BE">
              <w:rPr>
                <w:sz w:val="16"/>
                <w:szCs w:val="28"/>
              </w:rPr>
              <w:t>23.59</w:t>
            </w:r>
          </w:p>
        </w:tc>
      </w:tr>
      <w:tr w:rsidR="00F12170" w:rsidRPr="007911BE" w14:paraId="2D049673" w14:textId="77777777" w:rsidTr="00B408C8">
        <w:trPr>
          <w:jc w:val="center"/>
        </w:trPr>
        <w:tc>
          <w:tcPr>
            <w:tcW w:w="0" w:type="auto"/>
            <w:vAlign w:val="center"/>
          </w:tcPr>
          <w:p w14:paraId="029C60F1"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Татарстан</w:t>
            </w:r>
            <w:proofErr w:type="spellEnd"/>
          </w:p>
        </w:tc>
        <w:tc>
          <w:tcPr>
            <w:tcW w:w="0" w:type="auto"/>
            <w:vAlign w:val="center"/>
          </w:tcPr>
          <w:p w14:paraId="443FAEDB"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5A23CEF7" w14:textId="77777777" w:rsidR="00F12170" w:rsidRPr="007911BE" w:rsidRDefault="00000000">
            <w:pPr>
              <w:ind w:firstLine="0"/>
              <w:jc w:val="center"/>
              <w:rPr>
                <w:sz w:val="16"/>
                <w:szCs w:val="28"/>
              </w:rPr>
            </w:pPr>
            <w:r w:rsidRPr="007911BE">
              <w:rPr>
                <w:sz w:val="16"/>
                <w:szCs w:val="28"/>
              </w:rPr>
              <w:t>41.99</w:t>
            </w:r>
          </w:p>
        </w:tc>
        <w:tc>
          <w:tcPr>
            <w:tcW w:w="0" w:type="auto"/>
            <w:vAlign w:val="center"/>
          </w:tcPr>
          <w:p w14:paraId="2AC7CE8C" w14:textId="77777777" w:rsidR="00F12170" w:rsidRPr="007911BE" w:rsidRDefault="00000000">
            <w:pPr>
              <w:ind w:firstLine="0"/>
              <w:jc w:val="center"/>
              <w:rPr>
                <w:sz w:val="16"/>
                <w:szCs w:val="28"/>
              </w:rPr>
            </w:pPr>
            <w:r w:rsidRPr="007911BE">
              <w:rPr>
                <w:sz w:val="16"/>
                <w:szCs w:val="28"/>
              </w:rPr>
              <w:t>75.79</w:t>
            </w:r>
          </w:p>
        </w:tc>
        <w:tc>
          <w:tcPr>
            <w:tcW w:w="0" w:type="auto"/>
            <w:vAlign w:val="center"/>
          </w:tcPr>
          <w:p w14:paraId="4E4B8B27" w14:textId="77777777" w:rsidR="00F12170" w:rsidRPr="007911BE" w:rsidRDefault="00000000">
            <w:pPr>
              <w:ind w:firstLine="0"/>
              <w:jc w:val="center"/>
              <w:rPr>
                <w:sz w:val="16"/>
                <w:szCs w:val="28"/>
              </w:rPr>
            </w:pPr>
            <w:r w:rsidRPr="007911BE">
              <w:rPr>
                <w:sz w:val="16"/>
                <w:szCs w:val="28"/>
              </w:rPr>
              <w:t>123.58</w:t>
            </w:r>
          </w:p>
        </w:tc>
        <w:tc>
          <w:tcPr>
            <w:tcW w:w="0" w:type="auto"/>
            <w:vAlign w:val="center"/>
          </w:tcPr>
          <w:p w14:paraId="43263D25" w14:textId="77777777" w:rsidR="00F12170" w:rsidRPr="007911BE" w:rsidRDefault="00000000">
            <w:pPr>
              <w:ind w:firstLine="0"/>
              <w:jc w:val="center"/>
              <w:rPr>
                <w:sz w:val="16"/>
                <w:szCs w:val="28"/>
              </w:rPr>
            </w:pPr>
            <w:r w:rsidRPr="007911BE">
              <w:rPr>
                <w:sz w:val="16"/>
                <w:szCs w:val="28"/>
              </w:rPr>
              <w:t>44.79</w:t>
            </w:r>
          </w:p>
        </w:tc>
      </w:tr>
      <w:tr w:rsidR="00F12170" w:rsidRPr="007911BE" w14:paraId="14E4B1EF" w14:textId="77777777" w:rsidTr="00B408C8">
        <w:trPr>
          <w:jc w:val="center"/>
        </w:trPr>
        <w:tc>
          <w:tcPr>
            <w:tcW w:w="0" w:type="auto"/>
            <w:vAlign w:val="center"/>
          </w:tcPr>
          <w:p w14:paraId="240C83BC"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Тыва</w:t>
            </w:r>
            <w:proofErr w:type="spellEnd"/>
          </w:p>
        </w:tc>
        <w:tc>
          <w:tcPr>
            <w:tcW w:w="0" w:type="auto"/>
            <w:vAlign w:val="center"/>
          </w:tcPr>
          <w:p w14:paraId="0F26817E"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5342691B" w14:textId="77777777" w:rsidR="00F12170" w:rsidRPr="007911BE" w:rsidRDefault="00000000">
            <w:pPr>
              <w:ind w:firstLine="0"/>
              <w:jc w:val="center"/>
              <w:rPr>
                <w:sz w:val="16"/>
                <w:szCs w:val="28"/>
              </w:rPr>
            </w:pPr>
            <w:r w:rsidRPr="007911BE">
              <w:rPr>
                <w:sz w:val="16"/>
                <w:szCs w:val="28"/>
              </w:rPr>
              <w:t>32.63</w:t>
            </w:r>
          </w:p>
        </w:tc>
        <w:tc>
          <w:tcPr>
            <w:tcW w:w="0" w:type="auto"/>
            <w:vAlign w:val="center"/>
          </w:tcPr>
          <w:p w14:paraId="35C722B3" w14:textId="77777777" w:rsidR="00F12170" w:rsidRPr="007911BE" w:rsidRDefault="00000000">
            <w:pPr>
              <w:ind w:firstLine="0"/>
              <w:jc w:val="center"/>
              <w:rPr>
                <w:sz w:val="16"/>
                <w:szCs w:val="28"/>
              </w:rPr>
            </w:pPr>
            <w:r w:rsidRPr="007911BE">
              <w:rPr>
                <w:sz w:val="16"/>
                <w:szCs w:val="28"/>
              </w:rPr>
              <w:t>20.2</w:t>
            </w:r>
          </w:p>
        </w:tc>
        <w:tc>
          <w:tcPr>
            <w:tcW w:w="0" w:type="auto"/>
            <w:vAlign w:val="center"/>
          </w:tcPr>
          <w:p w14:paraId="338B0A77" w14:textId="77777777" w:rsidR="00F12170" w:rsidRPr="007911BE" w:rsidRDefault="00000000">
            <w:pPr>
              <w:ind w:firstLine="0"/>
              <w:jc w:val="center"/>
              <w:rPr>
                <w:sz w:val="16"/>
                <w:szCs w:val="28"/>
              </w:rPr>
            </w:pPr>
            <w:r w:rsidRPr="007911BE">
              <w:rPr>
                <w:sz w:val="16"/>
                <w:szCs w:val="28"/>
              </w:rPr>
              <w:t>91.82</w:t>
            </w:r>
          </w:p>
        </w:tc>
        <w:tc>
          <w:tcPr>
            <w:tcW w:w="0" w:type="auto"/>
            <w:vAlign w:val="center"/>
          </w:tcPr>
          <w:p w14:paraId="781D3E1C" w14:textId="77777777" w:rsidR="00F12170" w:rsidRPr="007911BE" w:rsidRDefault="00000000">
            <w:pPr>
              <w:ind w:firstLine="0"/>
              <w:jc w:val="center"/>
              <w:rPr>
                <w:sz w:val="16"/>
                <w:szCs w:val="28"/>
              </w:rPr>
            </w:pPr>
            <w:r w:rsidRPr="007911BE">
              <w:rPr>
                <w:sz w:val="16"/>
                <w:szCs w:val="28"/>
              </w:rPr>
              <w:t>30.86</w:t>
            </w:r>
          </w:p>
        </w:tc>
      </w:tr>
      <w:tr w:rsidR="00F12170" w:rsidRPr="007911BE" w14:paraId="7CB5E63F" w14:textId="77777777" w:rsidTr="00B408C8">
        <w:trPr>
          <w:jc w:val="center"/>
        </w:trPr>
        <w:tc>
          <w:tcPr>
            <w:tcW w:w="0" w:type="auto"/>
            <w:vAlign w:val="center"/>
          </w:tcPr>
          <w:p w14:paraId="248AD7BF"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Хакасия</w:t>
            </w:r>
            <w:proofErr w:type="spellEnd"/>
          </w:p>
        </w:tc>
        <w:tc>
          <w:tcPr>
            <w:tcW w:w="0" w:type="auto"/>
            <w:vAlign w:val="center"/>
          </w:tcPr>
          <w:p w14:paraId="7D837D85"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38734DEE" w14:textId="77777777" w:rsidR="00F12170" w:rsidRPr="007911BE" w:rsidRDefault="00000000">
            <w:pPr>
              <w:ind w:firstLine="0"/>
              <w:jc w:val="center"/>
              <w:rPr>
                <w:sz w:val="16"/>
                <w:szCs w:val="28"/>
              </w:rPr>
            </w:pPr>
            <w:r w:rsidRPr="007911BE">
              <w:rPr>
                <w:sz w:val="16"/>
                <w:szCs w:val="28"/>
              </w:rPr>
              <w:t>23.57</w:t>
            </w:r>
          </w:p>
        </w:tc>
        <w:tc>
          <w:tcPr>
            <w:tcW w:w="0" w:type="auto"/>
            <w:vAlign w:val="center"/>
          </w:tcPr>
          <w:p w14:paraId="3A816B9E" w14:textId="77777777" w:rsidR="00F12170" w:rsidRPr="007911BE" w:rsidRDefault="00000000">
            <w:pPr>
              <w:ind w:firstLine="0"/>
              <w:jc w:val="center"/>
              <w:rPr>
                <w:sz w:val="16"/>
                <w:szCs w:val="28"/>
              </w:rPr>
            </w:pPr>
            <w:r w:rsidRPr="007911BE">
              <w:rPr>
                <w:sz w:val="16"/>
                <w:szCs w:val="28"/>
              </w:rPr>
              <w:t>50.02</w:t>
            </w:r>
          </w:p>
        </w:tc>
        <w:tc>
          <w:tcPr>
            <w:tcW w:w="0" w:type="auto"/>
            <w:vAlign w:val="center"/>
          </w:tcPr>
          <w:p w14:paraId="120A632B" w14:textId="77777777" w:rsidR="00F12170" w:rsidRPr="007911BE" w:rsidRDefault="00000000">
            <w:pPr>
              <w:ind w:firstLine="0"/>
              <w:jc w:val="center"/>
              <w:rPr>
                <w:sz w:val="16"/>
                <w:szCs w:val="28"/>
              </w:rPr>
            </w:pPr>
            <w:r w:rsidRPr="007911BE">
              <w:rPr>
                <w:sz w:val="16"/>
                <w:szCs w:val="28"/>
              </w:rPr>
              <w:t>85.22</w:t>
            </w:r>
          </w:p>
        </w:tc>
        <w:tc>
          <w:tcPr>
            <w:tcW w:w="0" w:type="auto"/>
            <w:vAlign w:val="center"/>
          </w:tcPr>
          <w:p w14:paraId="338B2923" w14:textId="77777777" w:rsidR="00F12170" w:rsidRPr="007911BE" w:rsidRDefault="00000000">
            <w:pPr>
              <w:ind w:firstLine="0"/>
              <w:jc w:val="center"/>
              <w:rPr>
                <w:sz w:val="16"/>
                <w:szCs w:val="28"/>
              </w:rPr>
            </w:pPr>
            <w:r w:rsidRPr="007911BE">
              <w:rPr>
                <w:sz w:val="16"/>
                <w:szCs w:val="28"/>
              </w:rPr>
              <w:t>25.15</w:t>
            </w:r>
          </w:p>
        </w:tc>
      </w:tr>
      <w:tr w:rsidR="00F12170" w:rsidRPr="007911BE" w14:paraId="5B77FBF3" w14:textId="77777777" w:rsidTr="00B408C8">
        <w:trPr>
          <w:jc w:val="center"/>
        </w:trPr>
        <w:tc>
          <w:tcPr>
            <w:tcW w:w="0" w:type="auto"/>
            <w:vAlign w:val="center"/>
          </w:tcPr>
          <w:p w14:paraId="694F0A7A" w14:textId="77777777" w:rsidR="00F12170" w:rsidRPr="007911BE" w:rsidRDefault="00000000">
            <w:pPr>
              <w:ind w:firstLine="0"/>
              <w:jc w:val="left"/>
              <w:rPr>
                <w:sz w:val="16"/>
                <w:szCs w:val="28"/>
              </w:rPr>
            </w:pPr>
            <w:proofErr w:type="spellStart"/>
            <w:r w:rsidRPr="007911BE">
              <w:rPr>
                <w:sz w:val="16"/>
                <w:szCs w:val="28"/>
              </w:rPr>
              <w:t>Ростовская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1851D373"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16299030" w14:textId="77777777" w:rsidR="00F12170" w:rsidRPr="007911BE" w:rsidRDefault="00000000">
            <w:pPr>
              <w:ind w:firstLine="0"/>
              <w:jc w:val="center"/>
              <w:rPr>
                <w:sz w:val="16"/>
                <w:szCs w:val="28"/>
              </w:rPr>
            </w:pPr>
            <w:r w:rsidRPr="007911BE">
              <w:rPr>
                <w:sz w:val="16"/>
                <w:szCs w:val="28"/>
              </w:rPr>
              <w:t>36.47</w:t>
            </w:r>
          </w:p>
        </w:tc>
        <w:tc>
          <w:tcPr>
            <w:tcW w:w="0" w:type="auto"/>
            <w:vAlign w:val="center"/>
          </w:tcPr>
          <w:p w14:paraId="538D37C2" w14:textId="77777777" w:rsidR="00F12170" w:rsidRPr="007911BE" w:rsidRDefault="00000000">
            <w:pPr>
              <w:ind w:firstLine="0"/>
              <w:jc w:val="center"/>
              <w:rPr>
                <w:sz w:val="16"/>
                <w:szCs w:val="28"/>
              </w:rPr>
            </w:pPr>
            <w:r w:rsidRPr="007911BE">
              <w:rPr>
                <w:sz w:val="16"/>
                <w:szCs w:val="28"/>
              </w:rPr>
              <w:t>48.71</w:t>
            </w:r>
          </w:p>
        </w:tc>
        <w:tc>
          <w:tcPr>
            <w:tcW w:w="0" w:type="auto"/>
            <w:vAlign w:val="center"/>
          </w:tcPr>
          <w:p w14:paraId="6BA101C3" w14:textId="77777777" w:rsidR="00F12170" w:rsidRPr="007911BE" w:rsidRDefault="00000000">
            <w:pPr>
              <w:ind w:firstLine="0"/>
              <w:jc w:val="center"/>
              <w:rPr>
                <w:sz w:val="16"/>
                <w:szCs w:val="28"/>
              </w:rPr>
            </w:pPr>
            <w:r w:rsidRPr="007911BE">
              <w:rPr>
                <w:sz w:val="16"/>
                <w:szCs w:val="28"/>
              </w:rPr>
              <w:t>94.24</w:t>
            </w:r>
          </w:p>
        </w:tc>
        <w:tc>
          <w:tcPr>
            <w:tcW w:w="0" w:type="auto"/>
            <w:vAlign w:val="center"/>
          </w:tcPr>
          <w:p w14:paraId="1ACD9273" w14:textId="77777777" w:rsidR="00F12170" w:rsidRPr="007911BE" w:rsidRDefault="00000000">
            <w:pPr>
              <w:ind w:firstLine="0"/>
              <w:jc w:val="center"/>
              <w:rPr>
                <w:sz w:val="16"/>
                <w:szCs w:val="28"/>
              </w:rPr>
            </w:pPr>
            <w:r w:rsidRPr="007911BE">
              <w:rPr>
                <w:sz w:val="16"/>
                <w:szCs w:val="28"/>
              </w:rPr>
              <w:t>32.83</w:t>
            </w:r>
          </w:p>
        </w:tc>
      </w:tr>
      <w:tr w:rsidR="00F12170" w:rsidRPr="007911BE" w14:paraId="7866FFF7" w14:textId="77777777" w:rsidTr="00B408C8">
        <w:trPr>
          <w:jc w:val="center"/>
        </w:trPr>
        <w:tc>
          <w:tcPr>
            <w:tcW w:w="0" w:type="auto"/>
            <w:vAlign w:val="center"/>
          </w:tcPr>
          <w:p w14:paraId="25097FA2" w14:textId="77777777" w:rsidR="00F12170" w:rsidRPr="007911BE" w:rsidRDefault="00000000">
            <w:pPr>
              <w:ind w:firstLine="0"/>
              <w:jc w:val="left"/>
              <w:rPr>
                <w:sz w:val="16"/>
                <w:szCs w:val="28"/>
              </w:rPr>
            </w:pPr>
            <w:proofErr w:type="spellStart"/>
            <w:r w:rsidRPr="007911BE">
              <w:rPr>
                <w:sz w:val="16"/>
                <w:szCs w:val="28"/>
              </w:rPr>
              <w:t>Рязанская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87221F8"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4D8E292B" w14:textId="77777777" w:rsidR="00F12170" w:rsidRPr="007911BE" w:rsidRDefault="00000000">
            <w:pPr>
              <w:ind w:firstLine="0"/>
              <w:jc w:val="center"/>
              <w:rPr>
                <w:sz w:val="16"/>
                <w:szCs w:val="28"/>
              </w:rPr>
            </w:pPr>
            <w:r w:rsidRPr="007911BE">
              <w:rPr>
                <w:sz w:val="16"/>
                <w:szCs w:val="28"/>
              </w:rPr>
              <w:t>36.06</w:t>
            </w:r>
          </w:p>
        </w:tc>
        <w:tc>
          <w:tcPr>
            <w:tcW w:w="0" w:type="auto"/>
            <w:vAlign w:val="center"/>
          </w:tcPr>
          <w:p w14:paraId="61CE3D0C" w14:textId="77777777" w:rsidR="00F12170" w:rsidRPr="007911BE" w:rsidRDefault="00000000">
            <w:pPr>
              <w:ind w:firstLine="0"/>
              <w:jc w:val="center"/>
              <w:rPr>
                <w:sz w:val="16"/>
                <w:szCs w:val="28"/>
              </w:rPr>
            </w:pPr>
            <w:r w:rsidRPr="007911BE">
              <w:rPr>
                <w:sz w:val="16"/>
                <w:szCs w:val="28"/>
              </w:rPr>
              <w:t>53.99</w:t>
            </w:r>
          </w:p>
        </w:tc>
        <w:tc>
          <w:tcPr>
            <w:tcW w:w="0" w:type="auto"/>
            <w:vAlign w:val="center"/>
          </w:tcPr>
          <w:p w14:paraId="4008DAD0" w14:textId="77777777" w:rsidR="00F12170" w:rsidRPr="007911BE" w:rsidRDefault="00000000">
            <w:pPr>
              <w:ind w:firstLine="0"/>
              <w:jc w:val="center"/>
              <w:rPr>
                <w:sz w:val="16"/>
                <w:szCs w:val="28"/>
              </w:rPr>
            </w:pPr>
            <w:r w:rsidRPr="007911BE">
              <w:rPr>
                <w:sz w:val="16"/>
                <w:szCs w:val="28"/>
              </w:rPr>
              <w:t>89.19</w:t>
            </w:r>
          </w:p>
        </w:tc>
        <w:tc>
          <w:tcPr>
            <w:tcW w:w="0" w:type="auto"/>
            <w:vAlign w:val="center"/>
          </w:tcPr>
          <w:p w14:paraId="2EBF3528" w14:textId="77777777" w:rsidR="00F12170" w:rsidRPr="007911BE" w:rsidRDefault="00000000">
            <w:pPr>
              <w:ind w:firstLine="0"/>
              <w:jc w:val="center"/>
              <w:rPr>
                <w:sz w:val="16"/>
                <w:szCs w:val="28"/>
              </w:rPr>
            </w:pPr>
            <w:r w:rsidRPr="007911BE">
              <w:rPr>
                <w:sz w:val="16"/>
                <w:szCs w:val="28"/>
              </w:rPr>
              <w:t>27.03</w:t>
            </w:r>
          </w:p>
        </w:tc>
      </w:tr>
      <w:tr w:rsidR="00F12170" w:rsidRPr="007911BE" w14:paraId="545DD92C" w14:textId="77777777" w:rsidTr="00B408C8">
        <w:trPr>
          <w:jc w:val="center"/>
        </w:trPr>
        <w:tc>
          <w:tcPr>
            <w:tcW w:w="0" w:type="auto"/>
            <w:vAlign w:val="center"/>
          </w:tcPr>
          <w:p w14:paraId="2276AF07" w14:textId="77777777" w:rsidR="00F12170" w:rsidRPr="007911BE" w:rsidRDefault="00000000">
            <w:pPr>
              <w:ind w:firstLine="0"/>
              <w:jc w:val="left"/>
              <w:rPr>
                <w:sz w:val="16"/>
                <w:szCs w:val="28"/>
              </w:rPr>
            </w:pPr>
            <w:proofErr w:type="spellStart"/>
            <w:r w:rsidRPr="007911BE">
              <w:rPr>
                <w:sz w:val="16"/>
                <w:szCs w:val="28"/>
              </w:rPr>
              <w:t>Самарская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E25629B"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3B449D97" w14:textId="77777777" w:rsidR="00F12170" w:rsidRPr="007911BE" w:rsidRDefault="00000000">
            <w:pPr>
              <w:ind w:firstLine="0"/>
              <w:jc w:val="center"/>
              <w:rPr>
                <w:sz w:val="16"/>
                <w:szCs w:val="28"/>
              </w:rPr>
            </w:pPr>
            <w:r w:rsidRPr="007911BE">
              <w:rPr>
                <w:sz w:val="16"/>
                <w:szCs w:val="28"/>
              </w:rPr>
              <w:t>32.88</w:t>
            </w:r>
          </w:p>
        </w:tc>
        <w:tc>
          <w:tcPr>
            <w:tcW w:w="0" w:type="auto"/>
            <w:vAlign w:val="center"/>
          </w:tcPr>
          <w:p w14:paraId="525E760F" w14:textId="77777777" w:rsidR="00F12170" w:rsidRPr="007911BE" w:rsidRDefault="00000000">
            <w:pPr>
              <w:ind w:firstLine="0"/>
              <w:jc w:val="center"/>
              <w:rPr>
                <w:sz w:val="16"/>
                <w:szCs w:val="28"/>
              </w:rPr>
            </w:pPr>
            <w:r w:rsidRPr="007911BE">
              <w:rPr>
                <w:sz w:val="16"/>
                <w:szCs w:val="28"/>
              </w:rPr>
              <w:t>79.09</w:t>
            </w:r>
          </w:p>
        </w:tc>
        <w:tc>
          <w:tcPr>
            <w:tcW w:w="0" w:type="auto"/>
            <w:vAlign w:val="center"/>
          </w:tcPr>
          <w:p w14:paraId="0CE3ECE0" w14:textId="77777777" w:rsidR="00F12170" w:rsidRPr="007911BE" w:rsidRDefault="00000000">
            <w:pPr>
              <w:ind w:firstLine="0"/>
              <w:jc w:val="center"/>
              <w:rPr>
                <w:sz w:val="16"/>
                <w:szCs w:val="28"/>
              </w:rPr>
            </w:pPr>
            <w:r w:rsidRPr="007911BE">
              <w:rPr>
                <w:sz w:val="16"/>
                <w:szCs w:val="28"/>
              </w:rPr>
              <w:t>93.32</w:t>
            </w:r>
          </w:p>
        </w:tc>
        <w:tc>
          <w:tcPr>
            <w:tcW w:w="0" w:type="auto"/>
            <w:vAlign w:val="center"/>
          </w:tcPr>
          <w:p w14:paraId="1F031589" w14:textId="77777777" w:rsidR="00F12170" w:rsidRPr="007911BE" w:rsidRDefault="00000000">
            <w:pPr>
              <w:ind w:firstLine="0"/>
              <w:jc w:val="center"/>
              <w:rPr>
                <w:sz w:val="16"/>
                <w:szCs w:val="28"/>
              </w:rPr>
            </w:pPr>
            <w:r w:rsidRPr="007911BE">
              <w:rPr>
                <w:sz w:val="16"/>
                <w:szCs w:val="28"/>
              </w:rPr>
              <w:t>27.3</w:t>
            </w:r>
          </w:p>
        </w:tc>
      </w:tr>
      <w:tr w:rsidR="00F12170" w:rsidRPr="007911BE" w14:paraId="6D97FDB9" w14:textId="77777777" w:rsidTr="00B408C8">
        <w:trPr>
          <w:jc w:val="center"/>
        </w:trPr>
        <w:tc>
          <w:tcPr>
            <w:tcW w:w="0" w:type="auto"/>
            <w:vAlign w:val="center"/>
          </w:tcPr>
          <w:p w14:paraId="2F6153DD" w14:textId="77777777" w:rsidR="00F12170" w:rsidRPr="007911BE" w:rsidRDefault="00000000">
            <w:pPr>
              <w:ind w:firstLine="0"/>
              <w:jc w:val="left"/>
              <w:rPr>
                <w:sz w:val="16"/>
                <w:szCs w:val="28"/>
              </w:rPr>
            </w:pPr>
            <w:proofErr w:type="spellStart"/>
            <w:r w:rsidRPr="007911BE">
              <w:rPr>
                <w:sz w:val="16"/>
                <w:szCs w:val="28"/>
              </w:rPr>
              <w:t>Санкт-Петербург</w:t>
            </w:r>
            <w:proofErr w:type="spellEnd"/>
          </w:p>
        </w:tc>
        <w:tc>
          <w:tcPr>
            <w:tcW w:w="0" w:type="auto"/>
            <w:vAlign w:val="center"/>
          </w:tcPr>
          <w:p w14:paraId="43DB07D2"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44C7E884" w14:textId="77777777" w:rsidR="00F12170" w:rsidRPr="007911BE" w:rsidRDefault="00000000">
            <w:pPr>
              <w:ind w:firstLine="0"/>
              <w:jc w:val="center"/>
              <w:rPr>
                <w:sz w:val="16"/>
                <w:szCs w:val="28"/>
              </w:rPr>
            </w:pPr>
            <w:r w:rsidRPr="007911BE">
              <w:rPr>
                <w:sz w:val="16"/>
                <w:szCs w:val="28"/>
              </w:rPr>
              <w:t>31.03</w:t>
            </w:r>
          </w:p>
        </w:tc>
        <w:tc>
          <w:tcPr>
            <w:tcW w:w="0" w:type="auto"/>
            <w:vAlign w:val="center"/>
          </w:tcPr>
          <w:p w14:paraId="442FF901" w14:textId="77777777" w:rsidR="00F12170" w:rsidRPr="007911BE" w:rsidRDefault="00000000">
            <w:pPr>
              <w:ind w:firstLine="0"/>
              <w:jc w:val="center"/>
              <w:rPr>
                <w:sz w:val="16"/>
                <w:szCs w:val="28"/>
              </w:rPr>
            </w:pPr>
            <w:r w:rsidRPr="007911BE">
              <w:rPr>
                <w:sz w:val="16"/>
                <w:szCs w:val="28"/>
              </w:rPr>
              <w:t>0</w:t>
            </w:r>
          </w:p>
        </w:tc>
        <w:tc>
          <w:tcPr>
            <w:tcW w:w="0" w:type="auto"/>
            <w:vAlign w:val="center"/>
          </w:tcPr>
          <w:p w14:paraId="7F706829" w14:textId="77777777" w:rsidR="00F12170" w:rsidRPr="007911BE" w:rsidRDefault="00000000">
            <w:pPr>
              <w:ind w:firstLine="0"/>
              <w:jc w:val="center"/>
              <w:rPr>
                <w:sz w:val="16"/>
                <w:szCs w:val="28"/>
              </w:rPr>
            </w:pPr>
            <w:r w:rsidRPr="007911BE">
              <w:rPr>
                <w:sz w:val="16"/>
                <w:szCs w:val="28"/>
              </w:rPr>
              <w:t>86.22</w:t>
            </w:r>
          </w:p>
        </w:tc>
        <w:tc>
          <w:tcPr>
            <w:tcW w:w="0" w:type="auto"/>
            <w:vAlign w:val="center"/>
          </w:tcPr>
          <w:p w14:paraId="1658F411" w14:textId="77777777" w:rsidR="00F12170" w:rsidRPr="007911BE" w:rsidRDefault="00000000">
            <w:pPr>
              <w:ind w:firstLine="0"/>
              <w:jc w:val="center"/>
              <w:rPr>
                <w:sz w:val="16"/>
                <w:szCs w:val="28"/>
              </w:rPr>
            </w:pPr>
            <w:r w:rsidRPr="007911BE">
              <w:rPr>
                <w:sz w:val="16"/>
                <w:szCs w:val="28"/>
              </w:rPr>
              <w:t>25.8</w:t>
            </w:r>
          </w:p>
        </w:tc>
      </w:tr>
      <w:tr w:rsidR="00F12170" w:rsidRPr="007911BE" w14:paraId="69E2D186" w14:textId="77777777" w:rsidTr="00B408C8">
        <w:trPr>
          <w:jc w:val="center"/>
        </w:trPr>
        <w:tc>
          <w:tcPr>
            <w:tcW w:w="0" w:type="auto"/>
            <w:vAlign w:val="center"/>
          </w:tcPr>
          <w:p w14:paraId="7AEDA255" w14:textId="77777777" w:rsidR="00F12170" w:rsidRPr="007911BE" w:rsidRDefault="00000000">
            <w:pPr>
              <w:ind w:firstLine="0"/>
              <w:jc w:val="left"/>
              <w:rPr>
                <w:sz w:val="16"/>
                <w:szCs w:val="28"/>
              </w:rPr>
            </w:pPr>
            <w:proofErr w:type="spellStart"/>
            <w:r w:rsidRPr="007911BE">
              <w:rPr>
                <w:sz w:val="16"/>
                <w:szCs w:val="28"/>
              </w:rPr>
              <w:t>Саратовская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9798819"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1666EC3E" w14:textId="77777777" w:rsidR="00F12170" w:rsidRPr="007911BE" w:rsidRDefault="00000000">
            <w:pPr>
              <w:ind w:firstLine="0"/>
              <w:jc w:val="center"/>
              <w:rPr>
                <w:sz w:val="16"/>
                <w:szCs w:val="28"/>
              </w:rPr>
            </w:pPr>
            <w:r w:rsidRPr="007911BE">
              <w:rPr>
                <w:sz w:val="16"/>
                <w:szCs w:val="28"/>
              </w:rPr>
              <w:t>33.36</w:t>
            </w:r>
          </w:p>
        </w:tc>
        <w:tc>
          <w:tcPr>
            <w:tcW w:w="0" w:type="auto"/>
            <w:vAlign w:val="center"/>
          </w:tcPr>
          <w:p w14:paraId="0581D31B" w14:textId="77777777" w:rsidR="00F12170" w:rsidRPr="007911BE" w:rsidRDefault="00000000">
            <w:pPr>
              <w:ind w:firstLine="0"/>
              <w:jc w:val="center"/>
              <w:rPr>
                <w:sz w:val="16"/>
                <w:szCs w:val="28"/>
              </w:rPr>
            </w:pPr>
            <w:r w:rsidRPr="007911BE">
              <w:rPr>
                <w:sz w:val="16"/>
                <w:szCs w:val="28"/>
              </w:rPr>
              <w:t>65.88</w:t>
            </w:r>
          </w:p>
        </w:tc>
        <w:tc>
          <w:tcPr>
            <w:tcW w:w="0" w:type="auto"/>
            <w:vAlign w:val="center"/>
          </w:tcPr>
          <w:p w14:paraId="608C5859" w14:textId="77777777" w:rsidR="00F12170" w:rsidRPr="007911BE" w:rsidRDefault="00000000">
            <w:pPr>
              <w:ind w:firstLine="0"/>
              <w:jc w:val="center"/>
              <w:rPr>
                <w:sz w:val="16"/>
                <w:szCs w:val="28"/>
              </w:rPr>
            </w:pPr>
            <w:r w:rsidRPr="007911BE">
              <w:rPr>
                <w:sz w:val="16"/>
                <w:szCs w:val="28"/>
              </w:rPr>
              <w:t>94.22</w:t>
            </w:r>
          </w:p>
        </w:tc>
        <w:tc>
          <w:tcPr>
            <w:tcW w:w="0" w:type="auto"/>
            <w:vAlign w:val="center"/>
          </w:tcPr>
          <w:p w14:paraId="03262840" w14:textId="77777777" w:rsidR="00F12170" w:rsidRPr="007911BE" w:rsidRDefault="00000000">
            <w:pPr>
              <w:ind w:firstLine="0"/>
              <w:jc w:val="center"/>
              <w:rPr>
                <w:sz w:val="16"/>
                <w:szCs w:val="28"/>
              </w:rPr>
            </w:pPr>
            <w:r w:rsidRPr="007911BE">
              <w:rPr>
                <w:sz w:val="16"/>
                <w:szCs w:val="28"/>
              </w:rPr>
              <w:t>27.62</w:t>
            </w:r>
          </w:p>
        </w:tc>
      </w:tr>
      <w:tr w:rsidR="00F12170" w:rsidRPr="007911BE" w14:paraId="513A4A2C" w14:textId="77777777" w:rsidTr="00B408C8">
        <w:trPr>
          <w:jc w:val="center"/>
        </w:trPr>
        <w:tc>
          <w:tcPr>
            <w:tcW w:w="0" w:type="auto"/>
            <w:vAlign w:val="center"/>
          </w:tcPr>
          <w:p w14:paraId="3D8CFD50" w14:textId="77777777" w:rsidR="00F12170" w:rsidRPr="007911BE" w:rsidRDefault="00000000">
            <w:pPr>
              <w:ind w:firstLine="0"/>
              <w:jc w:val="left"/>
              <w:rPr>
                <w:sz w:val="16"/>
                <w:szCs w:val="28"/>
              </w:rPr>
            </w:pPr>
            <w:proofErr w:type="spellStart"/>
            <w:r w:rsidRPr="007911BE">
              <w:rPr>
                <w:sz w:val="16"/>
                <w:szCs w:val="28"/>
              </w:rPr>
              <w:t>Сахалинская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4DECBAA"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52381E49" w14:textId="77777777" w:rsidR="00F12170" w:rsidRPr="007911BE" w:rsidRDefault="00000000">
            <w:pPr>
              <w:ind w:firstLine="0"/>
              <w:jc w:val="center"/>
              <w:rPr>
                <w:sz w:val="16"/>
                <w:szCs w:val="28"/>
              </w:rPr>
            </w:pPr>
            <w:r w:rsidRPr="007911BE">
              <w:rPr>
                <w:sz w:val="16"/>
                <w:szCs w:val="28"/>
              </w:rPr>
              <w:t>32.2</w:t>
            </w:r>
          </w:p>
        </w:tc>
        <w:tc>
          <w:tcPr>
            <w:tcW w:w="0" w:type="auto"/>
            <w:vAlign w:val="center"/>
          </w:tcPr>
          <w:p w14:paraId="4DEEB514" w14:textId="77777777" w:rsidR="00F12170" w:rsidRPr="007911BE" w:rsidRDefault="00000000">
            <w:pPr>
              <w:ind w:firstLine="0"/>
              <w:jc w:val="center"/>
              <w:rPr>
                <w:sz w:val="16"/>
                <w:szCs w:val="28"/>
              </w:rPr>
            </w:pPr>
            <w:r w:rsidRPr="007911BE">
              <w:rPr>
                <w:sz w:val="16"/>
                <w:szCs w:val="28"/>
              </w:rPr>
              <w:t>82.47</w:t>
            </w:r>
          </w:p>
        </w:tc>
        <w:tc>
          <w:tcPr>
            <w:tcW w:w="0" w:type="auto"/>
            <w:vAlign w:val="center"/>
          </w:tcPr>
          <w:p w14:paraId="59A5A2F2" w14:textId="77777777" w:rsidR="00F12170" w:rsidRPr="007911BE" w:rsidRDefault="00000000">
            <w:pPr>
              <w:ind w:firstLine="0"/>
              <w:jc w:val="center"/>
              <w:rPr>
                <w:sz w:val="16"/>
                <w:szCs w:val="28"/>
              </w:rPr>
            </w:pPr>
            <w:r w:rsidRPr="007911BE">
              <w:rPr>
                <w:sz w:val="16"/>
                <w:szCs w:val="28"/>
              </w:rPr>
              <w:t>100</w:t>
            </w:r>
          </w:p>
        </w:tc>
        <w:tc>
          <w:tcPr>
            <w:tcW w:w="0" w:type="auto"/>
            <w:vAlign w:val="center"/>
          </w:tcPr>
          <w:p w14:paraId="42690038" w14:textId="77777777" w:rsidR="00F12170" w:rsidRPr="007911BE" w:rsidRDefault="00000000">
            <w:pPr>
              <w:ind w:firstLine="0"/>
              <w:jc w:val="center"/>
              <w:rPr>
                <w:sz w:val="16"/>
                <w:szCs w:val="28"/>
              </w:rPr>
            </w:pPr>
            <w:r w:rsidRPr="007911BE">
              <w:rPr>
                <w:sz w:val="16"/>
                <w:szCs w:val="28"/>
              </w:rPr>
              <w:t>18.88</w:t>
            </w:r>
          </w:p>
        </w:tc>
      </w:tr>
      <w:tr w:rsidR="00F12170" w:rsidRPr="007911BE" w14:paraId="737A45D8" w14:textId="77777777" w:rsidTr="00B408C8">
        <w:trPr>
          <w:jc w:val="center"/>
        </w:trPr>
        <w:tc>
          <w:tcPr>
            <w:tcW w:w="0" w:type="auto"/>
            <w:vAlign w:val="center"/>
          </w:tcPr>
          <w:p w14:paraId="443C4E0E" w14:textId="77777777" w:rsidR="00F12170" w:rsidRPr="007911BE" w:rsidRDefault="00000000">
            <w:pPr>
              <w:ind w:firstLine="0"/>
              <w:jc w:val="left"/>
              <w:rPr>
                <w:sz w:val="16"/>
                <w:szCs w:val="28"/>
              </w:rPr>
            </w:pPr>
            <w:proofErr w:type="spellStart"/>
            <w:r w:rsidRPr="007911BE">
              <w:rPr>
                <w:sz w:val="16"/>
                <w:szCs w:val="28"/>
              </w:rPr>
              <w:t>Свердловская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88B4148"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71544AF5" w14:textId="77777777" w:rsidR="00F12170" w:rsidRPr="007911BE" w:rsidRDefault="00000000">
            <w:pPr>
              <w:ind w:firstLine="0"/>
              <w:jc w:val="center"/>
              <w:rPr>
                <w:sz w:val="16"/>
                <w:szCs w:val="28"/>
              </w:rPr>
            </w:pPr>
            <w:r w:rsidRPr="007911BE">
              <w:rPr>
                <w:sz w:val="16"/>
                <w:szCs w:val="28"/>
              </w:rPr>
              <w:t>30.74</w:t>
            </w:r>
          </w:p>
        </w:tc>
        <w:tc>
          <w:tcPr>
            <w:tcW w:w="0" w:type="auto"/>
            <w:vAlign w:val="center"/>
          </w:tcPr>
          <w:p w14:paraId="49CC971C" w14:textId="77777777" w:rsidR="00F12170" w:rsidRPr="007911BE" w:rsidRDefault="00000000">
            <w:pPr>
              <w:ind w:firstLine="0"/>
              <w:jc w:val="center"/>
              <w:rPr>
                <w:sz w:val="16"/>
                <w:szCs w:val="28"/>
              </w:rPr>
            </w:pPr>
            <w:r w:rsidRPr="007911BE">
              <w:rPr>
                <w:sz w:val="16"/>
                <w:szCs w:val="28"/>
              </w:rPr>
              <w:t>61.57</w:t>
            </w:r>
          </w:p>
        </w:tc>
        <w:tc>
          <w:tcPr>
            <w:tcW w:w="0" w:type="auto"/>
            <w:vAlign w:val="center"/>
          </w:tcPr>
          <w:p w14:paraId="48CDDB9F" w14:textId="77777777" w:rsidR="00F12170" w:rsidRPr="007911BE" w:rsidRDefault="00000000">
            <w:pPr>
              <w:ind w:firstLine="0"/>
              <w:jc w:val="center"/>
              <w:rPr>
                <w:sz w:val="16"/>
                <w:szCs w:val="28"/>
              </w:rPr>
            </w:pPr>
            <w:r w:rsidRPr="007911BE">
              <w:rPr>
                <w:sz w:val="16"/>
                <w:szCs w:val="28"/>
              </w:rPr>
              <w:t>94.43</w:t>
            </w:r>
          </w:p>
        </w:tc>
        <w:tc>
          <w:tcPr>
            <w:tcW w:w="0" w:type="auto"/>
            <w:vAlign w:val="center"/>
          </w:tcPr>
          <w:p w14:paraId="1C6F436C" w14:textId="77777777" w:rsidR="00F12170" w:rsidRPr="007911BE" w:rsidRDefault="00000000">
            <w:pPr>
              <w:ind w:firstLine="0"/>
              <w:jc w:val="center"/>
              <w:rPr>
                <w:sz w:val="16"/>
                <w:szCs w:val="28"/>
              </w:rPr>
            </w:pPr>
            <w:r w:rsidRPr="007911BE">
              <w:rPr>
                <w:sz w:val="16"/>
                <w:szCs w:val="28"/>
              </w:rPr>
              <w:t>18.75</w:t>
            </w:r>
          </w:p>
        </w:tc>
      </w:tr>
      <w:tr w:rsidR="00F12170" w:rsidRPr="007911BE" w14:paraId="0BB180E2" w14:textId="77777777" w:rsidTr="00B408C8">
        <w:trPr>
          <w:jc w:val="center"/>
        </w:trPr>
        <w:tc>
          <w:tcPr>
            <w:tcW w:w="0" w:type="auto"/>
            <w:vAlign w:val="center"/>
          </w:tcPr>
          <w:p w14:paraId="34D677D7" w14:textId="77777777" w:rsidR="00F12170" w:rsidRPr="007911BE" w:rsidRDefault="00000000">
            <w:pPr>
              <w:ind w:firstLine="0"/>
              <w:jc w:val="left"/>
              <w:rPr>
                <w:sz w:val="16"/>
                <w:szCs w:val="28"/>
              </w:rPr>
            </w:pPr>
            <w:proofErr w:type="spellStart"/>
            <w:r w:rsidRPr="007911BE">
              <w:rPr>
                <w:sz w:val="16"/>
                <w:szCs w:val="28"/>
              </w:rPr>
              <w:t>Севастополь</w:t>
            </w:r>
            <w:proofErr w:type="spellEnd"/>
          </w:p>
        </w:tc>
        <w:tc>
          <w:tcPr>
            <w:tcW w:w="0" w:type="auto"/>
            <w:vAlign w:val="center"/>
          </w:tcPr>
          <w:p w14:paraId="22C03D10"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43F34D01" w14:textId="77777777" w:rsidR="00F12170" w:rsidRPr="007911BE" w:rsidRDefault="00000000">
            <w:pPr>
              <w:ind w:firstLine="0"/>
              <w:jc w:val="center"/>
              <w:rPr>
                <w:sz w:val="16"/>
                <w:szCs w:val="28"/>
              </w:rPr>
            </w:pPr>
            <w:r w:rsidRPr="007911BE">
              <w:rPr>
                <w:sz w:val="16"/>
                <w:szCs w:val="28"/>
              </w:rPr>
              <w:t>32.74</w:t>
            </w:r>
          </w:p>
        </w:tc>
        <w:tc>
          <w:tcPr>
            <w:tcW w:w="0" w:type="auto"/>
            <w:vAlign w:val="center"/>
          </w:tcPr>
          <w:p w14:paraId="67DDF00F" w14:textId="77777777" w:rsidR="00F12170" w:rsidRPr="007911BE" w:rsidRDefault="00000000">
            <w:pPr>
              <w:ind w:firstLine="0"/>
              <w:jc w:val="center"/>
              <w:rPr>
                <w:sz w:val="16"/>
                <w:szCs w:val="28"/>
              </w:rPr>
            </w:pPr>
            <w:r w:rsidRPr="007911BE">
              <w:rPr>
                <w:sz w:val="16"/>
                <w:szCs w:val="28"/>
              </w:rPr>
              <w:t>0</w:t>
            </w:r>
          </w:p>
        </w:tc>
        <w:tc>
          <w:tcPr>
            <w:tcW w:w="0" w:type="auto"/>
            <w:vAlign w:val="center"/>
          </w:tcPr>
          <w:p w14:paraId="484F6157" w14:textId="77777777" w:rsidR="00F12170" w:rsidRPr="007911BE" w:rsidRDefault="00000000">
            <w:pPr>
              <w:ind w:firstLine="0"/>
              <w:jc w:val="center"/>
              <w:rPr>
                <w:sz w:val="16"/>
                <w:szCs w:val="28"/>
              </w:rPr>
            </w:pPr>
            <w:r w:rsidRPr="007911BE">
              <w:rPr>
                <w:sz w:val="16"/>
                <w:szCs w:val="28"/>
              </w:rPr>
              <w:t>105.14</w:t>
            </w:r>
          </w:p>
        </w:tc>
        <w:tc>
          <w:tcPr>
            <w:tcW w:w="0" w:type="auto"/>
            <w:vAlign w:val="center"/>
          </w:tcPr>
          <w:p w14:paraId="2856240B" w14:textId="77777777" w:rsidR="00F12170" w:rsidRPr="007911BE" w:rsidRDefault="00000000">
            <w:pPr>
              <w:ind w:firstLine="0"/>
              <w:jc w:val="center"/>
              <w:rPr>
                <w:sz w:val="16"/>
                <w:szCs w:val="28"/>
              </w:rPr>
            </w:pPr>
            <w:r w:rsidRPr="007911BE">
              <w:rPr>
                <w:sz w:val="16"/>
                <w:szCs w:val="28"/>
              </w:rPr>
              <w:t>23.64</w:t>
            </w:r>
          </w:p>
        </w:tc>
      </w:tr>
      <w:tr w:rsidR="00F12170" w:rsidRPr="007911BE" w14:paraId="7B2F4632" w14:textId="77777777" w:rsidTr="00B408C8">
        <w:trPr>
          <w:jc w:val="center"/>
        </w:trPr>
        <w:tc>
          <w:tcPr>
            <w:tcW w:w="0" w:type="auto"/>
            <w:vAlign w:val="center"/>
          </w:tcPr>
          <w:p w14:paraId="33AA0B22" w14:textId="77777777" w:rsidR="00F12170" w:rsidRPr="007911BE" w:rsidRDefault="00000000">
            <w:pPr>
              <w:ind w:firstLine="0"/>
              <w:jc w:val="left"/>
              <w:rPr>
                <w:sz w:val="16"/>
                <w:szCs w:val="28"/>
              </w:rPr>
            </w:pPr>
            <w:proofErr w:type="spellStart"/>
            <w:r w:rsidRPr="007911BE">
              <w:rPr>
                <w:sz w:val="16"/>
                <w:szCs w:val="28"/>
              </w:rPr>
              <w:t>Смоленская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1D79F790"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B1B0B7A" w14:textId="77777777" w:rsidR="00F12170" w:rsidRPr="007911BE" w:rsidRDefault="00000000">
            <w:pPr>
              <w:ind w:firstLine="0"/>
              <w:jc w:val="center"/>
              <w:rPr>
                <w:sz w:val="16"/>
                <w:szCs w:val="28"/>
              </w:rPr>
            </w:pPr>
            <w:r w:rsidRPr="007911BE">
              <w:rPr>
                <w:sz w:val="16"/>
                <w:szCs w:val="28"/>
              </w:rPr>
              <w:t>33.5</w:t>
            </w:r>
          </w:p>
        </w:tc>
        <w:tc>
          <w:tcPr>
            <w:tcW w:w="0" w:type="auto"/>
            <w:vAlign w:val="center"/>
          </w:tcPr>
          <w:p w14:paraId="0794420E" w14:textId="77777777" w:rsidR="00F12170" w:rsidRPr="007911BE" w:rsidRDefault="00000000">
            <w:pPr>
              <w:ind w:firstLine="0"/>
              <w:jc w:val="center"/>
              <w:rPr>
                <w:sz w:val="16"/>
                <w:szCs w:val="28"/>
              </w:rPr>
            </w:pPr>
            <w:r w:rsidRPr="007911BE">
              <w:rPr>
                <w:sz w:val="16"/>
                <w:szCs w:val="28"/>
              </w:rPr>
              <w:t>41.13</w:t>
            </w:r>
          </w:p>
        </w:tc>
        <w:tc>
          <w:tcPr>
            <w:tcW w:w="0" w:type="auto"/>
            <w:vAlign w:val="center"/>
          </w:tcPr>
          <w:p w14:paraId="5DB6DAF1" w14:textId="77777777" w:rsidR="00F12170" w:rsidRPr="007911BE" w:rsidRDefault="00000000">
            <w:pPr>
              <w:ind w:firstLine="0"/>
              <w:jc w:val="center"/>
              <w:rPr>
                <w:sz w:val="16"/>
                <w:szCs w:val="28"/>
              </w:rPr>
            </w:pPr>
            <w:r w:rsidRPr="007911BE">
              <w:rPr>
                <w:sz w:val="16"/>
                <w:szCs w:val="28"/>
              </w:rPr>
              <w:t>93.96</w:t>
            </w:r>
          </w:p>
        </w:tc>
        <w:tc>
          <w:tcPr>
            <w:tcW w:w="0" w:type="auto"/>
            <w:vAlign w:val="center"/>
          </w:tcPr>
          <w:p w14:paraId="4AFA30CF" w14:textId="77777777" w:rsidR="00F12170" w:rsidRPr="007911BE" w:rsidRDefault="00000000">
            <w:pPr>
              <w:ind w:firstLine="0"/>
              <w:jc w:val="center"/>
              <w:rPr>
                <w:sz w:val="16"/>
                <w:szCs w:val="28"/>
              </w:rPr>
            </w:pPr>
            <w:r w:rsidRPr="007911BE">
              <w:rPr>
                <w:sz w:val="16"/>
                <w:szCs w:val="28"/>
              </w:rPr>
              <w:t>19.58</w:t>
            </w:r>
          </w:p>
        </w:tc>
      </w:tr>
      <w:tr w:rsidR="00F12170" w:rsidRPr="007911BE" w14:paraId="13FC214C" w14:textId="77777777" w:rsidTr="00B408C8">
        <w:trPr>
          <w:jc w:val="center"/>
        </w:trPr>
        <w:tc>
          <w:tcPr>
            <w:tcW w:w="0" w:type="auto"/>
            <w:vAlign w:val="center"/>
          </w:tcPr>
          <w:p w14:paraId="5FA4D390" w14:textId="77777777" w:rsidR="00F12170" w:rsidRPr="007911BE" w:rsidRDefault="00000000">
            <w:pPr>
              <w:ind w:firstLine="0"/>
              <w:jc w:val="left"/>
              <w:rPr>
                <w:sz w:val="16"/>
                <w:szCs w:val="28"/>
              </w:rPr>
            </w:pPr>
            <w:proofErr w:type="spellStart"/>
            <w:r w:rsidRPr="007911BE">
              <w:rPr>
                <w:sz w:val="16"/>
                <w:szCs w:val="28"/>
              </w:rPr>
              <w:t>Ставропольский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51552EA0"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4BEA9EDE" w14:textId="77777777" w:rsidR="00F12170" w:rsidRPr="007911BE" w:rsidRDefault="00000000">
            <w:pPr>
              <w:ind w:firstLine="0"/>
              <w:jc w:val="center"/>
              <w:rPr>
                <w:sz w:val="16"/>
                <w:szCs w:val="28"/>
              </w:rPr>
            </w:pPr>
            <w:r w:rsidRPr="007911BE">
              <w:rPr>
                <w:sz w:val="16"/>
                <w:szCs w:val="28"/>
              </w:rPr>
              <w:t>28.91</w:t>
            </w:r>
          </w:p>
        </w:tc>
        <w:tc>
          <w:tcPr>
            <w:tcW w:w="0" w:type="auto"/>
            <w:vAlign w:val="center"/>
          </w:tcPr>
          <w:p w14:paraId="02DD9653" w14:textId="77777777" w:rsidR="00F12170" w:rsidRPr="007911BE" w:rsidRDefault="00000000">
            <w:pPr>
              <w:ind w:firstLine="0"/>
              <w:jc w:val="center"/>
              <w:rPr>
                <w:sz w:val="16"/>
                <w:szCs w:val="28"/>
              </w:rPr>
            </w:pPr>
            <w:r w:rsidRPr="007911BE">
              <w:rPr>
                <w:sz w:val="16"/>
                <w:szCs w:val="28"/>
              </w:rPr>
              <w:t>56.02</w:t>
            </w:r>
          </w:p>
        </w:tc>
        <w:tc>
          <w:tcPr>
            <w:tcW w:w="0" w:type="auto"/>
            <w:vAlign w:val="center"/>
          </w:tcPr>
          <w:p w14:paraId="09DCA24E" w14:textId="77777777" w:rsidR="00F12170" w:rsidRPr="007911BE" w:rsidRDefault="00000000">
            <w:pPr>
              <w:ind w:firstLine="0"/>
              <w:jc w:val="center"/>
              <w:rPr>
                <w:sz w:val="16"/>
                <w:szCs w:val="28"/>
              </w:rPr>
            </w:pPr>
            <w:r w:rsidRPr="007911BE">
              <w:rPr>
                <w:sz w:val="16"/>
                <w:szCs w:val="28"/>
              </w:rPr>
              <w:t>96.76</w:t>
            </w:r>
          </w:p>
        </w:tc>
        <w:tc>
          <w:tcPr>
            <w:tcW w:w="0" w:type="auto"/>
            <w:vAlign w:val="center"/>
          </w:tcPr>
          <w:p w14:paraId="704B4DFF" w14:textId="77777777" w:rsidR="00F12170" w:rsidRPr="007911BE" w:rsidRDefault="00000000">
            <w:pPr>
              <w:ind w:firstLine="0"/>
              <w:jc w:val="center"/>
              <w:rPr>
                <w:sz w:val="16"/>
                <w:szCs w:val="28"/>
              </w:rPr>
            </w:pPr>
            <w:r w:rsidRPr="007911BE">
              <w:rPr>
                <w:sz w:val="16"/>
                <w:szCs w:val="28"/>
              </w:rPr>
              <w:t>36.38</w:t>
            </w:r>
          </w:p>
        </w:tc>
      </w:tr>
      <w:tr w:rsidR="00F12170" w:rsidRPr="007911BE" w14:paraId="5FD9BAA5" w14:textId="77777777" w:rsidTr="00B408C8">
        <w:trPr>
          <w:jc w:val="center"/>
        </w:trPr>
        <w:tc>
          <w:tcPr>
            <w:tcW w:w="0" w:type="auto"/>
            <w:vAlign w:val="center"/>
          </w:tcPr>
          <w:p w14:paraId="4A9619EE" w14:textId="77777777" w:rsidR="00F12170" w:rsidRPr="007911BE" w:rsidRDefault="00000000">
            <w:pPr>
              <w:ind w:firstLine="0"/>
              <w:jc w:val="left"/>
              <w:rPr>
                <w:sz w:val="16"/>
                <w:szCs w:val="28"/>
              </w:rPr>
            </w:pPr>
            <w:proofErr w:type="spellStart"/>
            <w:r w:rsidRPr="007911BE">
              <w:rPr>
                <w:sz w:val="16"/>
                <w:szCs w:val="28"/>
              </w:rPr>
              <w:t>Тамбовская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B6D9793"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365CD39F" w14:textId="77777777" w:rsidR="00F12170" w:rsidRPr="007911BE" w:rsidRDefault="00000000">
            <w:pPr>
              <w:ind w:firstLine="0"/>
              <w:jc w:val="center"/>
              <w:rPr>
                <w:sz w:val="16"/>
                <w:szCs w:val="28"/>
              </w:rPr>
            </w:pPr>
            <w:r w:rsidRPr="007911BE">
              <w:rPr>
                <w:sz w:val="16"/>
                <w:szCs w:val="28"/>
              </w:rPr>
              <w:t>31.64</w:t>
            </w:r>
          </w:p>
        </w:tc>
        <w:tc>
          <w:tcPr>
            <w:tcW w:w="0" w:type="auto"/>
            <w:vAlign w:val="center"/>
          </w:tcPr>
          <w:p w14:paraId="222F3FEC" w14:textId="77777777" w:rsidR="00F12170" w:rsidRPr="007911BE" w:rsidRDefault="00000000">
            <w:pPr>
              <w:ind w:firstLine="0"/>
              <w:jc w:val="center"/>
              <w:rPr>
                <w:sz w:val="16"/>
                <w:szCs w:val="28"/>
              </w:rPr>
            </w:pPr>
            <w:r w:rsidRPr="007911BE">
              <w:rPr>
                <w:sz w:val="16"/>
                <w:szCs w:val="28"/>
              </w:rPr>
              <w:t>55.92</w:t>
            </w:r>
          </w:p>
        </w:tc>
        <w:tc>
          <w:tcPr>
            <w:tcW w:w="0" w:type="auto"/>
            <w:vAlign w:val="center"/>
          </w:tcPr>
          <w:p w14:paraId="09B40D51" w14:textId="77777777" w:rsidR="00F12170" w:rsidRPr="007911BE" w:rsidRDefault="00000000">
            <w:pPr>
              <w:ind w:firstLine="0"/>
              <w:jc w:val="center"/>
              <w:rPr>
                <w:sz w:val="16"/>
                <w:szCs w:val="28"/>
              </w:rPr>
            </w:pPr>
            <w:r w:rsidRPr="007911BE">
              <w:rPr>
                <w:sz w:val="16"/>
                <w:szCs w:val="28"/>
              </w:rPr>
              <w:t>98.22</w:t>
            </w:r>
          </w:p>
        </w:tc>
        <w:tc>
          <w:tcPr>
            <w:tcW w:w="0" w:type="auto"/>
            <w:vAlign w:val="center"/>
          </w:tcPr>
          <w:p w14:paraId="5B6F81F7" w14:textId="77777777" w:rsidR="00F12170" w:rsidRPr="007911BE" w:rsidRDefault="00000000">
            <w:pPr>
              <w:ind w:firstLine="0"/>
              <w:jc w:val="center"/>
              <w:rPr>
                <w:sz w:val="16"/>
                <w:szCs w:val="28"/>
              </w:rPr>
            </w:pPr>
            <w:r w:rsidRPr="007911BE">
              <w:rPr>
                <w:sz w:val="16"/>
                <w:szCs w:val="28"/>
              </w:rPr>
              <w:t>50.63</w:t>
            </w:r>
          </w:p>
        </w:tc>
      </w:tr>
      <w:tr w:rsidR="00F12170" w:rsidRPr="007911BE" w14:paraId="5D6F364E" w14:textId="77777777" w:rsidTr="00B408C8">
        <w:trPr>
          <w:jc w:val="center"/>
        </w:trPr>
        <w:tc>
          <w:tcPr>
            <w:tcW w:w="0" w:type="auto"/>
            <w:vAlign w:val="center"/>
          </w:tcPr>
          <w:p w14:paraId="3EDA2495" w14:textId="77777777" w:rsidR="00F12170" w:rsidRPr="007911BE" w:rsidRDefault="00000000">
            <w:pPr>
              <w:ind w:firstLine="0"/>
              <w:jc w:val="left"/>
              <w:rPr>
                <w:sz w:val="16"/>
                <w:szCs w:val="28"/>
              </w:rPr>
            </w:pPr>
            <w:proofErr w:type="spellStart"/>
            <w:r w:rsidRPr="007911BE">
              <w:rPr>
                <w:sz w:val="16"/>
                <w:szCs w:val="28"/>
              </w:rPr>
              <w:t>Тверская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1BA3D66"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0D240A7" w14:textId="77777777" w:rsidR="00F12170" w:rsidRPr="007911BE" w:rsidRDefault="00000000">
            <w:pPr>
              <w:ind w:firstLine="0"/>
              <w:jc w:val="center"/>
              <w:rPr>
                <w:sz w:val="16"/>
                <w:szCs w:val="28"/>
              </w:rPr>
            </w:pPr>
            <w:r w:rsidRPr="007911BE">
              <w:rPr>
                <w:sz w:val="16"/>
                <w:szCs w:val="28"/>
              </w:rPr>
              <w:t>20.3</w:t>
            </w:r>
          </w:p>
        </w:tc>
        <w:tc>
          <w:tcPr>
            <w:tcW w:w="0" w:type="auto"/>
            <w:vAlign w:val="center"/>
          </w:tcPr>
          <w:p w14:paraId="4D073543" w14:textId="77777777" w:rsidR="00F12170" w:rsidRPr="007911BE" w:rsidRDefault="00000000">
            <w:pPr>
              <w:ind w:firstLine="0"/>
              <w:jc w:val="center"/>
              <w:rPr>
                <w:sz w:val="16"/>
                <w:szCs w:val="28"/>
              </w:rPr>
            </w:pPr>
            <w:r w:rsidRPr="007911BE">
              <w:rPr>
                <w:sz w:val="16"/>
                <w:szCs w:val="28"/>
              </w:rPr>
              <w:t>43.18</w:t>
            </w:r>
          </w:p>
        </w:tc>
        <w:tc>
          <w:tcPr>
            <w:tcW w:w="0" w:type="auto"/>
            <w:vAlign w:val="center"/>
          </w:tcPr>
          <w:p w14:paraId="28932914" w14:textId="77777777" w:rsidR="00F12170" w:rsidRPr="007911BE" w:rsidRDefault="00000000">
            <w:pPr>
              <w:ind w:firstLine="0"/>
              <w:jc w:val="center"/>
              <w:rPr>
                <w:sz w:val="16"/>
                <w:szCs w:val="28"/>
              </w:rPr>
            </w:pPr>
            <w:r w:rsidRPr="007911BE">
              <w:rPr>
                <w:sz w:val="16"/>
                <w:szCs w:val="28"/>
              </w:rPr>
              <w:t>64.45</w:t>
            </w:r>
          </w:p>
        </w:tc>
        <w:tc>
          <w:tcPr>
            <w:tcW w:w="0" w:type="auto"/>
            <w:vAlign w:val="center"/>
          </w:tcPr>
          <w:p w14:paraId="309BA0A9" w14:textId="77777777" w:rsidR="00F12170" w:rsidRPr="007911BE" w:rsidRDefault="00000000">
            <w:pPr>
              <w:ind w:firstLine="0"/>
              <w:jc w:val="center"/>
              <w:rPr>
                <w:sz w:val="16"/>
                <w:szCs w:val="28"/>
              </w:rPr>
            </w:pPr>
            <w:r w:rsidRPr="007911BE">
              <w:rPr>
                <w:sz w:val="16"/>
                <w:szCs w:val="28"/>
              </w:rPr>
              <w:t>51.42</w:t>
            </w:r>
          </w:p>
        </w:tc>
      </w:tr>
      <w:tr w:rsidR="00F12170" w:rsidRPr="007911BE" w14:paraId="5E2A54DB" w14:textId="77777777" w:rsidTr="00B408C8">
        <w:trPr>
          <w:jc w:val="center"/>
        </w:trPr>
        <w:tc>
          <w:tcPr>
            <w:tcW w:w="0" w:type="auto"/>
            <w:vAlign w:val="center"/>
          </w:tcPr>
          <w:p w14:paraId="0E83300C" w14:textId="77777777" w:rsidR="00F12170" w:rsidRPr="007911BE" w:rsidRDefault="00000000">
            <w:pPr>
              <w:ind w:firstLine="0"/>
              <w:jc w:val="left"/>
              <w:rPr>
                <w:sz w:val="16"/>
                <w:szCs w:val="28"/>
              </w:rPr>
            </w:pPr>
            <w:proofErr w:type="spellStart"/>
            <w:r w:rsidRPr="007911BE">
              <w:rPr>
                <w:sz w:val="16"/>
                <w:szCs w:val="28"/>
              </w:rPr>
              <w:t>Томская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9D6EA70"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24ECBFBA" w14:textId="77777777" w:rsidR="00F12170" w:rsidRPr="007911BE" w:rsidRDefault="00000000">
            <w:pPr>
              <w:ind w:firstLine="0"/>
              <w:jc w:val="center"/>
              <w:rPr>
                <w:sz w:val="16"/>
                <w:szCs w:val="28"/>
              </w:rPr>
            </w:pPr>
            <w:r w:rsidRPr="007911BE">
              <w:rPr>
                <w:sz w:val="16"/>
                <w:szCs w:val="28"/>
              </w:rPr>
              <w:t>20.6</w:t>
            </w:r>
          </w:p>
        </w:tc>
        <w:tc>
          <w:tcPr>
            <w:tcW w:w="0" w:type="auto"/>
            <w:vAlign w:val="center"/>
          </w:tcPr>
          <w:p w14:paraId="298411C5" w14:textId="77777777" w:rsidR="00F12170" w:rsidRPr="007911BE" w:rsidRDefault="00000000">
            <w:pPr>
              <w:ind w:firstLine="0"/>
              <w:jc w:val="center"/>
              <w:rPr>
                <w:sz w:val="16"/>
                <w:szCs w:val="28"/>
              </w:rPr>
            </w:pPr>
            <w:r w:rsidRPr="007911BE">
              <w:rPr>
                <w:sz w:val="16"/>
                <w:szCs w:val="28"/>
              </w:rPr>
              <w:t>67.7</w:t>
            </w:r>
          </w:p>
        </w:tc>
        <w:tc>
          <w:tcPr>
            <w:tcW w:w="0" w:type="auto"/>
            <w:vAlign w:val="center"/>
          </w:tcPr>
          <w:p w14:paraId="4AAA8C2E" w14:textId="77777777" w:rsidR="00F12170" w:rsidRPr="007911BE" w:rsidRDefault="00000000">
            <w:pPr>
              <w:ind w:firstLine="0"/>
              <w:jc w:val="center"/>
              <w:rPr>
                <w:sz w:val="16"/>
                <w:szCs w:val="28"/>
              </w:rPr>
            </w:pPr>
            <w:r w:rsidRPr="007911BE">
              <w:rPr>
                <w:sz w:val="16"/>
                <w:szCs w:val="28"/>
              </w:rPr>
              <w:t>84.83</w:t>
            </w:r>
          </w:p>
        </w:tc>
        <w:tc>
          <w:tcPr>
            <w:tcW w:w="0" w:type="auto"/>
            <w:vAlign w:val="center"/>
          </w:tcPr>
          <w:p w14:paraId="0BD0A3D8" w14:textId="77777777" w:rsidR="00F12170" w:rsidRPr="007911BE" w:rsidRDefault="00000000">
            <w:pPr>
              <w:ind w:firstLine="0"/>
              <w:jc w:val="center"/>
              <w:rPr>
                <w:sz w:val="16"/>
                <w:szCs w:val="28"/>
              </w:rPr>
            </w:pPr>
            <w:r w:rsidRPr="007911BE">
              <w:rPr>
                <w:sz w:val="16"/>
                <w:szCs w:val="28"/>
              </w:rPr>
              <w:t>20.01</w:t>
            </w:r>
          </w:p>
        </w:tc>
      </w:tr>
      <w:tr w:rsidR="00F12170" w:rsidRPr="007911BE" w14:paraId="79A73E07" w14:textId="77777777" w:rsidTr="00B408C8">
        <w:trPr>
          <w:jc w:val="center"/>
        </w:trPr>
        <w:tc>
          <w:tcPr>
            <w:tcW w:w="0" w:type="auto"/>
            <w:vAlign w:val="center"/>
          </w:tcPr>
          <w:p w14:paraId="19064907" w14:textId="77777777" w:rsidR="00F12170" w:rsidRPr="007911BE" w:rsidRDefault="00000000">
            <w:pPr>
              <w:ind w:firstLine="0"/>
              <w:jc w:val="left"/>
              <w:rPr>
                <w:sz w:val="16"/>
                <w:szCs w:val="28"/>
              </w:rPr>
            </w:pPr>
            <w:proofErr w:type="spellStart"/>
            <w:r w:rsidRPr="007911BE">
              <w:rPr>
                <w:sz w:val="16"/>
                <w:szCs w:val="28"/>
              </w:rPr>
              <w:t>Тульская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12C4180"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39D98891" w14:textId="77777777" w:rsidR="00F12170" w:rsidRPr="007911BE" w:rsidRDefault="00000000">
            <w:pPr>
              <w:ind w:firstLine="0"/>
              <w:jc w:val="center"/>
              <w:rPr>
                <w:sz w:val="16"/>
                <w:szCs w:val="28"/>
              </w:rPr>
            </w:pPr>
            <w:r w:rsidRPr="007911BE">
              <w:rPr>
                <w:sz w:val="16"/>
                <w:szCs w:val="28"/>
              </w:rPr>
              <w:t>33.41</w:t>
            </w:r>
          </w:p>
        </w:tc>
        <w:tc>
          <w:tcPr>
            <w:tcW w:w="0" w:type="auto"/>
            <w:vAlign w:val="center"/>
          </w:tcPr>
          <w:p w14:paraId="6958FDF0" w14:textId="77777777" w:rsidR="00F12170" w:rsidRPr="007911BE" w:rsidRDefault="00000000">
            <w:pPr>
              <w:ind w:firstLine="0"/>
              <w:jc w:val="center"/>
              <w:rPr>
                <w:sz w:val="16"/>
                <w:szCs w:val="28"/>
              </w:rPr>
            </w:pPr>
            <w:r w:rsidRPr="007911BE">
              <w:rPr>
                <w:sz w:val="16"/>
                <w:szCs w:val="28"/>
              </w:rPr>
              <w:t>45.65</w:t>
            </w:r>
          </w:p>
        </w:tc>
        <w:tc>
          <w:tcPr>
            <w:tcW w:w="0" w:type="auto"/>
            <w:vAlign w:val="center"/>
          </w:tcPr>
          <w:p w14:paraId="1612C32C" w14:textId="77777777" w:rsidR="00F12170" w:rsidRPr="007911BE" w:rsidRDefault="00000000">
            <w:pPr>
              <w:ind w:firstLine="0"/>
              <w:jc w:val="center"/>
              <w:rPr>
                <w:sz w:val="16"/>
                <w:szCs w:val="28"/>
              </w:rPr>
            </w:pPr>
            <w:r w:rsidRPr="007911BE">
              <w:rPr>
                <w:sz w:val="16"/>
                <w:szCs w:val="28"/>
              </w:rPr>
              <w:t>98.1</w:t>
            </w:r>
          </w:p>
        </w:tc>
        <w:tc>
          <w:tcPr>
            <w:tcW w:w="0" w:type="auto"/>
            <w:vAlign w:val="center"/>
          </w:tcPr>
          <w:p w14:paraId="68D6206F" w14:textId="77777777" w:rsidR="00F12170" w:rsidRPr="007911BE" w:rsidRDefault="00000000">
            <w:pPr>
              <w:ind w:firstLine="0"/>
              <w:jc w:val="center"/>
              <w:rPr>
                <w:sz w:val="16"/>
                <w:szCs w:val="28"/>
              </w:rPr>
            </w:pPr>
            <w:r w:rsidRPr="007911BE">
              <w:rPr>
                <w:sz w:val="16"/>
                <w:szCs w:val="28"/>
              </w:rPr>
              <w:t>35.54</w:t>
            </w:r>
          </w:p>
        </w:tc>
      </w:tr>
      <w:tr w:rsidR="00F12170" w:rsidRPr="007911BE" w14:paraId="4DD049E8" w14:textId="77777777" w:rsidTr="00B408C8">
        <w:trPr>
          <w:jc w:val="center"/>
        </w:trPr>
        <w:tc>
          <w:tcPr>
            <w:tcW w:w="0" w:type="auto"/>
            <w:vAlign w:val="center"/>
          </w:tcPr>
          <w:p w14:paraId="20038E7A" w14:textId="77777777" w:rsidR="00F12170" w:rsidRPr="007911BE" w:rsidRDefault="00000000">
            <w:pPr>
              <w:ind w:firstLine="0"/>
              <w:jc w:val="left"/>
              <w:rPr>
                <w:sz w:val="16"/>
                <w:szCs w:val="28"/>
              </w:rPr>
            </w:pPr>
            <w:proofErr w:type="spellStart"/>
            <w:r w:rsidRPr="007911BE">
              <w:rPr>
                <w:sz w:val="16"/>
                <w:szCs w:val="28"/>
              </w:rPr>
              <w:t>Тюменская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37DA295"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45D2F3D0" w14:textId="77777777" w:rsidR="00F12170" w:rsidRPr="007911BE" w:rsidRDefault="00000000">
            <w:pPr>
              <w:ind w:firstLine="0"/>
              <w:jc w:val="center"/>
              <w:rPr>
                <w:sz w:val="16"/>
                <w:szCs w:val="28"/>
              </w:rPr>
            </w:pPr>
            <w:r w:rsidRPr="007911BE">
              <w:rPr>
                <w:sz w:val="16"/>
                <w:szCs w:val="28"/>
              </w:rPr>
              <w:t>31.65</w:t>
            </w:r>
          </w:p>
        </w:tc>
        <w:tc>
          <w:tcPr>
            <w:tcW w:w="0" w:type="auto"/>
            <w:vAlign w:val="center"/>
          </w:tcPr>
          <w:p w14:paraId="48E0498E" w14:textId="77777777" w:rsidR="00F12170" w:rsidRPr="007911BE" w:rsidRDefault="00000000">
            <w:pPr>
              <w:ind w:firstLine="0"/>
              <w:jc w:val="center"/>
              <w:rPr>
                <w:sz w:val="16"/>
                <w:szCs w:val="28"/>
              </w:rPr>
            </w:pPr>
            <w:r w:rsidRPr="007911BE">
              <w:rPr>
                <w:sz w:val="16"/>
                <w:szCs w:val="28"/>
              </w:rPr>
              <w:t>44.62</w:t>
            </w:r>
          </w:p>
        </w:tc>
        <w:tc>
          <w:tcPr>
            <w:tcW w:w="0" w:type="auto"/>
            <w:vAlign w:val="center"/>
          </w:tcPr>
          <w:p w14:paraId="5F72A201" w14:textId="77777777" w:rsidR="00F12170" w:rsidRPr="007911BE" w:rsidRDefault="00000000">
            <w:pPr>
              <w:ind w:firstLine="0"/>
              <w:jc w:val="center"/>
              <w:rPr>
                <w:sz w:val="16"/>
                <w:szCs w:val="28"/>
              </w:rPr>
            </w:pPr>
            <w:r w:rsidRPr="007911BE">
              <w:rPr>
                <w:sz w:val="16"/>
                <w:szCs w:val="28"/>
              </w:rPr>
              <w:t>77.52</w:t>
            </w:r>
          </w:p>
        </w:tc>
        <w:tc>
          <w:tcPr>
            <w:tcW w:w="0" w:type="auto"/>
            <w:vAlign w:val="center"/>
          </w:tcPr>
          <w:p w14:paraId="4BBDDCE6" w14:textId="77777777" w:rsidR="00F12170" w:rsidRPr="007911BE" w:rsidRDefault="00000000">
            <w:pPr>
              <w:ind w:firstLine="0"/>
              <w:jc w:val="center"/>
              <w:rPr>
                <w:sz w:val="16"/>
                <w:szCs w:val="28"/>
              </w:rPr>
            </w:pPr>
            <w:r w:rsidRPr="007911BE">
              <w:rPr>
                <w:sz w:val="16"/>
                <w:szCs w:val="28"/>
              </w:rPr>
              <w:t>26.98</w:t>
            </w:r>
          </w:p>
        </w:tc>
      </w:tr>
      <w:tr w:rsidR="00F12170" w:rsidRPr="007911BE" w14:paraId="55B12FD9" w14:textId="77777777" w:rsidTr="00B408C8">
        <w:trPr>
          <w:jc w:val="center"/>
        </w:trPr>
        <w:tc>
          <w:tcPr>
            <w:tcW w:w="0" w:type="auto"/>
            <w:vAlign w:val="center"/>
          </w:tcPr>
          <w:p w14:paraId="4AB027C4" w14:textId="77777777" w:rsidR="00F12170" w:rsidRPr="007911BE" w:rsidRDefault="00000000">
            <w:pPr>
              <w:ind w:firstLine="0"/>
              <w:jc w:val="left"/>
              <w:rPr>
                <w:sz w:val="16"/>
                <w:szCs w:val="28"/>
              </w:rPr>
            </w:pPr>
            <w:proofErr w:type="spellStart"/>
            <w:r w:rsidRPr="007911BE">
              <w:rPr>
                <w:sz w:val="16"/>
                <w:szCs w:val="28"/>
              </w:rPr>
              <w:t>Удмуртская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62F265EA"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083CA870" w14:textId="77777777" w:rsidR="00F12170" w:rsidRPr="007911BE" w:rsidRDefault="00000000">
            <w:pPr>
              <w:ind w:firstLine="0"/>
              <w:jc w:val="center"/>
              <w:rPr>
                <w:sz w:val="16"/>
                <w:szCs w:val="28"/>
              </w:rPr>
            </w:pPr>
            <w:r w:rsidRPr="007911BE">
              <w:rPr>
                <w:sz w:val="16"/>
                <w:szCs w:val="28"/>
              </w:rPr>
              <w:t>26.89</w:t>
            </w:r>
          </w:p>
        </w:tc>
        <w:tc>
          <w:tcPr>
            <w:tcW w:w="0" w:type="auto"/>
            <w:vAlign w:val="center"/>
          </w:tcPr>
          <w:p w14:paraId="1A168FC8" w14:textId="77777777" w:rsidR="00F12170" w:rsidRPr="007911BE" w:rsidRDefault="00000000">
            <w:pPr>
              <w:ind w:firstLine="0"/>
              <w:jc w:val="center"/>
              <w:rPr>
                <w:sz w:val="16"/>
                <w:szCs w:val="28"/>
              </w:rPr>
            </w:pPr>
            <w:r w:rsidRPr="007911BE">
              <w:rPr>
                <w:sz w:val="16"/>
                <w:szCs w:val="28"/>
              </w:rPr>
              <w:t>56.16</w:t>
            </w:r>
          </w:p>
        </w:tc>
        <w:tc>
          <w:tcPr>
            <w:tcW w:w="0" w:type="auto"/>
            <w:vAlign w:val="center"/>
          </w:tcPr>
          <w:p w14:paraId="6E969CE2" w14:textId="77777777" w:rsidR="00F12170" w:rsidRPr="007911BE" w:rsidRDefault="00000000">
            <w:pPr>
              <w:ind w:firstLine="0"/>
              <w:jc w:val="center"/>
              <w:rPr>
                <w:sz w:val="16"/>
                <w:szCs w:val="28"/>
              </w:rPr>
            </w:pPr>
            <w:r w:rsidRPr="007911BE">
              <w:rPr>
                <w:sz w:val="16"/>
                <w:szCs w:val="28"/>
              </w:rPr>
              <w:t>98.7</w:t>
            </w:r>
          </w:p>
        </w:tc>
        <w:tc>
          <w:tcPr>
            <w:tcW w:w="0" w:type="auto"/>
            <w:vAlign w:val="center"/>
          </w:tcPr>
          <w:p w14:paraId="230D70E8" w14:textId="77777777" w:rsidR="00F12170" w:rsidRPr="007911BE" w:rsidRDefault="00000000">
            <w:pPr>
              <w:ind w:firstLine="0"/>
              <w:jc w:val="center"/>
              <w:rPr>
                <w:sz w:val="16"/>
                <w:szCs w:val="28"/>
              </w:rPr>
            </w:pPr>
            <w:r w:rsidRPr="007911BE">
              <w:rPr>
                <w:sz w:val="16"/>
                <w:szCs w:val="28"/>
              </w:rPr>
              <w:t>28.31</w:t>
            </w:r>
          </w:p>
        </w:tc>
      </w:tr>
      <w:tr w:rsidR="00F12170" w:rsidRPr="007911BE" w14:paraId="2A5A4204" w14:textId="77777777" w:rsidTr="00B408C8">
        <w:trPr>
          <w:jc w:val="center"/>
        </w:trPr>
        <w:tc>
          <w:tcPr>
            <w:tcW w:w="0" w:type="auto"/>
            <w:vAlign w:val="center"/>
          </w:tcPr>
          <w:p w14:paraId="0985812F" w14:textId="77777777" w:rsidR="00F12170" w:rsidRPr="007911BE" w:rsidRDefault="00000000">
            <w:pPr>
              <w:ind w:firstLine="0"/>
              <w:jc w:val="left"/>
              <w:rPr>
                <w:sz w:val="16"/>
                <w:szCs w:val="28"/>
              </w:rPr>
            </w:pPr>
            <w:proofErr w:type="spellStart"/>
            <w:r w:rsidRPr="007911BE">
              <w:rPr>
                <w:sz w:val="16"/>
                <w:szCs w:val="28"/>
              </w:rPr>
              <w:t>Ульяновская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1B9AA62"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ACA684A" w14:textId="77777777" w:rsidR="00F12170" w:rsidRPr="007911BE" w:rsidRDefault="00000000">
            <w:pPr>
              <w:ind w:firstLine="0"/>
              <w:jc w:val="center"/>
              <w:rPr>
                <w:sz w:val="16"/>
                <w:szCs w:val="28"/>
              </w:rPr>
            </w:pPr>
            <w:r w:rsidRPr="007911BE">
              <w:rPr>
                <w:sz w:val="16"/>
                <w:szCs w:val="28"/>
              </w:rPr>
              <w:t>32.18</w:t>
            </w:r>
          </w:p>
        </w:tc>
        <w:tc>
          <w:tcPr>
            <w:tcW w:w="0" w:type="auto"/>
            <w:vAlign w:val="center"/>
          </w:tcPr>
          <w:p w14:paraId="320FADEF" w14:textId="77777777" w:rsidR="00F12170" w:rsidRPr="007911BE" w:rsidRDefault="00000000">
            <w:pPr>
              <w:ind w:firstLine="0"/>
              <w:jc w:val="center"/>
              <w:rPr>
                <w:sz w:val="16"/>
                <w:szCs w:val="28"/>
              </w:rPr>
            </w:pPr>
            <w:r w:rsidRPr="007911BE">
              <w:rPr>
                <w:sz w:val="16"/>
                <w:szCs w:val="28"/>
              </w:rPr>
              <w:t>55.23</w:t>
            </w:r>
          </w:p>
        </w:tc>
        <w:tc>
          <w:tcPr>
            <w:tcW w:w="0" w:type="auto"/>
            <w:vAlign w:val="center"/>
          </w:tcPr>
          <w:p w14:paraId="1E907581" w14:textId="77777777" w:rsidR="00F12170" w:rsidRPr="007911BE" w:rsidRDefault="00000000">
            <w:pPr>
              <w:ind w:firstLine="0"/>
              <w:jc w:val="center"/>
              <w:rPr>
                <w:sz w:val="16"/>
                <w:szCs w:val="28"/>
              </w:rPr>
            </w:pPr>
            <w:r w:rsidRPr="007911BE">
              <w:rPr>
                <w:sz w:val="16"/>
                <w:szCs w:val="28"/>
              </w:rPr>
              <w:t>92.02</w:t>
            </w:r>
          </w:p>
        </w:tc>
        <w:tc>
          <w:tcPr>
            <w:tcW w:w="0" w:type="auto"/>
            <w:vAlign w:val="center"/>
          </w:tcPr>
          <w:p w14:paraId="26F89AE0" w14:textId="77777777" w:rsidR="00F12170" w:rsidRPr="007911BE" w:rsidRDefault="00000000">
            <w:pPr>
              <w:ind w:firstLine="0"/>
              <w:jc w:val="center"/>
              <w:rPr>
                <w:sz w:val="16"/>
                <w:szCs w:val="28"/>
              </w:rPr>
            </w:pPr>
            <w:r w:rsidRPr="007911BE">
              <w:rPr>
                <w:sz w:val="16"/>
                <w:szCs w:val="28"/>
              </w:rPr>
              <w:t>34.56</w:t>
            </w:r>
          </w:p>
        </w:tc>
      </w:tr>
      <w:tr w:rsidR="00F12170" w:rsidRPr="007911BE" w14:paraId="316398D5" w14:textId="77777777" w:rsidTr="00B408C8">
        <w:trPr>
          <w:jc w:val="center"/>
        </w:trPr>
        <w:tc>
          <w:tcPr>
            <w:tcW w:w="0" w:type="auto"/>
            <w:vAlign w:val="center"/>
          </w:tcPr>
          <w:p w14:paraId="63A36799" w14:textId="77777777" w:rsidR="00F12170" w:rsidRPr="007911BE" w:rsidRDefault="00000000">
            <w:pPr>
              <w:ind w:firstLine="0"/>
              <w:jc w:val="left"/>
              <w:rPr>
                <w:sz w:val="16"/>
                <w:szCs w:val="28"/>
              </w:rPr>
            </w:pPr>
            <w:proofErr w:type="spellStart"/>
            <w:r w:rsidRPr="007911BE">
              <w:rPr>
                <w:sz w:val="16"/>
                <w:szCs w:val="28"/>
              </w:rPr>
              <w:t>Хабаровский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0ECA31C0"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7DE34C11" w14:textId="77777777" w:rsidR="00F12170" w:rsidRPr="007911BE" w:rsidRDefault="00000000">
            <w:pPr>
              <w:ind w:firstLine="0"/>
              <w:jc w:val="center"/>
              <w:rPr>
                <w:sz w:val="16"/>
                <w:szCs w:val="28"/>
              </w:rPr>
            </w:pPr>
            <w:r w:rsidRPr="007911BE">
              <w:rPr>
                <w:sz w:val="16"/>
                <w:szCs w:val="28"/>
              </w:rPr>
              <w:t>24.1</w:t>
            </w:r>
          </w:p>
        </w:tc>
        <w:tc>
          <w:tcPr>
            <w:tcW w:w="0" w:type="auto"/>
            <w:vAlign w:val="center"/>
          </w:tcPr>
          <w:p w14:paraId="13EA26A8" w14:textId="77777777" w:rsidR="00F12170" w:rsidRPr="007911BE" w:rsidRDefault="00000000">
            <w:pPr>
              <w:ind w:firstLine="0"/>
              <w:jc w:val="center"/>
              <w:rPr>
                <w:sz w:val="16"/>
                <w:szCs w:val="28"/>
              </w:rPr>
            </w:pPr>
            <w:r w:rsidRPr="007911BE">
              <w:rPr>
                <w:sz w:val="16"/>
                <w:szCs w:val="28"/>
              </w:rPr>
              <w:t>53.72</w:t>
            </w:r>
          </w:p>
        </w:tc>
        <w:tc>
          <w:tcPr>
            <w:tcW w:w="0" w:type="auto"/>
            <w:vAlign w:val="center"/>
          </w:tcPr>
          <w:p w14:paraId="18D9C5E3" w14:textId="77777777" w:rsidR="00F12170" w:rsidRPr="007911BE" w:rsidRDefault="00000000">
            <w:pPr>
              <w:ind w:firstLine="0"/>
              <w:jc w:val="center"/>
              <w:rPr>
                <w:sz w:val="16"/>
                <w:szCs w:val="28"/>
              </w:rPr>
            </w:pPr>
            <w:r w:rsidRPr="007911BE">
              <w:rPr>
                <w:sz w:val="16"/>
                <w:szCs w:val="28"/>
              </w:rPr>
              <w:t>97.28</w:t>
            </w:r>
          </w:p>
        </w:tc>
        <w:tc>
          <w:tcPr>
            <w:tcW w:w="0" w:type="auto"/>
            <w:vAlign w:val="center"/>
          </w:tcPr>
          <w:p w14:paraId="75895A8C" w14:textId="77777777" w:rsidR="00F12170" w:rsidRPr="007911BE" w:rsidRDefault="00000000">
            <w:pPr>
              <w:ind w:firstLine="0"/>
              <w:jc w:val="center"/>
              <w:rPr>
                <w:sz w:val="16"/>
                <w:szCs w:val="28"/>
              </w:rPr>
            </w:pPr>
            <w:r w:rsidRPr="007911BE">
              <w:rPr>
                <w:sz w:val="16"/>
                <w:szCs w:val="28"/>
              </w:rPr>
              <w:t>20.56</w:t>
            </w:r>
          </w:p>
        </w:tc>
      </w:tr>
      <w:tr w:rsidR="00F12170" w:rsidRPr="007911BE" w14:paraId="1211AEA3" w14:textId="77777777" w:rsidTr="00B408C8">
        <w:trPr>
          <w:jc w:val="center"/>
        </w:trPr>
        <w:tc>
          <w:tcPr>
            <w:tcW w:w="0" w:type="auto"/>
            <w:vAlign w:val="center"/>
          </w:tcPr>
          <w:p w14:paraId="54EAF37A" w14:textId="77777777" w:rsidR="00F12170" w:rsidRPr="007911BE" w:rsidRDefault="00000000">
            <w:pPr>
              <w:ind w:firstLine="0"/>
              <w:jc w:val="left"/>
              <w:rPr>
                <w:sz w:val="16"/>
                <w:szCs w:val="28"/>
                <w:lang w:val="ru-RU"/>
              </w:rPr>
            </w:pPr>
            <w:r w:rsidRPr="007911BE">
              <w:rPr>
                <w:sz w:val="16"/>
                <w:szCs w:val="28"/>
                <w:lang w:val="ru-RU"/>
              </w:rPr>
              <w:t>Ханты-Мансийский автономный округ - Югра</w:t>
            </w:r>
          </w:p>
        </w:tc>
        <w:tc>
          <w:tcPr>
            <w:tcW w:w="0" w:type="auto"/>
            <w:vAlign w:val="center"/>
          </w:tcPr>
          <w:p w14:paraId="548B6FD4"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044DF00F" w14:textId="77777777" w:rsidR="00F12170" w:rsidRPr="007911BE" w:rsidRDefault="00000000">
            <w:pPr>
              <w:ind w:firstLine="0"/>
              <w:jc w:val="center"/>
              <w:rPr>
                <w:sz w:val="16"/>
                <w:szCs w:val="28"/>
              </w:rPr>
            </w:pPr>
            <w:r w:rsidRPr="007911BE">
              <w:rPr>
                <w:sz w:val="16"/>
                <w:szCs w:val="28"/>
              </w:rPr>
              <w:t>32.13</w:t>
            </w:r>
          </w:p>
        </w:tc>
        <w:tc>
          <w:tcPr>
            <w:tcW w:w="0" w:type="auto"/>
            <w:vAlign w:val="center"/>
          </w:tcPr>
          <w:p w14:paraId="3CFF3356" w14:textId="77777777" w:rsidR="00F12170" w:rsidRPr="007911BE" w:rsidRDefault="00000000">
            <w:pPr>
              <w:ind w:firstLine="0"/>
              <w:jc w:val="center"/>
              <w:rPr>
                <w:sz w:val="16"/>
                <w:szCs w:val="28"/>
              </w:rPr>
            </w:pPr>
            <w:r w:rsidRPr="007911BE">
              <w:rPr>
                <w:sz w:val="16"/>
                <w:szCs w:val="28"/>
              </w:rPr>
              <w:t>58.69</w:t>
            </w:r>
          </w:p>
        </w:tc>
        <w:tc>
          <w:tcPr>
            <w:tcW w:w="0" w:type="auto"/>
            <w:vAlign w:val="center"/>
          </w:tcPr>
          <w:p w14:paraId="25613373" w14:textId="77777777" w:rsidR="00F12170" w:rsidRPr="007911BE" w:rsidRDefault="00000000">
            <w:pPr>
              <w:ind w:firstLine="0"/>
              <w:jc w:val="center"/>
              <w:rPr>
                <w:sz w:val="16"/>
                <w:szCs w:val="28"/>
              </w:rPr>
            </w:pPr>
            <w:r w:rsidRPr="007911BE">
              <w:rPr>
                <w:sz w:val="16"/>
                <w:szCs w:val="28"/>
              </w:rPr>
              <w:t>88.35</w:t>
            </w:r>
          </w:p>
        </w:tc>
        <w:tc>
          <w:tcPr>
            <w:tcW w:w="0" w:type="auto"/>
            <w:vAlign w:val="center"/>
          </w:tcPr>
          <w:p w14:paraId="1CFF8803" w14:textId="77777777" w:rsidR="00F12170" w:rsidRPr="007911BE" w:rsidRDefault="00000000">
            <w:pPr>
              <w:ind w:firstLine="0"/>
              <w:jc w:val="center"/>
              <w:rPr>
                <w:sz w:val="16"/>
                <w:szCs w:val="28"/>
              </w:rPr>
            </w:pPr>
            <w:r w:rsidRPr="007911BE">
              <w:rPr>
                <w:sz w:val="16"/>
                <w:szCs w:val="28"/>
              </w:rPr>
              <w:t>31.12</w:t>
            </w:r>
          </w:p>
        </w:tc>
      </w:tr>
      <w:tr w:rsidR="00F12170" w:rsidRPr="007911BE" w14:paraId="4014B964" w14:textId="77777777" w:rsidTr="00B408C8">
        <w:trPr>
          <w:jc w:val="center"/>
        </w:trPr>
        <w:tc>
          <w:tcPr>
            <w:tcW w:w="0" w:type="auto"/>
            <w:vAlign w:val="center"/>
          </w:tcPr>
          <w:p w14:paraId="4B656AFF" w14:textId="77777777" w:rsidR="00F12170" w:rsidRPr="007911BE" w:rsidRDefault="00000000">
            <w:pPr>
              <w:ind w:firstLine="0"/>
              <w:jc w:val="left"/>
              <w:rPr>
                <w:sz w:val="16"/>
                <w:szCs w:val="28"/>
              </w:rPr>
            </w:pPr>
            <w:proofErr w:type="spellStart"/>
            <w:r w:rsidRPr="007911BE">
              <w:rPr>
                <w:sz w:val="16"/>
                <w:szCs w:val="28"/>
              </w:rPr>
              <w:t>Херсонская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CC692EE"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38FF6338"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388E1C02"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3ED54933"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17660684" w14:textId="77777777" w:rsidR="00F12170" w:rsidRPr="007911BE" w:rsidRDefault="00387CF6">
            <w:pPr>
              <w:ind w:firstLine="0"/>
              <w:jc w:val="left"/>
              <w:rPr>
                <w:sz w:val="16"/>
                <w:szCs w:val="28"/>
              </w:rPr>
            </w:pPr>
            <w:r w:rsidRPr="007911BE">
              <w:rPr>
                <w:sz w:val="16"/>
                <w:szCs w:val="28"/>
              </w:rPr>
              <w:t xml:space="preserve">– </w:t>
            </w:r>
          </w:p>
        </w:tc>
      </w:tr>
      <w:tr w:rsidR="00F12170" w:rsidRPr="007911BE" w14:paraId="523A74A8" w14:textId="77777777" w:rsidTr="00B408C8">
        <w:trPr>
          <w:jc w:val="center"/>
        </w:trPr>
        <w:tc>
          <w:tcPr>
            <w:tcW w:w="0" w:type="auto"/>
            <w:vAlign w:val="center"/>
          </w:tcPr>
          <w:p w14:paraId="7618F715" w14:textId="77777777" w:rsidR="00F12170" w:rsidRPr="007911BE" w:rsidRDefault="00000000">
            <w:pPr>
              <w:ind w:firstLine="0"/>
              <w:jc w:val="left"/>
              <w:rPr>
                <w:sz w:val="16"/>
                <w:szCs w:val="28"/>
              </w:rPr>
            </w:pPr>
            <w:proofErr w:type="spellStart"/>
            <w:r w:rsidRPr="007911BE">
              <w:rPr>
                <w:sz w:val="16"/>
                <w:szCs w:val="28"/>
              </w:rPr>
              <w:t>Челябинская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6CBE4F4"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471B3616" w14:textId="77777777" w:rsidR="00F12170" w:rsidRPr="007911BE" w:rsidRDefault="00000000">
            <w:pPr>
              <w:ind w:firstLine="0"/>
              <w:jc w:val="center"/>
              <w:rPr>
                <w:sz w:val="16"/>
                <w:szCs w:val="28"/>
              </w:rPr>
            </w:pPr>
            <w:r w:rsidRPr="007911BE">
              <w:rPr>
                <w:sz w:val="16"/>
                <w:szCs w:val="28"/>
              </w:rPr>
              <w:t>26.82</w:t>
            </w:r>
          </w:p>
        </w:tc>
        <w:tc>
          <w:tcPr>
            <w:tcW w:w="0" w:type="auto"/>
            <w:vAlign w:val="center"/>
          </w:tcPr>
          <w:p w14:paraId="79F6D4D6" w14:textId="77777777" w:rsidR="00F12170" w:rsidRPr="007911BE" w:rsidRDefault="00000000">
            <w:pPr>
              <w:ind w:firstLine="0"/>
              <w:jc w:val="center"/>
              <w:rPr>
                <w:sz w:val="16"/>
                <w:szCs w:val="28"/>
              </w:rPr>
            </w:pPr>
            <w:r w:rsidRPr="007911BE">
              <w:rPr>
                <w:sz w:val="16"/>
                <w:szCs w:val="28"/>
              </w:rPr>
              <w:t>59.74</w:t>
            </w:r>
          </w:p>
        </w:tc>
        <w:tc>
          <w:tcPr>
            <w:tcW w:w="0" w:type="auto"/>
            <w:vAlign w:val="center"/>
          </w:tcPr>
          <w:p w14:paraId="0D5016B2" w14:textId="77777777" w:rsidR="00F12170" w:rsidRPr="007911BE" w:rsidRDefault="00000000">
            <w:pPr>
              <w:ind w:firstLine="0"/>
              <w:jc w:val="center"/>
              <w:rPr>
                <w:sz w:val="16"/>
                <w:szCs w:val="28"/>
              </w:rPr>
            </w:pPr>
            <w:r w:rsidRPr="007911BE">
              <w:rPr>
                <w:sz w:val="16"/>
                <w:szCs w:val="28"/>
              </w:rPr>
              <w:t>87.18</w:t>
            </w:r>
          </w:p>
        </w:tc>
        <w:tc>
          <w:tcPr>
            <w:tcW w:w="0" w:type="auto"/>
            <w:vAlign w:val="center"/>
          </w:tcPr>
          <w:p w14:paraId="5483755E" w14:textId="77777777" w:rsidR="00F12170" w:rsidRPr="007911BE" w:rsidRDefault="00000000">
            <w:pPr>
              <w:ind w:firstLine="0"/>
              <w:jc w:val="center"/>
              <w:rPr>
                <w:sz w:val="16"/>
                <w:szCs w:val="28"/>
              </w:rPr>
            </w:pPr>
            <w:r w:rsidRPr="007911BE">
              <w:rPr>
                <w:sz w:val="16"/>
                <w:szCs w:val="28"/>
              </w:rPr>
              <w:t>16.64</w:t>
            </w:r>
          </w:p>
        </w:tc>
      </w:tr>
      <w:tr w:rsidR="00F12170" w:rsidRPr="007911BE" w14:paraId="03199E65" w14:textId="77777777" w:rsidTr="00B408C8">
        <w:trPr>
          <w:jc w:val="center"/>
        </w:trPr>
        <w:tc>
          <w:tcPr>
            <w:tcW w:w="0" w:type="auto"/>
            <w:vAlign w:val="center"/>
          </w:tcPr>
          <w:p w14:paraId="279A453F" w14:textId="77777777" w:rsidR="00F12170" w:rsidRPr="007911BE" w:rsidRDefault="00000000">
            <w:pPr>
              <w:ind w:firstLine="0"/>
              <w:jc w:val="left"/>
              <w:rPr>
                <w:sz w:val="16"/>
                <w:szCs w:val="28"/>
              </w:rPr>
            </w:pPr>
            <w:proofErr w:type="spellStart"/>
            <w:r w:rsidRPr="007911BE">
              <w:rPr>
                <w:sz w:val="16"/>
                <w:szCs w:val="28"/>
              </w:rPr>
              <w:t>Чеченская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645F5129"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37B9727A" w14:textId="77777777" w:rsidR="00F12170" w:rsidRPr="007911BE" w:rsidRDefault="00000000">
            <w:pPr>
              <w:ind w:firstLine="0"/>
              <w:jc w:val="center"/>
              <w:rPr>
                <w:sz w:val="16"/>
                <w:szCs w:val="28"/>
              </w:rPr>
            </w:pPr>
            <w:r w:rsidRPr="007911BE">
              <w:rPr>
                <w:sz w:val="16"/>
                <w:szCs w:val="28"/>
              </w:rPr>
              <w:t>33.7</w:t>
            </w:r>
          </w:p>
        </w:tc>
        <w:tc>
          <w:tcPr>
            <w:tcW w:w="0" w:type="auto"/>
            <w:vAlign w:val="center"/>
          </w:tcPr>
          <w:p w14:paraId="60699154" w14:textId="77777777" w:rsidR="00F12170" w:rsidRPr="007911BE" w:rsidRDefault="00000000">
            <w:pPr>
              <w:ind w:firstLine="0"/>
              <w:jc w:val="center"/>
              <w:rPr>
                <w:sz w:val="16"/>
                <w:szCs w:val="28"/>
              </w:rPr>
            </w:pPr>
            <w:r w:rsidRPr="007911BE">
              <w:rPr>
                <w:sz w:val="16"/>
                <w:szCs w:val="28"/>
              </w:rPr>
              <w:t>57.59</w:t>
            </w:r>
          </w:p>
        </w:tc>
        <w:tc>
          <w:tcPr>
            <w:tcW w:w="0" w:type="auto"/>
            <w:vAlign w:val="center"/>
          </w:tcPr>
          <w:p w14:paraId="4CF929A4" w14:textId="77777777" w:rsidR="00F12170" w:rsidRPr="007911BE" w:rsidRDefault="00000000">
            <w:pPr>
              <w:ind w:firstLine="0"/>
              <w:jc w:val="center"/>
              <w:rPr>
                <w:sz w:val="16"/>
                <w:szCs w:val="28"/>
              </w:rPr>
            </w:pPr>
            <w:r w:rsidRPr="007911BE">
              <w:rPr>
                <w:sz w:val="16"/>
                <w:szCs w:val="28"/>
              </w:rPr>
              <w:t>92.28</w:t>
            </w:r>
          </w:p>
        </w:tc>
        <w:tc>
          <w:tcPr>
            <w:tcW w:w="0" w:type="auto"/>
            <w:vAlign w:val="center"/>
          </w:tcPr>
          <w:p w14:paraId="0DBF6886" w14:textId="77777777" w:rsidR="00F12170" w:rsidRPr="007911BE" w:rsidRDefault="00000000">
            <w:pPr>
              <w:ind w:firstLine="0"/>
              <w:jc w:val="center"/>
              <w:rPr>
                <w:sz w:val="16"/>
                <w:szCs w:val="28"/>
              </w:rPr>
            </w:pPr>
            <w:r w:rsidRPr="007911BE">
              <w:rPr>
                <w:sz w:val="16"/>
                <w:szCs w:val="28"/>
              </w:rPr>
              <w:t>100</w:t>
            </w:r>
          </w:p>
        </w:tc>
      </w:tr>
      <w:tr w:rsidR="00F12170" w:rsidRPr="007911BE" w14:paraId="546BB5A8" w14:textId="77777777" w:rsidTr="00B408C8">
        <w:trPr>
          <w:jc w:val="center"/>
        </w:trPr>
        <w:tc>
          <w:tcPr>
            <w:tcW w:w="0" w:type="auto"/>
            <w:vAlign w:val="center"/>
          </w:tcPr>
          <w:p w14:paraId="08DE47A3" w14:textId="77777777" w:rsidR="00F12170" w:rsidRPr="007911BE" w:rsidRDefault="00000000">
            <w:pPr>
              <w:ind w:firstLine="0"/>
              <w:jc w:val="left"/>
              <w:rPr>
                <w:sz w:val="16"/>
                <w:szCs w:val="28"/>
              </w:rPr>
            </w:pPr>
            <w:proofErr w:type="spellStart"/>
            <w:r w:rsidRPr="007911BE">
              <w:rPr>
                <w:sz w:val="16"/>
                <w:szCs w:val="28"/>
              </w:rPr>
              <w:t>Чувашская</w:t>
            </w:r>
            <w:proofErr w:type="spellEnd"/>
            <w:r w:rsidRPr="007911BE">
              <w:rPr>
                <w:sz w:val="16"/>
                <w:szCs w:val="28"/>
              </w:rPr>
              <w:t xml:space="preserve"> </w:t>
            </w:r>
            <w:proofErr w:type="spellStart"/>
            <w:r w:rsidRPr="007911BE">
              <w:rPr>
                <w:sz w:val="16"/>
                <w:szCs w:val="28"/>
              </w:rPr>
              <w:t>Республика</w:t>
            </w:r>
            <w:proofErr w:type="spellEnd"/>
            <w:r w:rsidRPr="007911BE">
              <w:rPr>
                <w:sz w:val="16"/>
                <w:szCs w:val="28"/>
              </w:rPr>
              <w:t xml:space="preserve"> - </w:t>
            </w:r>
            <w:proofErr w:type="spellStart"/>
            <w:r w:rsidRPr="007911BE">
              <w:rPr>
                <w:sz w:val="16"/>
                <w:szCs w:val="28"/>
              </w:rPr>
              <w:t>Чувашия</w:t>
            </w:r>
            <w:proofErr w:type="spellEnd"/>
          </w:p>
        </w:tc>
        <w:tc>
          <w:tcPr>
            <w:tcW w:w="0" w:type="auto"/>
            <w:vAlign w:val="center"/>
          </w:tcPr>
          <w:p w14:paraId="526EDB82"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01E7E9E8" w14:textId="77777777" w:rsidR="00F12170" w:rsidRPr="007911BE" w:rsidRDefault="00000000">
            <w:pPr>
              <w:ind w:firstLine="0"/>
              <w:jc w:val="center"/>
              <w:rPr>
                <w:sz w:val="16"/>
                <w:szCs w:val="28"/>
              </w:rPr>
            </w:pPr>
            <w:r w:rsidRPr="007911BE">
              <w:rPr>
                <w:sz w:val="16"/>
                <w:szCs w:val="28"/>
              </w:rPr>
              <w:t>32.02</w:t>
            </w:r>
          </w:p>
        </w:tc>
        <w:tc>
          <w:tcPr>
            <w:tcW w:w="0" w:type="auto"/>
            <w:vAlign w:val="center"/>
          </w:tcPr>
          <w:p w14:paraId="39050BC0" w14:textId="77777777" w:rsidR="00F12170" w:rsidRPr="007911BE" w:rsidRDefault="00000000">
            <w:pPr>
              <w:ind w:firstLine="0"/>
              <w:jc w:val="center"/>
              <w:rPr>
                <w:sz w:val="16"/>
                <w:szCs w:val="28"/>
              </w:rPr>
            </w:pPr>
            <w:r w:rsidRPr="007911BE">
              <w:rPr>
                <w:sz w:val="16"/>
                <w:szCs w:val="28"/>
              </w:rPr>
              <w:t>58.14</w:t>
            </w:r>
          </w:p>
        </w:tc>
        <w:tc>
          <w:tcPr>
            <w:tcW w:w="0" w:type="auto"/>
            <w:vAlign w:val="center"/>
          </w:tcPr>
          <w:p w14:paraId="11A08D83" w14:textId="77777777" w:rsidR="00F12170" w:rsidRPr="007911BE" w:rsidRDefault="00000000">
            <w:pPr>
              <w:ind w:firstLine="0"/>
              <w:jc w:val="center"/>
              <w:rPr>
                <w:sz w:val="16"/>
                <w:szCs w:val="28"/>
              </w:rPr>
            </w:pPr>
            <w:r w:rsidRPr="007911BE">
              <w:rPr>
                <w:sz w:val="16"/>
                <w:szCs w:val="28"/>
              </w:rPr>
              <w:t>97</w:t>
            </w:r>
          </w:p>
        </w:tc>
        <w:tc>
          <w:tcPr>
            <w:tcW w:w="0" w:type="auto"/>
            <w:vAlign w:val="center"/>
          </w:tcPr>
          <w:p w14:paraId="57618D04" w14:textId="77777777" w:rsidR="00F12170" w:rsidRPr="007911BE" w:rsidRDefault="00000000">
            <w:pPr>
              <w:ind w:firstLine="0"/>
              <w:jc w:val="center"/>
              <w:rPr>
                <w:sz w:val="16"/>
                <w:szCs w:val="28"/>
              </w:rPr>
            </w:pPr>
            <w:r w:rsidRPr="007911BE">
              <w:rPr>
                <w:sz w:val="16"/>
                <w:szCs w:val="28"/>
              </w:rPr>
              <w:t>25.21</w:t>
            </w:r>
          </w:p>
        </w:tc>
      </w:tr>
      <w:tr w:rsidR="00F12170" w:rsidRPr="007911BE" w14:paraId="53643426" w14:textId="77777777" w:rsidTr="00B408C8">
        <w:trPr>
          <w:jc w:val="center"/>
        </w:trPr>
        <w:tc>
          <w:tcPr>
            <w:tcW w:w="0" w:type="auto"/>
            <w:vAlign w:val="center"/>
          </w:tcPr>
          <w:p w14:paraId="4324DAC1" w14:textId="77777777" w:rsidR="00F12170" w:rsidRPr="007911BE" w:rsidRDefault="00000000">
            <w:pPr>
              <w:ind w:firstLine="0"/>
              <w:jc w:val="left"/>
              <w:rPr>
                <w:sz w:val="16"/>
                <w:szCs w:val="28"/>
              </w:rPr>
            </w:pPr>
            <w:proofErr w:type="spellStart"/>
            <w:r w:rsidRPr="007911BE">
              <w:rPr>
                <w:sz w:val="16"/>
                <w:szCs w:val="28"/>
              </w:rPr>
              <w:t>Чукотский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77E8E717"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3CF65A69" w14:textId="77777777" w:rsidR="00F12170" w:rsidRPr="007911BE" w:rsidRDefault="00000000">
            <w:pPr>
              <w:ind w:firstLine="0"/>
              <w:jc w:val="center"/>
              <w:rPr>
                <w:sz w:val="16"/>
                <w:szCs w:val="28"/>
              </w:rPr>
            </w:pPr>
            <w:r w:rsidRPr="007911BE">
              <w:rPr>
                <w:sz w:val="16"/>
                <w:szCs w:val="28"/>
              </w:rPr>
              <w:t>32.3</w:t>
            </w:r>
          </w:p>
        </w:tc>
        <w:tc>
          <w:tcPr>
            <w:tcW w:w="0" w:type="auto"/>
            <w:vAlign w:val="center"/>
          </w:tcPr>
          <w:p w14:paraId="51F74E20" w14:textId="77777777" w:rsidR="00F12170" w:rsidRPr="007911BE" w:rsidRDefault="00000000">
            <w:pPr>
              <w:ind w:firstLine="0"/>
              <w:jc w:val="center"/>
              <w:rPr>
                <w:sz w:val="16"/>
                <w:szCs w:val="28"/>
              </w:rPr>
            </w:pPr>
            <w:r w:rsidRPr="007911BE">
              <w:rPr>
                <w:sz w:val="16"/>
                <w:szCs w:val="28"/>
              </w:rPr>
              <w:t>80.28</w:t>
            </w:r>
          </w:p>
        </w:tc>
        <w:tc>
          <w:tcPr>
            <w:tcW w:w="0" w:type="auto"/>
            <w:vAlign w:val="center"/>
          </w:tcPr>
          <w:p w14:paraId="177D159E" w14:textId="77777777" w:rsidR="00F12170" w:rsidRPr="007911BE" w:rsidRDefault="00000000">
            <w:pPr>
              <w:ind w:firstLine="0"/>
              <w:jc w:val="center"/>
              <w:rPr>
                <w:sz w:val="16"/>
                <w:szCs w:val="28"/>
              </w:rPr>
            </w:pPr>
            <w:r w:rsidRPr="007911BE">
              <w:rPr>
                <w:sz w:val="16"/>
                <w:szCs w:val="28"/>
              </w:rPr>
              <w:t>48.87</w:t>
            </w:r>
          </w:p>
        </w:tc>
        <w:tc>
          <w:tcPr>
            <w:tcW w:w="0" w:type="auto"/>
            <w:vAlign w:val="center"/>
          </w:tcPr>
          <w:p w14:paraId="34B308C5" w14:textId="77777777" w:rsidR="00F12170" w:rsidRPr="007911BE" w:rsidRDefault="00000000">
            <w:pPr>
              <w:ind w:firstLine="0"/>
              <w:jc w:val="center"/>
              <w:rPr>
                <w:sz w:val="16"/>
                <w:szCs w:val="28"/>
              </w:rPr>
            </w:pPr>
            <w:r w:rsidRPr="007911BE">
              <w:rPr>
                <w:sz w:val="16"/>
                <w:szCs w:val="28"/>
              </w:rPr>
              <w:t>6.41</w:t>
            </w:r>
          </w:p>
        </w:tc>
      </w:tr>
      <w:tr w:rsidR="00F12170" w:rsidRPr="007911BE" w14:paraId="27C2D7FB" w14:textId="77777777" w:rsidTr="00B408C8">
        <w:trPr>
          <w:jc w:val="center"/>
        </w:trPr>
        <w:tc>
          <w:tcPr>
            <w:tcW w:w="0" w:type="auto"/>
            <w:vAlign w:val="center"/>
          </w:tcPr>
          <w:p w14:paraId="463173B1" w14:textId="77777777" w:rsidR="00F12170" w:rsidRPr="007911BE" w:rsidRDefault="00000000">
            <w:pPr>
              <w:ind w:firstLine="0"/>
              <w:jc w:val="left"/>
              <w:rPr>
                <w:sz w:val="16"/>
                <w:szCs w:val="28"/>
              </w:rPr>
            </w:pPr>
            <w:proofErr w:type="spellStart"/>
            <w:r w:rsidRPr="007911BE">
              <w:rPr>
                <w:sz w:val="16"/>
                <w:szCs w:val="28"/>
              </w:rPr>
              <w:t>Ямало-Ненецкий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723017A0"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3A075C85" w14:textId="77777777" w:rsidR="00F12170" w:rsidRPr="007911BE" w:rsidRDefault="00000000">
            <w:pPr>
              <w:ind w:firstLine="0"/>
              <w:jc w:val="center"/>
              <w:rPr>
                <w:sz w:val="16"/>
                <w:szCs w:val="28"/>
              </w:rPr>
            </w:pPr>
            <w:r w:rsidRPr="007911BE">
              <w:rPr>
                <w:sz w:val="16"/>
                <w:szCs w:val="28"/>
              </w:rPr>
              <w:t>32</w:t>
            </w:r>
          </w:p>
        </w:tc>
        <w:tc>
          <w:tcPr>
            <w:tcW w:w="0" w:type="auto"/>
            <w:vAlign w:val="center"/>
          </w:tcPr>
          <w:p w14:paraId="47753CD9" w14:textId="77777777" w:rsidR="00F12170" w:rsidRPr="007911BE" w:rsidRDefault="00000000">
            <w:pPr>
              <w:ind w:firstLine="0"/>
              <w:jc w:val="center"/>
              <w:rPr>
                <w:sz w:val="16"/>
                <w:szCs w:val="28"/>
              </w:rPr>
            </w:pPr>
            <w:r w:rsidRPr="007911BE">
              <w:rPr>
                <w:sz w:val="16"/>
                <w:szCs w:val="28"/>
              </w:rPr>
              <w:t>62.58</w:t>
            </w:r>
          </w:p>
        </w:tc>
        <w:tc>
          <w:tcPr>
            <w:tcW w:w="0" w:type="auto"/>
            <w:vAlign w:val="center"/>
          </w:tcPr>
          <w:p w14:paraId="77AC2533" w14:textId="77777777" w:rsidR="00F12170" w:rsidRPr="007911BE" w:rsidRDefault="00000000">
            <w:pPr>
              <w:ind w:firstLine="0"/>
              <w:jc w:val="center"/>
              <w:rPr>
                <w:sz w:val="16"/>
                <w:szCs w:val="28"/>
              </w:rPr>
            </w:pPr>
            <w:r w:rsidRPr="007911BE">
              <w:rPr>
                <w:sz w:val="16"/>
                <w:szCs w:val="28"/>
              </w:rPr>
              <w:t>83.97</w:t>
            </w:r>
          </w:p>
        </w:tc>
        <w:tc>
          <w:tcPr>
            <w:tcW w:w="0" w:type="auto"/>
            <w:vAlign w:val="center"/>
          </w:tcPr>
          <w:p w14:paraId="221C0399" w14:textId="77777777" w:rsidR="00F12170" w:rsidRPr="007911BE" w:rsidRDefault="00000000">
            <w:pPr>
              <w:ind w:firstLine="0"/>
              <w:jc w:val="center"/>
              <w:rPr>
                <w:sz w:val="16"/>
                <w:szCs w:val="28"/>
              </w:rPr>
            </w:pPr>
            <w:r w:rsidRPr="007911BE">
              <w:rPr>
                <w:sz w:val="16"/>
                <w:szCs w:val="28"/>
              </w:rPr>
              <w:t>29.29</w:t>
            </w:r>
          </w:p>
        </w:tc>
      </w:tr>
      <w:tr w:rsidR="00F12170" w:rsidRPr="007911BE" w14:paraId="1438D087" w14:textId="77777777" w:rsidTr="00B408C8">
        <w:trPr>
          <w:jc w:val="center"/>
        </w:trPr>
        <w:tc>
          <w:tcPr>
            <w:tcW w:w="0" w:type="auto"/>
            <w:vAlign w:val="center"/>
          </w:tcPr>
          <w:p w14:paraId="78E47206" w14:textId="77777777" w:rsidR="00F12170" w:rsidRPr="007911BE" w:rsidRDefault="00000000">
            <w:pPr>
              <w:ind w:firstLine="0"/>
              <w:jc w:val="left"/>
              <w:rPr>
                <w:sz w:val="16"/>
                <w:szCs w:val="28"/>
              </w:rPr>
            </w:pPr>
            <w:proofErr w:type="spellStart"/>
            <w:r w:rsidRPr="007911BE">
              <w:rPr>
                <w:sz w:val="16"/>
                <w:szCs w:val="28"/>
              </w:rPr>
              <w:t>Ярославская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EF75912"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22210259" w14:textId="77777777" w:rsidR="00F12170" w:rsidRPr="007911BE" w:rsidRDefault="00000000">
            <w:pPr>
              <w:ind w:firstLine="0"/>
              <w:jc w:val="center"/>
              <w:rPr>
                <w:sz w:val="16"/>
                <w:szCs w:val="28"/>
              </w:rPr>
            </w:pPr>
            <w:r w:rsidRPr="007911BE">
              <w:rPr>
                <w:sz w:val="16"/>
                <w:szCs w:val="28"/>
              </w:rPr>
              <w:t>25.5</w:t>
            </w:r>
          </w:p>
        </w:tc>
        <w:tc>
          <w:tcPr>
            <w:tcW w:w="0" w:type="auto"/>
            <w:vAlign w:val="center"/>
          </w:tcPr>
          <w:p w14:paraId="6763DF14" w14:textId="77777777" w:rsidR="00F12170" w:rsidRPr="007911BE" w:rsidRDefault="00000000">
            <w:pPr>
              <w:ind w:firstLine="0"/>
              <w:jc w:val="center"/>
              <w:rPr>
                <w:sz w:val="16"/>
                <w:szCs w:val="28"/>
              </w:rPr>
            </w:pPr>
            <w:r w:rsidRPr="007911BE">
              <w:rPr>
                <w:sz w:val="16"/>
                <w:szCs w:val="28"/>
              </w:rPr>
              <w:t>42.3</w:t>
            </w:r>
          </w:p>
        </w:tc>
        <w:tc>
          <w:tcPr>
            <w:tcW w:w="0" w:type="auto"/>
            <w:vAlign w:val="center"/>
          </w:tcPr>
          <w:p w14:paraId="7D71FECB" w14:textId="77777777" w:rsidR="00F12170" w:rsidRPr="007911BE" w:rsidRDefault="00000000">
            <w:pPr>
              <w:ind w:firstLine="0"/>
              <w:jc w:val="center"/>
              <w:rPr>
                <w:sz w:val="16"/>
                <w:szCs w:val="28"/>
              </w:rPr>
            </w:pPr>
            <w:r w:rsidRPr="007911BE">
              <w:rPr>
                <w:sz w:val="16"/>
                <w:szCs w:val="28"/>
              </w:rPr>
              <w:t>86.06</w:t>
            </w:r>
          </w:p>
        </w:tc>
        <w:tc>
          <w:tcPr>
            <w:tcW w:w="0" w:type="auto"/>
            <w:vAlign w:val="center"/>
          </w:tcPr>
          <w:p w14:paraId="1948AD9B" w14:textId="77777777" w:rsidR="00F12170" w:rsidRPr="007911BE" w:rsidRDefault="00000000">
            <w:pPr>
              <w:ind w:firstLine="0"/>
              <w:jc w:val="center"/>
              <w:rPr>
                <w:sz w:val="16"/>
                <w:szCs w:val="28"/>
              </w:rPr>
            </w:pPr>
            <w:r w:rsidRPr="007911BE">
              <w:rPr>
                <w:sz w:val="16"/>
                <w:szCs w:val="28"/>
              </w:rPr>
              <w:t>19.14</w:t>
            </w:r>
          </w:p>
        </w:tc>
      </w:tr>
    </w:tbl>
    <w:p w14:paraId="62A48DE1"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5DE3CB7A" w14:textId="77777777" w:rsidR="00F12170" w:rsidRPr="007911BE" w:rsidRDefault="00000000" w:rsidP="00585C06">
      <w:pPr>
        <w:pStyle w:val="21"/>
      </w:pPr>
      <w:bookmarkStart w:id="26" w:name="_Toc228134072"/>
      <w:r w:rsidRPr="007911BE">
        <w:t>5.3. Выводы и рекомендации</w:t>
      </w:r>
      <w:bookmarkEnd w:id="26"/>
    </w:p>
    <w:p w14:paraId="0701DFE4" w14:textId="77777777" w:rsidR="00F12170" w:rsidRPr="007911BE" w:rsidRDefault="00000000">
      <w:pPr>
        <w:rPr>
          <w:lang w:val="ru-RU"/>
        </w:rPr>
      </w:pPr>
      <w:r w:rsidRPr="007911BE">
        <w:rPr>
          <w:sz w:val="28"/>
          <w:lang w:val="ru-RU"/>
        </w:rPr>
        <w:t xml:space="preserve">Национальный проект должен иметь обязательную территориальную типологизацию. Для каждого кластера регионов целесообразно устанавливать не только общие федеральные меры, но и приоритетные пакеты: для мегаполисов </w:t>
      </w:r>
      <w:r w:rsidR="00387CF6" w:rsidRPr="007911BE">
        <w:rPr>
          <w:sz w:val="28"/>
          <w:lang w:val="ru-RU"/>
        </w:rPr>
        <w:t xml:space="preserve">– </w:t>
      </w:r>
      <w:r w:rsidRPr="007911BE">
        <w:rPr>
          <w:sz w:val="28"/>
          <w:lang w:val="ru-RU"/>
        </w:rPr>
        <w:t xml:space="preserve"> жильё, аренда, занятость и совмещение ролей; для сельских территорий </w:t>
      </w:r>
      <w:r w:rsidR="00387CF6" w:rsidRPr="007911BE">
        <w:rPr>
          <w:sz w:val="28"/>
          <w:lang w:val="ru-RU"/>
        </w:rPr>
        <w:t xml:space="preserve">– </w:t>
      </w:r>
      <w:r w:rsidRPr="007911BE">
        <w:rPr>
          <w:sz w:val="28"/>
          <w:lang w:val="ru-RU"/>
        </w:rPr>
        <w:t xml:space="preserve"> инфраструктура, транспорт, детские сады, медицинская доступность; для регионов высокой многодетности </w:t>
      </w:r>
      <w:r w:rsidR="00387CF6" w:rsidRPr="007911BE">
        <w:rPr>
          <w:sz w:val="28"/>
          <w:lang w:val="ru-RU"/>
        </w:rPr>
        <w:t xml:space="preserve">– </w:t>
      </w:r>
      <w:r w:rsidRPr="007911BE">
        <w:rPr>
          <w:sz w:val="28"/>
          <w:lang w:val="ru-RU"/>
        </w:rPr>
        <w:t xml:space="preserve"> снижение бедности, </w:t>
      </w:r>
      <w:r w:rsidRPr="007911BE">
        <w:rPr>
          <w:sz w:val="28"/>
          <w:lang w:val="ru-RU"/>
        </w:rPr>
        <w:lastRenderedPageBreak/>
        <w:t xml:space="preserve">жильё и детская инфраструктура; для </w:t>
      </w:r>
      <w:proofErr w:type="spellStart"/>
      <w:r w:rsidRPr="007911BE">
        <w:rPr>
          <w:sz w:val="28"/>
          <w:lang w:val="ru-RU"/>
        </w:rPr>
        <w:t>депопулирующих</w:t>
      </w:r>
      <w:proofErr w:type="spellEnd"/>
      <w:r w:rsidRPr="007911BE">
        <w:rPr>
          <w:sz w:val="28"/>
          <w:lang w:val="ru-RU"/>
        </w:rPr>
        <w:t xml:space="preserve"> регионов </w:t>
      </w:r>
      <w:r w:rsidR="00387CF6" w:rsidRPr="007911BE">
        <w:rPr>
          <w:sz w:val="28"/>
          <w:lang w:val="ru-RU"/>
        </w:rPr>
        <w:t xml:space="preserve">– </w:t>
      </w:r>
      <w:r w:rsidRPr="007911BE">
        <w:rPr>
          <w:sz w:val="28"/>
          <w:lang w:val="ru-RU"/>
        </w:rPr>
        <w:t xml:space="preserve"> удержание молодёжи и пространственное развитие.</w:t>
      </w:r>
    </w:p>
    <w:p w14:paraId="6DF6D5C3" w14:textId="77777777" w:rsidR="00F12170" w:rsidRPr="007911BE" w:rsidRDefault="00000000">
      <w:pPr>
        <w:rPr>
          <w:lang w:val="ru-RU"/>
        </w:rPr>
      </w:pPr>
      <w:r w:rsidRPr="007911BE">
        <w:rPr>
          <w:sz w:val="28"/>
          <w:lang w:val="ru-RU"/>
        </w:rPr>
        <w:t xml:space="preserve">Картографический мониторинг должен стать частью регулярной публичной панели нацпроекта. Рекомендуется ежегодно публиковать не только среднероссийские значения, но и карты факта, динамики, разрыва с целью и риска недостижения. Это позволит выявлять не отдельные «отстающие» регионы, а целые </w:t>
      </w:r>
      <w:proofErr w:type="spellStart"/>
      <w:r w:rsidRPr="007911BE">
        <w:rPr>
          <w:sz w:val="28"/>
          <w:lang w:val="ru-RU"/>
        </w:rPr>
        <w:t>макрозоны</w:t>
      </w:r>
      <w:proofErr w:type="spellEnd"/>
      <w:r w:rsidRPr="007911BE">
        <w:rPr>
          <w:sz w:val="28"/>
          <w:lang w:val="ru-RU"/>
        </w:rPr>
        <w:t xml:space="preserve"> демографического риска.</w:t>
      </w:r>
    </w:p>
    <w:p w14:paraId="317392ED" w14:textId="77777777" w:rsidR="00F12170" w:rsidRPr="007911BE" w:rsidRDefault="00000000" w:rsidP="00585C06">
      <w:pPr>
        <w:pStyle w:val="1"/>
      </w:pPr>
      <w:bookmarkStart w:id="27" w:name="_Toc228134073"/>
      <w:r w:rsidRPr="007911BE">
        <w:t>6. Кластеризация регионов, пространственная статистика и типология управленческих ситуаций</w:t>
      </w:r>
      <w:bookmarkEnd w:id="27"/>
    </w:p>
    <w:p w14:paraId="39D855F4" w14:textId="77777777" w:rsidR="00F12170" w:rsidRPr="007911BE" w:rsidRDefault="00000000" w:rsidP="00585C06">
      <w:pPr>
        <w:pStyle w:val="21"/>
      </w:pPr>
      <w:bookmarkStart w:id="28" w:name="_Toc228134074"/>
      <w:r w:rsidRPr="007911BE">
        <w:t>6.1. Методика</w:t>
      </w:r>
      <w:bookmarkEnd w:id="28"/>
    </w:p>
    <w:p w14:paraId="3B6652E6" w14:textId="77777777" w:rsidR="00F12170" w:rsidRPr="007911BE" w:rsidRDefault="00000000">
      <w:pPr>
        <w:rPr>
          <w:sz w:val="28"/>
          <w:szCs w:val="28"/>
          <w:lang w:val="ru-RU"/>
        </w:rPr>
      </w:pPr>
      <w:r w:rsidRPr="007911BE">
        <w:rPr>
          <w:sz w:val="28"/>
          <w:szCs w:val="28"/>
          <w:lang w:val="ru-RU"/>
        </w:rPr>
        <w:t xml:space="preserve">Региональная типология строилась по последним полным значениям доступных региональных показателей. Поскольку показатели измеряются в разных единицах </w:t>
      </w:r>
      <w:r w:rsidR="00387CF6" w:rsidRPr="007911BE">
        <w:rPr>
          <w:sz w:val="28"/>
          <w:szCs w:val="28"/>
          <w:lang w:val="ru-RU"/>
        </w:rPr>
        <w:t xml:space="preserve">– </w:t>
      </w:r>
      <w:r w:rsidRPr="007911BE">
        <w:rPr>
          <w:sz w:val="28"/>
          <w:szCs w:val="28"/>
          <w:lang w:val="ru-RU"/>
        </w:rPr>
        <w:t xml:space="preserve"> процентах, коэффициентах, промилле и абсолютных значениях, </w:t>
      </w:r>
      <w:r w:rsidR="00387CF6" w:rsidRPr="007911BE">
        <w:rPr>
          <w:sz w:val="28"/>
          <w:szCs w:val="28"/>
          <w:lang w:val="ru-RU"/>
        </w:rPr>
        <w:t xml:space="preserve">– </w:t>
      </w:r>
      <w:r w:rsidRPr="007911BE">
        <w:rPr>
          <w:sz w:val="28"/>
          <w:szCs w:val="28"/>
          <w:lang w:val="ru-RU"/>
        </w:rPr>
        <w:t xml:space="preserve"> первым шагом была стандартизация. Это означает перевод всех показателей на общую сопоставимую шкалу, чтобы один показатель не доминировал в расчётах только потому, что он выражен более крупными числами.</w:t>
      </w:r>
    </w:p>
    <w:p w14:paraId="5F87128D" w14:textId="77777777" w:rsidR="00F12170" w:rsidRPr="007911BE" w:rsidRDefault="00000000">
      <w:pPr>
        <w:rPr>
          <w:sz w:val="28"/>
          <w:szCs w:val="28"/>
          <w:lang w:val="ru-RU"/>
        </w:rPr>
      </w:pPr>
      <w:r w:rsidRPr="007911BE">
        <w:rPr>
          <w:sz w:val="28"/>
          <w:szCs w:val="28"/>
          <w:lang w:val="ru-RU"/>
        </w:rPr>
        <w:t>Для сводного сравнения использовалась кластеризация. Её смысл прост: алгоритм группирует субъекты РФ не по административной принадлежности, а по сходству фактического профиля показателей. В результате можно увидеть не абстрактные «север», «юг» или «центр», а реальные типы региональных ситуаций: например, сочетание высокой рождаемости с высокой бедностью или, наоборот, низкой рождаемости с более развитой инфраструктурой ухода.</w:t>
      </w:r>
    </w:p>
    <w:p w14:paraId="5BDF929F" w14:textId="77777777" w:rsidR="00F12170" w:rsidRPr="007911BE" w:rsidRDefault="00000000">
      <w:pPr>
        <w:rPr>
          <w:sz w:val="28"/>
          <w:szCs w:val="28"/>
          <w:lang w:val="ru-RU"/>
        </w:rPr>
      </w:pPr>
      <w:r w:rsidRPr="007911BE">
        <w:rPr>
          <w:sz w:val="28"/>
          <w:szCs w:val="28"/>
          <w:lang w:val="ru-RU"/>
        </w:rPr>
        <w:t>Анализ главных компонент (</w:t>
      </w:r>
      <w:r w:rsidRPr="007911BE">
        <w:rPr>
          <w:sz w:val="28"/>
          <w:szCs w:val="28"/>
        </w:rPr>
        <w:t>PCA</w:t>
      </w:r>
      <w:r w:rsidRPr="007911BE">
        <w:rPr>
          <w:sz w:val="28"/>
          <w:szCs w:val="28"/>
          <w:lang w:val="ru-RU"/>
        </w:rPr>
        <w:t>) применялся как инструмент сокращения размерности. В управленческом чтении это означает следующее: из большого набора взаимосвязанных показателей строятся две условные оси, на которых можно наглядно разместить регионы и увидеть, какие признаки вносят наибольший вклад в различия между ними. Метод не заменяет сами показатели, а помогает понять общую геометрию различий.</w:t>
      </w:r>
    </w:p>
    <w:p w14:paraId="2B08D114" w14:textId="77777777" w:rsidR="00F12170" w:rsidRPr="007911BE" w:rsidRDefault="00000000">
      <w:pPr>
        <w:rPr>
          <w:sz w:val="28"/>
          <w:szCs w:val="28"/>
          <w:lang w:val="ru-RU"/>
        </w:rPr>
      </w:pPr>
      <w:r w:rsidRPr="007911BE">
        <w:rPr>
          <w:sz w:val="28"/>
          <w:szCs w:val="28"/>
          <w:lang w:val="ru-RU"/>
        </w:rPr>
        <w:t>Интегральный индекс положения рассчитывался как суммарная диагностическая оценка многомерного положения региона. Он нужен не для того, чтобы «назначить победителя», а для быстрой навигации по совокупности признаков. При этом показатели с негативным смыслом, такие как бедность или младенческая смертность, предварительно разворачивались в правильную сторону, чтобы более благоприятные значения не ухудшали итоговый балл.</w:t>
      </w:r>
    </w:p>
    <w:p w14:paraId="0C49B4A6" w14:textId="77777777" w:rsidR="00F12170" w:rsidRPr="007911BE" w:rsidRDefault="00000000">
      <w:pPr>
        <w:rPr>
          <w:sz w:val="28"/>
          <w:szCs w:val="28"/>
          <w:lang w:val="ru-RU"/>
        </w:rPr>
      </w:pPr>
      <w:r w:rsidRPr="007911BE">
        <w:rPr>
          <w:sz w:val="28"/>
          <w:szCs w:val="28"/>
          <w:lang w:val="ru-RU"/>
        </w:rPr>
        <w:t xml:space="preserve">Метод </w:t>
      </w:r>
      <w:r w:rsidRPr="007911BE">
        <w:rPr>
          <w:sz w:val="28"/>
          <w:szCs w:val="28"/>
        </w:rPr>
        <w:t>Isolation</w:t>
      </w:r>
      <w:r w:rsidRPr="007911BE">
        <w:rPr>
          <w:sz w:val="28"/>
          <w:szCs w:val="28"/>
          <w:lang w:val="ru-RU"/>
        </w:rPr>
        <w:t xml:space="preserve"> </w:t>
      </w:r>
      <w:r w:rsidRPr="007911BE">
        <w:rPr>
          <w:sz w:val="28"/>
          <w:szCs w:val="28"/>
        </w:rPr>
        <w:t>Forest</w:t>
      </w:r>
      <w:r w:rsidRPr="007911BE">
        <w:rPr>
          <w:sz w:val="28"/>
          <w:szCs w:val="28"/>
          <w:lang w:val="ru-RU"/>
        </w:rPr>
        <w:t xml:space="preserve"> использовался для поиска аномальных регионов. В прикладном смысле это алгоритм, который ищет не просто низкие или высокие значения по одному показателю, а необычные комбинации признаков. Регион может оказаться аномальным не потому, что он «хуже всех», а потому, что сочетает редкий профиль, не похожий на большинство остальных субъектов. Для управления это особенно важно, поскольку именно такие регионы часто требуют не типового, а индивидуального решения.</w:t>
      </w:r>
    </w:p>
    <w:p w14:paraId="27BFF9C5" w14:textId="7F94F632" w:rsidR="00B408C8" w:rsidRDefault="00000000" w:rsidP="007911BE">
      <w:pPr>
        <w:rPr>
          <w:sz w:val="28"/>
          <w:szCs w:val="28"/>
          <w:lang w:val="ru-RU"/>
        </w:rPr>
      </w:pPr>
      <w:r w:rsidRPr="007911BE">
        <w:rPr>
          <w:sz w:val="28"/>
          <w:szCs w:val="28"/>
          <w:lang w:val="ru-RU"/>
        </w:rPr>
        <w:lastRenderedPageBreak/>
        <w:t xml:space="preserve">Пространственная статистика </w:t>
      </w:r>
      <w:r w:rsidRPr="007911BE">
        <w:rPr>
          <w:sz w:val="28"/>
          <w:szCs w:val="28"/>
        </w:rPr>
        <w:t>Moran</w:t>
      </w:r>
      <w:r w:rsidRPr="007911BE">
        <w:rPr>
          <w:sz w:val="28"/>
          <w:szCs w:val="28"/>
          <w:lang w:val="ru-RU"/>
        </w:rPr>
        <w:t>’</w:t>
      </w:r>
      <w:r w:rsidRPr="007911BE">
        <w:rPr>
          <w:sz w:val="28"/>
          <w:szCs w:val="28"/>
        </w:rPr>
        <w:t>s</w:t>
      </w:r>
      <w:r w:rsidRPr="007911BE">
        <w:rPr>
          <w:sz w:val="28"/>
          <w:szCs w:val="28"/>
          <w:lang w:val="ru-RU"/>
        </w:rPr>
        <w:t xml:space="preserve"> </w:t>
      </w:r>
      <w:r w:rsidRPr="007911BE">
        <w:rPr>
          <w:sz w:val="28"/>
          <w:szCs w:val="28"/>
        </w:rPr>
        <w:t>I</w:t>
      </w:r>
      <w:r w:rsidRPr="007911BE">
        <w:rPr>
          <w:sz w:val="28"/>
          <w:szCs w:val="28"/>
          <w:lang w:val="ru-RU"/>
        </w:rPr>
        <w:t xml:space="preserve"> и локальные индикаторы пространственной ассоциации </w:t>
      </w:r>
      <w:r w:rsidRPr="007911BE">
        <w:rPr>
          <w:sz w:val="28"/>
          <w:szCs w:val="28"/>
        </w:rPr>
        <w:t>LISA</w:t>
      </w:r>
      <w:r w:rsidRPr="007911BE">
        <w:rPr>
          <w:sz w:val="28"/>
          <w:szCs w:val="28"/>
          <w:lang w:val="ru-RU"/>
        </w:rPr>
        <w:t xml:space="preserve"> отвечают на вопрос, случайно ли распределены значения по территории. Глобальный </w:t>
      </w:r>
      <w:r w:rsidRPr="007911BE">
        <w:rPr>
          <w:sz w:val="28"/>
          <w:szCs w:val="28"/>
        </w:rPr>
        <w:t>Moran</w:t>
      </w:r>
      <w:r w:rsidRPr="007911BE">
        <w:rPr>
          <w:sz w:val="28"/>
          <w:szCs w:val="28"/>
          <w:lang w:val="ru-RU"/>
        </w:rPr>
        <w:t>’</w:t>
      </w:r>
      <w:r w:rsidRPr="007911BE">
        <w:rPr>
          <w:sz w:val="28"/>
          <w:szCs w:val="28"/>
        </w:rPr>
        <w:t>s</w:t>
      </w:r>
      <w:r w:rsidRPr="007911BE">
        <w:rPr>
          <w:sz w:val="28"/>
          <w:szCs w:val="28"/>
          <w:lang w:val="ru-RU"/>
        </w:rPr>
        <w:t xml:space="preserve"> </w:t>
      </w:r>
      <w:r w:rsidRPr="007911BE">
        <w:rPr>
          <w:sz w:val="28"/>
          <w:szCs w:val="28"/>
        </w:rPr>
        <w:t>I</w:t>
      </w:r>
      <w:r w:rsidRPr="007911BE">
        <w:rPr>
          <w:sz w:val="28"/>
          <w:szCs w:val="28"/>
          <w:lang w:val="ru-RU"/>
        </w:rPr>
        <w:t xml:space="preserve"> показывает, есть ли в целом тенденция соседних регионов иметь похожие значения. </w:t>
      </w:r>
      <w:r w:rsidRPr="007911BE">
        <w:rPr>
          <w:sz w:val="28"/>
          <w:szCs w:val="28"/>
        </w:rPr>
        <w:t>LISA</w:t>
      </w:r>
      <w:r w:rsidRPr="007911BE">
        <w:rPr>
          <w:sz w:val="28"/>
          <w:szCs w:val="28"/>
          <w:lang w:val="ru-RU"/>
        </w:rPr>
        <w:t xml:space="preserve"> уточняет, где именно находятся локальные кластеры высокого и низкого уровня и где встречаются пространственные выбросы. Иными словами, эти методы позволяют перейти от фразы «регионы различаются» к пониманию, формируют ли они устойчивые территориальные зоны, требующие разной политики.</w:t>
      </w:r>
    </w:p>
    <w:p w14:paraId="2AD6DF47" w14:textId="77777777" w:rsidR="007911BE" w:rsidRPr="007911BE" w:rsidRDefault="007911BE" w:rsidP="007911BE">
      <w:pPr>
        <w:rPr>
          <w:sz w:val="28"/>
          <w:szCs w:val="28"/>
          <w:lang w:val="ru-RU"/>
        </w:rPr>
      </w:pPr>
    </w:p>
    <w:p w14:paraId="0ADDC31A" w14:textId="77777777" w:rsidR="00F12170" w:rsidRPr="007911BE" w:rsidRDefault="00000000">
      <w:pPr>
        <w:ind w:firstLine="0"/>
        <w:jc w:val="left"/>
        <w:rPr>
          <w:sz w:val="24"/>
          <w:szCs w:val="24"/>
          <w:lang w:val="ru-RU"/>
        </w:rPr>
      </w:pPr>
      <w:r w:rsidRPr="007911BE">
        <w:rPr>
          <w:sz w:val="24"/>
          <w:szCs w:val="24"/>
          <w:lang w:val="ru-RU"/>
        </w:rPr>
        <w:t xml:space="preserve">Таблица 15 </w:t>
      </w:r>
      <w:r w:rsidR="00387CF6" w:rsidRPr="007911BE">
        <w:rPr>
          <w:sz w:val="24"/>
          <w:szCs w:val="24"/>
          <w:lang w:val="ru-RU"/>
        </w:rPr>
        <w:t xml:space="preserve">– </w:t>
      </w:r>
      <w:r w:rsidRPr="007911BE">
        <w:rPr>
          <w:sz w:val="24"/>
          <w:szCs w:val="24"/>
          <w:lang w:val="ru-RU"/>
        </w:rPr>
        <w:t xml:space="preserve"> Глобальная пространственная автокорреляция региональных показателей</w:t>
      </w:r>
    </w:p>
    <w:tbl>
      <w:tblPr>
        <w:tblStyle w:val="aff0"/>
        <w:tblW w:w="0" w:type="auto"/>
        <w:jc w:val="center"/>
        <w:tblLook w:val="04A0" w:firstRow="1" w:lastRow="0" w:firstColumn="1" w:lastColumn="0" w:noHBand="0" w:noVBand="1"/>
      </w:tblPr>
      <w:tblGrid>
        <w:gridCol w:w="1157"/>
        <w:gridCol w:w="4928"/>
        <w:gridCol w:w="995"/>
        <w:gridCol w:w="794"/>
        <w:gridCol w:w="756"/>
        <w:gridCol w:w="1225"/>
      </w:tblGrid>
      <w:tr w:rsidR="00F12170" w:rsidRPr="007911BE" w14:paraId="60CB5770" w14:textId="77777777" w:rsidTr="0084017B">
        <w:trPr>
          <w:jc w:val="center"/>
        </w:trPr>
        <w:tc>
          <w:tcPr>
            <w:tcW w:w="0" w:type="auto"/>
            <w:vAlign w:val="center"/>
          </w:tcPr>
          <w:p w14:paraId="78926953" w14:textId="77777777" w:rsidR="00F12170" w:rsidRPr="007911BE" w:rsidRDefault="00000000">
            <w:pPr>
              <w:ind w:firstLine="0"/>
              <w:jc w:val="center"/>
            </w:pPr>
            <w:proofErr w:type="spellStart"/>
            <w:r w:rsidRPr="007911BE">
              <w:rPr>
                <w:b/>
                <w:sz w:val="24"/>
              </w:rPr>
              <w:t>Код</w:t>
            </w:r>
            <w:proofErr w:type="spellEnd"/>
          </w:p>
        </w:tc>
        <w:tc>
          <w:tcPr>
            <w:tcW w:w="0" w:type="auto"/>
            <w:vAlign w:val="center"/>
          </w:tcPr>
          <w:p w14:paraId="23DF8DCA" w14:textId="77777777" w:rsidR="00F12170" w:rsidRPr="007911BE" w:rsidRDefault="00000000">
            <w:pPr>
              <w:ind w:firstLine="0"/>
              <w:jc w:val="center"/>
            </w:pPr>
            <w:proofErr w:type="spellStart"/>
            <w:r w:rsidRPr="007911BE">
              <w:rPr>
                <w:b/>
                <w:sz w:val="24"/>
              </w:rPr>
              <w:t>Показатель</w:t>
            </w:r>
            <w:proofErr w:type="spellEnd"/>
          </w:p>
        </w:tc>
        <w:tc>
          <w:tcPr>
            <w:tcW w:w="0" w:type="auto"/>
            <w:vAlign w:val="center"/>
          </w:tcPr>
          <w:p w14:paraId="524F42F1" w14:textId="77777777" w:rsidR="00F12170" w:rsidRPr="007911BE" w:rsidRDefault="00000000">
            <w:pPr>
              <w:ind w:firstLine="0"/>
              <w:jc w:val="center"/>
            </w:pPr>
            <w:r w:rsidRPr="007911BE">
              <w:rPr>
                <w:b/>
                <w:sz w:val="24"/>
              </w:rPr>
              <w:t>Moran I</w:t>
            </w:r>
          </w:p>
        </w:tc>
        <w:tc>
          <w:tcPr>
            <w:tcW w:w="0" w:type="auto"/>
            <w:vAlign w:val="center"/>
          </w:tcPr>
          <w:p w14:paraId="45C7F91B" w14:textId="77777777" w:rsidR="00F12170" w:rsidRPr="007911BE" w:rsidRDefault="00000000">
            <w:pPr>
              <w:ind w:firstLine="0"/>
              <w:jc w:val="center"/>
            </w:pPr>
            <w:r w:rsidRPr="007911BE">
              <w:rPr>
                <w:b/>
                <w:sz w:val="24"/>
              </w:rPr>
              <w:t>z</w:t>
            </w:r>
          </w:p>
        </w:tc>
        <w:tc>
          <w:tcPr>
            <w:tcW w:w="0" w:type="auto"/>
            <w:vAlign w:val="center"/>
          </w:tcPr>
          <w:p w14:paraId="23AC6DAE" w14:textId="77777777" w:rsidR="00F12170" w:rsidRPr="007911BE" w:rsidRDefault="00000000">
            <w:pPr>
              <w:ind w:firstLine="0"/>
              <w:jc w:val="center"/>
            </w:pPr>
            <w:r w:rsidRPr="007911BE">
              <w:rPr>
                <w:b/>
                <w:sz w:val="24"/>
              </w:rPr>
              <w:t>p</w:t>
            </w:r>
          </w:p>
        </w:tc>
        <w:tc>
          <w:tcPr>
            <w:tcW w:w="0" w:type="auto"/>
            <w:vAlign w:val="center"/>
          </w:tcPr>
          <w:p w14:paraId="28F88321" w14:textId="77777777" w:rsidR="00F12170" w:rsidRPr="007911BE" w:rsidRDefault="00000000">
            <w:pPr>
              <w:ind w:firstLine="0"/>
              <w:jc w:val="center"/>
            </w:pPr>
            <w:proofErr w:type="spellStart"/>
            <w:r w:rsidRPr="007911BE">
              <w:rPr>
                <w:b/>
                <w:sz w:val="24"/>
              </w:rPr>
              <w:t>Регионов</w:t>
            </w:r>
            <w:proofErr w:type="spellEnd"/>
          </w:p>
        </w:tc>
      </w:tr>
      <w:tr w:rsidR="00F12170" w:rsidRPr="007911BE" w14:paraId="6170DFDA" w14:textId="77777777" w:rsidTr="0084017B">
        <w:trPr>
          <w:jc w:val="center"/>
        </w:trPr>
        <w:tc>
          <w:tcPr>
            <w:tcW w:w="0" w:type="auto"/>
            <w:vAlign w:val="center"/>
          </w:tcPr>
          <w:p w14:paraId="73E64458" w14:textId="77777777" w:rsidR="00F12170" w:rsidRPr="007911BE" w:rsidRDefault="00000000">
            <w:pPr>
              <w:ind w:firstLine="0"/>
              <w:jc w:val="left"/>
            </w:pPr>
            <w:r w:rsidRPr="007911BE">
              <w:rPr>
                <w:sz w:val="24"/>
              </w:rPr>
              <w:t>2.14.Я.3</w:t>
            </w:r>
          </w:p>
        </w:tc>
        <w:tc>
          <w:tcPr>
            <w:tcW w:w="0" w:type="auto"/>
            <w:vAlign w:val="center"/>
          </w:tcPr>
          <w:p w14:paraId="63D8C9F2" w14:textId="77777777" w:rsidR="00F12170" w:rsidRPr="007911BE" w:rsidRDefault="00000000">
            <w:pPr>
              <w:ind w:firstLine="0"/>
              <w:jc w:val="left"/>
              <w:rPr>
                <w:lang w:val="ru-RU"/>
              </w:rPr>
            </w:pPr>
            <w:r w:rsidRPr="007911BE">
              <w:rPr>
                <w:sz w:val="24"/>
                <w:lang w:val="ru-RU"/>
              </w:rPr>
              <w:t>Суммарный коэффициент рождаемости третьих и последующих детей (Я</w:t>
            </w:r>
            <w:r w:rsidR="0084017B" w:rsidRPr="007911BE">
              <w:rPr>
                <w:sz w:val="24"/>
                <w:lang w:val="ru-RU"/>
              </w:rPr>
              <w:t>2)</w:t>
            </w:r>
          </w:p>
        </w:tc>
        <w:tc>
          <w:tcPr>
            <w:tcW w:w="0" w:type="auto"/>
            <w:vAlign w:val="center"/>
          </w:tcPr>
          <w:p w14:paraId="0EC82B00" w14:textId="77777777" w:rsidR="00F12170" w:rsidRPr="007911BE" w:rsidRDefault="00000000">
            <w:pPr>
              <w:ind w:firstLine="0"/>
              <w:jc w:val="left"/>
            </w:pPr>
            <w:r w:rsidRPr="007911BE">
              <w:rPr>
                <w:sz w:val="24"/>
              </w:rPr>
              <w:t>0,470</w:t>
            </w:r>
          </w:p>
        </w:tc>
        <w:tc>
          <w:tcPr>
            <w:tcW w:w="0" w:type="auto"/>
            <w:vAlign w:val="center"/>
          </w:tcPr>
          <w:p w14:paraId="30264990" w14:textId="77777777" w:rsidR="00F12170" w:rsidRPr="007911BE" w:rsidRDefault="00000000">
            <w:pPr>
              <w:ind w:firstLine="0"/>
              <w:jc w:val="left"/>
            </w:pPr>
            <w:r w:rsidRPr="007911BE">
              <w:rPr>
                <w:sz w:val="24"/>
              </w:rPr>
              <w:t>6,840</w:t>
            </w:r>
          </w:p>
        </w:tc>
        <w:tc>
          <w:tcPr>
            <w:tcW w:w="0" w:type="auto"/>
            <w:vAlign w:val="center"/>
          </w:tcPr>
          <w:p w14:paraId="47E0D362" w14:textId="77777777" w:rsidR="00F12170" w:rsidRPr="007911BE" w:rsidRDefault="00000000">
            <w:pPr>
              <w:ind w:firstLine="0"/>
              <w:jc w:val="left"/>
            </w:pPr>
            <w:r w:rsidRPr="007911BE">
              <w:rPr>
                <w:sz w:val="24"/>
              </w:rPr>
              <w:t>0,010</w:t>
            </w:r>
          </w:p>
        </w:tc>
        <w:tc>
          <w:tcPr>
            <w:tcW w:w="0" w:type="auto"/>
            <w:vAlign w:val="center"/>
          </w:tcPr>
          <w:p w14:paraId="171A27AD" w14:textId="77777777" w:rsidR="00F12170" w:rsidRPr="007911BE" w:rsidRDefault="00000000">
            <w:pPr>
              <w:ind w:firstLine="0"/>
              <w:jc w:val="left"/>
            </w:pPr>
            <w:r w:rsidRPr="007911BE">
              <w:rPr>
                <w:sz w:val="24"/>
              </w:rPr>
              <w:t>85</w:t>
            </w:r>
          </w:p>
        </w:tc>
      </w:tr>
      <w:tr w:rsidR="00F12170" w:rsidRPr="007911BE" w14:paraId="78CF448D" w14:textId="77777777" w:rsidTr="0084017B">
        <w:trPr>
          <w:jc w:val="center"/>
        </w:trPr>
        <w:tc>
          <w:tcPr>
            <w:tcW w:w="0" w:type="auto"/>
            <w:vAlign w:val="center"/>
          </w:tcPr>
          <w:p w14:paraId="42489D64" w14:textId="77777777" w:rsidR="00F12170" w:rsidRPr="007911BE" w:rsidRDefault="00000000">
            <w:pPr>
              <w:ind w:firstLine="0"/>
              <w:jc w:val="left"/>
            </w:pPr>
            <w:r w:rsidRPr="007911BE">
              <w:rPr>
                <w:sz w:val="24"/>
              </w:rPr>
              <w:t>2.14.Я.2</w:t>
            </w:r>
          </w:p>
        </w:tc>
        <w:tc>
          <w:tcPr>
            <w:tcW w:w="0" w:type="auto"/>
            <w:vAlign w:val="center"/>
          </w:tcPr>
          <w:p w14:paraId="76CACE15" w14:textId="77777777" w:rsidR="00F12170" w:rsidRPr="007911BE" w:rsidRDefault="00000000">
            <w:pPr>
              <w:ind w:firstLine="0"/>
              <w:jc w:val="left"/>
            </w:pPr>
            <w:proofErr w:type="spellStart"/>
            <w:r w:rsidRPr="007911BE">
              <w:rPr>
                <w:sz w:val="24"/>
              </w:rPr>
              <w:t>Суммарный</w:t>
            </w:r>
            <w:proofErr w:type="spellEnd"/>
            <w:r w:rsidRPr="007911BE">
              <w:rPr>
                <w:sz w:val="24"/>
              </w:rPr>
              <w:t xml:space="preserve"> </w:t>
            </w:r>
            <w:proofErr w:type="spellStart"/>
            <w:r w:rsidRPr="007911BE">
              <w:rPr>
                <w:sz w:val="24"/>
              </w:rPr>
              <w:t>коэффициент</w:t>
            </w:r>
            <w:proofErr w:type="spellEnd"/>
            <w:r w:rsidRPr="007911BE">
              <w:rPr>
                <w:sz w:val="24"/>
              </w:rPr>
              <w:t xml:space="preserve"> </w:t>
            </w:r>
            <w:proofErr w:type="spellStart"/>
            <w:r w:rsidRPr="007911BE">
              <w:rPr>
                <w:sz w:val="24"/>
              </w:rPr>
              <w:t>рождаемости</w:t>
            </w:r>
            <w:proofErr w:type="spellEnd"/>
            <w:r w:rsidRPr="007911BE">
              <w:rPr>
                <w:sz w:val="24"/>
              </w:rPr>
              <w:t xml:space="preserve"> (Я1)</w:t>
            </w:r>
          </w:p>
        </w:tc>
        <w:tc>
          <w:tcPr>
            <w:tcW w:w="0" w:type="auto"/>
            <w:vAlign w:val="center"/>
          </w:tcPr>
          <w:p w14:paraId="5D50E3C7" w14:textId="77777777" w:rsidR="00F12170" w:rsidRPr="007911BE" w:rsidRDefault="00000000">
            <w:pPr>
              <w:ind w:firstLine="0"/>
              <w:jc w:val="left"/>
            </w:pPr>
            <w:r w:rsidRPr="007911BE">
              <w:rPr>
                <w:sz w:val="24"/>
              </w:rPr>
              <w:t>0,361</w:t>
            </w:r>
          </w:p>
        </w:tc>
        <w:tc>
          <w:tcPr>
            <w:tcW w:w="0" w:type="auto"/>
            <w:vAlign w:val="center"/>
          </w:tcPr>
          <w:p w14:paraId="033F35B8" w14:textId="77777777" w:rsidR="00F12170" w:rsidRPr="007911BE" w:rsidRDefault="00000000">
            <w:pPr>
              <w:ind w:firstLine="0"/>
              <w:jc w:val="left"/>
            </w:pPr>
            <w:r w:rsidRPr="007911BE">
              <w:rPr>
                <w:sz w:val="24"/>
              </w:rPr>
              <w:t>4,996</w:t>
            </w:r>
          </w:p>
        </w:tc>
        <w:tc>
          <w:tcPr>
            <w:tcW w:w="0" w:type="auto"/>
            <w:vAlign w:val="center"/>
          </w:tcPr>
          <w:p w14:paraId="2AFC80F4" w14:textId="77777777" w:rsidR="00F12170" w:rsidRPr="007911BE" w:rsidRDefault="00000000">
            <w:pPr>
              <w:ind w:firstLine="0"/>
              <w:jc w:val="left"/>
            </w:pPr>
            <w:r w:rsidRPr="007911BE">
              <w:rPr>
                <w:sz w:val="24"/>
              </w:rPr>
              <w:t>0,010</w:t>
            </w:r>
          </w:p>
        </w:tc>
        <w:tc>
          <w:tcPr>
            <w:tcW w:w="0" w:type="auto"/>
            <w:vAlign w:val="center"/>
          </w:tcPr>
          <w:p w14:paraId="33EBD175" w14:textId="77777777" w:rsidR="00F12170" w:rsidRPr="007911BE" w:rsidRDefault="00000000">
            <w:pPr>
              <w:ind w:firstLine="0"/>
              <w:jc w:val="left"/>
            </w:pPr>
            <w:r w:rsidRPr="007911BE">
              <w:rPr>
                <w:sz w:val="24"/>
              </w:rPr>
              <w:t>85</w:t>
            </w:r>
          </w:p>
        </w:tc>
      </w:tr>
      <w:tr w:rsidR="00F12170" w:rsidRPr="007911BE" w14:paraId="58691882" w14:textId="77777777" w:rsidTr="0084017B">
        <w:trPr>
          <w:jc w:val="center"/>
        </w:trPr>
        <w:tc>
          <w:tcPr>
            <w:tcW w:w="0" w:type="auto"/>
            <w:vAlign w:val="center"/>
          </w:tcPr>
          <w:p w14:paraId="4285C744" w14:textId="77777777" w:rsidR="00F12170" w:rsidRPr="007911BE" w:rsidRDefault="00000000">
            <w:pPr>
              <w:ind w:firstLine="0"/>
              <w:jc w:val="left"/>
            </w:pPr>
            <w:r w:rsidRPr="007911BE">
              <w:rPr>
                <w:sz w:val="24"/>
              </w:rPr>
              <w:t>2.14.Я.1</w:t>
            </w:r>
          </w:p>
        </w:tc>
        <w:tc>
          <w:tcPr>
            <w:tcW w:w="0" w:type="auto"/>
            <w:vAlign w:val="center"/>
          </w:tcPr>
          <w:p w14:paraId="213A40DD" w14:textId="77777777" w:rsidR="00F12170" w:rsidRPr="007911BE" w:rsidRDefault="00000000">
            <w:pPr>
              <w:ind w:firstLine="0"/>
              <w:jc w:val="left"/>
              <w:rPr>
                <w:lang w:val="ru-RU"/>
              </w:rPr>
            </w:pPr>
            <w:r w:rsidRPr="007911BE">
              <w:rPr>
                <w:sz w:val="24"/>
                <w:lang w:val="ru-RU"/>
              </w:rPr>
              <w:t>Уровень бедности среди многодетных семей</w:t>
            </w:r>
          </w:p>
        </w:tc>
        <w:tc>
          <w:tcPr>
            <w:tcW w:w="0" w:type="auto"/>
            <w:vAlign w:val="center"/>
          </w:tcPr>
          <w:p w14:paraId="52D72ADC" w14:textId="77777777" w:rsidR="00F12170" w:rsidRPr="007911BE" w:rsidRDefault="00000000">
            <w:pPr>
              <w:ind w:firstLine="0"/>
              <w:jc w:val="left"/>
            </w:pPr>
            <w:r w:rsidRPr="007911BE">
              <w:rPr>
                <w:sz w:val="24"/>
              </w:rPr>
              <w:t>0,196</w:t>
            </w:r>
          </w:p>
        </w:tc>
        <w:tc>
          <w:tcPr>
            <w:tcW w:w="0" w:type="auto"/>
            <w:vAlign w:val="center"/>
          </w:tcPr>
          <w:p w14:paraId="23942C31" w14:textId="77777777" w:rsidR="00F12170" w:rsidRPr="007911BE" w:rsidRDefault="00000000">
            <w:pPr>
              <w:ind w:firstLine="0"/>
              <w:jc w:val="left"/>
            </w:pPr>
            <w:r w:rsidRPr="007911BE">
              <w:rPr>
                <w:sz w:val="24"/>
              </w:rPr>
              <w:t>2,988</w:t>
            </w:r>
          </w:p>
        </w:tc>
        <w:tc>
          <w:tcPr>
            <w:tcW w:w="0" w:type="auto"/>
            <w:vAlign w:val="center"/>
          </w:tcPr>
          <w:p w14:paraId="0670075B" w14:textId="77777777" w:rsidR="00F12170" w:rsidRPr="007911BE" w:rsidRDefault="00000000">
            <w:pPr>
              <w:ind w:firstLine="0"/>
              <w:jc w:val="left"/>
            </w:pPr>
            <w:r w:rsidRPr="007911BE">
              <w:rPr>
                <w:sz w:val="24"/>
              </w:rPr>
              <w:t>0,020</w:t>
            </w:r>
          </w:p>
        </w:tc>
        <w:tc>
          <w:tcPr>
            <w:tcW w:w="0" w:type="auto"/>
            <w:vAlign w:val="center"/>
          </w:tcPr>
          <w:p w14:paraId="12D6E057" w14:textId="77777777" w:rsidR="00F12170" w:rsidRPr="007911BE" w:rsidRDefault="00000000">
            <w:pPr>
              <w:ind w:firstLine="0"/>
              <w:jc w:val="left"/>
            </w:pPr>
            <w:r w:rsidRPr="007911BE">
              <w:rPr>
                <w:sz w:val="24"/>
              </w:rPr>
              <w:t>85</w:t>
            </w:r>
          </w:p>
        </w:tc>
      </w:tr>
      <w:tr w:rsidR="00F12170" w:rsidRPr="007911BE" w14:paraId="0F4CD6D3" w14:textId="77777777" w:rsidTr="0084017B">
        <w:trPr>
          <w:jc w:val="center"/>
        </w:trPr>
        <w:tc>
          <w:tcPr>
            <w:tcW w:w="0" w:type="auto"/>
            <w:vAlign w:val="center"/>
          </w:tcPr>
          <w:p w14:paraId="52DE2830" w14:textId="77777777" w:rsidR="00F12170" w:rsidRPr="007911BE" w:rsidRDefault="00000000">
            <w:pPr>
              <w:ind w:firstLine="0"/>
              <w:jc w:val="left"/>
            </w:pPr>
            <w:r w:rsidRPr="007911BE">
              <w:rPr>
                <w:sz w:val="24"/>
              </w:rPr>
              <w:t>2.14.Я3.3</w:t>
            </w:r>
          </w:p>
        </w:tc>
        <w:tc>
          <w:tcPr>
            <w:tcW w:w="0" w:type="auto"/>
            <w:vAlign w:val="center"/>
          </w:tcPr>
          <w:p w14:paraId="2FB8A808" w14:textId="77777777" w:rsidR="00F12170" w:rsidRPr="007911BE" w:rsidRDefault="00000000">
            <w:pPr>
              <w:ind w:firstLine="0"/>
              <w:jc w:val="left"/>
            </w:pPr>
            <w:proofErr w:type="spellStart"/>
            <w:r w:rsidRPr="007911BE">
              <w:rPr>
                <w:sz w:val="24"/>
              </w:rPr>
              <w:t>Младенческая</w:t>
            </w:r>
            <w:proofErr w:type="spellEnd"/>
            <w:r w:rsidRPr="007911BE">
              <w:rPr>
                <w:sz w:val="24"/>
              </w:rPr>
              <w:t xml:space="preserve"> </w:t>
            </w:r>
            <w:proofErr w:type="spellStart"/>
            <w:r w:rsidRPr="007911BE">
              <w:rPr>
                <w:sz w:val="24"/>
              </w:rPr>
              <w:t>смертность</w:t>
            </w:r>
            <w:proofErr w:type="spellEnd"/>
          </w:p>
        </w:tc>
        <w:tc>
          <w:tcPr>
            <w:tcW w:w="0" w:type="auto"/>
            <w:vAlign w:val="center"/>
          </w:tcPr>
          <w:p w14:paraId="5A1318A4" w14:textId="77777777" w:rsidR="00F12170" w:rsidRPr="007911BE" w:rsidRDefault="00000000">
            <w:pPr>
              <w:ind w:firstLine="0"/>
              <w:jc w:val="left"/>
            </w:pPr>
            <w:r w:rsidRPr="007911BE">
              <w:rPr>
                <w:sz w:val="24"/>
              </w:rPr>
              <w:t>0,131</w:t>
            </w:r>
          </w:p>
        </w:tc>
        <w:tc>
          <w:tcPr>
            <w:tcW w:w="0" w:type="auto"/>
            <w:vAlign w:val="center"/>
          </w:tcPr>
          <w:p w14:paraId="29A52E56" w14:textId="77777777" w:rsidR="00F12170" w:rsidRPr="007911BE" w:rsidRDefault="00000000">
            <w:pPr>
              <w:ind w:firstLine="0"/>
              <w:jc w:val="left"/>
            </w:pPr>
            <w:r w:rsidRPr="007911BE">
              <w:rPr>
                <w:sz w:val="24"/>
              </w:rPr>
              <w:t>2,225</w:t>
            </w:r>
          </w:p>
        </w:tc>
        <w:tc>
          <w:tcPr>
            <w:tcW w:w="0" w:type="auto"/>
            <w:vAlign w:val="center"/>
          </w:tcPr>
          <w:p w14:paraId="40EF5C27" w14:textId="77777777" w:rsidR="00F12170" w:rsidRPr="007911BE" w:rsidRDefault="00000000">
            <w:pPr>
              <w:ind w:firstLine="0"/>
              <w:jc w:val="left"/>
            </w:pPr>
            <w:r w:rsidRPr="007911BE">
              <w:rPr>
                <w:sz w:val="24"/>
              </w:rPr>
              <w:t>0,070</w:t>
            </w:r>
          </w:p>
        </w:tc>
        <w:tc>
          <w:tcPr>
            <w:tcW w:w="0" w:type="auto"/>
            <w:vAlign w:val="center"/>
          </w:tcPr>
          <w:p w14:paraId="39AF25E0" w14:textId="77777777" w:rsidR="00F12170" w:rsidRPr="007911BE" w:rsidRDefault="00000000">
            <w:pPr>
              <w:ind w:firstLine="0"/>
              <w:jc w:val="left"/>
            </w:pPr>
            <w:r w:rsidRPr="007911BE">
              <w:rPr>
                <w:sz w:val="24"/>
              </w:rPr>
              <w:t>85</w:t>
            </w:r>
          </w:p>
        </w:tc>
      </w:tr>
      <w:tr w:rsidR="00F12170" w:rsidRPr="007911BE" w14:paraId="21505433" w14:textId="77777777" w:rsidTr="0084017B">
        <w:trPr>
          <w:jc w:val="center"/>
        </w:trPr>
        <w:tc>
          <w:tcPr>
            <w:tcW w:w="0" w:type="auto"/>
            <w:vAlign w:val="center"/>
          </w:tcPr>
          <w:p w14:paraId="11DA04F8" w14:textId="77777777" w:rsidR="00F12170" w:rsidRPr="007911BE" w:rsidRDefault="00000000">
            <w:pPr>
              <w:ind w:firstLine="0"/>
              <w:jc w:val="left"/>
            </w:pPr>
            <w:r w:rsidRPr="007911BE">
              <w:rPr>
                <w:sz w:val="24"/>
              </w:rPr>
              <w:t>2.14.Я.6</w:t>
            </w:r>
          </w:p>
        </w:tc>
        <w:tc>
          <w:tcPr>
            <w:tcW w:w="0" w:type="auto"/>
            <w:vAlign w:val="center"/>
          </w:tcPr>
          <w:p w14:paraId="73FD46ED" w14:textId="77777777" w:rsidR="00F12170" w:rsidRPr="007911BE" w:rsidRDefault="00000000">
            <w:pPr>
              <w:ind w:firstLine="0"/>
              <w:jc w:val="left"/>
              <w:rPr>
                <w:lang w:val="ru-RU"/>
              </w:rPr>
            </w:pPr>
            <w:r w:rsidRPr="007911BE">
              <w:rPr>
                <w:sz w:val="24"/>
                <w:lang w:val="ru-RU"/>
              </w:rPr>
              <w:t xml:space="preserve">Уровень удовлетворенности граждан работой государственных и </w:t>
            </w:r>
            <w:proofErr w:type="spellStart"/>
            <w:r w:rsidRPr="007911BE">
              <w:rPr>
                <w:sz w:val="24"/>
                <w:lang w:val="ru-RU"/>
              </w:rPr>
              <w:t>муни</w:t>
            </w:r>
            <w:proofErr w:type="spellEnd"/>
            <w:r w:rsidRPr="007911BE">
              <w:rPr>
                <w:sz w:val="24"/>
                <w:lang w:val="ru-RU"/>
              </w:rPr>
              <w:t>…</w:t>
            </w:r>
          </w:p>
        </w:tc>
        <w:tc>
          <w:tcPr>
            <w:tcW w:w="0" w:type="auto"/>
            <w:vAlign w:val="center"/>
          </w:tcPr>
          <w:p w14:paraId="5696F213" w14:textId="77777777" w:rsidR="00F12170" w:rsidRPr="007911BE" w:rsidRDefault="00000000">
            <w:pPr>
              <w:ind w:firstLine="0"/>
              <w:jc w:val="left"/>
            </w:pPr>
            <w:r w:rsidRPr="007911BE">
              <w:rPr>
                <w:sz w:val="24"/>
              </w:rPr>
              <w:t>0,040</w:t>
            </w:r>
          </w:p>
        </w:tc>
        <w:tc>
          <w:tcPr>
            <w:tcW w:w="0" w:type="auto"/>
            <w:vAlign w:val="center"/>
          </w:tcPr>
          <w:p w14:paraId="77D1A608" w14:textId="77777777" w:rsidR="00F12170" w:rsidRPr="007911BE" w:rsidRDefault="00000000">
            <w:pPr>
              <w:ind w:firstLine="0"/>
              <w:jc w:val="left"/>
            </w:pPr>
            <w:r w:rsidRPr="007911BE">
              <w:rPr>
                <w:sz w:val="24"/>
              </w:rPr>
              <w:t>0,696</w:t>
            </w:r>
          </w:p>
        </w:tc>
        <w:tc>
          <w:tcPr>
            <w:tcW w:w="0" w:type="auto"/>
            <w:vAlign w:val="center"/>
          </w:tcPr>
          <w:p w14:paraId="40DB66A9" w14:textId="77777777" w:rsidR="00F12170" w:rsidRPr="007911BE" w:rsidRDefault="00000000">
            <w:pPr>
              <w:ind w:firstLine="0"/>
              <w:jc w:val="left"/>
            </w:pPr>
            <w:r w:rsidRPr="007911BE">
              <w:rPr>
                <w:sz w:val="24"/>
              </w:rPr>
              <w:t>0,540</w:t>
            </w:r>
          </w:p>
        </w:tc>
        <w:tc>
          <w:tcPr>
            <w:tcW w:w="0" w:type="auto"/>
            <w:vAlign w:val="center"/>
          </w:tcPr>
          <w:p w14:paraId="3BFE2EA5" w14:textId="77777777" w:rsidR="00F12170" w:rsidRPr="007911BE" w:rsidRDefault="00000000">
            <w:pPr>
              <w:ind w:firstLine="0"/>
              <w:jc w:val="left"/>
            </w:pPr>
            <w:r w:rsidRPr="007911BE">
              <w:rPr>
                <w:sz w:val="24"/>
              </w:rPr>
              <w:t>85</w:t>
            </w:r>
          </w:p>
        </w:tc>
      </w:tr>
      <w:tr w:rsidR="00F12170" w:rsidRPr="007911BE" w14:paraId="09CDD721" w14:textId="77777777" w:rsidTr="0084017B">
        <w:trPr>
          <w:jc w:val="center"/>
        </w:trPr>
        <w:tc>
          <w:tcPr>
            <w:tcW w:w="0" w:type="auto"/>
            <w:vAlign w:val="center"/>
          </w:tcPr>
          <w:p w14:paraId="21BADD5B" w14:textId="77777777" w:rsidR="00F12170" w:rsidRPr="007911BE" w:rsidRDefault="00000000">
            <w:pPr>
              <w:ind w:firstLine="0"/>
              <w:jc w:val="left"/>
            </w:pPr>
            <w:r w:rsidRPr="007911BE">
              <w:rPr>
                <w:sz w:val="24"/>
              </w:rPr>
              <w:t>2.14.Я3.5</w:t>
            </w:r>
          </w:p>
        </w:tc>
        <w:tc>
          <w:tcPr>
            <w:tcW w:w="0" w:type="auto"/>
            <w:vAlign w:val="center"/>
          </w:tcPr>
          <w:p w14:paraId="18CAA1B6" w14:textId="77777777" w:rsidR="00F12170" w:rsidRPr="007911BE" w:rsidRDefault="00000000">
            <w:pPr>
              <w:ind w:firstLine="0"/>
              <w:jc w:val="left"/>
              <w:rPr>
                <w:lang w:val="ru-RU"/>
              </w:rPr>
            </w:pPr>
            <w:r w:rsidRPr="007911BE">
              <w:rPr>
                <w:sz w:val="24"/>
                <w:lang w:val="ru-RU"/>
              </w:rPr>
              <w:t>Доля беременных женщин, обратившихся в медицинские организации в…</w:t>
            </w:r>
          </w:p>
        </w:tc>
        <w:tc>
          <w:tcPr>
            <w:tcW w:w="0" w:type="auto"/>
            <w:vAlign w:val="center"/>
          </w:tcPr>
          <w:p w14:paraId="30AA78B1" w14:textId="77777777" w:rsidR="00F12170" w:rsidRPr="007911BE" w:rsidRDefault="00000000">
            <w:pPr>
              <w:ind w:firstLine="0"/>
              <w:jc w:val="left"/>
            </w:pPr>
            <w:r w:rsidRPr="007911BE">
              <w:rPr>
                <w:sz w:val="24"/>
              </w:rPr>
              <w:t>0,035</w:t>
            </w:r>
          </w:p>
        </w:tc>
        <w:tc>
          <w:tcPr>
            <w:tcW w:w="0" w:type="auto"/>
            <w:vAlign w:val="center"/>
          </w:tcPr>
          <w:p w14:paraId="16E4F346" w14:textId="77777777" w:rsidR="00F12170" w:rsidRPr="007911BE" w:rsidRDefault="00000000">
            <w:pPr>
              <w:ind w:firstLine="0"/>
              <w:jc w:val="left"/>
            </w:pPr>
            <w:r w:rsidRPr="007911BE">
              <w:rPr>
                <w:sz w:val="24"/>
              </w:rPr>
              <w:t>0,705</w:t>
            </w:r>
          </w:p>
        </w:tc>
        <w:tc>
          <w:tcPr>
            <w:tcW w:w="0" w:type="auto"/>
            <w:vAlign w:val="center"/>
          </w:tcPr>
          <w:p w14:paraId="68557727" w14:textId="77777777" w:rsidR="00F12170" w:rsidRPr="007911BE" w:rsidRDefault="00000000">
            <w:pPr>
              <w:ind w:firstLine="0"/>
              <w:jc w:val="left"/>
            </w:pPr>
            <w:r w:rsidRPr="007911BE">
              <w:rPr>
                <w:sz w:val="24"/>
              </w:rPr>
              <w:t>0,650</w:t>
            </w:r>
          </w:p>
        </w:tc>
        <w:tc>
          <w:tcPr>
            <w:tcW w:w="0" w:type="auto"/>
            <w:vAlign w:val="center"/>
          </w:tcPr>
          <w:p w14:paraId="31C9123F" w14:textId="77777777" w:rsidR="00F12170" w:rsidRPr="007911BE" w:rsidRDefault="00000000">
            <w:pPr>
              <w:ind w:firstLine="0"/>
              <w:jc w:val="left"/>
            </w:pPr>
            <w:r w:rsidRPr="007911BE">
              <w:rPr>
                <w:sz w:val="24"/>
              </w:rPr>
              <w:t>85</w:t>
            </w:r>
          </w:p>
        </w:tc>
      </w:tr>
      <w:tr w:rsidR="00F12170" w:rsidRPr="007911BE" w14:paraId="356DA447" w14:textId="77777777" w:rsidTr="0084017B">
        <w:trPr>
          <w:jc w:val="center"/>
        </w:trPr>
        <w:tc>
          <w:tcPr>
            <w:tcW w:w="0" w:type="auto"/>
            <w:vAlign w:val="center"/>
          </w:tcPr>
          <w:p w14:paraId="38C2B11B" w14:textId="77777777" w:rsidR="00F12170" w:rsidRPr="007911BE" w:rsidRDefault="00000000">
            <w:pPr>
              <w:ind w:firstLine="0"/>
              <w:jc w:val="left"/>
            </w:pPr>
            <w:r w:rsidRPr="007911BE">
              <w:rPr>
                <w:sz w:val="24"/>
              </w:rPr>
              <w:t>2.14.Я3.1</w:t>
            </w:r>
          </w:p>
        </w:tc>
        <w:tc>
          <w:tcPr>
            <w:tcW w:w="0" w:type="auto"/>
            <w:vAlign w:val="center"/>
          </w:tcPr>
          <w:p w14:paraId="2011216B" w14:textId="77777777" w:rsidR="00F12170" w:rsidRPr="007911BE" w:rsidRDefault="00000000">
            <w:pPr>
              <w:ind w:firstLine="0"/>
              <w:jc w:val="left"/>
              <w:rPr>
                <w:lang w:val="ru-RU"/>
              </w:rPr>
            </w:pPr>
            <w:r w:rsidRPr="007911BE">
              <w:rPr>
                <w:sz w:val="24"/>
                <w:lang w:val="ru-RU"/>
              </w:rPr>
              <w:t xml:space="preserve">Охват граждан репродуктивного возраста (18–49 лет) </w:t>
            </w:r>
            <w:proofErr w:type="spellStart"/>
            <w:r w:rsidRPr="007911BE">
              <w:rPr>
                <w:sz w:val="24"/>
                <w:lang w:val="ru-RU"/>
              </w:rPr>
              <w:t>диспансеризац</w:t>
            </w:r>
            <w:proofErr w:type="spellEnd"/>
            <w:r w:rsidRPr="007911BE">
              <w:rPr>
                <w:sz w:val="24"/>
                <w:lang w:val="ru-RU"/>
              </w:rPr>
              <w:t>…</w:t>
            </w:r>
          </w:p>
        </w:tc>
        <w:tc>
          <w:tcPr>
            <w:tcW w:w="0" w:type="auto"/>
            <w:vAlign w:val="center"/>
          </w:tcPr>
          <w:p w14:paraId="4C3BB9B9" w14:textId="77777777" w:rsidR="00F12170" w:rsidRPr="007911BE" w:rsidRDefault="00000000">
            <w:pPr>
              <w:ind w:firstLine="0"/>
              <w:jc w:val="left"/>
            </w:pPr>
            <w:r w:rsidRPr="007911BE">
              <w:rPr>
                <w:sz w:val="24"/>
              </w:rPr>
              <w:t>0,024</w:t>
            </w:r>
          </w:p>
        </w:tc>
        <w:tc>
          <w:tcPr>
            <w:tcW w:w="0" w:type="auto"/>
            <w:vAlign w:val="center"/>
          </w:tcPr>
          <w:p w14:paraId="2A50BC5C" w14:textId="77777777" w:rsidR="00F12170" w:rsidRPr="007911BE" w:rsidRDefault="00000000">
            <w:pPr>
              <w:ind w:firstLine="0"/>
              <w:jc w:val="left"/>
            </w:pPr>
            <w:r w:rsidRPr="007911BE">
              <w:rPr>
                <w:sz w:val="24"/>
              </w:rPr>
              <w:t>0,394</w:t>
            </w:r>
          </w:p>
        </w:tc>
        <w:tc>
          <w:tcPr>
            <w:tcW w:w="0" w:type="auto"/>
            <w:vAlign w:val="center"/>
          </w:tcPr>
          <w:p w14:paraId="7656DA34" w14:textId="77777777" w:rsidR="00F12170" w:rsidRPr="007911BE" w:rsidRDefault="00000000">
            <w:pPr>
              <w:ind w:firstLine="0"/>
              <w:jc w:val="left"/>
            </w:pPr>
            <w:r w:rsidRPr="007911BE">
              <w:rPr>
                <w:sz w:val="24"/>
              </w:rPr>
              <w:t>0,720</w:t>
            </w:r>
          </w:p>
        </w:tc>
        <w:tc>
          <w:tcPr>
            <w:tcW w:w="0" w:type="auto"/>
            <w:vAlign w:val="center"/>
          </w:tcPr>
          <w:p w14:paraId="7CFDF359" w14:textId="77777777" w:rsidR="00F12170" w:rsidRPr="007911BE" w:rsidRDefault="00000000">
            <w:pPr>
              <w:ind w:firstLine="0"/>
              <w:jc w:val="left"/>
            </w:pPr>
            <w:r w:rsidRPr="007911BE">
              <w:rPr>
                <w:sz w:val="24"/>
              </w:rPr>
              <w:t>85</w:t>
            </w:r>
          </w:p>
        </w:tc>
      </w:tr>
      <w:tr w:rsidR="00F12170" w:rsidRPr="007911BE" w14:paraId="23A5CBC0" w14:textId="77777777" w:rsidTr="0084017B">
        <w:trPr>
          <w:jc w:val="center"/>
        </w:trPr>
        <w:tc>
          <w:tcPr>
            <w:tcW w:w="0" w:type="auto"/>
            <w:vAlign w:val="center"/>
          </w:tcPr>
          <w:p w14:paraId="4A4416E0" w14:textId="77777777" w:rsidR="00F12170" w:rsidRPr="007911BE" w:rsidRDefault="00000000">
            <w:pPr>
              <w:ind w:firstLine="0"/>
              <w:jc w:val="left"/>
            </w:pPr>
            <w:r w:rsidRPr="007911BE">
              <w:rPr>
                <w:sz w:val="24"/>
              </w:rPr>
              <w:t>2.14.Я3.3</w:t>
            </w:r>
          </w:p>
        </w:tc>
        <w:tc>
          <w:tcPr>
            <w:tcW w:w="0" w:type="auto"/>
            <w:vAlign w:val="center"/>
          </w:tcPr>
          <w:p w14:paraId="312E7C79" w14:textId="77777777" w:rsidR="00F12170" w:rsidRPr="007911BE" w:rsidRDefault="00000000">
            <w:pPr>
              <w:ind w:firstLine="0"/>
              <w:jc w:val="left"/>
            </w:pPr>
            <w:proofErr w:type="spellStart"/>
            <w:r w:rsidRPr="007911BE">
              <w:rPr>
                <w:sz w:val="24"/>
              </w:rPr>
              <w:t>Младенческая</w:t>
            </w:r>
            <w:proofErr w:type="spellEnd"/>
            <w:r w:rsidRPr="007911BE">
              <w:rPr>
                <w:sz w:val="24"/>
              </w:rPr>
              <w:t xml:space="preserve"> </w:t>
            </w:r>
            <w:proofErr w:type="spellStart"/>
            <w:r w:rsidRPr="007911BE">
              <w:rPr>
                <w:sz w:val="24"/>
              </w:rPr>
              <w:t>смертность</w:t>
            </w:r>
            <w:proofErr w:type="spellEnd"/>
          </w:p>
        </w:tc>
        <w:tc>
          <w:tcPr>
            <w:tcW w:w="0" w:type="auto"/>
            <w:vAlign w:val="center"/>
          </w:tcPr>
          <w:p w14:paraId="5F69F36A" w14:textId="77777777" w:rsidR="00F12170" w:rsidRPr="007911BE" w:rsidRDefault="00000000">
            <w:pPr>
              <w:ind w:firstLine="0"/>
              <w:jc w:val="left"/>
            </w:pPr>
            <w:r w:rsidRPr="007911BE">
              <w:rPr>
                <w:sz w:val="24"/>
              </w:rPr>
              <w:t>0,006</w:t>
            </w:r>
          </w:p>
        </w:tc>
        <w:tc>
          <w:tcPr>
            <w:tcW w:w="0" w:type="auto"/>
            <w:vAlign w:val="center"/>
          </w:tcPr>
          <w:p w14:paraId="7EAC11F4" w14:textId="77777777" w:rsidR="00F12170" w:rsidRPr="007911BE" w:rsidRDefault="00000000">
            <w:pPr>
              <w:ind w:firstLine="0"/>
              <w:jc w:val="left"/>
            </w:pPr>
            <w:r w:rsidRPr="007911BE">
              <w:rPr>
                <w:sz w:val="24"/>
              </w:rPr>
              <w:t>0,389</w:t>
            </w:r>
          </w:p>
        </w:tc>
        <w:tc>
          <w:tcPr>
            <w:tcW w:w="0" w:type="auto"/>
            <w:vAlign w:val="center"/>
          </w:tcPr>
          <w:p w14:paraId="2A39C5C9" w14:textId="77777777" w:rsidR="00F12170" w:rsidRPr="007911BE" w:rsidRDefault="00000000">
            <w:pPr>
              <w:ind w:firstLine="0"/>
              <w:jc w:val="left"/>
            </w:pPr>
            <w:r w:rsidRPr="007911BE">
              <w:rPr>
                <w:sz w:val="24"/>
              </w:rPr>
              <w:t>0,900</w:t>
            </w:r>
          </w:p>
        </w:tc>
        <w:tc>
          <w:tcPr>
            <w:tcW w:w="0" w:type="auto"/>
            <w:vAlign w:val="center"/>
          </w:tcPr>
          <w:p w14:paraId="05658B83" w14:textId="77777777" w:rsidR="00F12170" w:rsidRPr="007911BE" w:rsidRDefault="00000000">
            <w:pPr>
              <w:ind w:firstLine="0"/>
              <w:jc w:val="left"/>
            </w:pPr>
            <w:r w:rsidRPr="007911BE">
              <w:rPr>
                <w:sz w:val="24"/>
              </w:rPr>
              <w:t>85</w:t>
            </w:r>
          </w:p>
        </w:tc>
      </w:tr>
      <w:tr w:rsidR="00F12170" w:rsidRPr="007911BE" w14:paraId="2BFC278A" w14:textId="77777777" w:rsidTr="0084017B">
        <w:trPr>
          <w:jc w:val="center"/>
        </w:trPr>
        <w:tc>
          <w:tcPr>
            <w:tcW w:w="0" w:type="auto"/>
            <w:vAlign w:val="center"/>
          </w:tcPr>
          <w:p w14:paraId="2A865034" w14:textId="77777777" w:rsidR="00F12170" w:rsidRPr="007911BE" w:rsidRDefault="00000000">
            <w:pPr>
              <w:ind w:firstLine="0"/>
              <w:jc w:val="left"/>
            </w:pPr>
            <w:r w:rsidRPr="007911BE">
              <w:rPr>
                <w:sz w:val="24"/>
              </w:rPr>
              <w:t>2.14.Я3.4</w:t>
            </w:r>
          </w:p>
        </w:tc>
        <w:tc>
          <w:tcPr>
            <w:tcW w:w="0" w:type="auto"/>
            <w:vAlign w:val="center"/>
          </w:tcPr>
          <w:p w14:paraId="7DBFB15B" w14:textId="77777777" w:rsidR="00F12170" w:rsidRPr="007911BE" w:rsidRDefault="00000000">
            <w:pPr>
              <w:ind w:firstLine="0"/>
              <w:jc w:val="left"/>
              <w:rPr>
                <w:lang w:val="ru-RU"/>
              </w:rPr>
            </w:pPr>
            <w:r w:rsidRPr="007911BE">
              <w:rPr>
                <w:sz w:val="24"/>
                <w:lang w:val="ru-RU"/>
              </w:rPr>
              <w:t>Доля взятых под диспансерное наблюдение детей в возрасте 0–17 ле…</w:t>
            </w:r>
          </w:p>
        </w:tc>
        <w:tc>
          <w:tcPr>
            <w:tcW w:w="0" w:type="auto"/>
            <w:vAlign w:val="center"/>
          </w:tcPr>
          <w:p w14:paraId="3E03E16D" w14:textId="77777777" w:rsidR="00F12170" w:rsidRPr="007911BE" w:rsidRDefault="00000000">
            <w:pPr>
              <w:ind w:firstLine="0"/>
              <w:jc w:val="left"/>
            </w:pPr>
            <w:r w:rsidRPr="007911BE">
              <w:rPr>
                <w:sz w:val="24"/>
              </w:rPr>
              <w:t>-0,003</w:t>
            </w:r>
          </w:p>
        </w:tc>
        <w:tc>
          <w:tcPr>
            <w:tcW w:w="0" w:type="auto"/>
            <w:vAlign w:val="center"/>
          </w:tcPr>
          <w:p w14:paraId="35EBE5B2" w14:textId="77777777" w:rsidR="00F12170" w:rsidRPr="007911BE" w:rsidRDefault="00000000">
            <w:pPr>
              <w:ind w:firstLine="0"/>
              <w:jc w:val="left"/>
            </w:pPr>
            <w:r w:rsidRPr="007911BE">
              <w:rPr>
                <w:sz w:val="24"/>
              </w:rPr>
              <w:t>0,269</w:t>
            </w:r>
          </w:p>
        </w:tc>
        <w:tc>
          <w:tcPr>
            <w:tcW w:w="0" w:type="auto"/>
            <w:vAlign w:val="center"/>
          </w:tcPr>
          <w:p w14:paraId="35D7A200" w14:textId="77777777" w:rsidR="00F12170" w:rsidRPr="007911BE" w:rsidRDefault="00000000">
            <w:pPr>
              <w:ind w:firstLine="0"/>
              <w:jc w:val="left"/>
            </w:pPr>
            <w:r w:rsidRPr="007911BE">
              <w:rPr>
                <w:sz w:val="24"/>
              </w:rPr>
              <w:t>0,960</w:t>
            </w:r>
          </w:p>
        </w:tc>
        <w:tc>
          <w:tcPr>
            <w:tcW w:w="0" w:type="auto"/>
            <w:vAlign w:val="center"/>
          </w:tcPr>
          <w:p w14:paraId="2C6EA6A7" w14:textId="77777777" w:rsidR="00F12170" w:rsidRPr="007911BE" w:rsidRDefault="00000000">
            <w:pPr>
              <w:ind w:firstLine="0"/>
              <w:jc w:val="left"/>
            </w:pPr>
            <w:r w:rsidRPr="007911BE">
              <w:rPr>
                <w:sz w:val="24"/>
              </w:rPr>
              <w:t>85</w:t>
            </w:r>
          </w:p>
        </w:tc>
      </w:tr>
      <w:tr w:rsidR="00F12170" w:rsidRPr="007911BE" w14:paraId="72D51E00" w14:textId="77777777" w:rsidTr="0084017B">
        <w:trPr>
          <w:jc w:val="center"/>
        </w:trPr>
        <w:tc>
          <w:tcPr>
            <w:tcW w:w="0" w:type="auto"/>
            <w:vAlign w:val="center"/>
          </w:tcPr>
          <w:p w14:paraId="0385AEEE" w14:textId="77777777" w:rsidR="00F12170" w:rsidRPr="007911BE" w:rsidRDefault="00000000">
            <w:pPr>
              <w:ind w:firstLine="0"/>
              <w:jc w:val="left"/>
            </w:pPr>
            <w:r w:rsidRPr="007911BE">
              <w:rPr>
                <w:sz w:val="24"/>
              </w:rPr>
              <w:t>2.14.Я.4</w:t>
            </w:r>
          </w:p>
        </w:tc>
        <w:tc>
          <w:tcPr>
            <w:tcW w:w="0" w:type="auto"/>
            <w:vAlign w:val="center"/>
          </w:tcPr>
          <w:p w14:paraId="3A94931D" w14:textId="77777777" w:rsidR="00F12170" w:rsidRPr="007911BE" w:rsidRDefault="00000000">
            <w:pPr>
              <w:ind w:firstLine="0"/>
              <w:jc w:val="left"/>
              <w:rPr>
                <w:lang w:val="ru-RU"/>
              </w:rPr>
            </w:pPr>
            <w:r w:rsidRPr="007911BE">
              <w:rPr>
                <w:sz w:val="24"/>
                <w:lang w:val="ru-RU"/>
              </w:rPr>
              <w:t>Доля пожилых граждан и инвалидов, получающих долговременный уход…</w:t>
            </w:r>
          </w:p>
        </w:tc>
        <w:tc>
          <w:tcPr>
            <w:tcW w:w="0" w:type="auto"/>
            <w:vAlign w:val="center"/>
          </w:tcPr>
          <w:p w14:paraId="70DC9147" w14:textId="77777777" w:rsidR="00F12170" w:rsidRPr="007911BE" w:rsidRDefault="00000000">
            <w:pPr>
              <w:ind w:firstLine="0"/>
              <w:jc w:val="left"/>
            </w:pPr>
            <w:r w:rsidRPr="007911BE">
              <w:rPr>
                <w:sz w:val="24"/>
              </w:rPr>
              <w:t>-0,031</w:t>
            </w:r>
          </w:p>
        </w:tc>
        <w:tc>
          <w:tcPr>
            <w:tcW w:w="0" w:type="auto"/>
            <w:vAlign w:val="center"/>
          </w:tcPr>
          <w:p w14:paraId="58BE5783" w14:textId="77777777" w:rsidR="00F12170" w:rsidRPr="007911BE" w:rsidRDefault="00000000">
            <w:pPr>
              <w:ind w:firstLine="0"/>
              <w:jc w:val="left"/>
            </w:pPr>
            <w:r w:rsidRPr="007911BE">
              <w:rPr>
                <w:sz w:val="24"/>
              </w:rPr>
              <w:t>-0,315</w:t>
            </w:r>
          </w:p>
        </w:tc>
        <w:tc>
          <w:tcPr>
            <w:tcW w:w="0" w:type="auto"/>
            <w:vAlign w:val="center"/>
          </w:tcPr>
          <w:p w14:paraId="19302D36" w14:textId="77777777" w:rsidR="00F12170" w:rsidRPr="007911BE" w:rsidRDefault="00000000">
            <w:pPr>
              <w:ind w:firstLine="0"/>
              <w:jc w:val="left"/>
            </w:pPr>
            <w:r w:rsidRPr="007911BE">
              <w:rPr>
                <w:sz w:val="24"/>
              </w:rPr>
              <w:t>0,610</w:t>
            </w:r>
          </w:p>
        </w:tc>
        <w:tc>
          <w:tcPr>
            <w:tcW w:w="0" w:type="auto"/>
            <w:vAlign w:val="center"/>
          </w:tcPr>
          <w:p w14:paraId="68432451" w14:textId="77777777" w:rsidR="00F12170" w:rsidRPr="007911BE" w:rsidRDefault="00000000">
            <w:pPr>
              <w:ind w:firstLine="0"/>
              <w:jc w:val="left"/>
            </w:pPr>
            <w:r w:rsidRPr="007911BE">
              <w:rPr>
                <w:sz w:val="24"/>
              </w:rPr>
              <w:t>89</w:t>
            </w:r>
          </w:p>
        </w:tc>
      </w:tr>
      <w:tr w:rsidR="00F12170" w:rsidRPr="007911BE" w14:paraId="6AC84047" w14:textId="77777777" w:rsidTr="0084017B">
        <w:trPr>
          <w:jc w:val="center"/>
        </w:trPr>
        <w:tc>
          <w:tcPr>
            <w:tcW w:w="0" w:type="auto"/>
            <w:vAlign w:val="center"/>
          </w:tcPr>
          <w:p w14:paraId="74ECD963" w14:textId="77777777" w:rsidR="00F12170" w:rsidRPr="007911BE" w:rsidRDefault="00000000">
            <w:pPr>
              <w:ind w:firstLine="0"/>
              <w:jc w:val="left"/>
            </w:pPr>
            <w:r w:rsidRPr="007911BE">
              <w:rPr>
                <w:sz w:val="24"/>
              </w:rPr>
              <w:t>2.14.Я5.2</w:t>
            </w:r>
          </w:p>
        </w:tc>
        <w:tc>
          <w:tcPr>
            <w:tcW w:w="0" w:type="auto"/>
            <w:vAlign w:val="center"/>
          </w:tcPr>
          <w:p w14:paraId="3D5CA0AD" w14:textId="77777777" w:rsidR="00F12170" w:rsidRPr="007911BE" w:rsidRDefault="00000000">
            <w:pPr>
              <w:ind w:firstLine="0"/>
              <w:jc w:val="left"/>
              <w:rPr>
                <w:lang w:val="ru-RU"/>
              </w:rPr>
            </w:pPr>
            <w:r w:rsidRPr="007911BE">
              <w:rPr>
                <w:sz w:val="24"/>
                <w:lang w:val="ru-RU"/>
              </w:rPr>
              <w:t>Увеличение числа посещений организаций культуры по отношению к 2…</w:t>
            </w:r>
          </w:p>
        </w:tc>
        <w:tc>
          <w:tcPr>
            <w:tcW w:w="0" w:type="auto"/>
            <w:vAlign w:val="center"/>
          </w:tcPr>
          <w:p w14:paraId="258CF47A" w14:textId="77777777" w:rsidR="00F12170" w:rsidRPr="007911BE" w:rsidRDefault="00000000">
            <w:pPr>
              <w:ind w:firstLine="0"/>
              <w:jc w:val="left"/>
            </w:pPr>
            <w:r w:rsidRPr="007911BE">
              <w:rPr>
                <w:sz w:val="24"/>
              </w:rPr>
              <w:t>-0,042</w:t>
            </w:r>
          </w:p>
        </w:tc>
        <w:tc>
          <w:tcPr>
            <w:tcW w:w="0" w:type="auto"/>
            <w:vAlign w:val="center"/>
          </w:tcPr>
          <w:p w14:paraId="2B8BA7D1" w14:textId="77777777" w:rsidR="00F12170" w:rsidRPr="007911BE" w:rsidRDefault="00000000">
            <w:pPr>
              <w:ind w:firstLine="0"/>
              <w:jc w:val="left"/>
            </w:pPr>
            <w:r w:rsidRPr="007911BE">
              <w:rPr>
                <w:sz w:val="24"/>
              </w:rPr>
              <w:t>-0,302</w:t>
            </w:r>
          </w:p>
        </w:tc>
        <w:tc>
          <w:tcPr>
            <w:tcW w:w="0" w:type="auto"/>
            <w:vAlign w:val="center"/>
          </w:tcPr>
          <w:p w14:paraId="27B1B8F2" w14:textId="77777777" w:rsidR="00F12170" w:rsidRPr="007911BE" w:rsidRDefault="00000000">
            <w:pPr>
              <w:ind w:firstLine="0"/>
              <w:jc w:val="left"/>
            </w:pPr>
            <w:r w:rsidRPr="007911BE">
              <w:rPr>
                <w:sz w:val="24"/>
              </w:rPr>
              <w:t>0,610</w:t>
            </w:r>
          </w:p>
        </w:tc>
        <w:tc>
          <w:tcPr>
            <w:tcW w:w="0" w:type="auto"/>
            <w:vAlign w:val="center"/>
          </w:tcPr>
          <w:p w14:paraId="6810E258" w14:textId="77777777" w:rsidR="00F12170" w:rsidRPr="007911BE" w:rsidRDefault="00000000">
            <w:pPr>
              <w:ind w:firstLine="0"/>
              <w:jc w:val="left"/>
            </w:pPr>
            <w:r w:rsidRPr="007911BE">
              <w:rPr>
                <w:sz w:val="24"/>
              </w:rPr>
              <w:t>85</w:t>
            </w:r>
          </w:p>
        </w:tc>
      </w:tr>
    </w:tbl>
    <w:p w14:paraId="1F56DCBB" w14:textId="77777777" w:rsidR="00F12170" w:rsidRPr="007911BE" w:rsidRDefault="00000000">
      <w:pPr>
        <w:ind w:firstLine="0"/>
        <w:jc w:val="left"/>
        <w:rPr>
          <w:lang w:val="ru-RU"/>
        </w:rPr>
      </w:pPr>
      <w:r w:rsidRPr="007911BE">
        <w:rPr>
          <w:i/>
          <w:sz w:val="24"/>
          <w:lang w:val="ru-RU"/>
        </w:rPr>
        <w:t xml:space="preserve">Источник: расчёты </w:t>
      </w:r>
      <w:r w:rsidRPr="007911BE">
        <w:rPr>
          <w:i/>
          <w:sz w:val="24"/>
        </w:rPr>
        <w:t>Moran</w:t>
      </w:r>
      <w:r w:rsidRPr="007911BE">
        <w:rPr>
          <w:i/>
          <w:sz w:val="24"/>
          <w:lang w:val="ru-RU"/>
        </w:rPr>
        <w:t>’</w:t>
      </w:r>
      <w:r w:rsidRPr="007911BE">
        <w:rPr>
          <w:i/>
          <w:sz w:val="24"/>
        </w:rPr>
        <w:t>s</w:t>
      </w:r>
      <w:r w:rsidRPr="007911BE">
        <w:rPr>
          <w:i/>
          <w:sz w:val="24"/>
          <w:lang w:val="ru-RU"/>
        </w:rPr>
        <w:t xml:space="preserve"> </w:t>
      </w:r>
      <w:r w:rsidRPr="007911BE">
        <w:rPr>
          <w:i/>
          <w:sz w:val="24"/>
        </w:rPr>
        <w:t>I</w:t>
      </w:r>
      <w:r w:rsidRPr="007911BE">
        <w:rPr>
          <w:i/>
          <w:sz w:val="24"/>
          <w:lang w:val="ru-RU"/>
        </w:rPr>
        <w:t xml:space="preserve"> по базе ЕМИСС</w:t>
      </w:r>
    </w:p>
    <w:p w14:paraId="625EAC00" w14:textId="77777777" w:rsidR="00F12170" w:rsidRPr="007911BE" w:rsidRDefault="00000000">
      <w:pPr>
        <w:ind w:firstLine="0"/>
        <w:jc w:val="center"/>
      </w:pPr>
      <w:r w:rsidRPr="007911BE">
        <w:rPr>
          <w:noProof/>
        </w:rPr>
        <w:lastRenderedPageBreak/>
        <w:drawing>
          <wp:inline distT="0" distB="0" distL="0" distR="0" wp14:anchorId="5822321F" wp14:editId="32E9AC06">
            <wp:extent cx="5580000" cy="389302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al_moran_bar.png"/>
                    <pic:cNvPicPr/>
                  </pic:nvPicPr>
                  <pic:blipFill>
                    <a:blip r:embed="rId29"/>
                    <a:stretch>
                      <a:fillRect/>
                    </a:stretch>
                  </pic:blipFill>
                  <pic:spPr>
                    <a:xfrm>
                      <a:off x="0" y="0"/>
                      <a:ext cx="5580000" cy="3893023"/>
                    </a:xfrm>
                    <a:prstGeom prst="rect">
                      <a:avLst/>
                    </a:prstGeom>
                  </pic:spPr>
                </pic:pic>
              </a:graphicData>
            </a:graphic>
          </wp:inline>
        </w:drawing>
      </w:r>
    </w:p>
    <w:p w14:paraId="64F9736F" w14:textId="77777777" w:rsidR="00F12170" w:rsidRPr="007911BE" w:rsidRDefault="00000000">
      <w:pPr>
        <w:ind w:firstLine="0"/>
        <w:jc w:val="center"/>
        <w:rPr>
          <w:lang w:val="ru-RU"/>
        </w:rPr>
      </w:pPr>
      <w:r w:rsidRPr="007911BE">
        <w:rPr>
          <w:lang w:val="ru-RU"/>
        </w:rPr>
        <w:t xml:space="preserve">Рисунок 22 </w:t>
      </w:r>
      <w:r w:rsidR="00387CF6" w:rsidRPr="007911BE">
        <w:rPr>
          <w:lang w:val="ru-RU"/>
        </w:rPr>
        <w:t xml:space="preserve">– </w:t>
      </w:r>
      <w:r w:rsidRPr="007911BE">
        <w:rPr>
          <w:lang w:val="ru-RU"/>
        </w:rPr>
        <w:t xml:space="preserve"> Глобальная пространственная автокорреляция показателей</w:t>
      </w:r>
    </w:p>
    <w:p w14:paraId="50CE57B1" w14:textId="77777777" w:rsidR="00F12170" w:rsidRPr="007911BE" w:rsidRDefault="00000000">
      <w:pPr>
        <w:ind w:firstLine="0"/>
        <w:jc w:val="center"/>
        <w:rPr>
          <w:lang w:val="ru-RU"/>
        </w:rPr>
      </w:pPr>
      <w:r w:rsidRPr="007911BE">
        <w:rPr>
          <w:i/>
          <w:sz w:val="24"/>
          <w:lang w:val="ru-RU"/>
        </w:rPr>
        <w:t>Источник: расчёты по базе ЕМИСС</w:t>
      </w:r>
    </w:p>
    <w:p w14:paraId="1707107F" w14:textId="77777777" w:rsidR="00F12170" w:rsidRPr="007911BE" w:rsidRDefault="00000000" w:rsidP="00585C06">
      <w:pPr>
        <w:pStyle w:val="21"/>
      </w:pPr>
      <w:bookmarkStart w:id="29" w:name="_Toc228134075"/>
      <w:r w:rsidRPr="007911BE">
        <w:t>6.2. Результаты</w:t>
      </w:r>
      <w:bookmarkEnd w:id="29"/>
    </w:p>
    <w:p w14:paraId="0510A0E5" w14:textId="77777777" w:rsidR="00F12170" w:rsidRPr="007911BE" w:rsidRDefault="00000000">
      <w:pPr>
        <w:rPr>
          <w:lang w:val="ru-RU"/>
        </w:rPr>
      </w:pPr>
      <w:r w:rsidRPr="007911BE">
        <w:rPr>
          <w:sz w:val="28"/>
          <w:lang w:val="ru-RU"/>
        </w:rPr>
        <w:t xml:space="preserve">Наиболее выраженная положительная пространственная автокорреляция обнаружена у СКР третьих и последующих детей и общего СКР. Это означает, что рождаемость формирует территориальные </w:t>
      </w:r>
      <w:proofErr w:type="spellStart"/>
      <w:r w:rsidRPr="007911BE">
        <w:rPr>
          <w:sz w:val="28"/>
          <w:lang w:val="ru-RU"/>
        </w:rPr>
        <w:t>макрозоны</w:t>
      </w:r>
      <w:proofErr w:type="spellEnd"/>
      <w:r w:rsidRPr="007911BE">
        <w:rPr>
          <w:sz w:val="28"/>
          <w:lang w:val="ru-RU"/>
        </w:rPr>
        <w:t>, а не распределяется случайно. Для национального проекта это важный вывод: управление демографией должно учитывать межрегиональные контексты, соседство и макрорегиональные типы, а не только административную принадлежность к федеральному округу.</w:t>
      </w:r>
    </w:p>
    <w:p w14:paraId="69F932FA" w14:textId="77777777" w:rsidR="00F12170" w:rsidRPr="007911BE" w:rsidRDefault="00000000">
      <w:pPr>
        <w:rPr>
          <w:sz w:val="28"/>
          <w:lang w:val="ru-RU"/>
        </w:rPr>
      </w:pPr>
      <w:r w:rsidRPr="007911BE">
        <w:rPr>
          <w:sz w:val="28"/>
          <w:lang w:val="ru-RU"/>
        </w:rPr>
        <w:t>Кластеризация выделила три крупных типа региональных профилей. Первый включает большинство регионов со средними или умеренными значениями показателей. Второй характеризуется относительно более низкой рождаемостью и повышенной долей долговременного ухода. Третий включает регионы с высокой рождаемостью и высокой бедностью многодетных семей. Такая структура показывает, что «демографически сильные» регионы не обязательно являются социально благополучными.</w:t>
      </w:r>
    </w:p>
    <w:p w14:paraId="18258D18" w14:textId="77777777" w:rsidR="00B408C8" w:rsidRPr="007911BE" w:rsidRDefault="00B408C8">
      <w:pPr>
        <w:rPr>
          <w:lang w:val="ru-RU"/>
        </w:rPr>
      </w:pPr>
    </w:p>
    <w:p w14:paraId="73A29740" w14:textId="77777777" w:rsidR="00F12170" w:rsidRPr="007911BE" w:rsidRDefault="00000000">
      <w:pPr>
        <w:ind w:firstLine="0"/>
        <w:jc w:val="left"/>
        <w:rPr>
          <w:sz w:val="24"/>
          <w:szCs w:val="24"/>
          <w:lang w:val="ru-RU"/>
        </w:rPr>
      </w:pPr>
      <w:r w:rsidRPr="007911BE">
        <w:rPr>
          <w:sz w:val="24"/>
          <w:szCs w:val="24"/>
          <w:lang w:val="ru-RU"/>
        </w:rPr>
        <w:t xml:space="preserve">Таблица 16 </w:t>
      </w:r>
      <w:r w:rsidR="00387CF6" w:rsidRPr="007911BE">
        <w:rPr>
          <w:sz w:val="24"/>
          <w:szCs w:val="24"/>
          <w:lang w:val="ru-RU"/>
        </w:rPr>
        <w:t xml:space="preserve">– </w:t>
      </w:r>
      <w:r w:rsidRPr="007911BE">
        <w:rPr>
          <w:sz w:val="24"/>
          <w:szCs w:val="24"/>
          <w:lang w:val="ru-RU"/>
        </w:rPr>
        <w:t xml:space="preserve"> Профили региональных кластеров по ключевым показателям</w:t>
      </w:r>
    </w:p>
    <w:tbl>
      <w:tblPr>
        <w:tblStyle w:val="aff0"/>
        <w:tblW w:w="0" w:type="auto"/>
        <w:jc w:val="center"/>
        <w:tblLook w:val="04A0" w:firstRow="1" w:lastRow="0" w:firstColumn="1" w:lastColumn="0" w:noHBand="0" w:noVBand="1"/>
      </w:tblPr>
      <w:tblGrid>
        <w:gridCol w:w="1521"/>
        <w:gridCol w:w="1530"/>
        <w:gridCol w:w="1719"/>
        <w:gridCol w:w="1489"/>
        <w:gridCol w:w="1489"/>
        <w:gridCol w:w="2107"/>
      </w:tblGrid>
      <w:tr w:rsidR="00F12170" w:rsidRPr="007911BE" w14:paraId="0A8795E3" w14:textId="77777777">
        <w:trPr>
          <w:jc w:val="center"/>
        </w:trPr>
        <w:tc>
          <w:tcPr>
            <w:tcW w:w="1559" w:type="dxa"/>
            <w:vAlign w:val="center"/>
          </w:tcPr>
          <w:p w14:paraId="3F9161AB" w14:textId="77777777" w:rsidR="00F12170" w:rsidRPr="007911BE" w:rsidRDefault="00000000">
            <w:pPr>
              <w:ind w:firstLine="0"/>
              <w:jc w:val="center"/>
            </w:pPr>
            <w:proofErr w:type="spellStart"/>
            <w:r w:rsidRPr="007911BE">
              <w:rPr>
                <w:b/>
                <w:sz w:val="24"/>
              </w:rPr>
              <w:t>Кластер</w:t>
            </w:r>
            <w:proofErr w:type="spellEnd"/>
          </w:p>
        </w:tc>
        <w:tc>
          <w:tcPr>
            <w:tcW w:w="1559" w:type="dxa"/>
            <w:vAlign w:val="center"/>
          </w:tcPr>
          <w:p w14:paraId="475CBADB" w14:textId="77777777" w:rsidR="00F12170" w:rsidRPr="007911BE" w:rsidRDefault="00000000">
            <w:pPr>
              <w:ind w:firstLine="0"/>
              <w:jc w:val="center"/>
            </w:pPr>
            <w:proofErr w:type="spellStart"/>
            <w:r w:rsidRPr="007911BE">
              <w:rPr>
                <w:b/>
                <w:sz w:val="24"/>
              </w:rPr>
              <w:t>Число</w:t>
            </w:r>
            <w:proofErr w:type="spellEnd"/>
            <w:r w:rsidRPr="007911BE">
              <w:rPr>
                <w:b/>
                <w:sz w:val="24"/>
              </w:rPr>
              <w:t xml:space="preserve"> </w:t>
            </w:r>
            <w:proofErr w:type="spellStart"/>
            <w:r w:rsidRPr="007911BE">
              <w:rPr>
                <w:b/>
                <w:sz w:val="24"/>
              </w:rPr>
              <w:t>регионов</w:t>
            </w:r>
            <w:proofErr w:type="spellEnd"/>
          </w:p>
        </w:tc>
        <w:tc>
          <w:tcPr>
            <w:tcW w:w="1559" w:type="dxa"/>
            <w:vAlign w:val="center"/>
          </w:tcPr>
          <w:p w14:paraId="4B794650" w14:textId="77777777" w:rsidR="00F12170" w:rsidRPr="007911BE" w:rsidRDefault="00000000">
            <w:pPr>
              <w:ind w:firstLine="0"/>
              <w:jc w:val="center"/>
            </w:pPr>
            <w:proofErr w:type="spellStart"/>
            <w:r w:rsidRPr="007911BE">
              <w:rPr>
                <w:b/>
                <w:sz w:val="24"/>
              </w:rPr>
              <w:t>Бедность</w:t>
            </w:r>
            <w:proofErr w:type="spellEnd"/>
            <w:r w:rsidRPr="007911BE">
              <w:rPr>
                <w:b/>
                <w:sz w:val="24"/>
              </w:rPr>
              <w:t xml:space="preserve"> </w:t>
            </w:r>
            <w:proofErr w:type="spellStart"/>
            <w:r w:rsidRPr="007911BE">
              <w:rPr>
                <w:b/>
                <w:sz w:val="24"/>
              </w:rPr>
              <w:t>многодетных</w:t>
            </w:r>
            <w:proofErr w:type="spellEnd"/>
            <w:r w:rsidRPr="007911BE">
              <w:rPr>
                <w:b/>
                <w:sz w:val="24"/>
              </w:rPr>
              <w:t>, %</w:t>
            </w:r>
          </w:p>
        </w:tc>
        <w:tc>
          <w:tcPr>
            <w:tcW w:w="1559" w:type="dxa"/>
            <w:vAlign w:val="center"/>
          </w:tcPr>
          <w:p w14:paraId="068B5457" w14:textId="77777777" w:rsidR="00F12170" w:rsidRPr="007911BE" w:rsidRDefault="00000000">
            <w:pPr>
              <w:ind w:firstLine="0"/>
              <w:jc w:val="center"/>
            </w:pPr>
            <w:r w:rsidRPr="007911BE">
              <w:rPr>
                <w:b/>
                <w:sz w:val="24"/>
              </w:rPr>
              <w:t>СКР</w:t>
            </w:r>
          </w:p>
        </w:tc>
        <w:tc>
          <w:tcPr>
            <w:tcW w:w="1559" w:type="dxa"/>
            <w:vAlign w:val="center"/>
          </w:tcPr>
          <w:p w14:paraId="2A2F48F3" w14:textId="77777777" w:rsidR="00F12170" w:rsidRPr="007911BE" w:rsidRDefault="00000000">
            <w:pPr>
              <w:ind w:firstLine="0"/>
              <w:jc w:val="center"/>
            </w:pPr>
            <w:r w:rsidRPr="007911BE">
              <w:rPr>
                <w:b/>
                <w:sz w:val="24"/>
              </w:rPr>
              <w:t>СКР 3+</w:t>
            </w:r>
          </w:p>
        </w:tc>
        <w:tc>
          <w:tcPr>
            <w:tcW w:w="1559" w:type="dxa"/>
            <w:vAlign w:val="center"/>
          </w:tcPr>
          <w:p w14:paraId="730E66B8" w14:textId="77777777" w:rsidR="00F12170" w:rsidRPr="007911BE" w:rsidRDefault="00000000">
            <w:pPr>
              <w:ind w:firstLine="0"/>
              <w:jc w:val="center"/>
            </w:pPr>
            <w:proofErr w:type="spellStart"/>
            <w:r w:rsidRPr="007911BE">
              <w:rPr>
                <w:b/>
                <w:sz w:val="24"/>
              </w:rPr>
              <w:t>Долговременный</w:t>
            </w:r>
            <w:proofErr w:type="spellEnd"/>
            <w:r w:rsidRPr="007911BE">
              <w:rPr>
                <w:b/>
                <w:sz w:val="24"/>
              </w:rPr>
              <w:t xml:space="preserve"> </w:t>
            </w:r>
            <w:proofErr w:type="spellStart"/>
            <w:r w:rsidRPr="007911BE">
              <w:rPr>
                <w:b/>
                <w:sz w:val="24"/>
              </w:rPr>
              <w:t>уход</w:t>
            </w:r>
            <w:proofErr w:type="spellEnd"/>
            <w:r w:rsidRPr="007911BE">
              <w:rPr>
                <w:b/>
                <w:sz w:val="24"/>
              </w:rPr>
              <w:t>, %</w:t>
            </w:r>
          </w:p>
        </w:tc>
      </w:tr>
      <w:tr w:rsidR="00F12170" w:rsidRPr="007911BE" w14:paraId="4D19425C" w14:textId="77777777">
        <w:trPr>
          <w:jc w:val="center"/>
        </w:trPr>
        <w:tc>
          <w:tcPr>
            <w:tcW w:w="1559" w:type="dxa"/>
            <w:vAlign w:val="center"/>
          </w:tcPr>
          <w:p w14:paraId="0E8DCE74" w14:textId="77777777" w:rsidR="00F12170" w:rsidRPr="007911BE" w:rsidRDefault="00000000">
            <w:pPr>
              <w:ind w:firstLine="0"/>
              <w:jc w:val="left"/>
            </w:pPr>
            <w:proofErr w:type="spellStart"/>
            <w:r w:rsidRPr="007911BE">
              <w:rPr>
                <w:sz w:val="24"/>
              </w:rPr>
              <w:t>Кластер</w:t>
            </w:r>
            <w:proofErr w:type="spellEnd"/>
            <w:r w:rsidRPr="007911BE">
              <w:rPr>
                <w:sz w:val="24"/>
              </w:rPr>
              <w:t xml:space="preserve"> 1</w:t>
            </w:r>
          </w:p>
        </w:tc>
        <w:tc>
          <w:tcPr>
            <w:tcW w:w="1559" w:type="dxa"/>
            <w:vAlign w:val="center"/>
          </w:tcPr>
          <w:p w14:paraId="7135F953" w14:textId="77777777" w:rsidR="00F12170" w:rsidRPr="007911BE" w:rsidRDefault="00000000">
            <w:pPr>
              <w:ind w:firstLine="0"/>
              <w:jc w:val="left"/>
            </w:pPr>
            <w:r w:rsidRPr="007911BE">
              <w:rPr>
                <w:sz w:val="24"/>
              </w:rPr>
              <w:t>56</w:t>
            </w:r>
          </w:p>
        </w:tc>
        <w:tc>
          <w:tcPr>
            <w:tcW w:w="1559" w:type="dxa"/>
            <w:vAlign w:val="center"/>
          </w:tcPr>
          <w:p w14:paraId="3EAAE667" w14:textId="77777777" w:rsidR="00F12170" w:rsidRPr="007911BE" w:rsidRDefault="00000000">
            <w:pPr>
              <w:ind w:firstLine="0"/>
              <w:jc w:val="left"/>
            </w:pPr>
            <w:r w:rsidRPr="007911BE">
              <w:rPr>
                <w:sz w:val="24"/>
              </w:rPr>
              <w:t>17,65</w:t>
            </w:r>
          </w:p>
        </w:tc>
        <w:tc>
          <w:tcPr>
            <w:tcW w:w="1559" w:type="dxa"/>
            <w:vAlign w:val="center"/>
          </w:tcPr>
          <w:p w14:paraId="3D55E3FF" w14:textId="77777777" w:rsidR="00F12170" w:rsidRPr="007911BE" w:rsidRDefault="00000000">
            <w:pPr>
              <w:ind w:firstLine="0"/>
              <w:jc w:val="left"/>
            </w:pPr>
            <w:r w:rsidRPr="007911BE">
              <w:rPr>
                <w:sz w:val="24"/>
              </w:rPr>
              <w:t>1,33</w:t>
            </w:r>
          </w:p>
        </w:tc>
        <w:tc>
          <w:tcPr>
            <w:tcW w:w="1559" w:type="dxa"/>
            <w:vAlign w:val="center"/>
          </w:tcPr>
          <w:p w14:paraId="23187AAA" w14:textId="77777777" w:rsidR="00F12170" w:rsidRPr="007911BE" w:rsidRDefault="00000000">
            <w:pPr>
              <w:ind w:firstLine="0"/>
              <w:jc w:val="left"/>
            </w:pPr>
            <w:r w:rsidRPr="007911BE">
              <w:rPr>
                <w:sz w:val="24"/>
              </w:rPr>
              <w:t>0,36</w:t>
            </w:r>
          </w:p>
        </w:tc>
        <w:tc>
          <w:tcPr>
            <w:tcW w:w="1559" w:type="dxa"/>
            <w:vAlign w:val="center"/>
          </w:tcPr>
          <w:p w14:paraId="7D269B1A" w14:textId="77777777" w:rsidR="00F12170" w:rsidRPr="007911BE" w:rsidRDefault="00000000">
            <w:pPr>
              <w:ind w:firstLine="0"/>
              <w:jc w:val="left"/>
            </w:pPr>
            <w:r w:rsidRPr="007911BE">
              <w:rPr>
                <w:sz w:val="24"/>
              </w:rPr>
              <w:t>5,61</w:t>
            </w:r>
          </w:p>
        </w:tc>
      </w:tr>
      <w:tr w:rsidR="00F12170" w:rsidRPr="007911BE" w14:paraId="7BA1B634" w14:textId="77777777">
        <w:trPr>
          <w:jc w:val="center"/>
        </w:trPr>
        <w:tc>
          <w:tcPr>
            <w:tcW w:w="1559" w:type="dxa"/>
            <w:vAlign w:val="center"/>
          </w:tcPr>
          <w:p w14:paraId="5D139E75" w14:textId="77777777" w:rsidR="00F12170" w:rsidRPr="007911BE" w:rsidRDefault="00000000">
            <w:pPr>
              <w:ind w:firstLine="0"/>
              <w:jc w:val="left"/>
            </w:pPr>
            <w:proofErr w:type="spellStart"/>
            <w:r w:rsidRPr="007911BE">
              <w:rPr>
                <w:sz w:val="24"/>
              </w:rPr>
              <w:t>Кластер</w:t>
            </w:r>
            <w:proofErr w:type="spellEnd"/>
            <w:r w:rsidRPr="007911BE">
              <w:rPr>
                <w:sz w:val="24"/>
              </w:rPr>
              <w:t xml:space="preserve"> 2</w:t>
            </w:r>
          </w:p>
        </w:tc>
        <w:tc>
          <w:tcPr>
            <w:tcW w:w="1559" w:type="dxa"/>
            <w:vAlign w:val="center"/>
          </w:tcPr>
          <w:p w14:paraId="54B2E2F1" w14:textId="77777777" w:rsidR="00F12170" w:rsidRPr="007911BE" w:rsidRDefault="00000000">
            <w:pPr>
              <w:ind w:firstLine="0"/>
              <w:jc w:val="left"/>
            </w:pPr>
            <w:r w:rsidRPr="007911BE">
              <w:rPr>
                <w:sz w:val="24"/>
              </w:rPr>
              <w:t>19</w:t>
            </w:r>
          </w:p>
        </w:tc>
        <w:tc>
          <w:tcPr>
            <w:tcW w:w="1559" w:type="dxa"/>
            <w:vAlign w:val="center"/>
          </w:tcPr>
          <w:p w14:paraId="6DB91BBA" w14:textId="77777777" w:rsidR="00F12170" w:rsidRPr="007911BE" w:rsidRDefault="00000000">
            <w:pPr>
              <w:ind w:firstLine="0"/>
              <w:jc w:val="left"/>
            </w:pPr>
            <w:r w:rsidRPr="007911BE">
              <w:rPr>
                <w:sz w:val="24"/>
              </w:rPr>
              <w:t>15,38</w:t>
            </w:r>
          </w:p>
        </w:tc>
        <w:tc>
          <w:tcPr>
            <w:tcW w:w="1559" w:type="dxa"/>
            <w:vAlign w:val="center"/>
          </w:tcPr>
          <w:p w14:paraId="7169A926" w14:textId="77777777" w:rsidR="00F12170" w:rsidRPr="007911BE" w:rsidRDefault="00000000">
            <w:pPr>
              <w:ind w:firstLine="0"/>
              <w:jc w:val="left"/>
            </w:pPr>
            <w:r w:rsidRPr="007911BE">
              <w:rPr>
                <w:sz w:val="24"/>
              </w:rPr>
              <w:t>1,25</w:t>
            </w:r>
          </w:p>
        </w:tc>
        <w:tc>
          <w:tcPr>
            <w:tcW w:w="1559" w:type="dxa"/>
            <w:vAlign w:val="center"/>
          </w:tcPr>
          <w:p w14:paraId="7D8B1D4C" w14:textId="77777777" w:rsidR="00F12170" w:rsidRPr="007911BE" w:rsidRDefault="00000000">
            <w:pPr>
              <w:ind w:firstLine="0"/>
              <w:jc w:val="left"/>
            </w:pPr>
            <w:r w:rsidRPr="007911BE">
              <w:rPr>
                <w:sz w:val="24"/>
              </w:rPr>
              <w:t>0,30</w:t>
            </w:r>
          </w:p>
        </w:tc>
        <w:tc>
          <w:tcPr>
            <w:tcW w:w="1559" w:type="dxa"/>
            <w:vAlign w:val="center"/>
          </w:tcPr>
          <w:p w14:paraId="5CEFEE9C" w14:textId="77777777" w:rsidR="00F12170" w:rsidRPr="007911BE" w:rsidRDefault="00000000">
            <w:pPr>
              <w:ind w:firstLine="0"/>
              <w:jc w:val="left"/>
            </w:pPr>
            <w:r w:rsidRPr="007911BE">
              <w:rPr>
                <w:sz w:val="24"/>
              </w:rPr>
              <w:t>19,30</w:t>
            </w:r>
          </w:p>
        </w:tc>
      </w:tr>
      <w:tr w:rsidR="00F12170" w:rsidRPr="007911BE" w14:paraId="799FF11E" w14:textId="77777777">
        <w:trPr>
          <w:jc w:val="center"/>
        </w:trPr>
        <w:tc>
          <w:tcPr>
            <w:tcW w:w="1559" w:type="dxa"/>
            <w:vAlign w:val="center"/>
          </w:tcPr>
          <w:p w14:paraId="05D7D970" w14:textId="77777777" w:rsidR="00F12170" w:rsidRPr="007911BE" w:rsidRDefault="00000000">
            <w:pPr>
              <w:ind w:firstLine="0"/>
              <w:jc w:val="left"/>
            </w:pPr>
            <w:proofErr w:type="spellStart"/>
            <w:r w:rsidRPr="007911BE">
              <w:rPr>
                <w:sz w:val="24"/>
              </w:rPr>
              <w:t>Кластер</w:t>
            </w:r>
            <w:proofErr w:type="spellEnd"/>
            <w:r w:rsidRPr="007911BE">
              <w:rPr>
                <w:sz w:val="24"/>
              </w:rPr>
              <w:t xml:space="preserve"> 3</w:t>
            </w:r>
          </w:p>
        </w:tc>
        <w:tc>
          <w:tcPr>
            <w:tcW w:w="1559" w:type="dxa"/>
            <w:vAlign w:val="center"/>
          </w:tcPr>
          <w:p w14:paraId="44BD4A92" w14:textId="77777777" w:rsidR="00F12170" w:rsidRPr="007911BE" w:rsidRDefault="00000000">
            <w:pPr>
              <w:ind w:firstLine="0"/>
              <w:jc w:val="left"/>
            </w:pPr>
            <w:r w:rsidRPr="007911BE">
              <w:rPr>
                <w:sz w:val="24"/>
              </w:rPr>
              <w:t>10</w:t>
            </w:r>
          </w:p>
        </w:tc>
        <w:tc>
          <w:tcPr>
            <w:tcW w:w="1559" w:type="dxa"/>
            <w:vAlign w:val="center"/>
          </w:tcPr>
          <w:p w14:paraId="2CE29550" w14:textId="77777777" w:rsidR="00F12170" w:rsidRPr="007911BE" w:rsidRDefault="00000000">
            <w:pPr>
              <w:ind w:firstLine="0"/>
              <w:jc w:val="left"/>
            </w:pPr>
            <w:r w:rsidRPr="007911BE">
              <w:rPr>
                <w:sz w:val="24"/>
              </w:rPr>
              <w:t>31,62</w:t>
            </w:r>
          </w:p>
        </w:tc>
        <w:tc>
          <w:tcPr>
            <w:tcW w:w="1559" w:type="dxa"/>
            <w:vAlign w:val="center"/>
          </w:tcPr>
          <w:p w14:paraId="0B86E27A" w14:textId="77777777" w:rsidR="00F12170" w:rsidRPr="007911BE" w:rsidRDefault="00000000">
            <w:pPr>
              <w:ind w:firstLine="0"/>
              <w:jc w:val="left"/>
            </w:pPr>
            <w:r w:rsidRPr="007911BE">
              <w:rPr>
                <w:sz w:val="24"/>
              </w:rPr>
              <w:t>1,78</w:t>
            </w:r>
          </w:p>
        </w:tc>
        <w:tc>
          <w:tcPr>
            <w:tcW w:w="1559" w:type="dxa"/>
            <w:vAlign w:val="center"/>
          </w:tcPr>
          <w:p w14:paraId="50AB0F94" w14:textId="77777777" w:rsidR="00F12170" w:rsidRPr="007911BE" w:rsidRDefault="00000000">
            <w:pPr>
              <w:ind w:firstLine="0"/>
              <w:jc w:val="left"/>
            </w:pPr>
            <w:r w:rsidRPr="007911BE">
              <w:rPr>
                <w:sz w:val="24"/>
              </w:rPr>
              <w:t>0,74</w:t>
            </w:r>
          </w:p>
        </w:tc>
        <w:tc>
          <w:tcPr>
            <w:tcW w:w="1559" w:type="dxa"/>
            <w:vAlign w:val="center"/>
          </w:tcPr>
          <w:p w14:paraId="4D816F84" w14:textId="77777777" w:rsidR="00F12170" w:rsidRPr="007911BE" w:rsidRDefault="00000000">
            <w:pPr>
              <w:ind w:firstLine="0"/>
              <w:jc w:val="left"/>
            </w:pPr>
            <w:r w:rsidRPr="007911BE">
              <w:rPr>
                <w:sz w:val="24"/>
              </w:rPr>
              <w:t>12,43</w:t>
            </w:r>
          </w:p>
        </w:tc>
      </w:tr>
    </w:tbl>
    <w:p w14:paraId="07F207C2" w14:textId="77777777" w:rsidR="00F12170" w:rsidRPr="007911BE" w:rsidRDefault="00000000">
      <w:pPr>
        <w:ind w:firstLine="0"/>
        <w:jc w:val="left"/>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базе</w:t>
      </w:r>
      <w:proofErr w:type="spellEnd"/>
      <w:r w:rsidRPr="007911BE">
        <w:rPr>
          <w:i/>
          <w:sz w:val="24"/>
        </w:rPr>
        <w:t xml:space="preserve"> ЕМИСС</w:t>
      </w:r>
    </w:p>
    <w:p w14:paraId="6B205AB1" w14:textId="77777777" w:rsidR="00F12170" w:rsidRPr="007911BE" w:rsidRDefault="00000000">
      <w:pPr>
        <w:ind w:firstLine="0"/>
        <w:jc w:val="center"/>
      </w:pPr>
      <w:r w:rsidRPr="007911BE">
        <w:rPr>
          <w:noProof/>
        </w:rPr>
        <w:lastRenderedPageBreak/>
        <w:drawing>
          <wp:inline distT="0" distB="0" distL="0" distR="0" wp14:anchorId="49793713" wp14:editId="0547D1D3">
            <wp:extent cx="6205816" cy="6331644"/>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a_region_clusters.png"/>
                    <pic:cNvPicPr/>
                  </pic:nvPicPr>
                  <pic:blipFill>
                    <a:blip r:embed="rId30"/>
                    <a:stretch>
                      <a:fillRect/>
                    </a:stretch>
                  </pic:blipFill>
                  <pic:spPr>
                    <a:xfrm>
                      <a:off x="0" y="0"/>
                      <a:ext cx="6223609" cy="6349797"/>
                    </a:xfrm>
                    <a:prstGeom prst="rect">
                      <a:avLst/>
                    </a:prstGeom>
                  </pic:spPr>
                </pic:pic>
              </a:graphicData>
            </a:graphic>
          </wp:inline>
        </w:drawing>
      </w:r>
    </w:p>
    <w:p w14:paraId="53442180" w14:textId="77777777" w:rsidR="00F12170" w:rsidRPr="007911BE" w:rsidRDefault="00000000">
      <w:pPr>
        <w:ind w:firstLine="0"/>
        <w:jc w:val="center"/>
        <w:rPr>
          <w:lang w:val="ru-RU"/>
        </w:rPr>
      </w:pPr>
      <w:r w:rsidRPr="007911BE">
        <w:rPr>
          <w:lang w:val="ru-RU"/>
        </w:rPr>
        <w:t xml:space="preserve">Рисунок 23 </w:t>
      </w:r>
      <w:r w:rsidR="00387CF6" w:rsidRPr="007911BE">
        <w:rPr>
          <w:lang w:val="ru-RU"/>
        </w:rPr>
        <w:t xml:space="preserve">– </w:t>
      </w:r>
      <w:r w:rsidRPr="007911BE">
        <w:rPr>
          <w:lang w:val="ru-RU"/>
        </w:rPr>
        <w:t xml:space="preserve"> Визуализация методом главных компонент (</w:t>
      </w:r>
      <w:r w:rsidRPr="007911BE">
        <w:t>PCA</w:t>
      </w:r>
      <w:r w:rsidRPr="007911BE">
        <w:rPr>
          <w:lang w:val="ru-RU"/>
        </w:rPr>
        <w:t>) кластеров регионов</w:t>
      </w:r>
    </w:p>
    <w:p w14:paraId="77C6063C" w14:textId="77777777" w:rsidR="00F12170" w:rsidRPr="007911BE" w:rsidRDefault="00000000">
      <w:pPr>
        <w:ind w:firstLine="0"/>
        <w:jc w:val="center"/>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базе</w:t>
      </w:r>
      <w:proofErr w:type="spellEnd"/>
      <w:r w:rsidRPr="007911BE">
        <w:rPr>
          <w:i/>
          <w:sz w:val="24"/>
        </w:rPr>
        <w:t xml:space="preserve"> ЕМИСС</w:t>
      </w:r>
    </w:p>
    <w:p w14:paraId="02EA2ABB" w14:textId="77777777" w:rsidR="00F12170" w:rsidRPr="007911BE" w:rsidRDefault="00000000">
      <w:pPr>
        <w:ind w:firstLine="0"/>
        <w:jc w:val="center"/>
      </w:pPr>
      <w:r w:rsidRPr="007911BE">
        <w:rPr>
          <w:noProof/>
        </w:rPr>
        <w:drawing>
          <wp:inline distT="0" distB="0" distL="0" distR="0" wp14:anchorId="79E81103" wp14:editId="56E1A250">
            <wp:extent cx="5580000" cy="203917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_profile_heatmap.png"/>
                    <pic:cNvPicPr/>
                  </pic:nvPicPr>
                  <pic:blipFill>
                    <a:blip r:embed="rId31"/>
                    <a:stretch>
                      <a:fillRect/>
                    </a:stretch>
                  </pic:blipFill>
                  <pic:spPr>
                    <a:xfrm>
                      <a:off x="0" y="0"/>
                      <a:ext cx="5580000" cy="2039171"/>
                    </a:xfrm>
                    <a:prstGeom prst="rect">
                      <a:avLst/>
                    </a:prstGeom>
                  </pic:spPr>
                </pic:pic>
              </a:graphicData>
            </a:graphic>
          </wp:inline>
        </w:drawing>
      </w:r>
    </w:p>
    <w:p w14:paraId="6C75F005" w14:textId="77777777" w:rsidR="00F12170" w:rsidRPr="007911BE" w:rsidRDefault="00000000">
      <w:pPr>
        <w:ind w:firstLine="0"/>
        <w:jc w:val="center"/>
        <w:rPr>
          <w:lang w:val="ru-RU"/>
        </w:rPr>
      </w:pPr>
      <w:r w:rsidRPr="007911BE">
        <w:rPr>
          <w:lang w:val="ru-RU"/>
        </w:rPr>
        <w:t xml:space="preserve">Рисунок 24 </w:t>
      </w:r>
      <w:r w:rsidR="00387CF6" w:rsidRPr="007911BE">
        <w:rPr>
          <w:lang w:val="ru-RU"/>
        </w:rPr>
        <w:t xml:space="preserve">– </w:t>
      </w:r>
      <w:r w:rsidRPr="007911BE">
        <w:rPr>
          <w:lang w:val="ru-RU"/>
        </w:rPr>
        <w:t xml:space="preserve"> Тепловая карта профилей региональных кластеров</w:t>
      </w:r>
    </w:p>
    <w:p w14:paraId="0385D07B" w14:textId="77777777" w:rsidR="00F12170" w:rsidRPr="007911BE" w:rsidRDefault="00000000">
      <w:pPr>
        <w:ind w:firstLine="0"/>
        <w:jc w:val="center"/>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базе</w:t>
      </w:r>
      <w:proofErr w:type="spellEnd"/>
      <w:r w:rsidRPr="007911BE">
        <w:rPr>
          <w:i/>
          <w:sz w:val="24"/>
        </w:rPr>
        <w:t xml:space="preserve"> ЕМИСС</w:t>
      </w:r>
    </w:p>
    <w:p w14:paraId="3F9BAF03" w14:textId="77777777" w:rsidR="00F12170" w:rsidRPr="007911BE" w:rsidRDefault="00000000">
      <w:pPr>
        <w:ind w:firstLine="0"/>
        <w:jc w:val="center"/>
      </w:pPr>
      <w:r w:rsidRPr="007911BE">
        <w:rPr>
          <w:noProof/>
        </w:rPr>
        <w:lastRenderedPageBreak/>
        <w:drawing>
          <wp:inline distT="0" distB="0" distL="0" distR="0" wp14:anchorId="291CCB94" wp14:editId="50BAB18D">
            <wp:extent cx="5580000" cy="293108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site_index_geo.png"/>
                    <pic:cNvPicPr/>
                  </pic:nvPicPr>
                  <pic:blipFill>
                    <a:blip r:embed="rId32"/>
                    <a:stretch>
                      <a:fillRect/>
                    </a:stretch>
                  </pic:blipFill>
                  <pic:spPr>
                    <a:xfrm>
                      <a:off x="0" y="0"/>
                      <a:ext cx="5580000" cy="2931088"/>
                    </a:xfrm>
                    <a:prstGeom prst="rect">
                      <a:avLst/>
                    </a:prstGeom>
                  </pic:spPr>
                </pic:pic>
              </a:graphicData>
            </a:graphic>
          </wp:inline>
        </w:drawing>
      </w:r>
    </w:p>
    <w:p w14:paraId="5295E5FF" w14:textId="77777777" w:rsidR="00F12170" w:rsidRPr="007911BE" w:rsidRDefault="00000000">
      <w:pPr>
        <w:ind w:firstLine="0"/>
        <w:jc w:val="center"/>
        <w:rPr>
          <w:lang w:val="ru-RU"/>
        </w:rPr>
      </w:pPr>
      <w:r w:rsidRPr="007911BE">
        <w:rPr>
          <w:lang w:val="ru-RU"/>
        </w:rPr>
        <w:t xml:space="preserve">Рисунок 25 </w:t>
      </w:r>
      <w:r w:rsidR="00387CF6" w:rsidRPr="007911BE">
        <w:rPr>
          <w:lang w:val="ru-RU"/>
        </w:rPr>
        <w:t xml:space="preserve">– </w:t>
      </w:r>
      <w:r w:rsidRPr="007911BE">
        <w:rPr>
          <w:lang w:val="ru-RU"/>
        </w:rPr>
        <w:t xml:space="preserve"> Интегральный индекс положения регионов по показателям нацпроекта</w:t>
      </w:r>
    </w:p>
    <w:p w14:paraId="5BA554A8" w14:textId="77777777" w:rsidR="00F12170" w:rsidRPr="007911BE" w:rsidRDefault="00000000">
      <w:pPr>
        <w:ind w:firstLine="0"/>
        <w:jc w:val="center"/>
        <w:rPr>
          <w:lang w:val="ru-RU"/>
        </w:rPr>
      </w:pPr>
      <w:r w:rsidRPr="007911BE">
        <w:rPr>
          <w:i/>
          <w:sz w:val="24"/>
          <w:lang w:val="ru-RU"/>
        </w:rPr>
        <w:t>Источник: расчёты по базе ЕМИСС</w:t>
      </w:r>
    </w:p>
    <w:p w14:paraId="70AD95E2" w14:textId="77777777" w:rsidR="00F12170" w:rsidRPr="007911BE" w:rsidRDefault="00000000" w:rsidP="008A6905">
      <w:pPr>
        <w:pStyle w:val="31"/>
      </w:pPr>
      <w:bookmarkStart w:id="30" w:name="_Toc228134076"/>
      <w:r w:rsidRPr="007911BE">
        <w:t>Локальные пространственные кластеры, сети аналогов и управленческие типы регионов</w:t>
      </w:r>
      <w:bookmarkEnd w:id="30"/>
    </w:p>
    <w:p w14:paraId="4E5BEBAC" w14:textId="77777777" w:rsidR="00F12170" w:rsidRPr="007911BE" w:rsidRDefault="00000000">
      <w:pPr>
        <w:rPr>
          <w:sz w:val="28"/>
          <w:szCs w:val="28"/>
          <w:lang w:val="ru-RU"/>
        </w:rPr>
      </w:pPr>
      <w:r w:rsidRPr="007911BE">
        <w:rPr>
          <w:sz w:val="28"/>
          <w:szCs w:val="28"/>
          <w:lang w:val="ru-RU"/>
        </w:rPr>
        <w:t>Следующий блок переводит пространственный анализ из режима описания карт в режим типологии и группировки территорий. Он важен для практики государственного управления, потому что позволяет работать не только с отдельными субъектами, но и с классами сходных региональных ситуаций.</w:t>
      </w:r>
    </w:p>
    <w:p w14:paraId="376D06F8" w14:textId="77777777" w:rsidR="00F12170" w:rsidRPr="007911BE" w:rsidRDefault="00000000">
      <w:pPr>
        <w:rPr>
          <w:sz w:val="28"/>
          <w:szCs w:val="28"/>
          <w:lang w:val="ru-RU"/>
        </w:rPr>
      </w:pPr>
      <w:r w:rsidRPr="007911BE">
        <w:rPr>
          <w:sz w:val="28"/>
          <w:szCs w:val="28"/>
          <w:lang w:val="ru-RU"/>
        </w:rPr>
        <w:t>Пространственная статистика подтверждает, что территориальное распределение ряда ключевых показателей не случайно. Наиболее сильная глобальная пространственная автокорреляция наблюдается по СКР третьих и последующих детей (</w:t>
      </w:r>
      <w:r w:rsidRPr="007911BE">
        <w:rPr>
          <w:sz w:val="28"/>
          <w:szCs w:val="28"/>
        </w:rPr>
        <w:t>Moran</w:t>
      </w:r>
      <w:r w:rsidRPr="007911BE">
        <w:rPr>
          <w:sz w:val="28"/>
          <w:szCs w:val="28"/>
          <w:lang w:val="ru-RU"/>
        </w:rPr>
        <w:t>’</w:t>
      </w:r>
      <w:r w:rsidRPr="007911BE">
        <w:rPr>
          <w:sz w:val="28"/>
          <w:szCs w:val="28"/>
        </w:rPr>
        <w:t>s</w:t>
      </w:r>
      <w:r w:rsidRPr="007911BE">
        <w:rPr>
          <w:sz w:val="28"/>
          <w:szCs w:val="28"/>
          <w:lang w:val="ru-RU"/>
        </w:rPr>
        <w:t xml:space="preserve"> </w:t>
      </w:r>
      <w:r w:rsidRPr="007911BE">
        <w:rPr>
          <w:sz w:val="28"/>
          <w:szCs w:val="28"/>
        </w:rPr>
        <w:t>I</w:t>
      </w:r>
      <w:r w:rsidRPr="007911BE">
        <w:rPr>
          <w:sz w:val="28"/>
          <w:szCs w:val="28"/>
          <w:lang w:val="ru-RU"/>
        </w:rPr>
        <w:t xml:space="preserve"> = 0.470; </w:t>
      </w:r>
      <w:r w:rsidRPr="007911BE">
        <w:rPr>
          <w:sz w:val="28"/>
          <w:szCs w:val="28"/>
        </w:rPr>
        <w:t>z</w:t>
      </w:r>
      <w:r w:rsidRPr="007911BE">
        <w:rPr>
          <w:sz w:val="28"/>
          <w:szCs w:val="28"/>
          <w:lang w:val="ru-RU"/>
        </w:rPr>
        <w:t xml:space="preserve"> = 6.84), затем по общему СКР (</w:t>
      </w:r>
      <w:r w:rsidRPr="007911BE">
        <w:rPr>
          <w:sz w:val="28"/>
          <w:szCs w:val="28"/>
        </w:rPr>
        <w:t>Moran</w:t>
      </w:r>
      <w:r w:rsidRPr="007911BE">
        <w:rPr>
          <w:sz w:val="28"/>
          <w:szCs w:val="28"/>
          <w:lang w:val="ru-RU"/>
        </w:rPr>
        <w:t>’</w:t>
      </w:r>
      <w:r w:rsidRPr="007911BE">
        <w:rPr>
          <w:sz w:val="28"/>
          <w:szCs w:val="28"/>
        </w:rPr>
        <w:t>s</w:t>
      </w:r>
      <w:r w:rsidRPr="007911BE">
        <w:rPr>
          <w:sz w:val="28"/>
          <w:szCs w:val="28"/>
          <w:lang w:val="ru-RU"/>
        </w:rPr>
        <w:t xml:space="preserve"> </w:t>
      </w:r>
      <w:r w:rsidRPr="007911BE">
        <w:rPr>
          <w:sz w:val="28"/>
          <w:szCs w:val="28"/>
        </w:rPr>
        <w:t>I</w:t>
      </w:r>
      <w:r w:rsidRPr="007911BE">
        <w:rPr>
          <w:sz w:val="28"/>
          <w:szCs w:val="28"/>
          <w:lang w:val="ru-RU"/>
        </w:rPr>
        <w:t xml:space="preserve"> = 0.361; </w:t>
      </w:r>
      <w:r w:rsidRPr="007911BE">
        <w:rPr>
          <w:sz w:val="28"/>
          <w:szCs w:val="28"/>
        </w:rPr>
        <w:t>z</w:t>
      </w:r>
      <w:r w:rsidRPr="007911BE">
        <w:rPr>
          <w:sz w:val="28"/>
          <w:szCs w:val="28"/>
          <w:lang w:val="ru-RU"/>
        </w:rPr>
        <w:t xml:space="preserve"> = 5.00) и по уровню бедности многодетных семей (</w:t>
      </w:r>
      <w:r w:rsidRPr="007911BE">
        <w:rPr>
          <w:sz w:val="28"/>
          <w:szCs w:val="28"/>
        </w:rPr>
        <w:t>Moran</w:t>
      </w:r>
      <w:r w:rsidRPr="007911BE">
        <w:rPr>
          <w:sz w:val="28"/>
          <w:szCs w:val="28"/>
          <w:lang w:val="ru-RU"/>
        </w:rPr>
        <w:t>’</w:t>
      </w:r>
      <w:r w:rsidRPr="007911BE">
        <w:rPr>
          <w:sz w:val="28"/>
          <w:szCs w:val="28"/>
        </w:rPr>
        <w:t>s</w:t>
      </w:r>
      <w:r w:rsidRPr="007911BE">
        <w:rPr>
          <w:sz w:val="28"/>
          <w:szCs w:val="28"/>
          <w:lang w:val="ru-RU"/>
        </w:rPr>
        <w:t xml:space="preserve"> </w:t>
      </w:r>
      <w:r w:rsidRPr="007911BE">
        <w:rPr>
          <w:sz w:val="28"/>
          <w:szCs w:val="28"/>
        </w:rPr>
        <w:t>I</w:t>
      </w:r>
      <w:r w:rsidRPr="007911BE">
        <w:rPr>
          <w:sz w:val="28"/>
          <w:szCs w:val="28"/>
          <w:lang w:val="ru-RU"/>
        </w:rPr>
        <w:t xml:space="preserve"> = 0.196; </w:t>
      </w:r>
      <w:r w:rsidRPr="007911BE">
        <w:rPr>
          <w:sz w:val="28"/>
          <w:szCs w:val="28"/>
        </w:rPr>
        <w:t>z</w:t>
      </w:r>
      <w:r w:rsidRPr="007911BE">
        <w:rPr>
          <w:sz w:val="28"/>
          <w:szCs w:val="28"/>
          <w:lang w:val="ru-RU"/>
        </w:rPr>
        <w:t xml:space="preserve"> = 2.99). Это означает, что территория должна рассматриваться не как фон реализации проекта, а как фактор, структурирующий сами результаты.</w:t>
      </w:r>
    </w:p>
    <w:p w14:paraId="6CB117A1" w14:textId="77777777" w:rsidR="00F12170" w:rsidRPr="007911BE" w:rsidRDefault="00000000">
      <w:pPr>
        <w:rPr>
          <w:sz w:val="28"/>
          <w:szCs w:val="28"/>
          <w:lang w:val="ru-RU"/>
        </w:rPr>
      </w:pPr>
      <w:r w:rsidRPr="007911BE">
        <w:rPr>
          <w:sz w:val="28"/>
          <w:szCs w:val="28"/>
          <w:lang w:val="ru-RU"/>
        </w:rPr>
        <w:t xml:space="preserve">Локальная статистика </w:t>
      </w:r>
      <w:r w:rsidRPr="007911BE">
        <w:rPr>
          <w:sz w:val="28"/>
          <w:szCs w:val="28"/>
        </w:rPr>
        <w:t>LISA</w:t>
      </w:r>
      <w:r w:rsidRPr="007911BE">
        <w:rPr>
          <w:sz w:val="28"/>
          <w:szCs w:val="28"/>
          <w:lang w:val="ru-RU"/>
        </w:rPr>
        <w:t xml:space="preserve"> позволяет выявить устойчивые пространственные узлы. Для бедности многодетных семей </w:t>
      </w:r>
      <w:r w:rsidRPr="007911BE">
        <w:rPr>
          <w:sz w:val="28"/>
          <w:szCs w:val="28"/>
        </w:rPr>
        <w:t>HH</w:t>
      </w:r>
      <w:r w:rsidRPr="007911BE">
        <w:rPr>
          <w:sz w:val="28"/>
          <w:szCs w:val="28"/>
          <w:lang w:val="ru-RU"/>
        </w:rPr>
        <w:t xml:space="preserve">-кластеры сформированы Иркутской областью, Республикой Бурятия, Республикой Дагестан, Республикой Ингушетия, Республикой Тыва и Чеченской Республикой. По суммарному коэффициенту рождаемости </w:t>
      </w:r>
      <w:r w:rsidRPr="007911BE">
        <w:rPr>
          <w:sz w:val="28"/>
          <w:szCs w:val="28"/>
        </w:rPr>
        <w:t>HH</w:t>
      </w:r>
      <w:r w:rsidRPr="007911BE">
        <w:rPr>
          <w:sz w:val="28"/>
          <w:szCs w:val="28"/>
          <w:lang w:val="ru-RU"/>
        </w:rPr>
        <w:t xml:space="preserve">-кластеры складываются вокруг Дагестана, Ингушетии, Тывы, Чеченской Республики и Ямало-Ненецкого автономного округа, а </w:t>
      </w:r>
      <w:r w:rsidRPr="007911BE">
        <w:rPr>
          <w:sz w:val="28"/>
          <w:szCs w:val="28"/>
        </w:rPr>
        <w:t>LL</w:t>
      </w:r>
      <w:r w:rsidRPr="007911BE">
        <w:rPr>
          <w:sz w:val="28"/>
          <w:szCs w:val="28"/>
          <w:lang w:val="ru-RU"/>
        </w:rPr>
        <w:t>-кластеры локализуются в ряде областей центральной части страны. Такая конфигурация требует не единого общероссийского сценария, а работы с региональными режимами риска, инерции и институционального потенциала.</w:t>
      </w:r>
    </w:p>
    <w:p w14:paraId="60E47CE3" w14:textId="77777777" w:rsidR="00F12170" w:rsidRPr="007911BE" w:rsidRDefault="00000000">
      <w:pPr>
        <w:rPr>
          <w:sz w:val="28"/>
          <w:szCs w:val="28"/>
          <w:lang w:val="ru-RU"/>
        </w:rPr>
      </w:pPr>
      <w:r w:rsidRPr="007911BE">
        <w:rPr>
          <w:sz w:val="28"/>
          <w:szCs w:val="28"/>
          <w:lang w:val="ru-RU"/>
        </w:rPr>
        <w:t xml:space="preserve">Кластеризация по доступным региональным признакам выделяет три содержательно различные группы. Наиболее напряжённый кластер 3 включает следующие регионы: Еврейская автономная область; Иркутская область; Ненецкий автономный округ; Республика Алтай; Республика Бурятия; </w:t>
      </w:r>
      <w:r w:rsidRPr="007911BE">
        <w:rPr>
          <w:sz w:val="28"/>
          <w:szCs w:val="28"/>
          <w:lang w:val="ru-RU"/>
        </w:rPr>
        <w:lastRenderedPageBreak/>
        <w:t xml:space="preserve">Республика Дагестан; Республика Ингушетия; Республика Тыва; Чеченская Республика; Чукотский автономный округ. Для него характерно сочетание высокой рождаемости с повышенной бедностью многодетных семей и неблагоприятными значениями по младенческой смертности. Именно этот набор субъектов показывает, что демографическая витальность сама по себе не гарантирует социальной устойчивости. Дополнительный слой диагностики дают выбросы и сеть схожести регионов: в верхние 15% распределения </w:t>
      </w:r>
      <w:r w:rsidRPr="007911BE">
        <w:rPr>
          <w:sz w:val="28"/>
          <w:szCs w:val="28"/>
        </w:rPr>
        <w:t>outlier</w:t>
      </w:r>
      <w:r w:rsidRPr="007911BE">
        <w:rPr>
          <w:sz w:val="28"/>
          <w:szCs w:val="28"/>
          <w:lang w:val="ru-RU"/>
        </w:rPr>
        <w:t xml:space="preserve"> </w:t>
      </w:r>
      <w:r w:rsidRPr="007911BE">
        <w:rPr>
          <w:sz w:val="28"/>
          <w:szCs w:val="28"/>
        </w:rPr>
        <w:t>score</w:t>
      </w:r>
      <w:r w:rsidRPr="007911BE">
        <w:rPr>
          <w:sz w:val="28"/>
          <w:szCs w:val="28"/>
          <w:lang w:val="ru-RU"/>
        </w:rPr>
        <w:t xml:space="preserve"> входят 14 регионов, включая Чукотский автономный округ; Москва; Чеченская Республика; Карачаево-Черкесская Республика; Республика Дагестан; Республика Ингушетия; Еврейская автономная область; Севастополь; Республика Тыва; Магаданская область; Камчатский край; Ненецкий автономный округ; Республика Мордовия; Республика Северная Осетия - Алания; сеть региональной схожести содержит 179 рёбер и 8 сообществ, что позволяет обсуждать не только «лучшие практики», но и группы регионов-аналогов.</w:t>
      </w:r>
    </w:p>
    <w:p w14:paraId="389804FB" w14:textId="77777777" w:rsidR="00B408C8" w:rsidRPr="007911BE" w:rsidRDefault="00B408C8" w:rsidP="00B408C8">
      <w:pPr>
        <w:ind w:firstLine="0"/>
        <w:jc w:val="center"/>
        <w:rPr>
          <w:sz w:val="28"/>
          <w:szCs w:val="28"/>
          <w:lang w:val="ru-RU"/>
        </w:rPr>
      </w:pPr>
      <w:r w:rsidRPr="007911BE">
        <w:rPr>
          <w:noProof/>
        </w:rPr>
        <w:drawing>
          <wp:inline distT="0" distB="0" distL="0" distR="0" wp14:anchorId="4B7C6811" wp14:editId="7EB12492">
            <wp:extent cx="5580000" cy="3224059"/>
            <wp:effectExtent l="0" t="0" r="0" b="0"/>
            <wp:docPr id="194443915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1_.xls_2.14.Я.2_lisa.png"/>
                    <pic:cNvPicPr/>
                  </pic:nvPicPr>
                  <pic:blipFill>
                    <a:blip r:embed="rId33"/>
                    <a:stretch>
                      <a:fillRect/>
                    </a:stretch>
                  </pic:blipFill>
                  <pic:spPr>
                    <a:xfrm>
                      <a:off x="0" y="0"/>
                      <a:ext cx="5580000" cy="3224059"/>
                    </a:xfrm>
                    <a:prstGeom prst="rect">
                      <a:avLst/>
                    </a:prstGeom>
                  </pic:spPr>
                </pic:pic>
              </a:graphicData>
            </a:graphic>
          </wp:inline>
        </w:drawing>
      </w:r>
    </w:p>
    <w:p w14:paraId="3B03D5F8" w14:textId="77777777" w:rsidR="00F12170" w:rsidRPr="007911BE" w:rsidRDefault="00000000">
      <w:pPr>
        <w:ind w:firstLine="0"/>
        <w:jc w:val="center"/>
        <w:rPr>
          <w:lang w:val="ru-RU"/>
        </w:rPr>
      </w:pPr>
      <w:r w:rsidRPr="007911BE">
        <w:rPr>
          <w:lang w:val="ru-RU"/>
        </w:rPr>
        <w:t xml:space="preserve">Рисунок 26 </w:t>
      </w:r>
      <w:r w:rsidR="00387CF6" w:rsidRPr="007911BE">
        <w:rPr>
          <w:lang w:val="ru-RU"/>
        </w:rPr>
        <w:t xml:space="preserve">– </w:t>
      </w:r>
      <w:r w:rsidRPr="007911BE">
        <w:rPr>
          <w:lang w:val="ru-RU"/>
        </w:rPr>
        <w:t xml:space="preserve"> </w:t>
      </w:r>
      <w:r w:rsidRPr="007911BE">
        <w:t>LISA</w:t>
      </w:r>
      <w:r w:rsidRPr="007911BE">
        <w:rPr>
          <w:lang w:val="ru-RU"/>
        </w:rPr>
        <w:t>-кластеры суммарного коэффициента рождаемости</w:t>
      </w:r>
    </w:p>
    <w:p w14:paraId="1D345B32"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7C9B474E" w14:textId="77777777" w:rsidR="00F12170" w:rsidRPr="007911BE" w:rsidRDefault="00000000">
      <w:pPr>
        <w:ind w:firstLine="0"/>
        <w:jc w:val="center"/>
      </w:pPr>
      <w:r w:rsidRPr="007911BE">
        <w:rPr>
          <w:noProof/>
        </w:rPr>
        <w:lastRenderedPageBreak/>
        <w:drawing>
          <wp:inline distT="0" distB="0" distL="0" distR="0" wp14:anchorId="253A3E53" wp14:editId="4675B04C">
            <wp:extent cx="5580000" cy="322405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22_.xls_2.14.Я.3_lisa.png"/>
                    <pic:cNvPicPr/>
                  </pic:nvPicPr>
                  <pic:blipFill>
                    <a:blip r:embed="rId34"/>
                    <a:stretch>
                      <a:fillRect/>
                    </a:stretch>
                  </pic:blipFill>
                  <pic:spPr>
                    <a:xfrm>
                      <a:off x="0" y="0"/>
                      <a:ext cx="5580000" cy="3224059"/>
                    </a:xfrm>
                    <a:prstGeom prst="rect">
                      <a:avLst/>
                    </a:prstGeom>
                  </pic:spPr>
                </pic:pic>
              </a:graphicData>
            </a:graphic>
          </wp:inline>
        </w:drawing>
      </w:r>
    </w:p>
    <w:p w14:paraId="6C0B79BD" w14:textId="77777777" w:rsidR="00F12170" w:rsidRPr="007911BE" w:rsidRDefault="00000000">
      <w:pPr>
        <w:ind w:firstLine="0"/>
        <w:jc w:val="center"/>
        <w:rPr>
          <w:lang w:val="ru-RU"/>
        </w:rPr>
      </w:pPr>
      <w:r w:rsidRPr="007911BE">
        <w:rPr>
          <w:lang w:val="ru-RU"/>
        </w:rPr>
        <w:t xml:space="preserve">Рисунок 27 </w:t>
      </w:r>
      <w:r w:rsidR="00387CF6" w:rsidRPr="007911BE">
        <w:rPr>
          <w:lang w:val="ru-RU"/>
        </w:rPr>
        <w:t xml:space="preserve">– </w:t>
      </w:r>
      <w:r w:rsidRPr="007911BE">
        <w:rPr>
          <w:lang w:val="ru-RU"/>
        </w:rPr>
        <w:t xml:space="preserve"> </w:t>
      </w:r>
      <w:r w:rsidRPr="007911BE">
        <w:t>LISA</w:t>
      </w:r>
      <w:r w:rsidRPr="007911BE">
        <w:rPr>
          <w:lang w:val="ru-RU"/>
        </w:rPr>
        <w:t>-кластеры СКР третьих и последующих детей</w:t>
      </w:r>
    </w:p>
    <w:p w14:paraId="0F4A31FD" w14:textId="77777777" w:rsidR="00F12170" w:rsidRPr="007911BE" w:rsidRDefault="00000000">
      <w:pPr>
        <w:ind w:firstLine="0"/>
        <w:jc w:val="center"/>
        <w:rPr>
          <w:lang w:val="ru-RU"/>
        </w:rPr>
      </w:pPr>
      <w:r w:rsidRPr="007911BE">
        <w:rPr>
          <w:i/>
          <w:sz w:val="24"/>
          <w:lang w:val="ru-RU"/>
        </w:rPr>
        <w:t>Источник: расчёты по базе ЕМИСС, полигональный слой 89 субъектов</w:t>
      </w:r>
    </w:p>
    <w:p w14:paraId="2C6C60CC" w14:textId="77777777" w:rsidR="00F12170" w:rsidRPr="007911BE" w:rsidRDefault="00000000" w:rsidP="007C4FB0">
      <w:pPr>
        <w:ind w:firstLine="0"/>
        <w:jc w:val="center"/>
      </w:pPr>
      <w:r w:rsidRPr="007911BE">
        <w:rPr>
          <w:noProof/>
        </w:rPr>
        <w:drawing>
          <wp:inline distT="0" distB="0" distL="0" distR="0" wp14:anchorId="2BF92BA7" wp14:editId="110C698E">
            <wp:extent cx="5760000" cy="405401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_clusters_tile_map.png"/>
                    <pic:cNvPicPr/>
                  </pic:nvPicPr>
                  <pic:blipFill>
                    <a:blip r:embed="rId35"/>
                    <a:stretch>
                      <a:fillRect/>
                    </a:stretch>
                  </pic:blipFill>
                  <pic:spPr>
                    <a:xfrm>
                      <a:off x="0" y="0"/>
                      <a:ext cx="5760000" cy="4054013"/>
                    </a:xfrm>
                    <a:prstGeom prst="rect">
                      <a:avLst/>
                    </a:prstGeom>
                  </pic:spPr>
                </pic:pic>
              </a:graphicData>
            </a:graphic>
          </wp:inline>
        </w:drawing>
      </w:r>
    </w:p>
    <w:p w14:paraId="54CA3A30" w14:textId="77777777" w:rsidR="007C4FB0" w:rsidRPr="007911BE" w:rsidRDefault="007C4FB0" w:rsidP="007C4FB0">
      <w:pPr>
        <w:spacing w:before="120" w:after="60"/>
        <w:rPr>
          <w:lang w:val="ru-RU"/>
        </w:rPr>
      </w:pPr>
      <w:r w:rsidRPr="007911BE">
        <w:rPr>
          <w:lang w:val="ru-RU"/>
        </w:rPr>
        <w:t>Рисунок 28 –  Кластеры субъектов РФ по доступным показателям национального проекта</w:t>
      </w:r>
    </w:p>
    <w:p w14:paraId="6D273999"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14D98D95" w14:textId="77777777" w:rsidR="00F12170" w:rsidRPr="007911BE" w:rsidRDefault="00000000">
      <w:pPr>
        <w:jc w:val="center"/>
      </w:pPr>
      <w:r w:rsidRPr="007911BE">
        <w:rPr>
          <w:noProof/>
        </w:rPr>
        <w:lastRenderedPageBreak/>
        <w:drawing>
          <wp:inline distT="0" distB="0" distL="0" distR="0" wp14:anchorId="243A35CB" wp14:editId="682E71FA">
            <wp:extent cx="5760720" cy="302569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_similarity_communities_map_regenerated_notitle.png"/>
                    <pic:cNvPicPr/>
                  </pic:nvPicPr>
                  <pic:blipFill>
                    <a:blip r:embed="rId36"/>
                    <a:stretch>
                      <a:fillRect/>
                    </a:stretch>
                  </pic:blipFill>
                  <pic:spPr>
                    <a:xfrm>
                      <a:off x="0" y="0"/>
                      <a:ext cx="5760720" cy="3025699"/>
                    </a:xfrm>
                    <a:prstGeom prst="rect">
                      <a:avLst/>
                    </a:prstGeom>
                  </pic:spPr>
                </pic:pic>
              </a:graphicData>
            </a:graphic>
          </wp:inline>
        </w:drawing>
      </w:r>
    </w:p>
    <w:p w14:paraId="79194F4A" w14:textId="77777777" w:rsidR="00F41D89" w:rsidRPr="007911BE" w:rsidRDefault="00F41D89" w:rsidP="00F41D89">
      <w:pPr>
        <w:spacing w:before="120" w:after="60"/>
        <w:rPr>
          <w:lang w:val="ru-RU"/>
        </w:rPr>
      </w:pPr>
      <w:r w:rsidRPr="007911BE">
        <w:rPr>
          <w:lang w:val="ru-RU"/>
        </w:rPr>
        <w:t>Рисунок 29 –  Сообщества регионов в сети схожести</w:t>
      </w:r>
    </w:p>
    <w:p w14:paraId="5B03B2A2"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37E8C84B" w14:textId="77777777" w:rsidR="00F12170" w:rsidRPr="007911BE" w:rsidRDefault="00000000" w:rsidP="008A6905">
      <w:pPr>
        <w:pStyle w:val="31"/>
      </w:pPr>
      <w:bookmarkStart w:id="31" w:name="_Toc228134077"/>
      <w:r w:rsidRPr="007911BE">
        <w:t>Классификационный профиль субъектов Российской Федерации</w:t>
      </w:r>
      <w:bookmarkEnd w:id="31"/>
    </w:p>
    <w:p w14:paraId="7858BE1C" w14:textId="77777777" w:rsidR="00F12170" w:rsidRPr="007911BE" w:rsidRDefault="00000000">
      <w:pPr>
        <w:rPr>
          <w:sz w:val="28"/>
          <w:szCs w:val="28"/>
          <w:lang w:val="ru-RU"/>
        </w:rPr>
      </w:pPr>
      <w:r w:rsidRPr="007911BE">
        <w:rPr>
          <w:sz w:val="28"/>
          <w:szCs w:val="28"/>
          <w:lang w:val="ru-RU"/>
        </w:rPr>
        <w:t>Итоговая классификационная таблица сводит воедино результаты нескольких методов: интегральный индекс, кластерную принадлежность, сетевое сообщество и меру аномальности. Это не «новый рейтинг» субъектов РФ, а компактная рабочая навигация для выбора типа управленческого решения по каждому региону.</w:t>
      </w:r>
    </w:p>
    <w:p w14:paraId="7F822257" w14:textId="77777777" w:rsidR="00B408C8" w:rsidRPr="007911BE" w:rsidRDefault="00B408C8" w:rsidP="00B408C8">
      <w:pPr>
        <w:spacing w:before="120" w:after="60"/>
        <w:ind w:firstLine="0"/>
        <w:rPr>
          <w:lang w:val="ru-RU"/>
        </w:rPr>
      </w:pPr>
    </w:p>
    <w:p w14:paraId="3E6C72A5" w14:textId="77777777" w:rsidR="00F12170" w:rsidRPr="007911BE" w:rsidRDefault="00000000" w:rsidP="00B408C8">
      <w:pPr>
        <w:spacing w:before="120" w:after="60"/>
        <w:ind w:firstLine="0"/>
        <w:rPr>
          <w:lang w:val="ru-RU"/>
        </w:rPr>
      </w:pPr>
      <w:r w:rsidRPr="007911BE">
        <w:rPr>
          <w:lang w:val="ru-RU"/>
        </w:rPr>
        <w:t xml:space="preserve">Таблица 17 </w:t>
      </w:r>
      <w:r w:rsidR="00387CF6" w:rsidRPr="007911BE">
        <w:rPr>
          <w:lang w:val="ru-RU"/>
        </w:rPr>
        <w:t xml:space="preserve">– </w:t>
      </w:r>
      <w:r w:rsidRPr="007911BE">
        <w:rPr>
          <w:lang w:val="ru-RU"/>
        </w:rPr>
        <w:t xml:space="preserve"> Классификационный профиль субъектов РФ: интегральные индексы, кластеры, сообщества и аномальность</w:t>
      </w:r>
    </w:p>
    <w:tbl>
      <w:tblPr>
        <w:tblStyle w:val="aff0"/>
        <w:tblW w:w="0" w:type="auto"/>
        <w:jc w:val="center"/>
        <w:tblLook w:val="04A0" w:firstRow="1" w:lastRow="0" w:firstColumn="1" w:lastColumn="0" w:noHBand="0" w:noVBand="1"/>
      </w:tblPr>
      <w:tblGrid>
        <w:gridCol w:w="3301"/>
        <w:gridCol w:w="1661"/>
        <w:gridCol w:w="812"/>
        <w:gridCol w:w="1525"/>
        <w:gridCol w:w="748"/>
        <w:gridCol w:w="1094"/>
        <w:gridCol w:w="714"/>
      </w:tblGrid>
      <w:tr w:rsidR="00F12170" w:rsidRPr="007911BE" w14:paraId="0B4C9A81" w14:textId="77777777" w:rsidTr="00B408C8">
        <w:trPr>
          <w:tblHeader/>
          <w:jc w:val="center"/>
        </w:trPr>
        <w:tc>
          <w:tcPr>
            <w:tcW w:w="0" w:type="auto"/>
            <w:shd w:val="clear" w:color="auto" w:fill="D9EAF7"/>
            <w:vAlign w:val="center"/>
          </w:tcPr>
          <w:p w14:paraId="6176F456" w14:textId="77777777" w:rsidR="00F12170" w:rsidRPr="007911BE" w:rsidRDefault="00000000">
            <w:pPr>
              <w:ind w:firstLine="0"/>
              <w:jc w:val="center"/>
              <w:rPr>
                <w:sz w:val="16"/>
                <w:szCs w:val="28"/>
              </w:rPr>
            </w:pPr>
            <w:proofErr w:type="spellStart"/>
            <w:r w:rsidRPr="007911BE">
              <w:rPr>
                <w:b/>
                <w:sz w:val="16"/>
                <w:szCs w:val="28"/>
              </w:rPr>
              <w:t>Субъект</w:t>
            </w:r>
            <w:proofErr w:type="spellEnd"/>
            <w:r w:rsidRPr="007911BE">
              <w:rPr>
                <w:b/>
                <w:sz w:val="16"/>
                <w:szCs w:val="28"/>
              </w:rPr>
              <w:t xml:space="preserve"> РФ</w:t>
            </w:r>
          </w:p>
        </w:tc>
        <w:tc>
          <w:tcPr>
            <w:tcW w:w="0" w:type="auto"/>
            <w:shd w:val="clear" w:color="auto" w:fill="D9EAF7"/>
            <w:vAlign w:val="center"/>
          </w:tcPr>
          <w:p w14:paraId="2B8883A0" w14:textId="77777777" w:rsidR="00F12170" w:rsidRPr="007911BE" w:rsidRDefault="00000000">
            <w:pPr>
              <w:ind w:firstLine="0"/>
              <w:jc w:val="center"/>
              <w:rPr>
                <w:sz w:val="16"/>
                <w:szCs w:val="28"/>
              </w:rPr>
            </w:pPr>
            <w:proofErr w:type="spellStart"/>
            <w:r w:rsidRPr="007911BE">
              <w:rPr>
                <w:b/>
                <w:sz w:val="16"/>
                <w:szCs w:val="28"/>
              </w:rPr>
              <w:t>Федеральный</w:t>
            </w:r>
            <w:proofErr w:type="spellEnd"/>
            <w:r w:rsidRPr="007911BE">
              <w:rPr>
                <w:b/>
                <w:sz w:val="16"/>
                <w:szCs w:val="28"/>
              </w:rPr>
              <w:t xml:space="preserve"> </w:t>
            </w:r>
            <w:proofErr w:type="spellStart"/>
            <w:r w:rsidRPr="007911BE">
              <w:rPr>
                <w:b/>
                <w:sz w:val="16"/>
                <w:szCs w:val="28"/>
              </w:rPr>
              <w:t>округ</w:t>
            </w:r>
            <w:proofErr w:type="spellEnd"/>
          </w:p>
        </w:tc>
        <w:tc>
          <w:tcPr>
            <w:tcW w:w="0" w:type="auto"/>
            <w:shd w:val="clear" w:color="auto" w:fill="D9EAF7"/>
            <w:vAlign w:val="center"/>
          </w:tcPr>
          <w:p w14:paraId="2F2E58AF" w14:textId="77777777" w:rsidR="00F12170" w:rsidRPr="007911BE" w:rsidRDefault="00000000">
            <w:pPr>
              <w:ind w:firstLine="0"/>
              <w:jc w:val="center"/>
              <w:rPr>
                <w:sz w:val="16"/>
                <w:szCs w:val="28"/>
              </w:rPr>
            </w:pPr>
            <w:proofErr w:type="spellStart"/>
            <w:r w:rsidRPr="007911BE">
              <w:rPr>
                <w:b/>
                <w:sz w:val="16"/>
                <w:szCs w:val="28"/>
              </w:rPr>
              <w:t>Кластер</w:t>
            </w:r>
            <w:proofErr w:type="spellEnd"/>
          </w:p>
        </w:tc>
        <w:tc>
          <w:tcPr>
            <w:tcW w:w="0" w:type="auto"/>
            <w:shd w:val="clear" w:color="auto" w:fill="D9EAF7"/>
            <w:vAlign w:val="center"/>
          </w:tcPr>
          <w:p w14:paraId="200CF6F6" w14:textId="77777777" w:rsidR="00F12170" w:rsidRPr="007911BE" w:rsidRDefault="00000000">
            <w:pPr>
              <w:ind w:firstLine="0"/>
              <w:jc w:val="center"/>
              <w:rPr>
                <w:sz w:val="16"/>
                <w:szCs w:val="28"/>
              </w:rPr>
            </w:pPr>
            <w:proofErr w:type="spellStart"/>
            <w:r w:rsidRPr="007911BE">
              <w:rPr>
                <w:b/>
                <w:sz w:val="16"/>
                <w:szCs w:val="28"/>
              </w:rPr>
              <w:t>Индекс</w:t>
            </w:r>
            <w:proofErr w:type="spellEnd"/>
            <w:r w:rsidRPr="007911BE">
              <w:rPr>
                <w:b/>
                <w:sz w:val="16"/>
                <w:szCs w:val="28"/>
              </w:rPr>
              <w:br/>
            </w:r>
            <w:proofErr w:type="spellStart"/>
            <w:r w:rsidRPr="007911BE">
              <w:rPr>
                <w:b/>
                <w:sz w:val="16"/>
                <w:szCs w:val="28"/>
              </w:rPr>
              <w:t>результативности</w:t>
            </w:r>
            <w:proofErr w:type="spellEnd"/>
          </w:p>
        </w:tc>
        <w:tc>
          <w:tcPr>
            <w:tcW w:w="0" w:type="auto"/>
            <w:shd w:val="clear" w:color="auto" w:fill="D9EAF7"/>
            <w:vAlign w:val="center"/>
          </w:tcPr>
          <w:p w14:paraId="2C6AF67D" w14:textId="77777777" w:rsidR="00F12170" w:rsidRPr="007911BE" w:rsidRDefault="00000000">
            <w:pPr>
              <w:ind w:firstLine="0"/>
              <w:jc w:val="center"/>
              <w:rPr>
                <w:sz w:val="16"/>
                <w:szCs w:val="28"/>
              </w:rPr>
            </w:pPr>
            <w:proofErr w:type="spellStart"/>
            <w:r w:rsidRPr="007911BE">
              <w:rPr>
                <w:b/>
                <w:sz w:val="16"/>
                <w:szCs w:val="28"/>
              </w:rPr>
              <w:t>Индекс</w:t>
            </w:r>
            <w:proofErr w:type="spellEnd"/>
            <w:r w:rsidRPr="007911BE">
              <w:rPr>
                <w:b/>
                <w:sz w:val="16"/>
                <w:szCs w:val="28"/>
              </w:rPr>
              <w:br/>
            </w:r>
            <w:proofErr w:type="spellStart"/>
            <w:r w:rsidRPr="007911BE">
              <w:rPr>
                <w:b/>
                <w:sz w:val="16"/>
                <w:szCs w:val="28"/>
              </w:rPr>
              <w:t>риска</w:t>
            </w:r>
            <w:proofErr w:type="spellEnd"/>
          </w:p>
        </w:tc>
        <w:tc>
          <w:tcPr>
            <w:tcW w:w="0" w:type="auto"/>
            <w:shd w:val="clear" w:color="auto" w:fill="D9EAF7"/>
            <w:vAlign w:val="center"/>
          </w:tcPr>
          <w:p w14:paraId="1E7ED8F4" w14:textId="77777777" w:rsidR="00F12170" w:rsidRPr="007911BE" w:rsidRDefault="00000000">
            <w:pPr>
              <w:ind w:firstLine="0"/>
              <w:jc w:val="center"/>
              <w:rPr>
                <w:sz w:val="16"/>
                <w:szCs w:val="28"/>
              </w:rPr>
            </w:pPr>
            <w:proofErr w:type="spellStart"/>
            <w:r w:rsidRPr="007911BE">
              <w:rPr>
                <w:b/>
                <w:sz w:val="16"/>
                <w:szCs w:val="28"/>
              </w:rPr>
              <w:t>Сообщество</w:t>
            </w:r>
            <w:proofErr w:type="spellEnd"/>
          </w:p>
        </w:tc>
        <w:tc>
          <w:tcPr>
            <w:tcW w:w="0" w:type="auto"/>
            <w:shd w:val="clear" w:color="auto" w:fill="D9EAF7"/>
            <w:vAlign w:val="center"/>
          </w:tcPr>
          <w:p w14:paraId="0355BD52" w14:textId="77777777" w:rsidR="00F12170" w:rsidRPr="007911BE" w:rsidRDefault="00000000">
            <w:pPr>
              <w:ind w:firstLine="0"/>
              <w:jc w:val="center"/>
              <w:rPr>
                <w:sz w:val="16"/>
                <w:szCs w:val="28"/>
              </w:rPr>
            </w:pPr>
            <w:r w:rsidRPr="007911BE">
              <w:rPr>
                <w:b/>
                <w:sz w:val="16"/>
                <w:szCs w:val="28"/>
              </w:rPr>
              <w:t>Outlier</w:t>
            </w:r>
            <w:r w:rsidRPr="007911BE">
              <w:rPr>
                <w:b/>
                <w:sz w:val="16"/>
                <w:szCs w:val="28"/>
              </w:rPr>
              <w:br/>
              <w:t>score</w:t>
            </w:r>
          </w:p>
        </w:tc>
      </w:tr>
      <w:tr w:rsidR="00F12170" w:rsidRPr="007911BE" w14:paraId="4E33C6EE" w14:textId="77777777" w:rsidTr="00B408C8">
        <w:trPr>
          <w:jc w:val="center"/>
        </w:trPr>
        <w:tc>
          <w:tcPr>
            <w:tcW w:w="0" w:type="auto"/>
            <w:vAlign w:val="center"/>
          </w:tcPr>
          <w:p w14:paraId="14D004AF" w14:textId="77777777" w:rsidR="00F12170" w:rsidRPr="007911BE" w:rsidRDefault="00000000">
            <w:pPr>
              <w:ind w:firstLine="0"/>
              <w:jc w:val="left"/>
              <w:rPr>
                <w:sz w:val="16"/>
                <w:szCs w:val="28"/>
              </w:rPr>
            </w:pPr>
            <w:proofErr w:type="spellStart"/>
            <w:r w:rsidRPr="007911BE">
              <w:rPr>
                <w:sz w:val="16"/>
                <w:szCs w:val="28"/>
              </w:rPr>
              <w:t>Алтайский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0B505B6F"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24D06B19"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AA95347" w14:textId="77777777" w:rsidR="00F12170" w:rsidRPr="007911BE" w:rsidRDefault="00000000">
            <w:pPr>
              <w:ind w:firstLine="0"/>
              <w:jc w:val="center"/>
              <w:rPr>
                <w:sz w:val="16"/>
                <w:szCs w:val="28"/>
              </w:rPr>
            </w:pPr>
            <w:r w:rsidRPr="007911BE">
              <w:rPr>
                <w:sz w:val="16"/>
                <w:szCs w:val="28"/>
              </w:rPr>
              <w:t>28.09</w:t>
            </w:r>
          </w:p>
        </w:tc>
        <w:tc>
          <w:tcPr>
            <w:tcW w:w="0" w:type="auto"/>
            <w:vAlign w:val="center"/>
          </w:tcPr>
          <w:p w14:paraId="7CECC9A5" w14:textId="77777777" w:rsidR="00F12170" w:rsidRPr="007911BE" w:rsidRDefault="00000000">
            <w:pPr>
              <w:ind w:firstLine="0"/>
              <w:jc w:val="center"/>
              <w:rPr>
                <w:sz w:val="16"/>
                <w:szCs w:val="28"/>
              </w:rPr>
            </w:pPr>
            <w:r w:rsidRPr="007911BE">
              <w:rPr>
                <w:sz w:val="16"/>
                <w:szCs w:val="28"/>
              </w:rPr>
              <w:t>71.91</w:t>
            </w:r>
          </w:p>
        </w:tc>
        <w:tc>
          <w:tcPr>
            <w:tcW w:w="0" w:type="auto"/>
            <w:vAlign w:val="center"/>
          </w:tcPr>
          <w:p w14:paraId="2300ACA3"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6BEBC00E" w14:textId="77777777" w:rsidR="00F12170" w:rsidRPr="007911BE" w:rsidRDefault="00000000">
            <w:pPr>
              <w:ind w:firstLine="0"/>
              <w:jc w:val="center"/>
              <w:rPr>
                <w:sz w:val="16"/>
                <w:szCs w:val="28"/>
              </w:rPr>
            </w:pPr>
            <w:r w:rsidRPr="007911BE">
              <w:rPr>
                <w:sz w:val="16"/>
                <w:szCs w:val="28"/>
              </w:rPr>
              <w:t>0.36</w:t>
            </w:r>
          </w:p>
        </w:tc>
      </w:tr>
      <w:tr w:rsidR="00F12170" w:rsidRPr="007911BE" w14:paraId="21EE4958" w14:textId="77777777" w:rsidTr="00B408C8">
        <w:trPr>
          <w:jc w:val="center"/>
        </w:trPr>
        <w:tc>
          <w:tcPr>
            <w:tcW w:w="0" w:type="auto"/>
            <w:vAlign w:val="center"/>
          </w:tcPr>
          <w:p w14:paraId="33637D64" w14:textId="77777777" w:rsidR="00F12170" w:rsidRPr="007911BE" w:rsidRDefault="00000000">
            <w:pPr>
              <w:ind w:firstLine="0"/>
              <w:jc w:val="left"/>
              <w:rPr>
                <w:sz w:val="16"/>
                <w:szCs w:val="28"/>
              </w:rPr>
            </w:pPr>
            <w:proofErr w:type="spellStart"/>
            <w:r w:rsidRPr="007911BE">
              <w:rPr>
                <w:sz w:val="16"/>
                <w:szCs w:val="28"/>
              </w:rPr>
              <w:t>Амурская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ACE3282"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23745C27"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1FFFD1D" w14:textId="77777777" w:rsidR="00F12170" w:rsidRPr="007911BE" w:rsidRDefault="00000000">
            <w:pPr>
              <w:ind w:firstLine="0"/>
              <w:jc w:val="center"/>
              <w:rPr>
                <w:sz w:val="16"/>
                <w:szCs w:val="28"/>
              </w:rPr>
            </w:pPr>
            <w:r w:rsidRPr="007911BE">
              <w:rPr>
                <w:sz w:val="16"/>
                <w:szCs w:val="28"/>
              </w:rPr>
              <w:t>66.29</w:t>
            </w:r>
          </w:p>
        </w:tc>
        <w:tc>
          <w:tcPr>
            <w:tcW w:w="0" w:type="auto"/>
            <w:vAlign w:val="center"/>
          </w:tcPr>
          <w:p w14:paraId="149E1D2D" w14:textId="77777777" w:rsidR="00F12170" w:rsidRPr="007911BE" w:rsidRDefault="00000000">
            <w:pPr>
              <w:ind w:firstLine="0"/>
              <w:jc w:val="center"/>
              <w:rPr>
                <w:sz w:val="16"/>
                <w:szCs w:val="28"/>
              </w:rPr>
            </w:pPr>
            <w:r w:rsidRPr="007911BE">
              <w:rPr>
                <w:sz w:val="16"/>
                <w:szCs w:val="28"/>
              </w:rPr>
              <w:t>33.71</w:t>
            </w:r>
          </w:p>
        </w:tc>
        <w:tc>
          <w:tcPr>
            <w:tcW w:w="0" w:type="auto"/>
            <w:vAlign w:val="center"/>
          </w:tcPr>
          <w:p w14:paraId="10D20072"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6367D89F" w14:textId="77777777" w:rsidR="00F12170" w:rsidRPr="007911BE" w:rsidRDefault="00000000">
            <w:pPr>
              <w:ind w:firstLine="0"/>
              <w:jc w:val="center"/>
              <w:rPr>
                <w:sz w:val="16"/>
                <w:szCs w:val="28"/>
              </w:rPr>
            </w:pPr>
            <w:r w:rsidRPr="007911BE">
              <w:rPr>
                <w:sz w:val="16"/>
                <w:szCs w:val="28"/>
              </w:rPr>
              <w:t>0.37</w:t>
            </w:r>
          </w:p>
        </w:tc>
      </w:tr>
      <w:tr w:rsidR="00F12170" w:rsidRPr="007911BE" w14:paraId="4072F1BB" w14:textId="77777777" w:rsidTr="00B408C8">
        <w:trPr>
          <w:jc w:val="center"/>
        </w:trPr>
        <w:tc>
          <w:tcPr>
            <w:tcW w:w="0" w:type="auto"/>
            <w:vAlign w:val="center"/>
          </w:tcPr>
          <w:p w14:paraId="4D8078EE" w14:textId="77777777" w:rsidR="00F12170" w:rsidRPr="007911BE" w:rsidRDefault="00000000">
            <w:pPr>
              <w:ind w:firstLine="0"/>
              <w:jc w:val="left"/>
              <w:rPr>
                <w:sz w:val="16"/>
                <w:szCs w:val="28"/>
              </w:rPr>
            </w:pPr>
            <w:proofErr w:type="spellStart"/>
            <w:r w:rsidRPr="007911BE">
              <w:rPr>
                <w:sz w:val="16"/>
                <w:szCs w:val="28"/>
              </w:rPr>
              <w:t>Архангельская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4AC12A2"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6853B853"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ED3426F" w14:textId="77777777" w:rsidR="00F12170" w:rsidRPr="007911BE" w:rsidRDefault="00000000">
            <w:pPr>
              <w:ind w:firstLine="0"/>
              <w:jc w:val="center"/>
              <w:rPr>
                <w:sz w:val="16"/>
                <w:szCs w:val="28"/>
              </w:rPr>
            </w:pPr>
            <w:r w:rsidRPr="007911BE">
              <w:rPr>
                <w:sz w:val="16"/>
                <w:szCs w:val="28"/>
              </w:rPr>
              <w:t>31.46</w:t>
            </w:r>
          </w:p>
        </w:tc>
        <w:tc>
          <w:tcPr>
            <w:tcW w:w="0" w:type="auto"/>
            <w:vAlign w:val="center"/>
          </w:tcPr>
          <w:p w14:paraId="39A886F3" w14:textId="77777777" w:rsidR="00F12170" w:rsidRPr="007911BE" w:rsidRDefault="00000000">
            <w:pPr>
              <w:ind w:firstLine="0"/>
              <w:jc w:val="center"/>
              <w:rPr>
                <w:sz w:val="16"/>
                <w:szCs w:val="28"/>
              </w:rPr>
            </w:pPr>
            <w:r w:rsidRPr="007911BE">
              <w:rPr>
                <w:sz w:val="16"/>
                <w:szCs w:val="28"/>
              </w:rPr>
              <w:t>68.54</w:t>
            </w:r>
          </w:p>
        </w:tc>
        <w:tc>
          <w:tcPr>
            <w:tcW w:w="0" w:type="auto"/>
            <w:vAlign w:val="center"/>
          </w:tcPr>
          <w:p w14:paraId="114DDE0A"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734BDD3A" w14:textId="77777777" w:rsidR="00F12170" w:rsidRPr="007911BE" w:rsidRDefault="00000000">
            <w:pPr>
              <w:ind w:firstLine="0"/>
              <w:jc w:val="center"/>
              <w:rPr>
                <w:sz w:val="16"/>
                <w:szCs w:val="28"/>
              </w:rPr>
            </w:pPr>
            <w:r w:rsidRPr="007911BE">
              <w:rPr>
                <w:sz w:val="16"/>
                <w:szCs w:val="28"/>
              </w:rPr>
              <w:t>0.36</w:t>
            </w:r>
          </w:p>
        </w:tc>
      </w:tr>
      <w:tr w:rsidR="00F12170" w:rsidRPr="007911BE" w14:paraId="6E2532D2" w14:textId="77777777" w:rsidTr="00B408C8">
        <w:trPr>
          <w:jc w:val="center"/>
        </w:trPr>
        <w:tc>
          <w:tcPr>
            <w:tcW w:w="0" w:type="auto"/>
            <w:vAlign w:val="center"/>
          </w:tcPr>
          <w:p w14:paraId="14B06FEC" w14:textId="77777777" w:rsidR="00F12170" w:rsidRPr="007911BE" w:rsidRDefault="00000000">
            <w:pPr>
              <w:ind w:firstLine="0"/>
              <w:jc w:val="left"/>
              <w:rPr>
                <w:sz w:val="16"/>
                <w:szCs w:val="28"/>
              </w:rPr>
            </w:pPr>
            <w:proofErr w:type="spellStart"/>
            <w:r w:rsidRPr="007911BE">
              <w:rPr>
                <w:sz w:val="16"/>
                <w:szCs w:val="28"/>
              </w:rPr>
              <w:t>Астраханская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FC2742B"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71EF81BD"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0C5133FD" w14:textId="77777777" w:rsidR="00F12170" w:rsidRPr="007911BE" w:rsidRDefault="00000000">
            <w:pPr>
              <w:ind w:firstLine="0"/>
              <w:jc w:val="center"/>
              <w:rPr>
                <w:sz w:val="16"/>
                <w:szCs w:val="28"/>
              </w:rPr>
            </w:pPr>
            <w:r w:rsidRPr="007911BE">
              <w:rPr>
                <w:sz w:val="16"/>
                <w:szCs w:val="28"/>
              </w:rPr>
              <w:t>70.79</w:t>
            </w:r>
          </w:p>
        </w:tc>
        <w:tc>
          <w:tcPr>
            <w:tcW w:w="0" w:type="auto"/>
            <w:vAlign w:val="center"/>
          </w:tcPr>
          <w:p w14:paraId="22441BFF" w14:textId="77777777" w:rsidR="00F12170" w:rsidRPr="007911BE" w:rsidRDefault="00000000">
            <w:pPr>
              <w:ind w:firstLine="0"/>
              <w:jc w:val="center"/>
              <w:rPr>
                <w:sz w:val="16"/>
                <w:szCs w:val="28"/>
              </w:rPr>
            </w:pPr>
            <w:r w:rsidRPr="007911BE">
              <w:rPr>
                <w:sz w:val="16"/>
                <w:szCs w:val="28"/>
              </w:rPr>
              <w:t>29.21</w:t>
            </w:r>
          </w:p>
        </w:tc>
        <w:tc>
          <w:tcPr>
            <w:tcW w:w="0" w:type="auto"/>
            <w:vAlign w:val="center"/>
          </w:tcPr>
          <w:p w14:paraId="29F2CA1F" w14:textId="77777777" w:rsidR="00F12170" w:rsidRPr="007911BE" w:rsidRDefault="00000000">
            <w:pPr>
              <w:ind w:firstLine="0"/>
              <w:jc w:val="center"/>
              <w:rPr>
                <w:sz w:val="16"/>
                <w:szCs w:val="28"/>
              </w:rPr>
            </w:pPr>
            <w:r w:rsidRPr="007911BE">
              <w:rPr>
                <w:sz w:val="16"/>
                <w:szCs w:val="28"/>
              </w:rPr>
              <w:t>8</w:t>
            </w:r>
          </w:p>
        </w:tc>
        <w:tc>
          <w:tcPr>
            <w:tcW w:w="0" w:type="auto"/>
            <w:vAlign w:val="center"/>
          </w:tcPr>
          <w:p w14:paraId="6240E1D9" w14:textId="77777777" w:rsidR="00F12170" w:rsidRPr="007911BE" w:rsidRDefault="00000000">
            <w:pPr>
              <w:ind w:firstLine="0"/>
              <w:jc w:val="center"/>
              <w:rPr>
                <w:sz w:val="16"/>
                <w:szCs w:val="28"/>
              </w:rPr>
            </w:pPr>
            <w:r w:rsidRPr="007911BE">
              <w:rPr>
                <w:sz w:val="16"/>
                <w:szCs w:val="28"/>
              </w:rPr>
              <w:t>0.37</w:t>
            </w:r>
          </w:p>
        </w:tc>
      </w:tr>
      <w:tr w:rsidR="00F12170" w:rsidRPr="007911BE" w14:paraId="58BF4B26" w14:textId="77777777" w:rsidTr="00B408C8">
        <w:trPr>
          <w:jc w:val="center"/>
        </w:trPr>
        <w:tc>
          <w:tcPr>
            <w:tcW w:w="0" w:type="auto"/>
            <w:vAlign w:val="center"/>
          </w:tcPr>
          <w:p w14:paraId="241B9F32" w14:textId="77777777" w:rsidR="00F12170" w:rsidRPr="007911BE" w:rsidRDefault="00000000">
            <w:pPr>
              <w:ind w:firstLine="0"/>
              <w:jc w:val="left"/>
              <w:rPr>
                <w:sz w:val="16"/>
                <w:szCs w:val="28"/>
              </w:rPr>
            </w:pPr>
            <w:proofErr w:type="spellStart"/>
            <w:r w:rsidRPr="007911BE">
              <w:rPr>
                <w:sz w:val="16"/>
                <w:szCs w:val="28"/>
              </w:rPr>
              <w:t>Белгородская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2B71336"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5468D47C"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4AC7907" w14:textId="77777777" w:rsidR="00F12170" w:rsidRPr="007911BE" w:rsidRDefault="00000000">
            <w:pPr>
              <w:ind w:firstLine="0"/>
              <w:jc w:val="center"/>
              <w:rPr>
                <w:sz w:val="16"/>
                <w:szCs w:val="28"/>
              </w:rPr>
            </w:pPr>
            <w:r w:rsidRPr="007911BE">
              <w:rPr>
                <w:sz w:val="16"/>
                <w:szCs w:val="28"/>
              </w:rPr>
              <w:t>4.49</w:t>
            </w:r>
          </w:p>
        </w:tc>
        <w:tc>
          <w:tcPr>
            <w:tcW w:w="0" w:type="auto"/>
            <w:vAlign w:val="center"/>
          </w:tcPr>
          <w:p w14:paraId="77ABF587" w14:textId="77777777" w:rsidR="00F12170" w:rsidRPr="007911BE" w:rsidRDefault="00000000">
            <w:pPr>
              <w:ind w:firstLine="0"/>
              <w:jc w:val="center"/>
              <w:rPr>
                <w:sz w:val="16"/>
                <w:szCs w:val="28"/>
              </w:rPr>
            </w:pPr>
            <w:r w:rsidRPr="007911BE">
              <w:rPr>
                <w:sz w:val="16"/>
                <w:szCs w:val="28"/>
              </w:rPr>
              <w:t>95.51</w:t>
            </w:r>
          </w:p>
        </w:tc>
        <w:tc>
          <w:tcPr>
            <w:tcW w:w="0" w:type="auto"/>
            <w:vAlign w:val="center"/>
          </w:tcPr>
          <w:p w14:paraId="1AF7432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1AD782BD" w14:textId="77777777" w:rsidR="00F12170" w:rsidRPr="007911BE" w:rsidRDefault="00000000">
            <w:pPr>
              <w:ind w:firstLine="0"/>
              <w:jc w:val="center"/>
              <w:rPr>
                <w:sz w:val="16"/>
                <w:szCs w:val="28"/>
              </w:rPr>
            </w:pPr>
            <w:r w:rsidRPr="007911BE">
              <w:rPr>
                <w:sz w:val="16"/>
                <w:szCs w:val="28"/>
              </w:rPr>
              <w:t>0.4</w:t>
            </w:r>
          </w:p>
        </w:tc>
      </w:tr>
      <w:tr w:rsidR="00F12170" w:rsidRPr="007911BE" w14:paraId="22F296B8" w14:textId="77777777" w:rsidTr="00B408C8">
        <w:trPr>
          <w:jc w:val="center"/>
        </w:trPr>
        <w:tc>
          <w:tcPr>
            <w:tcW w:w="0" w:type="auto"/>
            <w:vAlign w:val="center"/>
          </w:tcPr>
          <w:p w14:paraId="3DB2DD60" w14:textId="77777777" w:rsidR="00F12170" w:rsidRPr="007911BE" w:rsidRDefault="00000000">
            <w:pPr>
              <w:ind w:firstLine="0"/>
              <w:jc w:val="left"/>
              <w:rPr>
                <w:sz w:val="16"/>
                <w:szCs w:val="28"/>
              </w:rPr>
            </w:pPr>
            <w:proofErr w:type="spellStart"/>
            <w:r w:rsidRPr="007911BE">
              <w:rPr>
                <w:sz w:val="16"/>
                <w:szCs w:val="28"/>
              </w:rPr>
              <w:t>Брянская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11E38D49"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1AFE217"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3816B84" w14:textId="77777777" w:rsidR="00F12170" w:rsidRPr="007911BE" w:rsidRDefault="00000000">
            <w:pPr>
              <w:ind w:firstLine="0"/>
              <w:jc w:val="center"/>
              <w:rPr>
                <w:sz w:val="16"/>
                <w:szCs w:val="28"/>
              </w:rPr>
            </w:pPr>
            <w:r w:rsidRPr="007911BE">
              <w:rPr>
                <w:sz w:val="16"/>
                <w:szCs w:val="28"/>
              </w:rPr>
              <w:t>20.22</w:t>
            </w:r>
          </w:p>
        </w:tc>
        <w:tc>
          <w:tcPr>
            <w:tcW w:w="0" w:type="auto"/>
            <w:vAlign w:val="center"/>
          </w:tcPr>
          <w:p w14:paraId="070674A8" w14:textId="77777777" w:rsidR="00F12170" w:rsidRPr="007911BE" w:rsidRDefault="00000000">
            <w:pPr>
              <w:ind w:firstLine="0"/>
              <w:jc w:val="center"/>
              <w:rPr>
                <w:sz w:val="16"/>
                <w:szCs w:val="28"/>
              </w:rPr>
            </w:pPr>
            <w:r w:rsidRPr="007911BE">
              <w:rPr>
                <w:sz w:val="16"/>
                <w:szCs w:val="28"/>
              </w:rPr>
              <w:t>79.78</w:t>
            </w:r>
          </w:p>
        </w:tc>
        <w:tc>
          <w:tcPr>
            <w:tcW w:w="0" w:type="auto"/>
            <w:vAlign w:val="center"/>
          </w:tcPr>
          <w:p w14:paraId="1DB6125F"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6CEB88F8" w14:textId="77777777" w:rsidR="00F12170" w:rsidRPr="007911BE" w:rsidRDefault="00000000">
            <w:pPr>
              <w:ind w:firstLine="0"/>
              <w:jc w:val="center"/>
              <w:rPr>
                <w:sz w:val="16"/>
                <w:szCs w:val="28"/>
              </w:rPr>
            </w:pPr>
            <w:r w:rsidRPr="007911BE">
              <w:rPr>
                <w:sz w:val="16"/>
                <w:szCs w:val="28"/>
              </w:rPr>
              <w:t>0.37</w:t>
            </w:r>
          </w:p>
        </w:tc>
      </w:tr>
      <w:tr w:rsidR="00F12170" w:rsidRPr="007911BE" w14:paraId="57FD3623" w14:textId="77777777" w:rsidTr="00B408C8">
        <w:trPr>
          <w:jc w:val="center"/>
        </w:trPr>
        <w:tc>
          <w:tcPr>
            <w:tcW w:w="0" w:type="auto"/>
            <w:vAlign w:val="center"/>
          </w:tcPr>
          <w:p w14:paraId="4F8CD7CD" w14:textId="77777777" w:rsidR="00F12170" w:rsidRPr="007911BE" w:rsidRDefault="00000000">
            <w:pPr>
              <w:ind w:firstLine="0"/>
              <w:jc w:val="left"/>
              <w:rPr>
                <w:sz w:val="16"/>
                <w:szCs w:val="28"/>
              </w:rPr>
            </w:pPr>
            <w:proofErr w:type="spellStart"/>
            <w:r w:rsidRPr="007911BE">
              <w:rPr>
                <w:sz w:val="16"/>
                <w:szCs w:val="28"/>
              </w:rPr>
              <w:t>Владимирская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93FADD6"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4AFCC6D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E6495EB" w14:textId="77777777" w:rsidR="00F12170" w:rsidRPr="007911BE" w:rsidRDefault="00000000">
            <w:pPr>
              <w:ind w:firstLine="0"/>
              <w:jc w:val="center"/>
              <w:rPr>
                <w:sz w:val="16"/>
                <w:szCs w:val="28"/>
              </w:rPr>
            </w:pPr>
            <w:r w:rsidRPr="007911BE">
              <w:rPr>
                <w:sz w:val="16"/>
                <w:szCs w:val="28"/>
              </w:rPr>
              <w:t>8.99</w:t>
            </w:r>
          </w:p>
        </w:tc>
        <w:tc>
          <w:tcPr>
            <w:tcW w:w="0" w:type="auto"/>
            <w:vAlign w:val="center"/>
          </w:tcPr>
          <w:p w14:paraId="53D84F95" w14:textId="77777777" w:rsidR="00F12170" w:rsidRPr="007911BE" w:rsidRDefault="00000000">
            <w:pPr>
              <w:ind w:firstLine="0"/>
              <w:jc w:val="center"/>
              <w:rPr>
                <w:sz w:val="16"/>
                <w:szCs w:val="28"/>
              </w:rPr>
            </w:pPr>
            <w:r w:rsidRPr="007911BE">
              <w:rPr>
                <w:sz w:val="16"/>
                <w:szCs w:val="28"/>
              </w:rPr>
              <w:t>91.01</w:t>
            </w:r>
          </w:p>
        </w:tc>
        <w:tc>
          <w:tcPr>
            <w:tcW w:w="0" w:type="auto"/>
            <w:vAlign w:val="center"/>
          </w:tcPr>
          <w:p w14:paraId="2C71E098"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27C1FC6A" w14:textId="77777777" w:rsidR="00F12170" w:rsidRPr="007911BE" w:rsidRDefault="00000000">
            <w:pPr>
              <w:ind w:firstLine="0"/>
              <w:jc w:val="center"/>
              <w:rPr>
                <w:sz w:val="16"/>
                <w:szCs w:val="28"/>
              </w:rPr>
            </w:pPr>
            <w:r w:rsidRPr="007911BE">
              <w:rPr>
                <w:sz w:val="16"/>
                <w:szCs w:val="28"/>
              </w:rPr>
              <w:t>0.41</w:t>
            </w:r>
          </w:p>
        </w:tc>
      </w:tr>
      <w:tr w:rsidR="00F12170" w:rsidRPr="007911BE" w14:paraId="4DC412E5" w14:textId="77777777" w:rsidTr="00B408C8">
        <w:trPr>
          <w:jc w:val="center"/>
        </w:trPr>
        <w:tc>
          <w:tcPr>
            <w:tcW w:w="0" w:type="auto"/>
            <w:vAlign w:val="center"/>
          </w:tcPr>
          <w:p w14:paraId="2812CF6F" w14:textId="77777777" w:rsidR="00F12170" w:rsidRPr="007911BE" w:rsidRDefault="00000000">
            <w:pPr>
              <w:ind w:firstLine="0"/>
              <w:jc w:val="left"/>
              <w:rPr>
                <w:sz w:val="16"/>
                <w:szCs w:val="28"/>
              </w:rPr>
            </w:pPr>
            <w:proofErr w:type="spellStart"/>
            <w:r w:rsidRPr="007911BE">
              <w:rPr>
                <w:sz w:val="16"/>
                <w:szCs w:val="28"/>
              </w:rPr>
              <w:t>Волгоградская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4AC8C52"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1A900C12"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232BBFC5" w14:textId="77777777" w:rsidR="00F12170" w:rsidRPr="007911BE" w:rsidRDefault="00000000">
            <w:pPr>
              <w:ind w:firstLine="0"/>
              <w:jc w:val="center"/>
              <w:rPr>
                <w:sz w:val="16"/>
                <w:szCs w:val="28"/>
              </w:rPr>
            </w:pPr>
            <w:r w:rsidRPr="007911BE">
              <w:rPr>
                <w:sz w:val="16"/>
                <w:szCs w:val="28"/>
              </w:rPr>
              <w:t>21.35</w:t>
            </w:r>
          </w:p>
        </w:tc>
        <w:tc>
          <w:tcPr>
            <w:tcW w:w="0" w:type="auto"/>
            <w:vAlign w:val="center"/>
          </w:tcPr>
          <w:p w14:paraId="6068A901" w14:textId="77777777" w:rsidR="00F12170" w:rsidRPr="007911BE" w:rsidRDefault="00000000">
            <w:pPr>
              <w:ind w:firstLine="0"/>
              <w:jc w:val="center"/>
              <w:rPr>
                <w:sz w:val="16"/>
                <w:szCs w:val="28"/>
              </w:rPr>
            </w:pPr>
            <w:r w:rsidRPr="007911BE">
              <w:rPr>
                <w:sz w:val="16"/>
                <w:szCs w:val="28"/>
              </w:rPr>
              <w:t>78.65</w:t>
            </w:r>
          </w:p>
        </w:tc>
        <w:tc>
          <w:tcPr>
            <w:tcW w:w="0" w:type="auto"/>
            <w:vAlign w:val="center"/>
          </w:tcPr>
          <w:p w14:paraId="2A286D4C"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6BF5BF98" w14:textId="77777777" w:rsidR="00F12170" w:rsidRPr="007911BE" w:rsidRDefault="00000000">
            <w:pPr>
              <w:ind w:firstLine="0"/>
              <w:jc w:val="center"/>
              <w:rPr>
                <w:sz w:val="16"/>
                <w:szCs w:val="28"/>
              </w:rPr>
            </w:pPr>
            <w:r w:rsidRPr="007911BE">
              <w:rPr>
                <w:sz w:val="16"/>
                <w:szCs w:val="28"/>
              </w:rPr>
              <w:t>0.41</w:t>
            </w:r>
          </w:p>
        </w:tc>
      </w:tr>
      <w:tr w:rsidR="00F12170" w:rsidRPr="007911BE" w14:paraId="16DE62C1" w14:textId="77777777" w:rsidTr="00B408C8">
        <w:trPr>
          <w:jc w:val="center"/>
        </w:trPr>
        <w:tc>
          <w:tcPr>
            <w:tcW w:w="0" w:type="auto"/>
            <w:vAlign w:val="center"/>
          </w:tcPr>
          <w:p w14:paraId="7615AB96" w14:textId="77777777" w:rsidR="00F12170" w:rsidRPr="007911BE" w:rsidRDefault="00000000">
            <w:pPr>
              <w:ind w:firstLine="0"/>
              <w:jc w:val="left"/>
              <w:rPr>
                <w:sz w:val="16"/>
                <w:szCs w:val="28"/>
              </w:rPr>
            </w:pPr>
            <w:proofErr w:type="spellStart"/>
            <w:r w:rsidRPr="007911BE">
              <w:rPr>
                <w:sz w:val="16"/>
                <w:szCs w:val="28"/>
              </w:rPr>
              <w:t>Вологодская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86495E0"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05D679EF"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10108B36" w14:textId="77777777" w:rsidR="00F12170" w:rsidRPr="007911BE" w:rsidRDefault="00000000">
            <w:pPr>
              <w:ind w:firstLine="0"/>
              <w:jc w:val="center"/>
              <w:rPr>
                <w:sz w:val="16"/>
                <w:szCs w:val="28"/>
              </w:rPr>
            </w:pPr>
            <w:r w:rsidRPr="007911BE">
              <w:rPr>
                <w:sz w:val="16"/>
                <w:szCs w:val="28"/>
              </w:rPr>
              <w:t>43.82</w:t>
            </w:r>
          </w:p>
        </w:tc>
        <w:tc>
          <w:tcPr>
            <w:tcW w:w="0" w:type="auto"/>
            <w:vAlign w:val="center"/>
          </w:tcPr>
          <w:p w14:paraId="65B951BC" w14:textId="77777777" w:rsidR="00F12170" w:rsidRPr="007911BE" w:rsidRDefault="00000000">
            <w:pPr>
              <w:ind w:firstLine="0"/>
              <w:jc w:val="center"/>
              <w:rPr>
                <w:sz w:val="16"/>
                <w:szCs w:val="28"/>
              </w:rPr>
            </w:pPr>
            <w:r w:rsidRPr="007911BE">
              <w:rPr>
                <w:sz w:val="16"/>
                <w:szCs w:val="28"/>
              </w:rPr>
              <w:t>56.18</w:t>
            </w:r>
          </w:p>
        </w:tc>
        <w:tc>
          <w:tcPr>
            <w:tcW w:w="0" w:type="auto"/>
            <w:vAlign w:val="center"/>
          </w:tcPr>
          <w:p w14:paraId="11817F3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2FF9A291" w14:textId="77777777" w:rsidR="00F12170" w:rsidRPr="007911BE" w:rsidRDefault="00000000">
            <w:pPr>
              <w:ind w:firstLine="0"/>
              <w:jc w:val="center"/>
              <w:rPr>
                <w:sz w:val="16"/>
                <w:szCs w:val="28"/>
              </w:rPr>
            </w:pPr>
            <w:r w:rsidRPr="007911BE">
              <w:rPr>
                <w:sz w:val="16"/>
                <w:szCs w:val="28"/>
              </w:rPr>
              <w:t>0.36</w:t>
            </w:r>
          </w:p>
        </w:tc>
      </w:tr>
      <w:tr w:rsidR="00F12170" w:rsidRPr="007911BE" w14:paraId="7418B72E" w14:textId="77777777" w:rsidTr="00B408C8">
        <w:trPr>
          <w:jc w:val="center"/>
        </w:trPr>
        <w:tc>
          <w:tcPr>
            <w:tcW w:w="0" w:type="auto"/>
            <w:vAlign w:val="center"/>
          </w:tcPr>
          <w:p w14:paraId="6C7F43ED" w14:textId="77777777" w:rsidR="00F12170" w:rsidRPr="007911BE" w:rsidRDefault="00000000">
            <w:pPr>
              <w:ind w:firstLine="0"/>
              <w:jc w:val="left"/>
              <w:rPr>
                <w:sz w:val="16"/>
                <w:szCs w:val="28"/>
              </w:rPr>
            </w:pPr>
            <w:proofErr w:type="spellStart"/>
            <w:r w:rsidRPr="007911BE">
              <w:rPr>
                <w:sz w:val="16"/>
                <w:szCs w:val="28"/>
              </w:rPr>
              <w:t>Воронежская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95DD5AE"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4FDB5458"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2C3F8F88" w14:textId="77777777" w:rsidR="00F12170" w:rsidRPr="007911BE" w:rsidRDefault="00000000">
            <w:pPr>
              <w:ind w:firstLine="0"/>
              <w:jc w:val="center"/>
              <w:rPr>
                <w:sz w:val="16"/>
                <w:szCs w:val="28"/>
              </w:rPr>
            </w:pPr>
            <w:r w:rsidRPr="007911BE">
              <w:rPr>
                <w:sz w:val="16"/>
                <w:szCs w:val="28"/>
              </w:rPr>
              <w:t>7.87</w:t>
            </w:r>
          </w:p>
        </w:tc>
        <w:tc>
          <w:tcPr>
            <w:tcW w:w="0" w:type="auto"/>
            <w:vAlign w:val="center"/>
          </w:tcPr>
          <w:p w14:paraId="1D722CE6" w14:textId="77777777" w:rsidR="00F12170" w:rsidRPr="007911BE" w:rsidRDefault="00000000">
            <w:pPr>
              <w:ind w:firstLine="0"/>
              <w:jc w:val="center"/>
              <w:rPr>
                <w:sz w:val="16"/>
                <w:szCs w:val="28"/>
              </w:rPr>
            </w:pPr>
            <w:r w:rsidRPr="007911BE">
              <w:rPr>
                <w:sz w:val="16"/>
                <w:szCs w:val="28"/>
              </w:rPr>
              <w:t>92.13</w:t>
            </w:r>
          </w:p>
        </w:tc>
        <w:tc>
          <w:tcPr>
            <w:tcW w:w="0" w:type="auto"/>
            <w:vAlign w:val="center"/>
          </w:tcPr>
          <w:p w14:paraId="40313AE3" w14:textId="77777777" w:rsidR="00F12170" w:rsidRPr="007911BE" w:rsidRDefault="00000000">
            <w:pPr>
              <w:ind w:firstLine="0"/>
              <w:jc w:val="center"/>
              <w:rPr>
                <w:sz w:val="16"/>
                <w:szCs w:val="28"/>
              </w:rPr>
            </w:pPr>
            <w:r w:rsidRPr="007911BE">
              <w:rPr>
                <w:sz w:val="16"/>
                <w:szCs w:val="28"/>
              </w:rPr>
              <w:t>7</w:t>
            </w:r>
          </w:p>
        </w:tc>
        <w:tc>
          <w:tcPr>
            <w:tcW w:w="0" w:type="auto"/>
            <w:vAlign w:val="center"/>
          </w:tcPr>
          <w:p w14:paraId="3BACED4F" w14:textId="77777777" w:rsidR="00F12170" w:rsidRPr="007911BE" w:rsidRDefault="00000000">
            <w:pPr>
              <w:ind w:firstLine="0"/>
              <w:jc w:val="center"/>
              <w:rPr>
                <w:sz w:val="16"/>
                <w:szCs w:val="28"/>
              </w:rPr>
            </w:pPr>
            <w:r w:rsidRPr="007911BE">
              <w:rPr>
                <w:sz w:val="16"/>
                <w:szCs w:val="28"/>
              </w:rPr>
              <w:t>0.45</w:t>
            </w:r>
          </w:p>
        </w:tc>
      </w:tr>
      <w:tr w:rsidR="00F12170" w:rsidRPr="007911BE" w14:paraId="153B0ACF" w14:textId="77777777" w:rsidTr="00B408C8">
        <w:trPr>
          <w:jc w:val="center"/>
        </w:trPr>
        <w:tc>
          <w:tcPr>
            <w:tcW w:w="0" w:type="auto"/>
            <w:vAlign w:val="center"/>
          </w:tcPr>
          <w:p w14:paraId="7338447D" w14:textId="77777777" w:rsidR="00F12170" w:rsidRPr="007911BE" w:rsidRDefault="00000000">
            <w:pPr>
              <w:ind w:firstLine="0"/>
              <w:jc w:val="left"/>
              <w:rPr>
                <w:sz w:val="16"/>
                <w:szCs w:val="28"/>
              </w:rPr>
            </w:pPr>
            <w:proofErr w:type="spellStart"/>
            <w:r w:rsidRPr="007911BE">
              <w:rPr>
                <w:sz w:val="16"/>
                <w:szCs w:val="28"/>
              </w:rPr>
              <w:t>Донецкая</w:t>
            </w:r>
            <w:proofErr w:type="spellEnd"/>
            <w:r w:rsidRPr="007911BE">
              <w:rPr>
                <w:sz w:val="16"/>
                <w:szCs w:val="28"/>
              </w:rPr>
              <w:t xml:space="preserve"> </w:t>
            </w:r>
            <w:proofErr w:type="spellStart"/>
            <w:r w:rsidRPr="007911BE">
              <w:rPr>
                <w:sz w:val="16"/>
                <w:szCs w:val="28"/>
              </w:rPr>
              <w:t>Народная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50A85516"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64D51990"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5E428AB8" w14:textId="77777777" w:rsidR="00F12170" w:rsidRPr="007911BE" w:rsidRDefault="00000000">
            <w:pPr>
              <w:ind w:firstLine="0"/>
              <w:jc w:val="center"/>
              <w:rPr>
                <w:sz w:val="16"/>
                <w:szCs w:val="28"/>
              </w:rPr>
            </w:pPr>
            <w:r w:rsidRPr="007911BE">
              <w:rPr>
                <w:sz w:val="16"/>
                <w:szCs w:val="28"/>
              </w:rPr>
              <w:t>47.19</w:t>
            </w:r>
          </w:p>
        </w:tc>
        <w:tc>
          <w:tcPr>
            <w:tcW w:w="0" w:type="auto"/>
            <w:vAlign w:val="center"/>
          </w:tcPr>
          <w:p w14:paraId="39D093C7" w14:textId="77777777" w:rsidR="00F12170" w:rsidRPr="007911BE" w:rsidRDefault="00000000">
            <w:pPr>
              <w:ind w:firstLine="0"/>
              <w:jc w:val="center"/>
              <w:rPr>
                <w:sz w:val="16"/>
                <w:szCs w:val="28"/>
              </w:rPr>
            </w:pPr>
            <w:r w:rsidRPr="007911BE">
              <w:rPr>
                <w:sz w:val="16"/>
                <w:szCs w:val="28"/>
              </w:rPr>
              <w:t>52.81</w:t>
            </w:r>
          </w:p>
        </w:tc>
        <w:tc>
          <w:tcPr>
            <w:tcW w:w="0" w:type="auto"/>
            <w:vAlign w:val="center"/>
          </w:tcPr>
          <w:p w14:paraId="11C2187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E30E7D7" w14:textId="77777777" w:rsidR="00F12170" w:rsidRPr="007911BE" w:rsidRDefault="00000000">
            <w:pPr>
              <w:ind w:firstLine="0"/>
              <w:jc w:val="center"/>
              <w:rPr>
                <w:sz w:val="16"/>
                <w:szCs w:val="28"/>
              </w:rPr>
            </w:pPr>
            <w:r w:rsidRPr="007911BE">
              <w:rPr>
                <w:sz w:val="16"/>
                <w:szCs w:val="28"/>
              </w:rPr>
              <w:t>0.33</w:t>
            </w:r>
          </w:p>
        </w:tc>
      </w:tr>
      <w:tr w:rsidR="00F12170" w:rsidRPr="007911BE" w14:paraId="66D41937" w14:textId="77777777" w:rsidTr="00B408C8">
        <w:trPr>
          <w:jc w:val="center"/>
        </w:trPr>
        <w:tc>
          <w:tcPr>
            <w:tcW w:w="0" w:type="auto"/>
            <w:vAlign w:val="center"/>
          </w:tcPr>
          <w:p w14:paraId="151A69AA" w14:textId="77777777" w:rsidR="00F12170" w:rsidRPr="007911BE" w:rsidRDefault="00000000">
            <w:pPr>
              <w:ind w:firstLine="0"/>
              <w:jc w:val="left"/>
              <w:rPr>
                <w:sz w:val="16"/>
                <w:szCs w:val="28"/>
              </w:rPr>
            </w:pPr>
            <w:proofErr w:type="spellStart"/>
            <w:r w:rsidRPr="007911BE">
              <w:rPr>
                <w:sz w:val="16"/>
                <w:szCs w:val="28"/>
              </w:rPr>
              <w:t>Еврейская</w:t>
            </w:r>
            <w:proofErr w:type="spellEnd"/>
            <w:r w:rsidRPr="007911BE">
              <w:rPr>
                <w:sz w:val="16"/>
                <w:szCs w:val="28"/>
              </w:rPr>
              <w:t xml:space="preserve"> </w:t>
            </w:r>
            <w:proofErr w:type="spellStart"/>
            <w:r w:rsidRPr="007911BE">
              <w:rPr>
                <w:sz w:val="16"/>
                <w:szCs w:val="28"/>
              </w:rPr>
              <w:t>автономная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15456A8"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0B8D31D8"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42BDD188" w14:textId="77777777" w:rsidR="00F12170" w:rsidRPr="007911BE" w:rsidRDefault="00000000">
            <w:pPr>
              <w:ind w:firstLine="0"/>
              <w:jc w:val="center"/>
              <w:rPr>
                <w:sz w:val="16"/>
                <w:szCs w:val="28"/>
              </w:rPr>
            </w:pPr>
            <w:r w:rsidRPr="007911BE">
              <w:rPr>
                <w:sz w:val="16"/>
                <w:szCs w:val="28"/>
              </w:rPr>
              <w:t>92.13</w:t>
            </w:r>
          </w:p>
        </w:tc>
        <w:tc>
          <w:tcPr>
            <w:tcW w:w="0" w:type="auto"/>
            <w:vAlign w:val="center"/>
          </w:tcPr>
          <w:p w14:paraId="071C32BD" w14:textId="77777777" w:rsidR="00F12170" w:rsidRPr="007911BE" w:rsidRDefault="00000000">
            <w:pPr>
              <w:ind w:firstLine="0"/>
              <w:jc w:val="center"/>
              <w:rPr>
                <w:sz w:val="16"/>
                <w:szCs w:val="28"/>
              </w:rPr>
            </w:pPr>
            <w:r w:rsidRPr="007911BE">
              <w:rPr>
                <w:sz w:val="16"/>
                <w:szCs w:val="28"/>
              </w:rPr>
              <w:t>7.87</w:t>
            </w:r>
          </w:p>
        </w:tc>
        <w:tc>
          <w:tcPr>
            <w:tcW w:w="0" w:type="auto"/>
            <w:vAlign w:val="center"/>
          </w:tcPr>
          <w:p w14:paraId="5FD33874"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45299208" w14:textId="77777777" w:rsidR="00F12170" w:rsidRPr="007911BE" w:rsidRDefault="00000000">
            <w:pPr>
              <w:ind w:firstLine="0"/>
              <w:jc w:val="center"/>
              <w:rPr>
                <w:sz w:val="16"/>
                <w:szCs w:val="28"/>
              </w:rPr>
            </w:pPr>
            <w:r w:rsidRPr="007911BE">
              <w:rPr>
                <w:sz w:val="16"/>
                <w:szCs w:val="28"/>
              </w:rPr>
              <w:t>0.54</w:t>
            </w:r>
          </w:p>
        </w:tc>
      </w:tr>
      <w:tr w:rsidR="00F12170" w:rsidRPr="007911BE" w14:paraId="4ACB5FC3" w14:textId="77777777" w:rsidTr="00B408C8">
        <w:trPr>
          <w:jc w:val="center"/>
        </w:trPr>
        <w:tc>
          <w:tcPr>
            <w:tcW w:w="0" w:type="auto"/>
            <w:vAlign w:val="center"/>
          </w:tcPr>
          <w:p w14:paraId="71D84ACA" w14:textId="77777777" w:rsidR="00F12170" w:rsidRPr="007911BE" w:rsidRDefault="00000000">
            <w:pPr>
              <w:ind w:firstLine="0"/>
              <w:jc w:val="left"/>
              <w:rPr>
                <w:sz w:val="16"/>
                <w:szCs w:val="28"/>
              </w:rPr>
            </w:pPr>
            <w:proofErr w:type="spellStart"/>
            <w:r w:rsidRPr="007911BE">
              <w:rPr>
                <w:sz w:val="16"/>
                <w:szCs w:val="28"/>
              </w:rPr>
              <w:t>Забайкальский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11BA123C"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2A5A3C2C"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2C33C8C" w14:textId="77777777" w:rsidR="00F12170" w:rsidRPr="007911BE" w:rsidRDefault="00000000">
            <w:pPr>
              <w:ind w:firstLine="0"/>
              <w:jc w:val="center"/>
              <w:rPr>
                <w:sz w:val="16"/>
                <w:szCs w:val="28"/>
              </w:rPr>
            </w:pPr>
            <w:r w:rsidRPr="007911BE">
              <w:rPr>
                <w:sz w:val="16"/>
                <w:szCs w:val="28"/>
              </w:rPr>
              <w:t>82.02</w:t>
            </w:r>
          </w:p>
        </w:tc>
        <w:tc>
          <w:tcPr>
            <w:tcW w:w="0" w:type="auto"/>
            <w:vAlign w:val="center"/>
          </w:tcPr>
          <w:p w14:paraId="76F6BB85" w14:textId="77777777" w:rsidR="00F12170" w:rsidRPr="007911BE" w:rsidRDefault="00000000">
            <w:pPr>
              <w:ind w:firstLine="0"/>
              <w:jc w:val="center"/>
              <w:rPr>
                <w:sz w:val="16"/>
                <w:szCs w:val="28"/>
              </w:rPr>
            </w:pPr>
            <w:r w:rsidRPr="007911BE">
              <w:rPr>
                <w:sz w:val="16"/>
                <w:szCs w:val="28"/>
              </w:rPr>
              <w:t>17.98</w:t>
            </w:r>
          </w:p>
        </w:tc>
        <w:tc>
          <w:tcPr>
            <w:tcW w:w="0" w:type="auto"/>
            <w:vAlign w:val="center"/>
          </w:tcPr>
          <w:p w14:paraId="7284D666"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6D21F546" w14:textId="77777777" w:rsidR="00F12170" w:rsidRPr="007911BE" w:rsidRDefault="00000000">
            <w:pPr>
              <w:ind w:firstLine="0"/>
              <w:jc w:val="center"/>
              <w:rPr>
                <w:sz w:val="16"/>
                <w:szCs w:val="28"/>
              </w:rPr>
            </w:pPr>
            <w:r w:rsidRPr="007911BE">
              <w:rPr>
                <w:sz w:val="16"/>
                <w:szCs w:val="28"/>
              </w:rPr>
              <w:t>0.39</w:t>
            </w:r>
          </w:p>
        </w:tc>
      </w:tr>
      <w:tr w:rsidR="00F12170" w:rsidRPr="007911BE" w14:paraId="7C2B4DB4" w14:textId="77777777" w:rsidTr="00B408C8">
        <w:trPr>
          <w:jc w:val="center"/>
        </w:trPr>
        <w:tc>
          <w:tcPr>
            <w:tcW w:w="0" w:type="auto"/>
            <w:vAlign w:val="center"/>
          </w:tcPr>
          <w:p w14:paraId="772593E1" w14:textId="77777777" w:rsidR="00F12170" w:rsidRPr="007911BE" w:rsidRDefault="00000000">
            <w:pPr>
              <w:ind w:firstLine="0"/>
              <w:jc w:val="left"/>
              <w:rPr>
                <w:sz w:val="16"/>
                <w:szCs w:val="28"/>
              </w:rPr>
            </w:pPr>
            <w:proofErr w:type="spellStart"/>
            <w:r w:rsidRPr="007911BE">
              <w:rPr>
                <w:sz w:val="16"/>
                <w:szCs w:val="28"/>
              </w:rPr>
              <w:t>Запорожская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7A708FC"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5E109B43"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3E2152F3" w14:textId="77777777" w:rsidR="00F12170" w:rsidRPr="007911BE" w:rsidRDefault="00000000">
            <w:pPr>
              <w:ind w:firstLine="0"/>
              <w:jc w:val="center"/>
              <w:rPr>
                <w:sz w:val="16"/>
                <w:szCs w:val="28"/>
              </w:rPr>
            </w:pPr>
            <w:r w:rsidRPr="007911BE">
              <w:rPr>
                <w:sz w:val="16"/>
                <w:szCs w:val="28"/>
              </w:rPr>
              <w:t>48.88</w:t>
            </w:r>
          </w:p>
        </w:tc>
        <w:tc>
          <w:tcPr>
            <w:tcW w:w="0" w:type="auto"/>
            <w:vAlign w:val="center"/>
          </w:tcPr>
          <w:p w14:paraId="1F78068D" w14:textId="77777777" w:rsidR="00F12170" w:rsidRPr="007911BE" w:rsidRDefault="00000000">
            <w:pPr>
              <w:ind w:firstLine="0"/>
              <w:jc w:val="center"/>
              <w:rPr>
                <w:sz w:val="16"/>
                <w:szCs w:val="28"/>
              </w:rPr>
            </w:pPr>
            <w:r w:rsidRPr="007911BE">
              <w:rPr>
                <w:sz w:val="16"/>
                <w:szCs w:val="28"/>
              </w:rPr>
              <w:t>51.12</w:t>
            </w:r>
          </w:p>
        </w:tc>
        <w:tc>
          <w:tcPr>
            <w:tcW w:w="0" w:type="auto"/>
            <w:vAlign w:val="center"/>
          </w:tcPr>
          <w:p w14:paraId="5AA013A2"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A1E0179" w14:textId="77777777" w:rsidR="00F12170" w:rsidRPr="007911BE" w:rsidRDefault="00000000">
            <w:pPr>
              <w:ind w:firstLine="0"/>
              <w:jc w:val="center"/>
              <w:rPr>
                <w:sz w:val="16"/>
                <w:szCs w:val="28"/>
              </w:rPr>
            </w:pPr>
            <w:r w:rsidRPr="007911BE">
              <w:rPr>
                <w:sz w:val="16"/>
                <w:szCs w:val="28"/>
              </w:rPr>
              <w:t>0.33</w:t>
            </w:r>
          </w:p>
        </w:tc>
      </w:tr>
      <w:tr w:rsidR="00F12170" w:rsidRPr="007911BE" w14:paraId="0EE6B328" w14:textId="77777777" w:rsidTr="00B408C8">
        <w:trPr>
          <w:jc w:val="center"/>
        </w:trPr>
        <w:tc>
          <w:tcPr>
            <w:tcW w:w="0" w:type="auto"/>
            <w:vAlign w:val="center"/>
          </w:tcPr>
          <w:p w14:paraId="2450EEEC" w14:textId="77777777" w:rsidR="00F12170" w:rsidRPr="007911BE" w:rsidRDefault="00000000">
            <w:pPr>
              <w:ind w:firstLine="0"/>
              <w:jc w:val="left"/>
              <w:rPr>
                <w:sz w:val="16"/>
                <w:szCs w:val="28"/>
              </w:rPr>
            </w:pPr>
            <w:proofErr w:type="spellStart"/>
            <w:r w:rsidRPr="007911BE">
              <w:rPr>
                <w:sz w:val="16"/>
                <w:szCs w:val="28"/>
              </w:rPr>
              <w:t>Ивановская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FEAA960"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870B950"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1782326B" w14:textId="77777777" w:rsidR="00F12170" w:rsidRPr="007911BE" w:rsidRDefault="00000000">
            <w:pPr>
              <w:ind w:firstLine="0"/>
              <w:jc w:val="center"/>
              <w:rPr>
                <w:sz w:val="16"/>
                <w:szCs w:val="28"/>
              </w:rPr>
            </w:pPr>
            <w:r w:rsidRPr="007911BE">
              <w:rPr>
                <w:sz w:val="16"/>
                <w:szCs w:val="28"/>
              </w:rPr>
              <w:t>34.83</w:t>
            </w:r>
          </w:p>
        </w:tc>
        <w:tc>
          <w:tcPr>
            <w:tcW w:w="0" w:type="auto"/>
            <w:vAlign w:val="center"/>
          </w:tcPr>
          <w:p w14:paraId="78D4EC30" w14:textId="77777777" w:rsidR="00F12170" w:rsidRPr="007911BE" w:rsidRDefault="00000000">
            <w:pPr>
              <w:ind w:firstLine="0"/>
              <w:jc w:val="center"/>
              <w:rPr>
                <w:sz w:val="16"/>
                <w:szCs w:val="28"/>
              </w:rPr>
            </w:pPr>
            <w:r w:rsidRPr="007911BE">
              <w:rPr>
                <w:sz w:val="16"/>
                <w:szCs w:val="28"/>
              </w:rPr>
              <w:t>65.17</w:t>
            </w:r>
          </w:p>
        </w:tc>
        <w:tc>
          <w:tcPr>
            <w:tcW w:w="0" w:type="auto"/>
            <w:vAlign w:val="center"/>
          </w:tcPr>
          <w:p w14:paraId="1B75EBEB"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15E8613A" w14:textId="77777777" w:rsidR="00F12170" w:rsidRPr="007911BE" w:rsidRDefault="00000000">
            <w:pPr>
              <w:ind w:firstLine="0"/>
              <w:jc w:val="center"/>
              <w:rPr>
                <w:sz w:val="16"/>
                <w:szCs w:val="28"/>
              </w:rPr>
            </w:pPr>
            <w:r w:rsidRPr="007911BE">
              <w:rPr>
                <w:sz w:val="16"/>
                <w:szCs w:val="28"/>
              </w:rPr>
              <w:t>0.42</w:t>
            </w:r>
          </w:p>
        </w:tc>
      </w:tr>
      <w:tr w:rsidR="00F12170" w:rsidRPr="007911BE" w14:paraId="60577009" w14:textId="77777777" w:rsidTr="00B408C8">
        <w:trPr>
          <w:jc w:val="center"/>
        </w:trPr>
        <w:tc>
          <w:tcPr>
            <w:tcW w:w="0" w:type="auto"/>
            <w:vAlign w:val="center"/>
          </w:tcPr>
          <w:p w14:paraId="4373CB24" w14:textId="77777777" w:rsidR="00F12170" w:rsidRPr="007911BE" w:rsidRDefault="00000000">
            <w:pPr>
              <w:ind w:firstLine="0"/>
              <w:jc w:val="left"/>
              <w:rPr>
                <w:sz w:val="16"/>
                <w:szCs w:val="28"/>
              </w:rPr>
            </w:pPr>
            <w:proofErr w:type="spellStart"/>
            <w:r w:rsidRPr="007911BE">
              <w:rPr>
                <w:sz w:val="16"/>
                <w:szCs w:val="28"/>
              </w:rPr>
              <w:t>Иркутская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C44F41A"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0C5562FD"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42C339B5" w14:textId="77777777" w:rsidR="00F12170" w:rsidRPr="007911BE" w:rsidRDefault="00000000">
            <w:pPr>
              <w:ind w:firstLine="0"/>
              <w:jc w:val="center"/>
              <w:rPr>
                <w:sz w:val="16"/>
                <w:szCs w:val="28"/>
              </w:rPr>
            </w:pPr>
            <w:r w:rsidRPr="007911BE">
              <w:rPr>
                <w:sz w:val="16"/>
                <w:szCs w:val="28"/>
              </w:rPr>
              <w:t>87.64</w:t>
            </w:r>
          </w:p>
        </w:tc>
        <w:tc>
          <w:tcPr>
            <w:tcW w:w="0" w:type="auto"/>
            <w:vAlign w:val="center"/>
          </w:tcPr>
          <w:p w14:paraId="5689BEA0" w14:textId="77777777" w:rsidR="00F12170" w:rsidRPr="007911BE" w:rsidRDefault="00000000">
            <w:pPr>
              <w:ind w:firstLine="0"/>
              <w:jc w:val="center"/>
              <w:rPr>
                <w:sz w:val="16"/>
                <w:szCs w:val="28"/>
              </w:rPr>
            </w:pPr>
            <w:r w:rsidRPr="007911BE">
              <w:rPr>
                <w:sz w:val="16"/>
                <w:szCs w:val="28"/>
              </w:rPr>
              <w:t>12.36</w:t>
            </w:r>
          </w:p>
        </w:tc>
        <w:tc>
          <w:tcPr>
            <w:tcW w:w="0" w:type="auto"/>
            <w:vAlign w:val="center"/>
          </w:tcPr>
          <w:p w14:paraId="7D62F336"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58195ED1" w14:textId="77777777" w:rsidR="00F12170" w:rsidRPr="007911BE" w:rsidRDefault="00000000">
            <w:pPr>
              <w:ind w:firstLine="0"/>
              <w:jc w:val="center"/>
              <w:rPr>
                <w:sz w:val="16"/>
                <w:szCs w:val="28"/>
              </w:rPr>
            </w:pPr>
            <w:r w:rsidRPr="007911BE">
              <w:rPr>
                <w:sz w:val="16"/>
                <w:szCs w:val="28"/>
              </w:rPr>
              <w:t>0.42</w:t>
            </w:r>
          </w:p>
        </w:tc>
      </w:tr>
      <w:tr w:rsidR="00F12170" w:rsidRPr="007911BE" w14:paraId="4DB13703" w14:textId="77777777" w:rsidTr="00B408C8">
        <w:trPr>
          <w:jc w:val="center"/>
        </w:trPr>
        <w:tc>
          <w:tcPr>
            <w:tcW w:w="0" w:type="auto"/>
            <w:vAlign w:val="center"/>
          </w:tcPr>
          <w:p w14:paraId="1571E9A1" w14:textId="77777777" w:rsidR="00F12170" w:rsidRPr="007911BE" w:rsidRDefault="00000000">
            <w:pPr>
              <w:ind w:firstLine="0"/>
              <w:jc w:val="left"/>
              <w:rPr>
                <w:sz w:val="16"/>
                <w:szCs w:val="28"/>
              </w:rPr>
            </w:pPr>
            <w:proofErr w:type="spellStart"/>
            <w:r w:rsidRPr="007911BE">
              <w:rPr>
                <w:sz w:val="16"/>
                <w:szCs w:val="28"/>
              </w:rPr>
              <w:t>Кабардино-Балкарская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4E1C8F98"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38BD8659"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9D7CCC9" w14:textId="77777777" w:rsidR="00F12170" w:rsidRPr="007911BE" w:rsidRDefault="00000000">
            <w:pPr>
              <w:ind w:firstLine="0"/>
              <w:jc w:val="center"/>
              <w:rPr>
                <w:sz w:val="16"/>
                <w:szCs w:val="28"/>
              </w:rPr>
            </w:pPr>
            <w:r w:rsidRPr="007911BE">
              <w:rPr>
                <w:sz w:val="16"/>
                <w:szCs w:val="28"/>
              </w:rPr>
              <w:t>83.15</w:t>
            </w:r>
          </w:p>
        </w:tc>
        <w:tc>
          <w:tcPr>
            <w:tcW w:w="0" w:type="auto"/>
            <w:vAlign w:val="center"/>
          </w:tcPr>
          <w:p w14:paraId="46D82DA9" w14:textId="77777777" w:rsidR="00F12170" w:rsidRPr="007911BE" w:rsidRDefault="00000000">
            <w:pPr>
              <w:ind w:firstLine="0"/>
              <w:jc w:val="center"/>
              <w:rPr>
                <w:sz w:val="16"/>
                <w:szCs w:val="28"/>
              </w:rPr>
            </w:pPr>
            <w:r w:rsidRPr="007911BE">
              <w:rPr>
                <w:sz w:val="16"/>
                <w:szCs w:val="28"/>
              </w:rPr>
              <w:t>16.85</w:t>
            </w:r>
          </w:p>
        </w:tc>
        <w:tc>
          <w:tcPr>
            <w:tcW w:w="0" w:type="auto"/>
            <w:vAlign w:val="center"/>
          </w:tcPr>
          <w:p w14:paraId="6E5C82C9"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6E12436A" w14:textId="77777777" w:rsidR="00F12170" w:rsidRPr="007911BE" w:rsidRDefault="00000000">
            <w:pPr>
              <w:ind w:firstLine="0"/>
              <w:jc w:val="center"/>
              <w:rPr>
                <w:sz w:val="16"/>
                <w:szCs w:val="28"/>
              </w:rPr>
            </w:pPr>
            <w:r w:rsidRPr="007911BE">
              <w:rPr>
                <w:sz w:val="16"/>
                <w:szCs w:val="28"/>
              </w:rPr>
              <w:t>0.45</w:t>
            </w:r>
          </w:p>
        </w:tc>
      </w:tr>
      <w:tr w:rsidR="00F12170" w:rsidRPr="007911BE" w14:paraId="4B76FC16" w14:textId="77777777" w:rsidTr="00B408C8">
        <w:trPr>
          <w:jc w:val="center"/>
        </w:trPr>
        <w:tc>
          <w:tcPr>
            <w:tcW w:w="0" w:type="auto"/>
            <w:vAlign w:val="center"/>
          </w:tcPr>
          <w:p w14:paraId="22985186" w14:textId="77777777" w:rsidR="00F12170" w:rsidRPr="007911BE" w:rsidRDefault="00000000">
            <w:pPr>
              <w:ind w:firstLine="0"/>
              <w:jc w:val="left"/>
              <w:rPr>
                <w:sz w:val="16"/>
                <w:szCs w:val="28"/>
              </w:rPr>
            </w:pPr>
            <w:proofErr w:type="spellStart"/>
            <w:r w:rsidRPr="007911BE">
              <w:rPr>
                <w:sz w:val="16"/>
                <w:szCs w:val="28"/>
              </w:rPr>
              <w:t>Калининградская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87C3694"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6046AEBF"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12AAAD35" w14:textId="77777777" w:rsidR="00F12170" w:rsidRPr="007911BE" w:rsidRDefault="00000000">
            <w:pPr>
              <w:ind w:firstLine="0"/>
              <w:jc w:val="center"/>
              <w:rPr>
                <w:sz w:val="16"/>
                <w:szCs w:val="28"/>
              </w:rPr>
            </w:pPr>
            <w:r w:rsidRPr="007911BE">
              <w:rPr>
                <w:sz w:val="16"/>
                <w:szCs w:val="28"/>
              </w:rPr>
              <w:t>29.21</w:t>
            </w:r>
          </w:p>
        </w:tc>
        <w:tc>
          <w:tcPr>
            <w:tcW w:w="0" w:type="auto"/>
            <w:vAlign w:val="center"/>
          </w:tcPr>
          <w:p w14:paraId="38C3793C" w14:textId="77777777" w:rsidR="00F12170" w:rsidRPr="007911BE" w:rsidRDefault="00000000">
            <w:pPr>
              <w:ind w:firstLine="0"/>
              <w:jc w:val="center"/>
              <w:rPr>
                <w:sz w:val="16"/>
                <w:szCs w:val="28"/>
              </w:rPr>
            </w:pPr>
            <w:r w:rsidRPr="007911BE">
              <w:rPr>
                <w:sz w:val="16"/>
                <w:szCs w:val="28"/>
              </w:rPr>
              <w:t>70.79</w:t>
            </w:r>
          </w:p>
        </w:tc>
        <w:tc>
          <w:tcPr>
            <w:tcW w:w="0" w:type="auto"/>
            <w:vAlign w:val="center"/>
          </w:tcPr>
          <w:p w14:paraId="3E0EC85E"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58298242" w14:textId="77777777" w:rsidR="00F12170" w:rsidRPr="007911BE" w:rsidRDefault="00000000">
            <w:pPr>
              <w:ind w:firstLine="0"/>
              <w:jc w:val="center"/>
              <w:rPr>
                <w:sz w:val="16"/>
                <w:szCs w:val="28"/>
              </w:rPr>
            </w:pPr>
            <w:r w:rsidRPr="007911BE">
              <w:rPr>
                <w:sz w:val="16"/>
                <w:szCs w:val="28"/>
              </w:rPr>
              <w:t>0.38</w:t>
            </w:r>
          </w:p>
        </w:tc>
      </w:tr>
      <w:tr w:rsidR="00F12170" w:rsidRPr="007911BE" w14:paraId="2EEDF8B6" w14:textId="77777777" w:rsidTr="00B408C8">
        <w:trPr>
          <w:jc w:val="center"/>
        </w:trPr>
        <w:tc>
          <w:tcPr>
            <w:tcW w:w="0" w:type="auto"/>
            <w:vAlign w:val="center"/>
          </w:tcPr>
          <w:p w14:paraId="2EB1B73A" w14:textId="77777777" w:rsidR="00F12170" w:rsidRPr="007911BE" w:rsidRDefault="00000000">
            <w:pPr>
              <w:ind w:firstLine="0"/>
              <w:jc w:val="left"/>
              <w:rPr>
                <w:sz w:val="16"/>
                <w:szCs w:val="28"/>
              </w:rPr>
            </w:pPr>
            <w:proofErr w:type="spellStart"/>
            <w:r w:rsidRPr="007911BE">
              <w:rPr>
                <w:sz w:val="16"/>
                <w:szCs w:val="28"/>
              </w:rPr>
              <w:t>Калужская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2CF00BD"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A5C363E"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0E99AB70" w14:textId="77777777" w:rsidR="00F12170" w:rsidRPr="007911BE" w:rsidRDefault="00000000">
            <w:pPr>
              <w:ind w:firstLine="0"/>
              <w:jc w:val="center"/>
              <w:rPr>
                <w:sz w:val="16"/>
                <w:szCs w:val="28"/>
              </w:rPr>
            </w:pPr>
            <w:r w:rsidRPr="007911BE">
              <w:rPr>
                <w:sz w:val="16"/>
                <w:szCs w:val="28"/>
              </w:rPr>
              <w:t>32.58</w:t>
            </w:r>
          </w:p>
        </w:tc>
        <w:tc>
          <w:tcPr>
            <w:tcW w:w="0" w:type="auto"/>
            <w:vAlign w:val="center"/>
          </w:tcPr>
          <w:p w14:paraId="3852A308" w14:textId="77777777" w:rsidR="00F12170" w:rsidRPr="007911BE" w:rsidRDefault="00000000">
            <w:pPr>
              <w:ind w:firstLine="0"/>
              <w:jc w:val="center"/>
              <w:rPr>
                <w:sz w:val="16"/>
                <w:szCs w:val="28"/>
              </w:rPr>
            </w:pPr>
            <w:r w:rsidRPr="007911BE">
              <w:rPr>
                <w:sz w:val="16"/>
                <w:szCs w:val="28"/>
              </w:rPr>
              <w:t>67.42</w:t>
            </w:r>
          </w:p>
        </w:tc>
        <w:tc>
          <w:tcPr>
            <w:tcW w:w="0" w:type="auto"/>
            <w:vAlign w:val="center"/>
          </w:tcPr>
          <w:p w14:paraId="55453E59"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C75D15E" w14:textId="77777777" w:rsidR="00F12170" w:rsidRPr="007911BE" w:rsidRDefault="00000000">
            <w:pPr>
              <w:ind w:firstLine="0"/>
              <w:jc w:val="center"/>
              <w:rPr>
                <w:sz w:val="16"/>
                <w:szCs w:val="28"/>
              </w:rPr>
            </w:pPr>
            <w:r w:rsidRPr="007911BE">
              <w:rPr>
                <w:sz w:val="16"/>
                <w:szCs w:val="28"/>
              </w:rPr>
              <w:t>0.37</w:t>
            </w:r>
          </w:p>
        </w:tc>
      </w:tr>
      <w:tr w:rsidR="00F12170" w:rsidRPr="007911BE" w14:paraId="20587E7A" w14:textId="77777777" w:rsidTr="00B408C8">
        <w:trPr>
          <w:jc w:val="center"/>
        </w:trPr>
        <w:tc>
          <w:tcPr>
            <w:tcW w:w="0" w:type="auto"/>
            <w:vAlign w:val="center"/>
          </w:tcPr>
          <w:p w14:paraId="7A6B37BA" w14:textId="77777777" w:rsidR="00F12170" w:rsidRPr="007911BE" w:rsidRDefault="00000000">
            <w:pPr>
              <w:ind w:firstLine="0"/>
              <w:jc w:val="left"/>
              <w:rPr>
                <w:sz w:val="16"/>
                <w:szCs w:val="28"/>
              </w:rPr>
            </w:pPr>
            <w:proofErr w:type="spellStart"/>
            <w:r w:rsidRPr="007911BE">
              <w:rPr>
                <w:sz w:val="16"/>
                <w:szCs w:val="28"/>
              </w:rPr>
              <w:t>Камчатский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7E45E40F"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5A4B1FA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0F09AABA" w14:textId="77777777" w:rsidR="00F12170" w:rsidRPr="007911BE" w:rsidRDefault="00000000">
            <w:pPr>
              <w:ind w:firstLine="0"/>
              <w:jc w:val="center"/>
              <w:rPr>
                <w:sz w:val="16"/>
                <w:szCs w:val="28"/>
              </w:rPr>
            </w:pPr>
            <w:r w:rsidRPr="007911BE">
              <w:rPr>
                <w:sz w:val="16"/>
                <w:szCs w:val="28"/>
              </w:rPr>
              <w:t>89.89</w:t>
            </w:r>
          </w:p>
        </w:tc>
        <w:tc>
          <w:tcPr>
            <w:tcW w:w="0" w:type="auto"/>
            <w:vAlign w:val="center"/>
          </w:tcPr>
          <w:p w14:paraId="00E75460" w14:textId="77777777" w:rsidR="00F12170" w:rsidRPr="007911BE" w:rsidRDefault="00000000">
            <w:pPr>
              <w:ind w:firstLine="0"/>
              <w:jc w:val="center"/>
              <w:rPr>
                <w:sz w:val="16"/>
                <w:szCs w:val="28"/>
              </w:rPr>
            </w:pPr>
            <w:r w:rsidRPr="007911BE">
              <w:rPr>
                <w:sz w:val="16"/>
                <w:szCs w:val="28"/>
              </w:rPr>
              <w:t>10.11</w:t>
            </w:r>
          </w:p>
        </w:tc>
        <w:tc>
          <w:tcPr>
            <w:tcW w:w="0" w:type="auto"/>
            <w:vAlign w:val="center"/>
          </w:tcPr>
          <w:p w14:paraId="459CA032"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24BA7648" w14:textId="77777777" w:rsidR="00F12170" w:rsidRPr="007911BE" w:rsidRDefault="00000000">
            <w:pPr>
              <w:ind w:firstLine="0"/>
              <w:jc w:val="center"/>
              <w:rPr>
                <w:sz w:val="16"/>
                <w:szCs w:val="28"/>
              </w:rPr>
            </w:pPr>
            <w:r w:rsidRPr="007911BE">
              <w:rPr>
                <w:sz w:val="16"/>
                <w:szCs w:val="28"/>
              </w:rPr>
              <w:t>0.5</w:t>
            </w:r>
          </w:p>
        </w:tc>
      </w:tr>
      <w:tr w:rsidR="00F12170" w:rsidRPr="007911BE" w14:paraId="1DC9031D" w14:textId="77777777" w:rsidTr="00B408C8">
        <w:trPr>
          <w:jc w:val="center"/>
        </w:trPr>
        <w:tc>
          <w:tcPr>
            <w:tcW w:w="0" w:type="auto"/>
            <w:vAlign w:val="center"/>
          </w:tcPr>
          <w:p w14:paraId="7DF8CB62" w14:textId="77777777" w:rsidR="00F12170" w:rsidRPr="007911BE" w:rsidRDefault="00000000">
            <w:pPr>
              <w:ind w:firstLine="0"/>
              <w:jc w:val="left"/>
              <w:rPr>
                <w:sz w:val="16"/>
                <w:szCs w:val="28"/>
              </w:rPr>
            </w:pPr>
            <w:proofErr w:type="spellStart"/>
            <w:r w:rsidRPr="007911BE">
              <w:rPr>
                <w:sz w:val="16"/>
                <w:szCs w:val="28"/>
              </w:rPr>
              <w:t>Карачаево-Черкесская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4C9F703A"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1BA14434"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14C23E48" w14:textId="77777777" w:rsidR="00F12170" w:rsidRPr="007911BE" w:rsidRDefault="00000000">
            <w:pPr>
              <w:ind w:firstLine="0"/>
              <w:jc w:val="center"/>
              <w:rPr>
                <w:sz w:val="16"/>
                <w:szCs w:val="28"/>
              </w:rPr>
            </w:pPr>
            <w:r w:rsidRPr="007911BE">
              <w:rPr>
                <w:sz w:val="16"/>
                <w:szCs w:val="28"/>
              </w:rPr>
              <w:t>74.16</w:t>
            </w:r>
          </w:p>
        </w:tc>
        <w:tc>
          <w:tcPr>
            <w:tcW w:w="0" w:type="auto"/>
            <w:vAlign w:val="center"/>
          </w:tcPr>
          <w:p w14:paraId="7ADC1D41" w14:textId="77777777" w:rsidR="00F12170" w:rsidRPr="007911BE" w:rsidRDefault="00000000">
            <w:pPr>
              <w:ind w:firstLine="0"/>
              <w:jc w:val="center"/>
              <w:rPr>
                <w:sz w:val="16"/>
                <w:szCs w:val="28"/>
              </w:rPr>
            </w:pPr>
            <w:r w:rsidRPr="007911BE">
              <w:rPr>
                <w:sz w:val="16"/>
                <w:szCs w:val="28"/>
              </w:rPr>
              <w:t>25.84</w:t>
            </w:r>
          </w:p>
        </w:tc>
        <w:tc>
          <w:tcPr>
            <w:tcW w:w="0" w:type="auto"/>
            <w:vAlign w:val="center"/>
          </w:tcPr>
          <w:p w14:paraId="695B434B"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6D3177AC" w14:textId="77777777" w:rsidR="00F12170" w:rsidRPr="007911BE" w:rsidRDefault="00000000">
            <w:pPr>
              <w:ind w:firstLine="0"/>
              <w:jc w:val="center"/>
              <w:rPr>
                <w:sz w:val="16"/>
                <w:szCs w:val="28"/>
              </w:rPr>
            </w:pPr>
            <w:r w:rsidRPr="007911BE">
              <w:rPr>
                <w:sz w:val="16"/>
                <w:szCs w:val="28"/>
              </w:rPr>
              <w:t>0.55</w:t>
            </w:r>
          </w:p>
        </w:tc>
      </w:tr>
      <w:tr w:rsidR="00F12170" w:rsidRPr="007911BE" w14:paraId="7F7B082F" w14:textId="77777777" w:rsidTr="00B408C8">
        <w:trPr>
          <w:jc w:val="center"/>
        </w:trPr>
        <w:tc>
          <w:tcPr>
            <w:tcW w:w="0" w:type="auto"/>
            <w:vAlign w:val="center"/>
          </w:tcPr>
          <w:p w14:paraId="43892C4D" w14:textId="77777777" w:rsidR="00F12170" w:rsidRPr="007911BE" w:rsidRDefault="00000000">
            <w:pPr>
              <w:ind w:firstLine="0"/>
              <w:jc w:val="left"/>
              <w:rPr>
                <w:sz w:val="16"/>
                <w:szCs w:val="28"/>
              </w:rPr>
            </w:pPr>
            <w:proofErr w:type="spellStart"/>
            <w:r w:rsidRPr="007911BE">
              <w:rPr>
                <w:sz w:val="16"/>
                <w:szCs w:val="28"/>
              </w:rPr>
              <w:t>Кемеровская</w:t>
            </w:r>
            <w:proofErr w:type="spellEnd"/>
            <w:r w:rsidRPr="007911BE">
              <w:rPr>
                <w:sz w:val="16"/>
                <w:szCs w:val="28"/>
              </w:rPr>
              <w:t xml:space="preserve"> </w:t>
            </w:r>
            <w:proofErr w:type="spellStart"/>
            <w:r w:rsidRPr="007911BE">
              <w:rPr>
                <w:sz w:val="16"/>
                <w:szCs w:val="28"/>
              </w:rPr>
              <w:t>область</w:t>
            </w:r>
            <w:proofErr w:type="spellEnd"/>
            <w:r w:rsidRPr="007911BE">
              <w:rPr>
                <w:sz w:val="16"/>
                <w:szCs w:val="28"/>
              </w:rPr>
              <w:t xml:space="preserve"> - </w:t>
            </w:r>
            <w:proofErr w:type="spellStart"/>
            <w:r w:rsidRPr="007911BE">
              <w:rPr>
                <w:sz w:val="16"/>
                <w:szCs w:val="28"/>
              </w:rPr>
              <w:t>Кузбасс</w:t>
            </w:r>
            <w:proofErr w:type="spellEnd"/>
          </w:p>
        </w:tc>
        <w:tc>
          <w:tcPr>
            <w:tcW w:w="0" w:type="auto"/>
            <w:vAlign w:val="center"/>
          </w:tcPr>
          <w:p w14:paraId="00756BBB"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33B28BAC"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3A51BCD" w14:textId="77777777" w:rsidR="00F12170" w:rsidRPr="007911BE" w:rsidRDefault="00000000">
            <w:pPr>
              <w:ind w:firstLine="0"/>
              <w:jc w:val="center"/>
              <w:rPr>
                <w:sz w:val="16"/>
                <w:szCs w:val="28"/>
              </w:rPr>
            </w:pPr>
            <w:r w:rsidRPr="007911BE">
              <w:rPr>
                <w:sz w:val="16"/>
                <w:szCs w:val="28"/>
              </w:rPr>
              <w:t>35.96</w:t>
            </w:r>
          </w:p>
        </w:tc>
        <w:tc>
          <w:tcPr>
            <w:tcW w:w="0" w:type="auto"/>
            <w:vAlign w:val="center"/>
          </w:tcPr>
          <w:p w14:paraId="50287667" w14:textId="77777777" w:rsidR="00F12170" w:rsidRPr="007911BE" w:rsidRDefault="00000000">
            <w:pPr>
              <w:ind w:firstLine="0"/>
              <w:jc w:val="center"/>
              <w:rPr>
                <w:sz w:val="16"/>
                <w:szCs w:val="28"/>
              </w:rPr>
            </w:pPr>
            <w:r w:rsidRPr="007911BE">
              <w:rPr>
                <w:sz w:val="16"/>
                <w:szCs w:val="28"/>
              </w:rPr>
              <w:t>64.04</w:t>
            </w:r>
          </w:p>
        </w:tc>
        <w:tc>
          <w:tcPr>
            <w:tcW w:w="0" w:type="auto"/>
            <w:vAlign w:val="center"/>
          </w:tcPr>
          <w:p w14:paraId="3B53375E"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027FE4D9" w14:textId="77777777" w:rsidR="00F12170" w:rsidRPr="007911BE" w:rsidRDefault="00000000">
            <w:pPr>
              <w:ind w:firstLine="0"/>
              <w:jc w:val="center"/>
              <w:rPr>
                <w:sz w:val="16"/>
                <w:szCs w:val="28"/>
              </w:rPr>
            </w:pPr>
            <w:r w:rsidRPr="007911BE">
              <w:rPr>
                <w:sz w:val="16"/>
                <w:szCs w:val="28"/>
              </w:rPr>
              <w:t>0.4</w:t>
            </w:r>
          </w:p>
        </w:tc>
      </w:tr>
      <w:tr w:rsidR="00F12170" w:rsidRPr="007911BE" w14:paraId="23343AA6" w14:textId="77777777" w:rsidTr="00B408C8">
        <w:trPr>
          <w:jc w:val="center"/>
        </w:trPr>
        <w:tc>
          <w:tcPr>
            <w:tcW w:w="0" w:type="auto"/>
            <w:vAlign w:val="center"/>
          </w:tcPr>
          <w:p w14:paraId="2DF5EB7D" w14:textId="77777777" w:rsidR="00F12170" w:rsidRPr="007911BE" w:rsidRDefault="00000000">
            <w:pPr>
              <w:ind w:firstLine="0"/>
              <w:jc w:val="left"/>
              <w:rPr>
                <w:sz w:val="16"/>
                <w:szCs w:val="28"/>
              </w:rPr>
            </w:pPr>
            <w:proofErr w:type="spellStart"/>
            <w:r w:rsidRPr="007911BE">
              <w:rPr>
                <w:sz w:val="16"/>
                <w:szCs w:val="28"/>
              </w:rPr>
              <w:t>Кировская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E57E0EB"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1C5C6E4A"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20FFDB56" w14:textId="77777777" w:rsidR="00F12170" w:rsidRPr="007911BE" w:rsidRDefault="00000000">
            <w:pPr>
              <w:ind w:firstLine="0"/>
              <w:jc w:val="center"/>
              <w:rPr>
                <w:sz w:val="16"/>
                <w:szCs w:val="28"/>
              </w:rPr>
            </w:pPr>
            <w:r w:rsidRPr="007911BE">
              <w:rPr>
                <w:sz w:val="16"/>
                <w:szCs w:val="28"/>
              </w:rPr>
              <w:t>68.54</w:t>
            </w:r>
          </w:p>
        </w:tc>
        <w:tc>
          <w:tcPr>
            <w:tcW w:w="0" w:type="auto"/>
            <w:vAlign w:val="center"/>
          </w:tcPr>
          <w:p w14:paraId="128E2C8A" w14:textId="77777777" w:rsidR="00F12170" w:rsidRPr="007911BE" w:rsidRDefault="00000000">
            <w:pPr>
              <w:ind w:firstLine="0"/>
              <w:jc w:val="center"/>
              <w:rPr>
                <w:sz w:val="16"/>
                <w:szCs w:val="28"/>
              </w:rPr>
            </w:pPr>
            <w:r w:rsidRPr="007911BE">
              <w:rPr>
                <w:sz w:val="16"/>
                <w:szCs w:val="28"/>
              </w:rPr>
              <w:t>31.46</w:t>
            </w:r>
          </w:p>
        </w:tc>
        <w:tc>
          <w:tcPr>
            <w:tcW w:w="0" w:type="auto"/>
            <w:vAlign w:val="center"/>
          </w:tcPr>
          <w:p w14:paraId="734F69BE"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4898A665" w14:textId="77777777" w:rsidR="00F12170" w:rsidRPr="007911BE" w:rsidRDefault="00000000">
            <w:pPr>
              <w:ind w:firstLine="0"/>
              <w:jc w:val="center"/>
              <w:rPr>
                <w:sz w:val="16"/>
                <w:szCs w:val="28"/>
              </w:rPr>
            </w:pPr>
            <w:r w:rsidRPr="007911BE">
              <w:rPr>
                <w:sz w:val="16"/>
                <w:szCs w:val="28"/>
              </w:rPr>
              <w:t>0.41</w:t>
            </w:r>
          </w:p>
        </w:tc>
      </w:tr>
      <w:tr w:rsidR="00F12170" w:rsidRPr="007911BE" w14:paraId="68766704" w14:textId="77777777" w:rsidTr="00B408C8">
        <w:trPr>
          <w:jc w:val="center"/>
        </w:trPr>
        <w:tc>
          <w:tcPr>
            <w:tcW w:w="0" w:type="auto"/>
            <w:vAlign w:val="center"/>
          </w:tcPr>
          <w:p w14:paraId="25BAB07F" w14:textId="77777777" w:rsidR="00F12170" w:rsidRPr="007911BE" w:rsidRDefault="00000000">
            <w:pPr>
              <w:ind w:firstLine="0"/>
              <w:jc w:val="left"/>
              <w:rPr>
                <w:sz w:val="16"/>
                <w:szCs w:val="28"/>
              </w:rPr>
            </w:pPr>
            <w:proofErr w:type="spellStart"/>
            <w:r w:rsidRPr="007911BE">
              <w:rPr>
                <w:sz w:val="16"/>
                <w:szCs w:val="28"/>
              </w:rPr>
              <w:t>Костромская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611C8D7"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3528544"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3FCF8581" w14:textId="77777777" w:rsidR="00F12170" w:rsidRPr="007911BE" w:rsidRDefault="00000000">
            <w:pPr>
              <w:ind w:firstLine="0"/>
              <w:jc w:val="center"/>
              <w:rPr>
                <w:sz w:val="16"/>
                <w:szCs w:val="28"/>
              </w:rPr>
            </w:pPr>
            <w:r w:rsidRPr="007911BE">
              <w:rPr>
                <w:sz w:val="16"/>
                <w:szCs w:val="28"/>
              </w:rPr>
              <w:t>69.66</w:t>
            </w:r>
          </w:p>
        </w:tc>
        <w:tc>
          <w:tcPr>
            <w:tcW w:w="0" w:type="auto"/>
            <w:vAlign w:val="center"/>
          </w:tcPr>
          <w:p w14:paraId="17416CD3" w14:textId="77777777" w:rsidR="00F12170" w:rsidRPr="007911BE" w:rsidRDefault="00000000">
            <w:pPr>
              <w:ind w:firstLine="0"/>
              <w:jc w:val="center"/>
              <w:rPr>
                <w:sz w:val="16"/>
                <w:szCs w:val="28"/>
              </w:rPr>
            </w:pPr>
            <w:r w:rsidRPr="007911BE">
              <w:rPr>
                <w:sz w:val="16"/>
                <w:szCs w:val="28"/>
              </w:rPr>
              <w:t>30.34</w:t>
            </w:r>
          </w:p>
        </w:tc>
        <w:tc>
          <w:tcPr>
            <w:tcW w:w="0" w:type="auto"/>
            <w:vAlign w:val="center"/>
          </w:tcPr>
          <w:p w14:paraId="43F88EA7"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318578C2" w14:textId="77777777" w:rsidR="00F12170" w:rsidRPr="007911BE" w:rsidRDefault="00000000">
            <w:pPr>
              <w:ind w:firstLine="0"/>
              <w:jc w:val="center"/>
              <w:rPr>
                <w:sz w:val="16"/>
                <w:szCs w:val="28"/>
              </w:rPr>
            </w:pPr>
            <w:r w:rsidRPr="007911BE">
              <w:rPr>
                <w:sz w:val="16"/>
                <w:szCs w:val="28"/>
              </w:rPr>
              <w:t>0.45</w:t>
            </w:r>
          </w:p>
        </w:tc>
      </w:tr>
      <w:tr w:rsidR="00F12170" w:rsidRPr="007911BE" w14:paraId="397E587E" w14:textId="77777777" w:rsidTr="00B408C8">
        <w:trPr>
          <w:jc w:val="center"/>
        </w:trPr>
        <w:tc>
          <w:tcPr>
            <w:tcW w:w="0" w:type="auto"/>
            <w:vAlign w:val="center"/>
          </w:tcPr>
          <w:p w14:paraId="215AFBAB" w14:textId="77777777" w:rsidR="00F12170" w:rsidRPr="007911BE" w:rsidRDefault="00000000">
            <w:pPr>
              <w:ind w:firstLine="0"/>
              <w:jc w:val="left"/>
              <w:rPr>
                <w:sz w:val="16"/>
                <w:szCs w:val="28"/>
              </w:rPr>
            </w:pPr>
            <w:proofErr w:type="spellStart"/>
            <w:r w:rsidRPr="007911BE">
              <w:rPr>
                <w:sz w:val="16"/>
                <w:szCs w:val="28"/>
              </w:rPr>
              <w:t>Краснодарский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3A758239"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491199E6"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349FA8D" w14:textId="77777777" w:rsidR="00F12170" w:rsidRPr="007911BE" w:rsidRDefault="00000000">
            <w:pPr>
              <w:ind w:firstLine="0"/>
              <w:jc w:val="center"/>
              <w:rPr>
                <w:sz w:val="16"/>
                <w:szCs w:val="28"/>
              </w:rPr>
            </w:pPr>
            <w:r w:rsidRPr="007911BE">
              <w:rPr>
                <w:sz w:val="16"/>
                <w:szCs w:val="28"/>
              </w:rPr>
              <w:t>71.91</w:t>
            </w:r>
          </w:p>
        </w:tc>
        <w:tc>
          <w:tcPr>
            <w:tcW w:w="0" w:type="auto"/>
            <w:vAlign w:val="center"/>
          </w:tcPr>
          <w:p w14:paraId="081DBF94" w14:textId="77777777" w:rsidR="00F12170" w:rsidRPr="007911BE" w:rsidRDefault="00000000">
            <w:pPr>
              <w:ind w:firstLine="0"/>
              <w:jc w:val="center"/>
              <w:rPr>
                <w:sz w:val="16"/>
                <w:szCs w:val="28"/>
              </w:rPr>
            </w:pPr>
            <w:r w:rsidRPr="007911BE">
              <w:rPr>
                <w:sz w:val="16"/>
                <w:szCs w:val="28"/>
              </w:rPr>
              <w:t>28.09</w:t>
            </w:r>
          </w:p>
        </w:tc>
        <w:tc>
          <w:tcPr>
            <w:tcW w:w="0" w:type="auto"/>
            <w:vAlign w:val="center"/>
          </w:tcPr>
          <w:p w14:paraId="784B47C3"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7B0CEA1D" w14:textId="77777777" w:rsidR="00F12170" w:rsidRPr="007911BE" w:rsidRDefault="00000000">
            <w:pPr>
              <w:ind w:firstLine="0"/>
              <w:jc w:val="center"/>
              <w:rPr>
                <w:sz w:val="16"/>
                <w:szCs w:val="28"/>
              </w:rPr>
            </w:pPr>
            <w:r w:rsidRPr="007911BE">
              <w:rPr>
                <w:sz w:val="16"/>
                <w:szCs w:val="28"/>
              </w:rPr>
              <w:t>0.37</w:t>
            </w:r>
          </w:p>
        </w:tc>
      </w:tr>
      <w:tr w:rsidR="00F12170" w:rsidRPr="007911BE" w14:paraId="11F30C47" w14:textId="77777777" w:rsidTr="00B408C8">
        <w:trPr>
          <w:jc w:val="center"/>
        </w:trPr>
        <w:tc>
          <w:tcPr>
            <w:tcW w:w="0" w:type="auto"/>
            <w:vAlign w:val="center"/>
          </w:tcPr>
          <w:p w14:paraId="3F159A49" w14:textId="77777777" w:rsidR="00F12170" w:rsidRPr="007911BE" w:rsidRDefault="00000000">
            <w:pPr>
              <w:ind w:firstLine="0"/>
              <w:jc w:val="left"/>
              <w:rPr>
                <w:sz w:val="16"/>
                <w:szCs w:val="28"/>
              </w:rPr>
            </w:pPr>
            <w:proofErr w:type="spellStart"/>
            <w:r w:rsidRPr="007911BE">
              <w:rPr>
                <w:sz w:val="16"/>
                <w:szCs w:val="28"/>
              </w:rPr>
              <w:t>Красноярский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3ACCCB6B"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5DA4AD19"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11918122" w14:textId="77777777" w:rsidR="00F12170" w:rsidRPr="007911BE" w:rsidRDefault="00000000">
            <w:pPr>
              <w:ind w:firstLine="0"/>
              <w:jc w:val="center"/>
              <w:rPr>
                <w:sz w:val="16"/>
                <w:szCs w:val="28"/>
              </w:rPr>
            </w:pPr>
            <w:r w:rsidRPr="007911BE">
              <w:rPr>
                <w:sz w:val="16"/>
                <w:szCs w:val="28"/>
              </w:rPr>
              <w:t>57.3</w:t>
            </w:r>
          </w:p>
        </w:tc>
        <w:tc>
          <w:tcPr>
            <w:tcW w:w="0" w:type="auto"/>
            <w:vAlign w:val="center"/>
          </w:tcPr>
          <w:p w14:paraId="1613C228" w14:textId="77777777" w:rsidR="00F12170" w:rsidRPr="007911BE" w:rsidRDefault="00000000">
            <w:pPr>
              <w:ind w:firstLine="0"/>
              <w:jc w:val="center"/>
              <w:rPr>
                <w:sz w:val="16"/>
                <w:szCs w:val="28"/>
              </w:rPr>
            </w:pPr>
            <w:r w:rsidRPr="007911BE">
              <w:rPr>
                <w:sz w:val="16"/>
                <w:szCs w:val="28"/>
              </w:rPr>
              <w:t>42.7</w:t>
            </w:r>
          </w:p>
        </w:tc>
        <w:tc>
          <w:tcPr>
            <w:tcW w:w="0" w:type="auto"/>
            <w:vAlign w:val="center"/>
          </w:tcPr>
          <w:p w14:paraId="0F0C32FB"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20C6E5F" w14:textId="77777777" w:rsidR="00F12170" w:rsidRPr="007911BE" w:rsidRDefault="00000000">
            <w:pPr>
              <w:ind w:firstLine="0"/>
              <w:jc w:val="center"/>
              <w:rPr>
                <w:sz w:val="16"/>
                <w:szCs w:val="28"/>
              </w:rPr>
            </w:pPr>
            <w:r w:rsidRPr="007911BE">
              <w:rPr>
                <w:sz w:val="16"/>
                <w:szCs w:val="28"/>
              </w:rPr>
              <w:t>0.34</w:t>
            </w:r>
          </w:p>
        </w:tc>
      </w:tr>
      <w:tr w:rsidR="00F12170" w:rsidRPr="007911BE" w14:paraId="69DCF35F" w14:textId="77777777" w:rsidTr="00B408C8">
        <w:trPr>
          <w:jc w:val="center"/>
        </w:trPr>
        <w:tc>
          <w:tcPr>
            <w:tcW w:w="0" w:type="auto"/>
            <w:vAlign w:val="center"/>
          </w:tcPr>
          <w:p w14:paraId="342ACA7F" w14:textId="77777777" w:rsidR="00F12170" w:rsidRPr="007911BE" w:rsidRDefault="00000000">
            <w:pPr>
              <w:ind w:firstLine="0"/>
              <w:jc w:val="left"/>
              <w:rPr>
                <w:sz w:val="16"/>
                <w:szCs w:val="28"/>
              </w:rPr>
            </w:pPr>
            <w:proofErr w:type="spellStart"/>
            <w:r w:rsidRPr="007911BE">
              <w:rPr>
                <w:sz w:val="16"/>
                <w:szCs w:val="28"/>
              </w:rPr>
              <w:t>Курганская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8A747A5"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74747927"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358C2CE" w14:textId="77777777" w:rsidR="00F12170" w:rsidRPr="007911BE" w:rsidRDefault="00000000">
            <w:pPr>
              <w:ind w:firstLine="0"/>
              <w:jc w:val="center"/>
              <w:rPr>
                <w:sz w:val="16"/>
                <w:szCs w:val="28"/>
              </w:rPr>
            </w:pPr>
            <w:r w:rsidRPr="007911BE">
              <w:rPr>
                <w:sz w:val="16"/>
                <w:szCs w:val="28"/>
              </w:rPr>
              <w:t>85.39</w:t>
            </w:r>
          </w:p>
        </w:tc>
        <w:tc>
          <w:tcPr>
            <w:tcW w:w="0" w:type="auto"/>
            <w:vAlign w:val="center"/>
          </w:tcPr>
          <w:p w14:paraId="6F363991" w14:textId="77777777" w:rsidR="00F12170" w:rsidRPr="007911BE" w:rsidRDefault="00000000">
            <w:pPr>
              <w:ind w:firstLine="0"/>
              <w:jc w:val="center"/>
              <w:rPr>
                <w:sz w:val="16"/>
                <w:szCs w:val="28"/>
              </w:rPr>
            </w:pPr>
            <w:r w:rsidRPr="007911BE">
              <w:rPr>
                <w:sz w:val="16"/>
                <w:szCs w:val="28"/>
              </w:rPr>
              <w:t>14.61</w:t>
            </w:r>
          </w:p>
        </w:tc>
        <w:tc>
          <w:tcPr>
            <w:tcW w:w="0" w:type="auto"/>
            <w:vAlign w:val="center"/>
          </w:tcPr>
          <w:p w14:paraId="0E4B5CA0"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7C2D1DCB" w14:textId="77777777" w:rsidR="00F12170" w:rsidRPr="007911BE" w:rsidRDefault="00000000">
            <w:pPr>
              <w:ind w:firstLine="0"/>
              <w:jc w:val="center"/>
              <w:rPr>
                <w:sz w:val="16"/>
                <w:szCs w:val="28"/>
              </w:rPr>
            </w:pPr>
            <w:r w:rsidRPr="007911BE">
              <w:rPr>
                <w:sz w:val="16"/>
                <w:szCs w:val="28"/>
              </w:rPr>
              <w:t>0.41</w:t>
            </w:r>
          </w:p>
        </w:tc>
      </w:tr>
      <w:tr w:rsidR="00F12170" w:rsidRPr="007911BE" w14:paraId="1CAF1916" w14:textId="77777777" w:rsidTr="00B408C8">
        <w:trPr>
          <w:jc w:val="center"/>
        </w:trPr>
        <w:tc>
          <w:tcPr>
            <w:tcW w:w="0" w:type="auto"/>
            <w:vAlign w:val="center"/>
          </w:tcPr>
          <w:p w14:paraId="5C7182D0" w14:textId="77777777" w:rsidR="00F12170" w:rsidRPr="007911BE" w:rsidRDefault="00000000">
            <w:pPr>
              <w:ind w:firstLine="0"/>
              <w:jc w:val="left"/>
              <w:rPr>
                <w:sz w:val="16"/>
                <w:szCs w:val="28"/>
              </w:rPr>
            </w:pPr>
            <w:r w:rsidRPr="007911BE">
              <w:rPr>
                <w:sz w:val="16"/>
                <w:szCs w:val="28"/>
              </w:rPr>
              <w:lastRenderedPageBreak/>
              <w:t xml:space="preserve">Курская </w:t>
            </w:r>
            <w:proofErr w:type="spellStart"/>
            <w:r w:rsidRPr="007911BE">
              <w:rPr>
                <w:sz w:val="16"/>
                <w:szCs w:val="28"/>
              </w:rPr>
              <w:t>область</w:t>
            </w:r>
            <w:proofErr w:type="spellEnd"/>
          </w:p>
        </w:tc>
        <w:tc>
          <w:tcPr>
            <w:tcW w:w="0" w:type="auto"/>
            <w:vAlign w:val="center"/>
          </w:tcPr>
          <w:p w14:paraId="09B456B5"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66F1BDE"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4F8D03BE" w14:textId="77777777" w:rsidR="00F12170" w:rsidRPr="007911BE" w:rsidRDefault="00000000">
            <w:pPr>
              <w:ind w:firstLine="0"/>
              <w:jc w:val="center"/>
              <w:rPr>
                <w:sz w:val="16"/>
                <w:szCs w:val="28"/>
              </w:rPr>
            </w:pPr>
            <w:r w:rsidRPr="007911BE">
              <w:rPr>
                <w:sz w:val="16"/>
                <w:szCs w:val="28"/>
              </w:rPr>
              <w:t>42.7</w:t>
            </w:r>
          </w:p>
        </w:tc>
        <w:tc>
          <w:tcPr>
            <w:tcW w:w="0" w:type="auto"/>
            <w:vAlign w:val="center"/>
          </w:tcPr>
          <w:p w14:paraId="6FD55FAB" w14:textId="77777777" w:rsidR="00F12170" w:rsidRPr="007911BE" w:rsidRDefault="00000000">
            <w:pPr>
              <w:ind w:firstLine="0"/>
              <w:jc w:val="center"/>
              <w:rPr>
                <w:sz w:val="16"/>
                <w:szCs w:val="28"/>
              </w:rPr>
            </w:pPr>
            <w:r w:rsidRPr="007911BE">
              <w:rPr>
                <w:sz w:val="16"/>
                <w:szCs w:val="28"/>
              </w:rPr>
              <w:t>57.3</w:t>
            </w:r>
          </w:p>
        </w:tc>
        <w:tc>
          <w:tcPr>
            <w:tcW w:w="0" w:type="auto"/>
            <w:vAlign w:val="center"/>
          </w:tcPr>
          <w:p w14:paraId="67C4268B"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6B079369" w14:textId="77777777" w:rsidR="00F12170" w:rsidRPr="007911BE" w:rsidRDefault="00000000">
            <w:pPr>
              <w:ind w:firstLine="0"/>
              <w:jc w:val="center"/>
              <w:rPr>
                <w:sz w:val="16"/>
                <w:szCs w:val="28"/>
              </w:rPr>
            </w:pPr>
            <w:r w:rsidRPr="007911BE">
              <w:rPr>
                <w:sz w:val="16"/>
                <w:szCs w:val="28"/>
              </w:rPr>
              <w:t>0.46</w:t>
            </w:r>
          </w:p>
        </w:tc>
      </w:tr>
      <w:tr w:rsidR="00F12170" w:rsidRPr="007911BE" w14:paraId="49A5C0B4" w14:textId="77777777" w:rsidTr="00B408C8">
        <w:trPr>
          <w:jc w:val="center"/>
        </w:trPr>
        <w:tc>
          <w:tcPr>
            <w:tcW w:w="0" w:type="auto"/>
            <w:vAlign w:val="center"/>
          </w:tcPr>
          <w:p w14:paraId="046210E0" w14:textId="77777777" w:rsidR="00F12170" w:rsidRPr="007911BE" w:rsidRDefault="00000000">
            <w:pPr>
              <w:ind w:firstLine="0"/>
              <w:jc w:val="left"/>
              <w:rPr>
                <w:sz w:val="16"/>
                <w:szCs w:val="28"/>
              </w:rPr>
            </w:pPr>
            <w:proofErr w:type="spellStart"/>
            <w:r w:rsidRPr="007911BE">
              <w:rPr>
                <w:sz w:val="16"/>
                <w:szCs w:val="28"/>
              </w:rPr>
              <w:t>Ленинградская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12E1779"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20475C58"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CAE5835" w14:textId="77777777" w:rsidR="00F12170" w:rsidRPr="007911BE" w:rsidRDefault="00000000">
            <w:pPr>
              <w:ind w:firstLine="0"/>
              <w:jc w:val="center"/>
              <w:rPr>
                <w:sz w:val="16"/>
                <w:szCs w:val="28"/>
              </w:rPr>
            </w:pPr>
            <w:r w:rsidRPr="007911BE">
              <w:rPr>
                <w:sz w:val="16"/>
                <w:szCs w:val="28"/>
              </w:rPr>
              <w:t>2.25</w:t>
            </w:r>
          </w:p>
        </w:tc>
        <w:tc>
          <w:tcPr>
            <w:tcW w:w="0" w:type="auto"/>
            <w:vAlign w:val="center"/>
          </w:tcPr>
          <w:p w14:paraId="777AEAF4" w14:textId="77777777" w:rsidR="00F12170" w:rsidRPr="007911BE" w:rsidRDefault="00000000">
            <w:pPr>
              <w:ind w:firstLine="0"/>
              <w:jc w:val="center"/>
              <w:rPr>
                <w:sz w:val="16"/>
                <w:szCs w:val="28"/>
              </w:rPr>
            </w:pPr>
            <w:r w:rsidRPr="007911BE">
              <w:rPr>
                <w:sz w:val="16"/>
                <w:szCs w:val="28"/>
              </w:rPr>
              <w:t>97.75</w:t>
            </w:r>
          </w:p>
        </w:tc>
        <w:tc>
          <w:tcPr>
            <w:tcW w:w="0" w:type="auto"/>
            <w:vAlign w:val="center"/>
          </w:tcPr>
          <w:p w14:paraId="41947CAA" w14:textId="77777777" w:rsidR="00F12170" w:rsidRPr="007911BE" w:rsidRDefault="00000000">
            <w:pPr>
              <w:ind w:firstLine="0"/>
              <w:jc w:val="center"/>
              <w:rPr>
                <w:sz w:val="16"/>
                <w:szCs w:val="28"/>
              </w:rPr>
            </w:pPr>
            <w:r w:rsidRPr="007911BE">
              <w:rPr>
                <w:sz w:val="16"/>
                <w:szCs w:val="28"/>
              </w:rPr>
              <w:t>7</w:t>
            </w:r>
          </w:p>
        </w:tc>
        <w:tc>
          <w:tcPr>
            <w:tcW w:w="0" w:type="auto"/>
            <w:vAlign w:val="center"/>
          </w:tcPr>
          <w:p w14:paraId="787F607E" w14:textId="77777777" w:rsidR="00F12170" w:rsidRPr="007911BE" w:rsidRDefault="00000000">
            <w:pPr>
              <w:ind w:firstLine="0"/>
              <w:jc w:val="center"/>
              <w:rPr>
                <w:sz w:val="16"/>
                <w:szCs w:val="28"/>
              </w:rPr>
            </w:pPr>
            <w:r w:rsidRPr="007911BE">
              <w:rPr>
                <w:sz w:val="16"/>
                <w:szCs w:val="28"/>
              </w:rPr>
              <w:t>0.4</w:t>
            </w:r>
          </w:p>
        </w:tc>
      </w:tr>
      <w:tr w:rsidR="00F12170" w:rsidRPr="007911BE" w14:paraId="599F4FD2" w14:textId="77777777" w:rsidTr="00B408C8">
        <w:trPr>
          <w:jc w:val="center"/>
        </w:trPr>
        <w:tc>
          <w:tcPr>
            <w:tcW w:w="0" w:type="auto"/>
            <w:vAlign w:val="center"/>
          </w:tcPr>
          <w:p w14:paraId="76DE87D6" w14:textId="77777777" w:rsidR="00F12170" w:rsidRPr="007911BE" w:rsidRDefault="00000000">
            <w:pPr>
              <w:ind w:firstLine="0"/>
              <w:jc w:val="left"/>
              <w:rPr>
                <w:sz w:val="16"/>
                <w:szCs w:val="28"/>
              </w:rPr>
            </w:pPr>
            <w:proofErr w:type="spellStart"/>
            <w:r w:rsidRPr="007911BE">
              <w:rPr>
                <w:sz w:val="16"/>
                <w:szCs w:val="28"/>
              </w:rPr>
              <w:t>Липецкая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20E23C3"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37ED5F9"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3E354AD" w14:textId="77777777" w:rsidR="00F12170" w:rsidRPr="007911BE" w:rsidRDefault="00000000">
            <w:pPr>
              <w:ind w:firstLine="0"/>
              <w:jc w:val="center"/>
              <w:rPr>
                <w:sz w:val="16"/>
                <w:szCs w:val="28"/>
              </w:rPr>
            </w:pPr>
            <w:r w:rsidRPr="007911BE">
              <w:rPr>
                <w:sz w:val="16"/>
                <w:szCs w:val="28"/>
              </w:rPr>
              <w:t>5.62</w:t>
            </w:r>
          </w:p>
        </w:tc>
        <w:tc>
          <w:tcPr>
            <w:tcW w:w="0" w:type="auto"/>
            <w:vAlign w:val="center"/>
          </w:tcPr>
          <w:p w14:paraId="33343290" w14:textId="77777777" w:rsidR="00F12170" w:rsidRPr="007911BE" w:rsidRDefault="00000000">
            <w:pPr>
              <w:ind w:firstLine="0"/>
              <w:jc w:val="center"/>
              <w:rPr>
                <w:sz w:val="16"/>
                <w:szCs w:val="28"/>
              </w:rPr>
            </w:pPr>
            <w:r w:rsidRPr="007911BE">
              <w:rPr>
                <w:sz w:val="16"/>
                <w:szCs w:val="28"/>
              </w:rPr>
              <w:t>94.38</w:t>
            </w:r>
          </w:p>
        </w:tc>
        <w:tc>
          <w:tcPr>
            <w:tcW w:w="0" w:type="auto"/>
            <w:vAlign w:val="center"/>
          </w:tcPr>
          <w:p w14:paraId="74847D40" w14:textId="77777777" w:rsidR="00F12170" w:rsidRPr="007911BE" w:rsidRDefault="00000000">
            <w:pPr>
              <w:ind w:firstLine="0"/>
              <w:jc w:val="center"/>
              <w:rPr>
                <w:sz w:val="16"/>
                <w:szCs w:val="28"/>
              </w:rPr>
            </w:pPr>
            <w:r w:rsidRPr="007911BE">
              <w:rPr>
                <w:sz w:val="16"/>
                <w:szCs w:val="28"/>
              </w:rPr>
              <w:t>7</w:t>
            </w:r>
          </w:p>
        </w:tc>
        <w:tc>
          <w:tcPr>
            <w:tcW w:w="0" w:type="auto"/>
            <w:vAlign w:val="center"/>
          </w:tcPr>
          <w:p w14:paraId="19C5F045" w14:textId="77777777" w:rsidR="00F12170" w:rsidRPr="007911BE" w:rsidRDefault="00000000">
            <w:pPr>
              <w:ind w:firstLine="0"/>
              <w:jc w:val="center"/>
              <w:rPr>
                <w:sz w:val="16"/>
                <w:szCs w:val="28"/>
              </w:rPr>
            </w:pPr>
            <w:r w:rsidRPr="007911BE">
              <w:rPr>
                <w:sz w:val="16"/>
                <w:szCs w:val="28"/>
              </w:rPr>
              <w:t>0.38</w:t>
            </w:r>
          </w:p>
        </w:tc>
      </w:tr>
      <w:tr w:rsidR="00F12170" w:rsidRPr="007911BE" w14:paraId="5AF5CC6D" w14:textId="77777777" w:rsidTr="00B408C8">
        <w:trPr>
          <w:jc w:val="center"/>
        </w:trPr>
        <w:tc>
          <w:tcPr>
            <w:tcW w:w="0" w:type="auto"/>
            <w:vAlign w:val="center"/>
          </w:tcPr>
          <w:p w14:paraId="4FC61370" w14:textId="77777777" w:rsidR="00F12170" w:rsidRPr="007911BE" w:rsidRDefault="00000000">
            <w:pPr>
              <w:ind w:firstLine="0"/>
              <w:jc w:val="left"/>
              <w:rPr>
                <w:sz w:val="16"/>
                <w:szCs w:val="28"/>
              </w:rPr>
            </w:pPr>
            <w:proofErr w:type="spellStart"/>
            <w:r w:rsidRPr="007911BE">
              <w:rPr>
                <w:sz w:val="16"/>
                <w:szCs w:val="28"/>
              </w:rPr>
              <w:t>Луганская</w:t>
            </w:r>
            <w:proofErr w:type="spellEnd"/>
            <w:r w:rsidRPr="007911BE">
              <w:rPr>
                <w:sz w:val="16"/>
                <w:szCs w:val="28"/>
              </w:rPr>
              <w:t xml:space="preserve"> </w:t>
            </w:r>
            <w:proofErr w:type="spellStart"/>
            <w:r w:rsidRPr="007911BE">
              <w:rPr>
                <w:sz w:val="16"/>
                <w:szCs w:val="28"/>
              </w:rPr>
              <w:t>Народная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7CE49BF5"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693FF1E6"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552FF3F9" w14:textId="77777777" w:rsidR="00F12170" w:rsidRPr="007911BE" w:rsidRDefault="00000000">
            <w:pPr>
              <w:ind w:firstLine="0"/>
              <w:jc w:val="center"/>
              <w:rPr>
                <w:sz w:val="16"/>
                <w:szCs w:val="28"/>
              </w:rPr>
            </w:pPr>
            <w:r w:rsidRPr="007911BE">
              <w:rPr>
                <w:sz w:val="16"/>
                <w:szCs w:val="28"/>
              </w:rPr>
              <w:t>50.56</w:t>
            </w:r>
          </w:p>
        </w:tc>
        <w:tc>
          <w:tcPr>
            <w:tcW w:w="0" w:type="auto"/>
            <w:vAlign w:val="center"/>
          </w:tcPr>
          <w:p w14:paraId="2BAF751E" w14:textId="77777777" w:rsidR="00F12170" w:rsidRPr="007911BE" w:rsidRDefault="00000000">
            <w:pPr>
              <w:ind w:firstLine="0"/>
              <w:jc w:val="center"/>
              <w:rPr>
                <w:sz w:val="16"/>
                <w:szCs w:val="28"/>
              </w:rPr>
            </w:pPr>
            <w:r w:rsidRPr="007911BE">
              <w:rPr>
                <w:sz w:val="16"/>
                <w:szCs w:val="28"/>
              </w:rPr>
              <w:t>49.44</w:t>
            </w:r>
          </w:p>
        </w:tc>
        <w:tc>
          <w:tcPr>
            <w:tcW w:w="0" w:type="auto"/>
            <w:vAlign w:val="center"/>
          </w:tcPr>
          <w:p w14:paraId="052CDBB1"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24F4B5F9" w14:textId="77777777" w:rsidR="00F12170" w:rsidRPr="007911BE" w:rsidRDefault="00000000">
            <w:pPr>
              <w:ind w:firstLine="0"/>
              <w:jc w:val="center"/>
              <w:rPr>
                <w:sz w:val="16"/>
                <w:szCs w:val="28"/>
              </w:rPr>
            </w:pPr>
            <w:r w:rsidRPr="007911BE">
              <w:rPr>
                <w:sz w:val="16"/>
                <w:szCs w:val="28"/>
              </w:rPr>
              <w:t>0.33</w:t>
            </w:r>
          </w:p>
        </w:tc>
      </w:tr>
      <w:tr w:rsidR="00F12170" w:rsidRPr="007911BE" w14:paraId="70725AB7" w14:textId="77777777" w:rsidTr="00B408C8">
        <w:trPr>
          <w:jc w:val="center"/>
        </w:trPr>
        <w:tc>
          <w:tcPr>
            <w:tcW w:w="0" w:type="auto"/>
            <w:vAlign w:val="center"/>
          </w:tcPr>
          <w:p w14:paraId="22B04991" w14:textId="77777777" w:rsidR="00F12170" w:rsidRPr="007911BE" w:rsidRDefault="00000000">
            <w:pPr>
              <w:ind w:firstLine="0"/>
              <w:jc w:val="left"/>
              <w:rPr>
                <w:sz w:val="16"/>
                <w:szCs w:val="28"/>
              </w:rPr>
            </w:pPr>
            <w:proofErr w:type="spellStart"/>
            <w:r w:rsidRPr="007911BE">
              <w:rPr>
                <w:sz w:val="16"/>
                <w:szCs w:val="28"/>
              </w:rPr>
              <w:t>Магаданская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002FC97"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6DA1208B"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596A5FB8" w14:textId="77777777" w:rsidR="00F12170" w:rsidRPr="007911BE" w:rsidRDefault="00000000">
            <w:pPr>
              <w:ind w:firstLine="0"/>
              <w:jc w:val="center"/>
              <w:rPr>
                <w:sz w:val="16"/>
                <w:szCs w:val="28"/>
              </w:rPr>
            </w:pPr>
            <w:r w:rsidRPr="007911BE">
              <w:rPr>
                <w:sz w:val="16"/>
                <w:szCs w:val="28"/>
              </w:rPr>
              <w:t>61.8</w:t>
            </w:r>
          </w:p>
        </w:tc>
        <w:tc>
          <w:tcPr>
            <w:tcW w:w="0" w:type="auto"/>
            <w:vAlign w:val="center"/>
          </w:tcPr>
          <w:p w14:paraId="60E6ECFC" w14:textId="77777777" w:rsidR="00F12170" w:rsidRPr="007911BE" w:rsidRDefault="00000000">
            <w:pPr>
              <w:ind w:firstLine="0"/>
              <w:jc w:val="center"/>
              <w:rPr>
                <w:sz w:val="16"/>
                <w:szCs w:val="28"/>
              </w:rPr>
            </w:pPr>
            <w:r w:rsidRPr="007911BE">
              <w:rPr>
                <w:sz w:val="16"/>
                <w:szCs w:val="28"/>
              </w:rPr>
              <w:t>38.2</w:t>
            </w:r>
          </w:p>
        </w:tc>
        <w:tc>
          <w:tcPr>
            <w:tcW w:w="0" w:type="auto"/>
            <w:vAlign w:val="center"/>
          </w:tcPr>
          <w:p w14:paraId="161E62E8"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26C50C37" w14:textId="77777777" w:rsidR="00F12170" w:rsidRPr="007911BE" w:rsidRDefault="00000000">
            <w:pPr>
              <w:ind w:firstLine="0"/>
              <w:jc w:val="center"/>
              <w:rPr>
                <w:sz w:val="16"/>
                <w:szCs w:val="28"/>
              </w:rPr>
            </w:pPr>
            <w:r w:rsidRPr="007911BE">
              <w:rPr>
                <w:sz w:val="16"/>
                <w:szCs w:val="28"/>
              </w:rPr>
              <w:t>0.5</w:t>
            </w:r>
          </w:p>
        </w:tc>
      </w:tr>
      <w:tr w:rsidR="00F12170" w:rsidRPr="007911BE" w14:paraId="5243B8B0" w14:textId="77777777" w:rsidTr="00B408C8">
        <w:trPr>
          <w:jc w:val="center"/>
        </w:trPr>
        <w:tc>
          <w:tcPr>
            <w:tcW w:w="0" w:type="auto"/>
            <w:vAlign w:val="center"/>
          </w:tcPr>
          <w:p w14:paraId="6E0F1C48" w14:textId="77777777" w:rsidR="00F12170" w:rsidRPr="007911BE" w:rsidRDefault="00000000">
            <w:pPr>
              <w:ind w:firstLine="0"/>
              <w:jc w:val="left"/>
              <w:rPr>
                <w:sz w:val="16"/>
                <w:szCs w:val="28"/>
              </w:rPr>
            </w:pPr>
            <w:proofErr w:type="spellStart"/>
            <w:r w:rsidRPr="007911BE">
              <w:rPr>
                <w:sz w:val="16"/>
                <w:szCs w:val="28"/>
              </w:rPr>
              <w:t>Москва</w:t>
            </w:r>
            <w:proofErr w:type="spellEnd"/>
          </w:p>
        </w:tc>
        <w:tc>
          <w:tcPr>
            <w:tcW w:w="0" w:type="auto"/>
            <w:vAlign w:val="center"/>
          </w:tcPr>
          <w:p w14:paraId="54BCF575"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0217AB8"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4F6DD04A" w14:textId="77777777" w:rsidR="00F12170" w:rsidRPr="007911BE" w:rsidRDefault="00000000">
            <w:pPr>
              <w:ind w:firstLine="0"/>
              <w:jc w:val="center"/>
              <w:rPr>
                <w:sz w:val="16"/>
                <w:szCs w:val="28"/>
              </w:rPr>
            </w:pPr>
            <w:r w:rsidRPr="007911BE">
              <w:rPr>
                <w:sz w:val="16"/>
                <w:szCs w:val="28"/>
              </w:rPr>
              <w:t>3.37</w:t>
            </w:r>
          </w:p>
        </w:tc>
        <w:tc>
          <w:tcPr>
            <w:tcW w:w="0" w:type="auto"/>
            <w:vAlign w:val="center"/>
          </w:tcPr>
          <w:p w14:paraId="42DC9301" w14:textId="77777777" w:rsidR="00F12170" w:rsidRPr="007911BE" w:rsidRDefault="00000000">
            <w:pPr>
              <w:ind w:firstLine="0"/>
              <w:jc w:val="center"/>
              <w:rPr>
                <w:sz w:val="16"/>
                <w:szCs w:val="28"/>
              </w:rPr>
            </w:pPr>
            <w:r w:rsidRPr="007911BE">
              <w:rPr>
                <w:sz w:val="16"/>
                <w:szCs w:val="28"/>
              </w:rPr>
              <w:t>96.63</w:t>
            </w:r>
          </w:p>
        </w:tc>
        <w:tc>
          <w:tcPr>
            <w:tcW w:w="0" w:type="auto"/>
            <w:vAlign w:val="center"/>
          </w:tcPr>
          <w:p w14:paraId="23006B53"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62222073" w14:textId="77777777" w:rsidR="00F12170" w:rsidRPr="007911BE" w:rsidRDefault="00000000">
            <w:pPr>
              <w:ind w:firstLine="0"/>
              <w:jc w:val="center"/>
              <w:rPr>
                <w:sz w:val="16"/>
                <w:szCs w:val="28"/>
              </w:rPr>
            </w:pPr>
            <w:r w:rsidRPr="007911BE">
              <w:rPr>
                <w:sz w:val="16"/>
                <w:szCs w:val="28"/>
              </w:rPr>
              <w:t>0.61</w:t>
            </w:r>
          </w:p>
        </w:tc>
      </w:tr>
      <w:tr w:rsidR="00F12170" w:rsidRPr="007911BE" w14:paraId="78AC1A80" w14:textId="77777777" w:rsidTr="00B408C8">
        <w:trPr>
          <w:jc w:val="center"/>
        </w:trPr>
        <w:tc>
          <w:tcPr>
            <w:tcW w:w="0" w:type="auto"/>
            <w:vAlign w:val="center"/>
          </w:tcPr>
          <w:p w14:paraId="0B111AC5" w14:textId="77777777" w:rsidR="00F12170" w:rsidRPr="007911BE" w:rsidRDefault="00000000">
            <w:pPr>
              <w:ind w:firstLine="0"/>
              <w:jc w:val="left"/>
              <w:rPr>
                <w:sz w:val="16"/>
                <w:szCs w:val="28"/>
              </w:rPr>
            </w:pPr>
            <w:proofErr w:type="spellStart"/>
            <w:r w:rsidRPr="007911BE">
              <w:rPr>
                <w:sz w:val="16"/>
                <w:szCs w:val="28"/>
              </w:rPr>
              <w:t>Московская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A3CC173"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77D60FFF"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A30A4D1" w14:textId="77777777" w:rsidR="00F12170" w:rsidRPr="007911BE" w:rsidRDefault="00000000">
            <w:pPr>
              <w:ind w:firstLine="0"/>
              <w:jc w:val="center"/>
              <w:rPr>
                <w:sz w:val="16"/>
                <w:szCs w:val="28"/>
              </w:rPr>
            </w:pPr>
            <w:r w:rsidRPr="007911BE">
              <w:rPr>
                <w:sz w:val="16"/>
                <w:szCs w:val="28"/>
              </w:rPr>
              <w:t>39.33</w:t>
            </w:r>
          </w:p>
        </w:tc>
        <w:tc>
          <w:tcPr>
            <w:tcW w:w="0" w:type="auto"/>
            <w:vAlign w:val="center"/>
          </w:tcPr>
          <w:p w14:paraId="672FD771" w14:textId="77777777" w:rsidR="00F12170" w:rsidRPr="007911BE" w:rsidRDefault="00000000">
            <w:pPr>
              <w:ind w:firstLine="0"/>
              <w:jc w:val="center"/>
              <w:rPr>
                <w:sz w:val="16"/>
                <w:szCs w:val="28"/>
              </w:rPr>
            </w:pPr>
            <w:r w:rsidRPr="007911BE">
              <w:rPr>
                <w:sz w:val="16"/>
                <w:szCs w:val="28"/>
              </w:rPr>
              <w:t>60.67</w:t>
            </w:r>
          </w:p>
        </w:tc>
        <w:tc>
          <w:tcPr>
            <w:tcW w:w="0" w:type="auto"/>
            <w:vAlign w:val="center"/>
          </w:tcPr>
          <w:p w14:paraId="3168EB02"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210C8737" w14:textId="77777777" w:rsidR="00F12170" w:rsidRPr="007911BE" w:rsidRDefault="00000000">
            <w:pPr>
              <w:ind w:firstLine="0"/>
              <w:jc w:val="center"/>
              <w:rPr>
                <w:sz w:val="16"/>
                <w:szCs w:val="28"/>
              </w:rPr>
            </w:pPr>
            <w:r w:rsidRPr="007911BE">
              <w:rPr>
                <w:sz w:val="16"/>
                <w:szCs w:val="28"/>
              </w:rPr>
              <w:t>0.38</w:t>
            </w:r>
          </w:p>
        </w:tc>
      </w:tr>
      <w:tr w:rsidR="00F12170" w:rsidRPr="007911BE" w14:paraId="5284115D" w14:textId="77777777" w:rsidTr="00B408C8">
        <w:trPr>
          <w:jc w:val="center"/>
        </w:trPr>
        <w:tc>
          <w:tcPr>
            <w:tcW w:w="0" w:type="auto"/>
            <w:vAlign w:val="center"/>
          </w:tcPr>
          <w:p w14:paraId="7D819250" w14:textId="77777777" w:rsidR="00F12170" w:rsidRPr="007911BE" w:rsidRDefault="00000000">
            <w:pPr>
              <w:ind w:firstLine="0"/>
              <w:jc w:val="left"/>
              <w:rPr>
                <w:sz w:val="16"/>
                <w:szCs w:val="28"/>
              </w:rPr>
            </w:pPr>
            <w:proofErr w:type="spellStart"/>
            <w:r w:rsidRPr="007911BE">
              <w:rPr>
                <w:sz w:val="16"/>
                <w:szCs w:val="28"/>
              </w:rPr>
              <w:t>Мурманская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ED703F7"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49C0132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8AB2205" w14:textId="77777777" w:rsidR="00F12170" w:rsidRPr="007911BE" w:rsidRDefault="00000000">
            <w:pPr>
              <w:ind w:firstLine="0"/>
              <w:jc w:val="center"/>
              <w:rPr>
                <w:sz w:val="16"/>
                <w:szCs w:val="28"/>
              </w:rPr>
            </w:pPr>
            <w:r w:rsidRPr="007911BE">
              <w:rPr>
                <w:sz w:val="16"/>
                <w:szCs w:val="28"/>
              </w:rPr>
              <w:t>23.6</w:t>
            </w:r>
          </w:p>
        </w:tc>
        <w:tc>
          <w:tcPr>
            <w:tcW w:w="0" w:type="auto"/>
            <w:vAlign w:val="center"/>
          </w:tcPr>
          <w:p w14:paraId="084500C6" w14:textId="77777777" w:rsidR="00F12170" w:rsidRPr="007911BE" w:rsidRDefault="00000000">
            <w:pPr>
              <w:ind w:firstLine="0"/>
              <w:jc w:val="center"/>
              <w:rPr>
                <w:sz w:val="16"/>
                <w:szCs w:val="28"/>
              </w:rPr>
            </w:pPr>
            <w:r w:rsidRPr="007911BE">
              <w:rPr>
                <w:sz w:val="16"/>
                <w:szCs w:val="28"/>
              </w:rPr>
              <w:t>76.4</w:t>
            </w:r>
          </w:p>
        </w:tc>
        <w:tc>
          <w:tcPr>
            <w:tcW w:w="0" w:type="auto"/>
            <w:vAlign w:val="center"/>
          </w:tcPr>
          <w:p w14:paraId="5A3B4F12"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305546A6" w14:textId="77777777" w:rsidR="00F12170" w:rsidRPr="007911BE" w:rsidRDefault="00000000">
            <w:pPr>
              <w:ind w:firstLine="0"/>
              <w:jc w:val="center"/>
              <w:rPr>
                <w:sz w:val="16"/>
                <w:szCs w:val="28"/>
              </w:rPr>
            </w:pPr>
            <w:r w:rsidRPr="007911BE">
              <w:rPr>
                <w:sz w:val="16"/>
                <w:szCs w:val="28"/>
              </w:rPr>
              <w:t>0.39</w:t>
            </w:r>
          </w:p>
        </w:tc>
      </w:tr>
      <w:tr w:rsidR="00F12170" w:rsidRPr="007911BE" w14:paraId="56935927" w14:textId="77777777" w:rsidTr="00B408C8">
        <w:trPr>
          <w:jc w:val="center"/>
        </w:trPr>
        <w:tc>
          <w:tcPr>
            <w:tcW w:w="0" w:type="auto"/>
            <w:vAlign w:val="center"/>
          </w:tcPr>
          <w:p w14:paraId="2F9B0C6E" w14:textId="77777777" w:rsidR="00F12170" w:rsidRPr="007911BE" w:rsidRDefault="00000000">
            <w:pPr>
              <w:ind w:firstLine="0"/>
              <w:jc w:val="left"/>
              <w:rPr>
                <w:sz w:val="16"/>
                <w:szCs w:val="28"/>
              </w:rPr>
            </w:pPr>
            <w:proofErr w:type="spellStart"/>
            <w:r w:rsidRPr="007911BE">
              <w:rPr>
                <w:sz w:val="16"/>
                <w:szCs w:val="28"/>
              </w:rPr>
              <w:t>Ненецкий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6A38A429"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19FEAEAF"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5A8037BB" w14:textId="77777777" w:rsidR="00F12170" w:rsidRPr="007911BE" w:rsidRDefault="00000000">
            <w:pPr>
              <w:ind w:firstLine="0"/>
              <w:jc w:val="center"/>
              <w:rPr>
                <w:sz w:val="16"/>
                <w:szCs w:val="28"/>
              </w:rPr>
            </w:pPr>
            <w:r w:rsidRPr="007911BE">
              <w:rPr>
                <w:sz w:val="16"/>
                <w:szCs w:val="28"/>
              </w:rPr>
              <w:t>94.38</w:t>
            </w:r>
          </w:p>
        </w:tc>
        <w:tc>
          <w:tcPr>
            <w:tcW w:w="0" w:type="auto"/>
            <w:vAlign w:val="center"/>
          </w:tcPr>
          <w:p w14:paraId="03E6D7B4" w14:textId="77777777" w:rsidR="00F12170" w:rsidRPr="007911BE" w:rsidRDefault="00000000">
            <w:pPr>
              <w:ind w:firstLine="0"/>
              <w:jc w:val="center"/>
              <w:rPr>
                <w:sz w:val="16"/>
                <w:szCs w:val="28"/>
              </w:rPr>
            </w:pPr>
            <w:r w:rsidRPr="007911BE">
              <w:rPr>
                <w:sz w:val="16"/>
                <w:szCs w:val="28"/>
              </w:rPr>
              <w:t>5.62</w:t>
            </w:r>
          </w:p>
        </w:tc>
        <w:tc>
          <w:tcPr>
            <w:tcW w:w="0" w:type="auto"/>
            <w:vAlign w:val="center"/>
          </w:tcPr>
          <w:p w14:paraId="49EDD4E7"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440D8AD1" w14:textId="77777777" w:rsidR="00F12170" w:rsidRPr="007911BE" w:rsidRDefault="00000000">
            <w:pPr>
              <w:ind w:firstLine="0"/>
              <w:jc w:val="center"/>
              <w:rPr>
                <w:sz w:val="16"/>
                <w:szCs w:val="28"/>
              </w:rPr>
            </w:pPr>
            <w:r w:rsidRPr="007911BE">
              <w:rPr>
                <w:sz w:val="16"/>
                <w:szCs w:val="28"/>
              </w:rPr>
              <w:t>0.48</w:t>
            </w:r>
          </w:p>
        </w:tc>
      </w:tr>
      <w:tr w:rsidR="00F12170" w:rsidRPr="007911BE" w14:paraId="1D452AE9" w14:textId="77777777" w:rsidTr="00B408C8">
        <w:trPr>
          <w:jc w:val="center"/>
        </w:trPr>
        <w:tc>
          <w:tcPr>
            <w:tcW w:w="0" w:type="auto"/>
            <w:vAlign w:val="center"/>
          </w:tcPr>
          <w:p w14:paraId="6DD01637" w14:textId="77777777" w:rsidR="00F12170" w:rsidRPr="007911BE" w:rsidRDefault="00000000">
            <w:pPr>
              <w:ind w:firstLine="0"/>
              <w:jc w:val="left"/>
              <w:rPr>
                <w:sz w:val="16"/>
                <w:szCs w:val="28"/>
              </w:rPr>
            </w:pPr>
            <w:proofErr w:type="spellStart"/>
            <w:r w:rsidRPr="007911BE">
              <w:rPr>
                <w:sz w:val="16"/>
                <w:szCs w:val="28"/>
              </w:rPr>
              <w:t>Нижегородская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2F12F25"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59AA7F53"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7CE367AB" w14:textId="77777777" w:rsidR="00F12170" w:rsidRPr="007911BE" w:rsidRDefault="00000000">
            <w:pPr>
              <w:ind w:firstLine="0"/>
              <w:jc w:val="center"/>
              <w:rPr>
                <w:sz w:val="16"/>
                <w:szCs w:val="28"/>
              </w:rPr>
            </w:pPr>
            <w:r w:rsidRPr="007911BE">
              <w:rPr>
                <w:sz w:val="16"/>
                <w:szCs w:val="28"/>
              </w:rPr>
              <w:t>10.11</w:t>
            </w:r>
          </w:p>
        </w:tc>
        <w:tc>
          <w:tcPr>
            <w:tcW w:w="0" w:type="auto"/>
            <w:vAlign w:val="center"/>
          </w:tcPr>
          <w:p w14:paraId="3B0D0721" w14:textId="77777777" w:rsidR="00F12170" w:rsidRPr="007911BE" w:rsidRDefault="00000000">
            <w:pPr>
              <w:ind w:firstLine="0"/>
              <w:jc w:val="center"/>
              <w:rPr>
                <w:sz w:val="16"/>
                <w:szCs w:val="28"/>
              </w:rPr>
            </w:pPr>
            <w:r w:rsidRPr="007911BE">
              <w:rPr>
                <w:sz w:val="16"/>
                <w:szCs w:val="28"/>
              </w:rPr>
              <w:t>89.89</w:t>
            </w:r>
          </w:p>
        </w:tc>
        <w:tc>
          <w:tcPr>
            <w:tcW w:w="0" w:type="auto"/>
            <w:vAlign w:val="center"/>
          </w:tcPr>
          <w:p w14:paraId="7DD74823" w14:textId="77777777" w:rsidR="00F12170" w:rsidRPr="007911BE" w:rsidRDefault="00000000">
            <w:pPr>
              <w:ind w:firstLine="0"/>
              <w:jc w:val="center"/>
              <w:rPr>
                <w:sz w:val="16"/>
                <w:szCs w:val="28"/>
              </w:rPr>
            </w:pPr>
            <w:r w:rsidRPr="007911BE">
              <w:rPr>
                <w:sz w:val="16"/>
                <w:szCs w:val="28"/>
              </w:rPr>
              <w:t>7</w:t>
            </w:r>
          </w:p>
        </w:tc>
        <w:tc>
          <w:tcPr>
            <w:tcW w:w="0" w:type="auto"/>
            <w:vAlign w:val="center"/>
          </w:tcPr>
          <w:p w14:paraId="46F76E09" w14:textId="77777777" w:rsidR="00F12170" w:rsidRPr="007911BE" w:rsidRDefault="00000000">
            <w:pPr>
              <w:ind w:firstLine="0"/>
              <w:jc w:val="center"/>
              <w:rPr>
                <w:sz w:val="16"/>
                <w:szCs w:val="28"/>
              </w:rPr>
            </w:pPr>
            <w:r w:rsidRPr="007911BE">
              <w:rPr>
                <w:sz w:val="16"/>
                <w:szCs w:val="28"/>
              </w:rPr>
              <w:t>0.38</w:t>
            </w:r>
          </w:p>
        </w:tc>
      </w:tr>
      <w:tr w:rsidR="00F12170" w:rsidRPr="007911BE" w14:paraId="28B8A936" w14:textId="77777777" w:rsidTr="00B408C8">
        <w:trPr>
          <w:jc w:val="center"/>
        </w:trPr>
        <w:tc>
          <w:tcPr>
            <w:tcW w:w="0" w:type="auto"/>
            <w:vAlign w:val="center"/>
          </w:tcPr>
          <w:p w14:paraId="018BE5BE" w14:textId="77777777" w:rsidR="00F12170" w:rsidRPr="007911BE" w:rsidRDefault="00000000">
            <w:pPr>
              <w:ind w:firstLine="0"/>
              <w:jc w:val="left"/>
              <w:rPr>
                <w:sz w:val="16"/>
                <w:szCs w:val="28"/>
              </w:rPr>
            </w:pPr>
            <w:proofErr w:type="spellStart"/>
            <w:r w:rsidRPr="007911BE">
              <w:rPr>
                <w:sz w:val="16"/>
                <w:szCs w:val="28"/>
              </w:rPr>
              <w:t>Новгородская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EF96D3B"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71E06E03"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9E95EF4" w14:textId="77777777" w:rsidR="00F12170" w:rsidRPr="007911BE" w:rsidRDefault="00000000">
            <w:pPr>
              <w:ind w:firstLine="0"/>
              <w:jc w:val="center"/>
              <w:rPr>
                <w:sz w:val="16"/>
                <w:szCs w:val="28"/>
              </w:rPr>
            </w:pPr>
            <w:r w:rsidRPr="007911BE">
              <w:rPr>
                <w:sz w:val="16"/>
                <w:szCs w:val="28"/>
              </w:rPr>
              <w:t>65.17</w:t>
            </w:r>
          </w:p>
        </w:tc>
        <w:tc>
          <w:tcPr>
            <w:tcW w:w="0" w:type="auto"/>
            <w:vAlign w:val="center"/>
          </w:tcPr>
          <w:p w14:paraId="18EC85D8" w14:textId="77777777" w:rsidR="00F12170" w:rsidRPr="007911BE" w:rsidRDefault="00000000">
            <w:pPr>
              <w:ind w:firstLine="0"/>
              <w:jc w:val="center"/>
              <w:rPr>
                <w:sz w:val="16"/>
                <w:szCs w:val="28"/>
              </w:rPr>
            </w:pPr>
            <w:r w:rsidRPr="007911BE">
              <w:rPr>
                <w:sz w:val="16"/>
                <w:szCs w:val="28"/>
              </w:rPr>
              <w:t>34.83</w:t>
            </w:r>
          </w:p>
        </w:tc>
        <w:tc>
          <w:tcPr>
            <w:tcW w:w="0" w:type="auto"/>
            <w:vAlign w:val="center"/>
          </w:tcPr>
          <w:p w14:paraId="44D762B8"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15F30FFA" w14:textId="77777777" w:rsidR="00F12170" w:rsidRPr="007911BE" w:rsidRDefault="00000000">
            <w:pPr>
              <w:ind w:firstLine="0"/>
              <w:jc w:val="center"/>
              <w:rPr>
                <w:sz w:val="16"/>
                <w:szCs w:val="28"/>
              </w:rPr>
            </w:pPr>
            <w:r w:rsidRPr="007911BE">
              <w:rPr>
                <w:sz w:val="16"/>
                <w:szCs w:val="28"/>
              </w:rPr>
              <w:t>0.44</w:t>
            </w:r>
          </w:p>
        </w:tc>
      </w:tr>
      <w:tr w:rsidR="00F12170" w:rsidRPr="007911BE" w14:paraId="5A9D6272" w14:textId="77777777" w:rsidTr="00B408C8">
        <w:trPr>
          <w:jc w:val="center"/>
        </w:trPr>
        <w:tc>
          <w:tcPr>
            <w:tcW w:w="0" w:type="auto"/>
            <w:vAlign w:val="center"/>
          </w:tcPr>
          <w:p w14:paraId="4F4049B8" w14:textId="77777777" w:rsidR="00F12170" w:rsidRPr="007911BE" w:rsidRDefault="00000000">
            <w:pPr>
              <w:ind w:firstLine="0"/>
              <w:jc w:val="left"/>
              <w:rPr>
                <w:sz w:val="16"/>
                <w:szCs w:val="28"/>
              </w:rPr>
            </w:pPr>
            <w:proofErr w:type="spellStart"/>
            <w:r w:rsidRPr="007911BE">
              <w:rPr>
                <w:sz w:val="16"/>
                <w:szCs w:val="28"/>
              </w:rPr>
              <w:t>Новосибирская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058EE29"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1EB57E5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3BC117E" w14:textId="77777777" w:rsidR="00F12170" w:rsidRPr="007911BE" w:rsidRDefault="00000000">
            <w:pPr>
              <w:ind w:firstLine="0"/>
              <w:jc w:val="center"/>
              <w:rPr>
                <w:sz w:val="16"/>
                <w:szCs w:val="28"/>
              </w:rPr>
            </w:pPr>
            <w:r w:rsidRPr="007911BE">
              <w:rPr>
                <w:sz w:val="16"/>
                <w:szCs w:val="28"/>
              </w:rPr>
              <w:t>79.78</w:t>
            </w:r>
          </w:p>
        </w:tc>
        <w:tc>
          <w:tcPr>
            <w:tcW w:w="0" w:type="auto"/>
            <w:vAlign w:val="center"/>
          </w:tcPr>
          <w:p w14:paraId="50F7D25C" w14:textId="77777777" w:rsidR="00F12170" w:rsidRPr="007911BE" w:rsidRDefault="00000000">
            <w:pPr>
              <w:ind w:firstLine="0"/>
              <w:jc w:val="center"/>
              <w:rPr>
                <w:sz w:val="16"/>
                <w:szCs w:val="28"/>
              </w:rPr>
            </w:pPr>
            <w:r w:rsidRPr="007911BE">
              <w:rPr>
                <w:sz w:val="16"/>
                <w:szCs w:val="28"/>
              </w:rPr>
              <w:t>20.22</w:t>
            </w:r>
          </w:p>
        </w:tc>
        <w:tc>
          <w:tcPr>
            <w:tcW w:w="0" w:type="auto"/>
            <w:vAlign w:val="center"/>
          </w:tcPr>
          <w:p w14:paraId="4E4DE71E"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1DA83F9E" w14:textId="77777777" w:rsidR="00F12170" w:rsidRPr="007911BE" w:rsidRDefault="00000000">
            <w:pPr>
              <w:ind w:firstLine="0"/>
              <w:jc w:val="center"/>
              <w:rPr>
                <w:sz w:val="16"/>
                <w:szCs w:val="28"/>
              </w:rPr>
            </w:pPr>
            <w:r w:rsidRPr="007911BE">
              <w:rPr>
                <w:sz w:val="16"/>
                <w:szCs w:val="28"/>
              </w:rPr>
              <w:t>0.37</w:t>
            </w:r>
          </w:p>
        </w:tc>
      </w:tr>
      <w:tr w:rsidR="00F12170" w:rsidRPr="007911BE" w14:paraId="2925B1D1" w14:textId="77777777" w:rsidTr="00B408C8">
        <w:trPr>
          <w:jc w:val="center"/>
        </w:trPr>
        <w:tc>
          <w:tcPr>
            <w:tcW w:w="0" w:type="auto"/>
            <w:vAlign w:val="center"/>
          </w:tcPr>
          <w:p w14:paraId="62D68548" w14:textId="77777777" w:rsidR="00F12170" w:rsidRPr="007911BE" w:rsidRDefault="00000000">
            <w:pPr>
              <w:ind w:firstLine="0"/>
              <w:jc w:val="left"/>
              <w:rPr>
                <w:sz w:val="16"/>
                <w:szCs w:val="28"/>
              </w:rPr>
            </w:pPr>
            <w:proofErr w:type="spellStart"/>
            <w:r w:rsidRPr="007911BE">
              <w:rPr>
                <w:sz w:val="16"/>
                <w:szCs w:val="28"/>
              </w:rPr>
              <w:t>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AC3FB23"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2B8661B5"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D5F171F" w14:textId="77777777" w:rsidR="00F12170" w:rsidRPr="007911BE" w:rsidRDefault="00000000">
            <w:pPr>
              <w:ind w:firstLine="0"/>
              <w:jc w:val="center"/>
              <w:rPr>
                <w:sz w:val="16"/>
                <w:szCs w:val="28"/>
              </w:rPr>
            </w:pPr>
            <w:r w:rsidRPr="007911BE">
              <w:rPr>
                <w:sz w:val="16"/>
                <w:szCs w:val="28"/>
              </w:rPr>
              <w:t>64.04</w:t>
            </w:r>
          </w:p>
        </w:tc>
        <w:tc>
          <w:tcPr>
            <w:tcW w:w="0" w:type="auto"/>
            <w:vAlign w:val="center"/>
          </w:tcPr>
          <w:p w14:paraId="2406ED36" w14:textId="77777777" w:rsidR="00F12170" w:rsidRPr="007911BE" w:rsidRDefault="00000000">
            <w:pPr>
              <w:ind w:firstLine="0"/>
              <w:jc w:val="center"/>
              <w:rPr>
                <w:sz w:val="16"/>
                <w:szCs w:val="28"/>
              </w:rPr>
            </w:pPr>
            <w:r w:rsidRPr="007911BE">
              <w:rPr>
                <w:sz w:val="16"/>
                <w:szCs w:val="28"/>
              </w:rPr>
              <w:t>35.96</w:t>
            </w:r>
          </w:p>
        </w:tc>
        <w:tc>
          <w:tcPr>
            <w:tcW w:w="0" w:type="auto"/>
            <w:vAlign w:val="center"/>
          </w:tcPr>
          <w:p w14:paraId="38C6E824"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41C47768" w14:textId="77777777" w:rsidR="00F12170" w:rsidRPr="007911BE" w:rsidRDefault="00000000">
            <w:pPr>
              <w:ind w:firstLine="0"/>
              <w:jc w:val="center"/>
              <w:rPr>
                <w:sz w:val="16"/>
                <w:szCs w:val="28"/>
              </w:rPr>
            </w:pPr>
            <w:r w:rsidRPr="007911BE">
              <w:rPr>
                <w:sz w:val="16"/>
                <w:szCs w:val="28"/>
              </w:rPr>
              <w:t>0.36</w:t>
            </w:r>
          </w:p>
        </w:tc>
      </w:tr>
      <w:tr w:rsidR="00F12170" w:rsidRPr="007911BE" w14:paraId="4BCE6703" w14:textId="77777777" w:rsidTr="00B408C8">
        <w:trPr>
          <w:jc w:val="center"/>
        </w:trPr>
        <w:tc>
          <w:tcPr>
            <w:tcW w:w="0" w:type="auto"/>
            <w:vAlign w:val="center"/>
          </w:tcPr>
          <w:p w14:paraId="26235B05" w14:textId="77777777" w:rsidR="00F12170" w:rsidRPr="007911BE" w:rsidRDefault="00000000">
            <w:pPr>
              <w:ind w:firstLine="0"/>
              <w:jc w:val="left"/>
              <w:rPr>
                <w:sz w:val="16"/>
                <w:szCs w:val="28"/>
              </w:rPr>
            </w:pPr>
            <w:proofErr w:type="spellStart"/>
            <w:r w:rsidRPr="007911BE">
              <w:rPr>
                <w:sz w:val="16"/>
                <w:szCs w:val="28"/>
              </w:rPr>
              <w:t>Оренбургская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5679C38"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62E0DC2B"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76B56EE" w14:textId="77777777" w:rsidR="00F12170" w:rsidRPr="007911BE" w:rsidRDefault="00000000">
            <w:pPr>
              <w:ind w:firstLine="0"/>
              <w:jc w:val="center"/>
              <w:rPr>
                <w:sz w:val="16"/>
                <w:szCs w:val="28"/>
              </w:rPr>
            </w:pPr>
            <w:r w:rsidRPr="007911BE">
              <w:rPr>
                <w:sz w:val="16"/>
                <w:szCs w:val="28"/>
              </w:rPr>
              <w:t>40.45</w:t>
            </w:r>
          </w:p>
        </w:tc>
        <w:tc>
          <w:tcPr>
            <w:tcW w:w="0" w:type="auto"/>
            <w:vAlign w:val="center"/>
          </w:tcPr>
          <w:p w14:paraId="1BF2C53A" w14:textId="77777777" w:rsidR="00F12170" w:rsidRPr="007911BE" w:rsidRDefault="00000000">
            <w:pPr>
              <w:ind w:firstLine="0"/>
              <w:jc w:val="center"/>
              <w:rPr>
                <w:sz w:val="16"/>
                <w:szCs w:val="28"/>
              </w:rPr>
            </w:pPr>
            <w:r w:rsidRPr="007911BE">
              <w:rPr>
                <w:sz w:val="16"/>
                <w:szCs w:val="28"/>
              </w:rPr>
              <w:t>59.55</w:t>
            </w:r>
          </w:p>
        </w:tc>
        <w:tc>
          <w:tcPr>
            <w:tcW w:w="0" w:type="auto"/>
            <w:vAlign w:val="center"/>
          </w:tcPr>
          <w:p w14:paraId="4B84F09A"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60F1611" w14:textId="77777777" w:rsidR="00F12170" w:rsidRPr="007911BE" w:rsidRDefault="00000000">
            <w:pPr>
              <w:ind w:firstLine="0"/>
              <w:jc w:val="center"/>
              <w:rPr>
                <w:sz w:val="16"/>
                <w:szCs w:val="28"/>
              </w:rPr>
            </w:pPr>
            <w:r w:rsidRPr="007911BE">
              <w:rPr>
                <w:sz w:val="16"/>
                <w:szCs w:val="28"/>
              </w:rPr>
              <w:t>0.35</w:t>
            </w:r>
          </w:p>
        </w:tc>
      </w:tr>
      <w:tr w:rsidR="00F12170" w:rsidRPr="007911BE" w14:paraId="2BB2A682" w14:textId="77777777" w:rsidTr="00B408C8">
        <w:trPr>
          <w:jc w:val="center"/>
        </w:trPr>
        <w:tc>
          <w:tcPr>
            <w:tcW w:w="0" w:type="auto"/>
            <w:vAlign w:val="center"/>
          </w:tcPr>
          <w:p w14:paraId="4852B9F4" w14:textId="77777777" w:rsidR="00F12170" w:rsidRPr="007911BE" w:rsidRDefault="00000000">
            <w:pPr>
              <w:ind w:firstLine="0"/>
              <w:jc w:val="left"/>
              <w:rPr>
                <w:sz w:val="16"/>
                <w:szCs w:val="28"/>
              </w:rPr>
            </w:pPr>
            <w:proofErr w:type="spellStart"/>
            <w:r w:rsidRPr="007911BE">
              <w:rPr>
                <w:sz w:val="16"/>
                <w:szCs w:val="28"/>
              </w:rPr>
              <w:t>Орловская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8B493A5"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3290D7CA"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79B338B8" w14:textId="77777777" w:rsidR="00F12170" w:rsidRPr="007911BE" w:rsidRDefault="00000000">
            <w:pPr>
              <w:ind w:firstLine="0"/>
              <w:jc w:val="center"/>
              <w:rPr>
                <w:sz w:val="16"/>
                <w:szCs w:val="28"/>
              </w:rPr>
            </w:pPr>
            <w:r w:rsidRPr="007911BE">
              <w:rPr>
                <w:sz w:val="16"/>
                <w:szCs w:val="28"/>
              </w:rPr>
              <w:t>25.84</w:t>
            </w:r>
          </w:p>
        </w:tc>
        <w:tc>
          <w:tcPr>
            <w:tcW w:w="0" w:type="auto"/>
            <w:vAlign w:val="center"/>
          </w:tcPr>
          <w:p w14:paraId="6B93F0F7" w14:textId="77777777" w:rsidR="00F12170" w:rsidRPr="007911BE" w:rsidRDefault="00000000">
            <w:pPr>
              <w:ind w:firstLine="0"/>
              <w:jc w:val="center"/>
              <w:rPr>
                <w:sz w:val="16"/>
                <w:szCs w:val="28"/>
              </w:rPr>
            </w:pPr>
            <w:r w:rsidRPr="007911BE">
              <w:rPr>
                <w:sz w:val="16"/>
                <w:szCs w:val="28"/>
              </w:rPr>
              <w:t>74.16</w:t>
            </w:r>
          </w:p>
        </w:tc>
        <w:tc>
          <w:tcPr>
            <w:tcW w:w="0" w:type="auto"/>
            <w:vAlign w:val="center"/>
          </w:tcPr>
          <w:p w14:paraId="259012F7"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2334627A" w14:textId="77777777" w:rsidR="00F12170" w:rsidRPr="007911BE" w:rsidRDefault="00000000">
            <w:pPr>
              <w:ind w:firstLine="0"/>
              <w:jc w:val="center"/>
              <w:rPr>
                <w:sz w:val="16"/>
                <w:szCs w:val="28"/>
              </w:rPr>
            </w:pPr>
            <w:r w:rsidRPr="007911BE">
              <w:rPr>
                <w:sz w:val="16"/>
                <w:szCs w:val="28"/>
              </w:rPr>
              <w:t>0.46</w:t>
            </w:r>
          </w:p>
        </w:tc>
      </w:tr>
      <w:tr w:rsidR="00F12170" w:rsidRPr="007911BE" w14:paraId="189746A4" w14:textId="77777777" w:rsidTr="00B408C8">
        <w:trPr>
          <w:jc w:val="center"/>
        </w:trPr>
        <w:tc>
          <w:tcPr>
            <w:tcW w:w="0" w:type="auto"/>
            <w:vAlign w:val="center"/>
          </w:tcPr>
          <w:p w14:paraId="7FAA87F0" w14:textId="77777777" w:rsidR="00F12170" w:rsidRPr="007911BE" w:rsidRDefault="00000000">
            <w:pPr>
              <w:ind w:firstLine="0"/>
              <w:jc w:val="left"/>
              <w:rPr>
                <w:sz w:val="16"/>
                <w:szCs w:val="28"/>
              </w:rPr>
            </w:pPr>
            <w:proofErr w:type="spellStart"/>
            <w:r w:rsidRPr="007911BE">
              <w:rPr>
                <w:sz w:val="16"/>
                <w:szCs w:val="28"/>
              </w:rPr>
              <w:t>Пензенская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C2E03AA"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1C4F65CE"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2D014988" w14:textId="77777777" w:rsidR="00F12170" w:rsidRPr="007911BE" w:rsidRDefault="00000000">
            <w:pPr>
              <w:ind w:firstLine="0"/>
              <w:jc w:val="center"/>
              <w:rPr>
                <w:sz w:val="16"/>
                <w:szCs w:val="28"/>
              </w:rPr>
            </w:pPr>
            <w:r w:rsidRPr="007911BE">
              <w:rPr>
                <w:sz w:val="16"/>
                <w:szCs w:val="28"/>
              </w:rPr>
              <w:t>33.71</w:t>
            </w:r>
          </w:p>
        </w:tc>
        <w:tc>
          <w:tcPr>
            <w:tcW w:w="0" w:type="auto"/>
            <w:vAlign w:val="center"/>
          </w:tcPr>
          <w:p w14:paraId="256EBB01" w14:textId="77777777" w:rsidR="00F12170" w:rsidRPr="007911BE" w:rsidRDefault="00000000">
            <w:pPr>
              <w:ind w:firstLine="0"/>
              <w:jc w:val="center"/>
              <w:rPr>
                <w:sz w:val="16"/>
                <w:szCs w:val="28"/>
              </w:rPr>
            </w:pPr>
            <w:r w:rsidRPr="007911BE">
              <w:rPr>
                <w:sz w:val="16"/>
                <w:szCs w:val="28"/>
              </w:rPr>
              <w:t>66.29</w:t>
            </w:r>
          </w:p>
        </w:tc>
        <w:tc>
          <w:tcPr>
            <w:tcW w:w="0" w:type="auto"/>
            <w:vAlign w:val="center"/>
          </w:tcPr>
          <w:p w14:paraId="2408CB9D"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00780CFF" w14:textId="77777777" w:rsidR="00F12170" w:rsidRPr="007911BE" w:rsidRDefault="00000000">
            <w:pPr>
              <w:ind w:firstLine="0"/>
              <w:jc w:val="center"/>
              <w:rPr>
                <w:sz w:val="16"/>
                <w:szCs w:val="28"/>
              </w:rPr>
            </w:pPr>
            <w:r w:rsidRPr="007911BE">
              <w:rPr>
                <w:sz w:val="16"/>
                <w:szCs w:val="28"/>
              </w:rPr>
              <w:t>0.39</w:t>
            </w:r>
          </w:p>
        </w:tc>
      </w:tr>
      <w:tr w:rsidR="00F12170" w:rsidRPr="007911BE" w14:paraId="0719F66A" w14:textId="77777777" w:rsidTr="00B408C8">
        <w:trPr>
          <w:jc w:val="center"/>
        </w:trPr>
        <w:tc>
          <w:tcPr>
            <w:tcW w:w="0" w:type="auto"/>
            <w:vAlign w:val="center"/>
          </w:tcPr>
          <w:p w14:paraId="7E7DB74D" w14:textId="77777777" w:rsidR="00F12170" w:rsidRPr="007911BE" w:rsidRDefault="00000000">
            <w:pPr>
              <w:ind w:firstLine="0"/>
              <w:jc w:val="left"/>
              <w:rPr>
                <w:sz w:val="16"/>
                <w:szCs w:val="28"/>
              </w:rPr>
            </w:pPr>
            <w:proofErr w:type="spellStart"/>
            <w:r w:rsidRPr="007911BE">
              <w:rPr>
                <w:sz w:val="16"/>
                <w:szCs w:val="28"/>
              </w:rPr>
              <w:t>Пермский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37EDF361"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3E9EAFC6"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8CA091B" w14:textId="77777777" w:rsidR="00F12170" w:rsidRPr="007911BE" w:rsidRDefault="00000000">
            <w:pPr>
              <w:ind w:firstLine="0"/>
              <w:jc w:val="center"/>
              <w:rPr>
                <w:sz w:val="16"/>
                <w:szCs w:val="28"/>
              </w:rPr>
            </w:pPr>
            <w:r w:rsidRPr="007911BE">
              <w:rPr>
                <w:sz w:val="16"/>
                <w:szCs w:val="28"/>
              </w:rPr>
              <w:t>80.9</w:t>
            </w:r>
          </w:p>
        </w:tc>
        <w:tc>
          <w:tcPr>
            <w:tcW w:w="0" w:type="auto"/>
            <w:vAlign w:val="center"/>
          </w:tcPr>
          <w:p w14:paraId="29CC4A45" w14:textId="77777777" w:rsidR="00F12170" w:rsidRPr="007911BE" w:rsidRDefault="00000000">
            <w:pPr>
              <w:ind w:firstLine="0"/>
              <w:jc w:val="center"/>
              <w:rPr>
                <w:sz w:val="16"/>
                <w:szCs w:val="28"/>
              </w:rPr>
            </w:pPr>
            <w:r w:rsidRPr="007911BE">
              <w:rPr>
                <w:sz w:val="16"/>
                <w:szCs w:val="28"/>
              </w:rPr>
              <w:t>19.1</w:t>
            </w:r>
          </w:p>
        </w:tc>
        <w:tc>
          <w:tcPr>
            <w:tcW w:w="0" w:type="auto"/>
            <w:vAlign w:val="center"/>
          </w:tcPr>
          <w:p w14:paraId="1D49FD67"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3A8B2512" w14:textId="77777777" w:rsidR="00F12170" w:rsidRPr="007911BE" w:rsidRDefault="00000000">
            <w:pPr>
              <w:ind w:firstLine="0"/>
              <w:jc w:val="center"/>
              <w:rPr>
                <w:sz w:val="16"/>
                <w:szCs w:val="28"/>
              </w:rPr>
            </w:pPr>
            <w:r w:rsidRPr="007911BE">
              <w:rPr>
                <w:sz w:val="16"/>
                <w:szCs w:val="28"/>
              </w:rPr>
              <w:t>0.38</w:t>
            </w:r>
          </w:p>
        </w:tc>
      </w:tr>
      <w:tr w:rsidR="00F12170" w:rsidRPr="007911BE" w14:paraId="475A0CB1" w14:textId="77777777" w:rsidTr="00B408C8">
        <w:trPr>
          <w:jc w:val="center"/>
        </w:trPr>
        <w:tc>
          <w:tcPr>
            <w:tcW w:w="0" w:type="auto"/>
            <w:vAlign w:val="center"/>
          </w:tcPr>
          <w:p w14:paraId="0A0EEFF1" w14:textId="77777777" w:rsidR="00F12170" w:rsidRPr="007911BE" w:rsidRDefault="00000000">
            <w:pPr>
              <w:ind w:firstLine="0"/>
              <w:jc w:val="left"/>
              <w:rPr>
                <w:sz w:val="16"/>
                <w:szCs w:val="28"/>
              </w:rPr>
            </w:pPr>
            <w:proofErr w:type="spellStart"/>
            <w:r w:rsidRPr="007911BE">
              <w:rPr>
                <w:sz w:val="16"/>
                <w:szCs w:val="28"/>
              </w:rPr>
              <w:t>Приморский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7A17A333"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77DCD3A2"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DAFF4A5" w14:textId="77777777" w:rsidR="00F12170" w:rsidRPr="007911BE" w:rsidRDefault="00000000">
            <w:pPr>
              <w:ind w:firstLine="0"/>
              <w:jc w:val="center"/>
              <w:rPr>
                <w:sz w:val="16"/>
                <w:szCs w:val="28"/>
              </w:rPr>
            </w:pPr>
            <w:r w:rsidRPr="007911BE">
              <w:rPr>
                <w:sz w:val="16"/>
                <w:szCs w:val="28"/>
              </w:rPr>
              <w:t>59.55</w:t>
            </w:r>
          </w:p>
        </w:tc>
        <w:tc>
          <w:tcPr>
            <w:tcW w:w="0" w:type="auto"/>
            <w:vAlign w:val="center"/>
          </w:tcPr>
          <w:p w14:paraId="12495575" w14:textId="77777777" w:rsidR="00F12170" w:rsidRPr="007911BE" w:rsidRDefault="00000000">
            <w:pPr>
              <w:ind w:firstLine="0"/>
              <w:jc w:val="center"/>
              <w:rPr>
                <w:sz w:val="16"/>
                <w:szCs w:val="28"/>
              </w:rPr>
            </w:pPr>
            <w:r w:rsidRPr="007911BE">
              <w:rPr>
                <w:sz w:val="16"/>
                <w:szCs w:val="28"/>
              </w:rPr>
              <w:t>40.45</w:t>
            </w:r>
          </w:p>
        </w:tc>
        <w:tc>
          <w:tcPr>
            <w:tcW w:w="0" w:type="auto"/>
            <w:vAlign w:val="center"/>
          </w:tcPr>
          <w:p w14:paraId="22601231"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5AA6AD7A" w14:textId="77777777" w:rsidR="00F12170" w:rsidRPr="007911BE" w:rsidRDefault="00000000">
            <w:pPr>
              <w:ind w:firstLine="0"/>
              <w:jc w:val="center"/>
              <w:rPr>
                <w:sz w:val="16"/>
                <w:szCs w:val="28"/>
              </w:rPr>
            </w:pPr>
            <w:r w:rsidRPr="007911BE">
              <w:rPr>
                <w:sz w:val="16"/>
                <w:szCs w:val="28"/>
              </w:rPr>
              <w:t>0.34</w:t>
            </w:r>
          </w:p>
        </w:tc>
      </w:tr>
      <w:tr w:rsidR="00F12170" w:rsidRPr="007911BE" w14:paraId="384A17FF" w14:textId="77777777" w:rsidTr="00B408C8">
        <w:trPr>
          <w:jc w:val="center"/>
        </w:trPr>
        <w:tc>
          <w:tcPr>
            <w:tcW w:w="0" w:type="auto"/>
            <w:vAlign w:val="center"/>
          </w:tcPr>
          <w:p w14:paraId="64A5C74D" w14:textId="77777777" w:rsidR="00F12170" w:rsidRPr="007911BE" w:rsidRDefault="00000000">
            <w:pPr>
              <w:ind w:firstLine="0"/>
              <w:jc w:val="left"/>
              <w:rPr>
                <w:sz w:val="16"/>
                <w:szCs w:val="28"/>
              </w:rPr>
            </w:pPr>
            <w:proofErr w:type="spellStart"/>
            <w:r w:rsidRPr="007911BE">
              <w:rPr>
                <w:sz w:val="16"/>
                <w:szCs w:val="28"/>
              </w:rPr>
              <w:t>Псковская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46DBCF7B"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79B37AD8"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757CB683" w14:textId="77777777" w:rsidR="00F12170" w:rsidRPr="007911BE" w:rsidRDefault="00000000">
            <w:pPr>
              <w:ind w:firstLine="0"/>
              <w:jc w:val="center"/>
              <w:rPr>
                <w:sz w:val="16"/>
                <w:szCs w:val="28"/>
              </w:rPr>
            </w:pPr>
            <w:r w:rsidRPr="007911BE">
              <w:rPr>
                <w:sz w:val="16"/>
                <w:szCs w:val="28"/>
              </w:rPr>
              <w:t>58.43</w:t>
            </w:r>
          </w:p>
        </w:tc>
        <w:tc>
          <w:tcPr>
            <w:tcW w:w="0" w:type="auto"/>
            <w:vAlign w:val="center"/>
          </w:tcPr>
          <w:p w14:paraId="4C72BE25" w14:textId="77777777" w:rsidR="00F12170" w:rsidRPr="007911BE" w:rsidRDefault="00000000">
            <w:pPr>
              <w:ind w:firstLine="0"/>
              <w:jc w:val="center"/>
              <w:rPr>
                <w:sz w:val="16"/>
                <w:szCs w:val="28"/>
              </w:rPr>
            </w:pPr>
            <w:r w:rsidRPr="007911BE">
              <w:rPr>
                <w:sz w:val="16"/>
                <w:szCs w:val="28"/>
              </w:rPr>
              <w:t>41.57</w:t>
            </w:r>
          </w:p>
        </w:tc>
        <w:tc>
          <w:tcPr>
            <w:tcW w:w="0" w:type="auto"/>
            <w:vAlign w:val="center"/>
          </w:tcPr>
          <w:p w14:paraId="68F56356"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28F0C88A" w14:textId="77777777" w:rsidR="00F12170" w:rsidRPr="007911BE" w:rsidRDefault="00000000">
            <w:pPr>
              <w:ind w:firstLine="0"/>
              <w:jc w:val="center"/>
              <w:rPr>
                <w:sz w:val="16"/>
                <w:szCs w:val="28"/>
              </w:rPr>
            </w:pPr>
            <w:r w:rsidRPr="007911BE">
              <w:rPr>
                <w:sz w:val="16"/>
                <w:szCs w:val="28"/>
              </w:rPr>
              <w:t>0.42</w:t>
            </w:r>
          </w:p>
        </w:tc>
      </w:tr>
      <w:tr w:rsidR="00F12170" w:rsidRPr="007911BE" w14:paraId="3F3182F6" w14:textId="77777777" w:rsidTr="00B408C8">
        <w:trPr>
          <w:jc w:val="center"/>
        </w:trPr>
        <w:tc>
          <w:tcPr>
            <w:tcW w:w="0" w:type="auto"/>
            <w:vAlign w:val="center"/>
          </w:tcPr>
          <w:p w14:paraId="0D875E84"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Адыгея</w:t>
            </w:r>
            <w:proofErr w:type="spellEnd"/>
          </w:p>
        </w:tc>
        <w:tc>
          <w:tcPr>
            <w:tcW w:w="0" w:type="auto"/>
            <w:vAlign w:val="center"/>
          </w:tcPr>
          <w:p w14:paraId="1D41AF5E"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7BF17293"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78C571E7" w14:textId="77777777" w:rsidR="00F12170" w:rsidRPr="007911BE" w:rsidRDefault="00000000">
            <w:pPr>
              <w:ind w:firstLine="0"/>
              <w:jc w:val="center"/>
              <w:rPr>
                <w:sz w:val="16"/>
                <w:szCs w:val="28"/>
              </w:rPr>
            </w:pPr>
            <w:r w:rsidRPr="007911BE">
              <w:rPr>
                <w:sz w:val="16"/>
                <w:szCs w:val="28"/>
              </w:rPr>
              <w:t>12.36</w:t>
            </w:r>
          </w:p>
        </w:tc>
        <w:tc>
          <w:tcPr>
            <w:tcW w:w="0" w:type="auto"/>
            <w:vAlign w:val="center"/>
          </w:tcPr>
          <w:p w14:paraId="49AF988A" w14:textId="77777777" w:rsidR="00F12170" w:rsidRPr="007911BE" w:rsidRDefault="00000000">
            <w:pPr>
              <w:ind w:firstLine="0"/>
              <w:jc w:val="center"/>
              <w:rPr>
                <w:sz w:val="16"/>
                <w:szCs w:val="28"/>
              </w:rPr>
            </w:pPr>
            <w:r w:rsidRPr="007911BE">
              <w:rPr>
                <w:sz w:val="16"/>
                <w:szCs w:val="28"/>
              </w:rPr>
              <w:t>87.64</w:t>
            </w:r>
          </w:p>
        </w:tc>
        <w:tc>
          <w:tcPr>
            <w:tcW w:w="0" w:type="auto"/>
            <w:vAlign w:val="center"/>
          </w:tcPr>
          <w:p w14:paraId="707BB614" w14:textId="77777777" w:rsidR="00F12170" w:rsidRPr="007911BE" w:rsidRDefault="00000000">
            <w:pPr>
              <w:ind w:firstLine="0"/>
              <w:jc w:val="center"/>
              <w:rPr>
                <w:sz w:val="16"/>
                <w:szCs w:val="28"/>
              </w:rPr>
            </w:pPr>
            <w:r w:rsidRPr="007911BE">
              <w:rPr>
                <w:sz w:val="16"/>
                <w:szCs w:val="28"/>
              </w:rPr>
              <w:t>7</w:t>
            </w:r>
          </w:p>
        </w:tc>
        <w:tc>
          <w:tcPr>
            <w:tcW w:w="0" w:type="auto"/>
            <w:vAlign w:val="center"/>
          </w:tcPr>
          <w:p w14:paraId="55051633" w14:textId="77777777" w:rsidR="00F12170" w:rsidRPr="007911BE" w:rsidRDefault="00000000">
            <w:pPr>
              <w:ind w:firstLine="0"/>
              <w:jc w:val="center"/>
              <w:rPr>
                <w:sz w:val="16"/>
                <w:szCs w:val="28"/>
              </w:rPr>
            </w:pPr>
            <w:r w:rsidRPr="007911BE">
              <w:rPr>
                <w:sz w:val="16"/>
                <w:szCs w:val="28"/>
              </w:rPr>
              <w:t>0.4</w:t>
            </w:r>
          </w:p>
        </w:tc>
      </w:tr>
      <w:tr w:rsidR="00F12170" w:rsidRPr="007911BE" w14:paraId="4845FD67" w14:textId="77777777" w:rsidTr="00B408C8">
        <w:trPr>
          <w:jc w:val="center"/>
        </w:trPr>
        <w:tc>
          <w:tcPr>
            <w:tcW w:w="0" w:type="auto"/>
            <w:vAlign w:val="center"/>
          </w:tcPr>
          <w:p w14:paraId="6979E870"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Алтай</w:t>
            </w:r>
            <w:proofErr w:type="spellEnd"/>
          </w:p>
        </w:tc>
        <w:tc>
          <w:tcPr>
            <w:tcW w:w="0" w:type="auto"/>
            <w:vAlign w:val="center"/>
          </w:tcPr>
          <w:p w14:paraId="04D6FF10"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4703AB48"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72CEB1E9" w14:textId="77777777" w:rsidR="00F12170" w:rsidRPr="007911BE" w:rsidRDefault="00000000">
            <w:pPr>
              <w:ind w:firstLine="0"/>
              <w:jc w:val="center"/>
              <w:rPr>
                <w:sz w:val="16"/>
                <w:szCs w:val="28"/>
              </w:rPr>
            </w:pPr>
            <w:r w:rsidRPr="007911BE">
              <w:rPr>
                <w:sz w:val="16"/>
                <w:szCs w:val="28"/>
              </w:rPr>
              <w:t>93.26</w:t>
            </w:r>
          </w:p>
        </w:tc>
        <w:tc>
          <w:tcPr>
            <w:tcW w:w="0" w:type="auto"/>
            <w:vAlign w:val="center"/>
          </w:tcPr>
          <w:p w14:paraId="7E8C1FCB" w14:textId="77777777" w:rsidR="00F12170" w:rsidRPr="007911BE" w:rsidRDefault="00000000">
            <w:pPr>
              <w:ind w:firstLine="0"/>
              <w:jc w:val="center"/>
              <w:rPr>
                <w:sz w:val="16"/>
                <w:szCs w:val="28"/>
              </w:rPr>
            </w:pPr>
            <w:r w:rsidRPr="007911BE">
              <w:rPr>
                <w:sz w:val="16"/>
                <w:szCs w:val="28"/>
              </w:rPr>
              <w:t>6.74</w:t>
            </w:r>
          </w:p>
        </w:tc>
        <w:tc>
          <w:tcPr>
            <w:tcW w:w="0" w:type="auto"/>
            <w:vAlign w:val="center"/>
          </w:tcPr>
          <w:p w14:paraId="60AC9B2A"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58C9942A" w14:textId="77777777" w:rsidR="00F12170" w:rsidRPr="007911BE" w:rsidRDefault="00000000">
            <w:pPr>
              <w:ind w:firstLine="0"/>
              <w:jc w:val="center"/>
              <w:rPr>
                <w:sz w:val="16"/>
                <w:szCs w:val="28"/>
              </w:rPr>
            </w:pPr>
            <w:r w:rsidRPr="007911BE">
              <w:rPr>
                <w:sz w:val="16"/>
                <w:szCs w:val="28"/>
              </w:rPr>
              <w:t>0.4</w:t>
            </w:r>
          </w:p>
        </w:tc>
      </w:tr>
      <w:tr w:rsidR="00F12170" w:rsidRPr="007911BE" w14:paraId="39B7B85C" w14:textId="77777777" w:rsidTr="00B408C8">
        <w:trPr>
          <w:jc w:val="center"/>
        </w:trPr>
        <w:tc>
          <w:tcPr>
            <w:tcW w:w="0" w:type="auto"/>
            <w:vAlign w:val="center"/>
          </w:tcPr>
          <w:p w14:paraId="401732B5"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Башкортостан</w:t>
            </w:r>
            <w:proofErr w:type="spellEnd"/>
          </w:p>
        </w:tc>
        <w:tc>
          <w:tcPr>
            <w:tcW w:w="0" w:type="auto"/>
            <w:vAlign w:val="center"/>
          </w:tcPr>
          <w:p w14:paraId="55011EDF"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70A380A"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4E14A81B" w14:textId="77777777" w:rsidR="00F12170" w:rsidRPr="007911BE" w:rsidRDefault="00000000">
            <w:pPr>
              <w:ind w:firstLine="0"/>
              <w:jc w:val="center"/>
              <w:rPr>
                <w:sz w:val="16"/>
                <w:szCs w:val="28"/>
              </w:rPr>
            </w:pPr>
            <w:r w:rsidRPr="007911BE">
              <w:rPr>
                <w:sz w:val="16"/>
                <w:szCs w:val="28"/>
              </w:rPr>
              <w:t>41.57</w:t>
            </w:r>
          </w:p>
        </w:tc>
        <w:tc>
          <w:tcPr>
            <w:tcW w:w="0" w:type="auto"/>
            <w:vAlign w:val="center"/>
          </w:tcPr>
          <w:p w14:paraId="0981F0CC" w14:textId="77777777" w:rsidR="00F12170" w:rsidRPr="007911BE" w:rsidRDefault="00000000">
            <w:pPr>
              <w:ind w:firstLine="0"/>
              <w:jc w:val="center"/>
              <w:rPr>
                <w:sz w:val="16"/>
                <w:szCs w:val="28"/>
              </w:rPr>
            </w:pPr>
            <w:r w:rsidRPr="007911BE">
              <w:rPr>
                <w:sz w:val="16"/>
                <w:szCs w:val="28"/>
              </w:rPr>
              <w:t>58.43</w:t>
            </w:r>
          </w:p>
        </w:tc>
        <w:tc>
          <w:tcPr>
            <w:tcW w:w="0" w:type="auto"/>
            <w:vAlign w:val="center"/>
          </w:tcPr>
          <w:p w14:paraId="58FF858B" w14:textId="77777777" w:rsidR="00F12170" w:rsidRPr="007911BE" w:rsidRDefault="00000000">
            <w:pPr>
              <w:ind w:firstLine="0"/>
              <w:jc w:val="center"/>
              <w:rPr>
                <w:sz w:val="16"/>
                <w:szCs w:val="28"/>
              </w:rPr>
            </w:pPr>
            <w:r w:rsidRPr="007911BE">
              <w:rPr>
                <w:sz w:val="16"/>
                <w:szCs w:val="28"/>
              </w:rPr>
              <w:t>7</w:t>
            </w:r>
          </w:p>
        </w:tc>
        <w:tc>
          <w:tcPr>
            <w:tcW w:w="0" w:type="auto"/>
            <w:vAlign w:val="center"/>
          </w:tcPr>
          <w:p w14:paraId="5DB3119E" w14:textId="77777777" w:rsidR="00F12170" w:rsidRPr="007911BE" w:rsidRDefault="00000000">
            <w:pPr>
              <w:ind w:firstLine="0"/>
              <w:jc w:val="center"/>
              <w:rPr>
                <w:sz w:val="16"/>
                <w:szCs w:val="28"/>
              </w:rPr>
            </w:pPr>
            <w:r w:rsidRPr="007911BE">
              <w:rPr>
                <w:sz w:val="16"/>
                <w:szCs w:val="28"/>
              </w:rPr>
              <w:t>0.44</w:t>
            </w:r>
          </w:p>
        </w:tc>
      </w:tr>
      <w:tr w:rsidR="00F12170" w:rsidRPr="007911BE" w14:paraId="71175F8E" w14:textId="77777777" w:rsidTr="00B408C8">
        <w:trPr>
          <w:jc w:val="center"/>
        </w:trPr>
        <w:tc>
          <w:tcPr>
            <w:tcW w:w="0" w:type="auto"/>
            <w:vAlign w:val="center"/>
          </w:tcPr>
          <w:p w14:paraId="582872B8"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Бурятия</w:t>
            </w:r>
            <w:proofErr w:type="spellEnd"/>
          </w:p>
        </w:tc>
        <w:tc>
          <w:tcPr>
            <w:tcW w:w="0" w:type="auto"/>
            <w:vAlign w:val="center"/>
          </w:tcPr>
          <w:p w14:paraId="22C5D9C2"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1B3FA3F2"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738144CA" w14:textId="77777777" w:rsidR="00F12170" w:rsidRPr="007911BE" w:rsidRDefault="00000000">
            <w:pPr>
              <w:ind w:firstLine="0"/>
              <w:jc w:val="center"/>
              <w:rPr>
                <w:sz w:val="16"/>
                <w:szCs w:val="28"/>
              </w:rPr>
            </w:pPr>
            <w:r w:rsidRPr="007911BE">
              <w:rPr>
                <w:sz w:val="16"/>
                <w:szCs w:val="28"/>
              </w:rPr>
              <w:t>88.76</w:t>
            </w:r>
          </w:p>
        </w:tc>
        <w:tc>
          <w:tcPr>
            <w:tcW w:w="0" w:type="auto"/>
            <w:vAlign w:val="center"/>
          </w:tcPr>
          <w:p w14:paraId="4138FD55" w14:textId="77777777" w:rsidR="00F12170" w:rsidRPr="007911BE" w:rsidRDefault="00000000">
            <w:pPr>
              <w:ind w:firstLine="0"/>
              <w:jc w:val="center"/>
              <w:rPr>
                <w:sz w:val="16"/>
                <w:szCs w:val="28"/>
              </w:rPr>
            </w:pPr>
            <w:r w:rsidRPr="007911BE">
              <w:rPr>
                <w:sz w:val="16"/>
                <w:szCs w:val="28"/>
              </w:rPr>
              <w:t>11.24</w:t>
            </w:r>
          </w:p>
        </w:tc>
        <w:tc>
          <w:tcPr>
            <w:tcW w:w="0" w:type="auto"/>
            <w:vAlign w:val="center"/>
          </w:tcPr>
          <w:p w14:paraId="425B7AC6"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4A81D00D" w14:textId="77777777" w:rsidR="00F12170" w:rsidRPr="007911BE" w:rsidRDefault="00000000">
            <w:pPr>
              <w:ind w:firstLine="0"/>
              <w:jc w:val="center"/>
              <w:rPr>
                <w:sz w:val="16"/>
                <w:szCs w:val="28"/>
              </w:rPr>
            </w:pPr>
            <w:r w:rsidRPr="007911BE">
              <w:rPr>
                <w:sz w:val="16"/>
                <w:szCs w:val="28"/>
              </w:rPr>
              <w:t>0.4</w:t>
            </w:r>
          </w:p>
        </w:tc>
      </w:tr>
      <w:tr w:rsidR="00F12170" w:rsidRPr="007911BE" w14:paraId="33D491F3" w14:textId="77777777" w:rsidTr="00B408C8">
        <w:trPr>
          <w:jc w:val="center"/>
        </w:trPr>
        <w:tc>
          <w:tcPr>
            <w:tcW w:w="0" w:type="auto"/>
            <w:vAlign w:val="center"/>
          </w:tcPr>
          <w:p w14:paraId="28B9CCD0"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Дагестан</w:t>
            </w:r>
            <w:proofErr w:type="spellEnd"/>
          </w:p>
        </w:tc>
        <w:tc>
          <w:tcPr>
            <w:tcW w:w="0" w:type="auto"/>
            <w:vAlign w:val="center"/>
          </w:tcPr>
          <w:p w14:paraId="7AF315B6"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5A94D243"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1A534AF4" w14:textId="77777777" w:rsidR="00F12170" w:rsidRPr="007911BE" w:rsidRDefault="00000000">
            <w:pPr>
              <w:ind w:firstLine="0"/>
              <w:jc w:val="center"/>
              <w:rPr>
                <w:sz w:val="16"/>
                <w:szCs w:val="28"/>
              </w:rPr>
            </w:pPr>
            <w:r w:rsidRPr="007911BE">
              <w:rPr>
                <w:sz w:val="16"/>
                <w:szCs w:val="28"/>
              </w:rPr>
              <w:t>97.75</w:t>
            </w:r>
          </w:p>
        </w:tc>
        <w:tc>
          <w:tcPr>
            <w:tcW w:w="0" w:type="auto"/>
            <w:vAlign w:val="center"/>
          </w:tcPr>
          <w:p w14:paraId="086F3ABA" w14:textId="77777777" w:rsidR="00F12170" w:rsidRPr="007911BE" w:rsidRDefault="00000000">
            <w:pPr>
              <w:ind w:firstLine="0"/>
              <w:jc w:val="center"/>
              <w:rPr>
                <w:sz w:val="16"/>
                <w:szCs w:val="28"/>
              </w:rPr>
            </w:pPr>
            <w:r w:rsidRPr="007911BE">
              <w:rPr>
                <w:sz w:val="16"/>
                <w:szCs w:val="28"/>
              </w:rPr>
              <w:t>2.25</w:t>
            </w:r>
          </w:p>
        </w:tc>
        <w:tc>
          <w:tcPr>
            <w:tcW w:w="0" w:type="auto"/>
            <w:vAlign w:val="center"/>
          </w:tcPr>
          <w:p w14:paraId="2E2C9B02"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0043605D" w14:textId="77777777" w:rsidR="00F12170" w:rsidRPr="007911BE" w:rsidRDefault="00000000">
            <w:pPr>
              <w:ind w:firstLine="0"/>
              <w:jc w:val="center"/>
              <w:rPr>
                <w:sz w:val="16"/>
                <w:szCs w:val="28"/>
              </w:rPr>
            </w:pPr>
            <w:r w:rsidRPr="007911BE">
              <w:rPr>
                <w:sz w:val="16"/>
                <w:szCs w:val="28"/>
              </w:rPr>
              <w:t>0.55</w:t>
            </w:r>
          </w:p>
        </w:tc>
      </w:tr>
      <w:tr w:rsidR="00F12170" w:rsidRPr="007911BE" w14:paraId="53D8EA3D" w14:textId="77777777" w:rsidTr="00B408C8">
        <w:trPr>
          <w:jc w:val="center"/>
        </w:trPr>
        <w:tc>
          <w:tcPr>
            <w:tcW w:w="0" w:type="auto"/>
            <w:vAlign w:val="center"/>
          </w:tcPr>
          <w:p w14:paraId="7CEFD9A9"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Ингушетия</w:t>
            </w:r>
            <w:proofErr w:type="spellEnd"/>
          </w:p>
        </w:tc>
        <w:tc>
          <w:tcPr>
            <w:tcW w:w="0" w:type="auto"/>
            <w:vAlign w:val="center"/>
          </w:tcPr>
          <w:p w14:paraId="187E3470"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3CAE72E5"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0B7A9C9A" w14:textId="77777777" w:rsidR="00F12170" w:rsidRPr="007911BE" w:rsidRDefault="00000000">
            <w:pPr>
              <w:ind w:firstLine="0"/>
              <w:jc w:val="center"/>
              <w:rPr>
                <w:sz w:val="16"/>
                <w:szCs w:val="28"/>
              </w:rPr>
            </w:pPr>
            <w:r w:rsidRPr="007911BE">
              <w:rPr>
                <w:sz w:val="16"/>
                <w:szCs w:val="28"/>
              </w:rPr>
              <w:t>95.51</w:t>
            </w:r>
          </w:p>
        </w:tc>
        <w:tc>
          <w:tcPr>
            <w:tcW w:w="0" w:type="auto"/>
            <w:vAlign w:val="center"/>
          </w:tcPr>
          <w:p w14:paraId="79D67883" w14:textId="77777777" w:rsidR="00F12170" w:rsidRPr="007911BE" w:rsidRDefault="00000000">
            <w:pPr>
              <w:ind w:firstLine="0"/>
              <w:jc w:val="center"/>
              <w:rPr>
                <w:sz w:val="16"/>
                <w:szCs w:val="28"/>
              </w:rPr>
            </w:pPr>
            <w:r w:rsidRPr="007911BE">
              <w:rPr>
                <w:sz w:val="16"/>
                <w:szCs w:val="28"/>
              </w:rPr>
              <w:t>4.49</w:t>
            </w:r>
          </w:p>
        </w:tc>
        <w:tc>
          <w:tcPr>
            <w:tcW w:w="0" w:type="auto"/>
            <w:vAlign w:val="center"/>
          </w:tcPr>
          <w:p w14:paraId="33DA3F1D"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56B40962" w14:textId="77777777" w:rsidR="00F12170" w:rsidRPr="007911BE" w:rsidRDefault="00000000">
            <w:pPr>
              <w:ind w:firstLine="0"/>
              <w:jc w:val="center"/>
              <w:rPr>
                <w:sz w:val="16"/>
                <w:szCs w:val="28"/>
              </w:rPr>
            </w:pPr>
            <w:r w:rsidRPr="007911BE">
              <w:rPr>
                <w:sz w:val="16"/>
                <w:szCs w:val="28"/>
              </w:rPr>
              <w:t>0.54</w:t>
            </w:r>
          </w:p>
        </w:tc>
      </w:tr>
      <w:tr w:rsidR="00F12170" w:rsidRPr="007911BE" w14:paraId="5A7DF87C" w14:textId="77777777" w:rsidTr="00B408C8">
        <w:trPr>
          <w:jc w:val="center"/>
        </w:trPr>
        <w:tc>
          <w:tcPr>
            <w:tcW w:w="0" w:type="auto"/>
            <w:vAlign w:val="center"/>
          </w:tcPr>
          <w:p w14:paraId="439F06BE"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Калмыкия</w:t>
            </w:r>
            <w:proofErr w:type="spellEnd"/>
          </w:p>
        </w:tc>
        <w:tc>
          <w:tcPr>
            <w:tcW w:w="0" w:type="auto"/>
            <w:vAlign w:val="center"/>
          </w:tcPr>
          <w:p w14:paraId="46D28608"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156CC709"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091C6DDA" w14:textId="77777777" w:rsidR="00F12170" w:rsidRPr="007911BE" w:rsidRDefault="00000000">
            <w:pPr>
              <w:ind w:firstLine="0"/>
              <w:jc w:val="center"/>
              <w:rPr>
                <w:sz w:val="16"/>
                <w:szCs w:val="28"/>
              </w:rPr>
            </w:pPr>
            <w:r w:rsidRPr="007911BE">
              <w:rPr>
                <w:sz w:val="16"/>
                <w:szCs w:val="28"/>
              </w:rPr>
              <w:t>30.34</w:t>
            </w:r>
          </w:p>
        </w:tc>
        <w:tc>
          <w:tcPr>
            <w:tcW w:w="0" w:type="auto"/>
            <w:vAlign w:val="center"/>
          </w:tcPr>
          <w:p w14:paraId="22AF05E9" w14:textId="77777777" w:rsidR="00F12170" w:rsidRPr="007911BE" w:rsidRDefault="00000000">
            <w:pPr>
              <w:ind w:firstLine="0"/>
              <w:jc w:val="center"/>
              <w:rPr>
                <w:sz w:val="16"/>
                <w:szCs w:val="28"/>
              </w:rPr>
            </w:pPr>
            <w:r w:rsidRPr="007911BE">
              <w:rPr>
                <w:sz w:val="16"/>
                <w:szCs w:val="28"/>
              </w:rPr>
              <w:t>69.66</w:t>
            </w:r>
          </w:p>
        </w:tc>
        <w:tc>
          <w:tcPr>
            <w:tcW w:w="0" w:type="auto"/>
            <w:vAlign w:val="center"/>
          </w:tcPr>
          <w:p w14:paraId="2F827A96"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BA59626" w14:textId="77777777" w:rsidR="00F12170" w:rsidRPr="007911BE" w:rsidRDefault="00000000">
            <w:pPr>
              <w:ind w:firstLine="0"/>
              <w:jc w:val="center"/>
              <w:rPr>
                <w:sz w:val="16"/>
                <w:szCs w:val="28"/>
              </w:rPr>
            </w:pPr>
            <w:r w:rsidRPr="007911BE">
              <w:rPr>
                <w:sz w:val="16"/>
                <w:szCs w:val="28"/>
              </w:rPr>
              <w:t>0.41</w:t>
            </w:r>
          </w:p>
        </w:tc>
      </w:tr>
      <w:tr w:rsidR="00F12170" w:rsidRPr="007911BE" w14:paraId="39B57D7E" w14:textId="77777777" w:rsidTr="00B408C8">
        <w:trPr>
          <w:jc w:val="center"/>
        </w:trPr>
        <w:tc>
          <w:tcPr>
            <w:tcW w:w="0" w:type="auto"/>
            <w:vAlign w:val="center"/>
          </w:tcPr>
          <w:p w14:paraId="2DB28E3B"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Карелия</w:t>
            </w:r>
            <w:proofErr w:type="spellEnd"/>
          </w:p>
        </w:tc>
        <w:tc>
          <w:tcPr>
            <w:tcW w:w="0" w:type="auto"/>
            <w:vAlign w:val="center"/>
          </w:tcPr>
          <w:p w14:paraId="36073777"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4DE7956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85AE9E8" w14:textId="77777777" w:rsidR="00F12170" w:rsidRPr="007911BE" w:rsidRDefault="00000000">
            <w:pPr>
              <w:ind w:firstLine="0"/>
              <w:jc w:val="center"/>
              <w:rPr>
                <w:sz w:val="16"/>
                <w:szCs w:val="28"/>
              </w:rPr>
            </w:pPr>
            <w:r w:rsidRPr="007911BE">
              <w:rPr>
                <w:sz w:val="16"/>
                <w:szCs w:val="28"/>
              </w:rPr>
              <w:t>62.92</w:t>
            </w:r>
          </w:p>
        </w:tc>
        <w:tc>
          <w:tcPr>
            <w:tcW w:w="0" w:type="auto"/>
            <w:vAlign w:val="center"/>
          </w:tcPr>
          <w:p w14:paraId="62CC352F" w14:textId="77777777" w:rsidR="00F12170" w:rsidRPr="007911BE" w:rsidRDefault="00000000">
            <w:pPr>
              <w:ind w:firstLine="0"/>
              <w:jc w:val="center"/>
              <w:rPr>
                <w:sz w:val="16"/>
                <w:szCs w:val="28"/>
              </w:rPr>
            </w:pPr>
            <w:r w:rsidRPr="007911BE">
              <w:rPr>
                <w:sz w:val="16"/>
                <w:szCs w:val="28"/>
              </w:rPr>
              <w:t>37.08</w:t>
            </w:r>
          </w:p>
        </w:tc>
        <w:tc>
          <w:tcPr>
            <w:tcW w:w="0" w:type="auto"/>
            <w:vAlign w:val="center"/>
          </w:tcPr>
          <w:p w14:paraId="4F2125FD"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5BB338D" w14:textId="77777777" w:rsidR="00F12170" w:rsidRPr="007911BE" w:rsidRDefault="00000000">
            <w:pPr>
              <w:ind w:firstLine="0"/>
              <w:jc w:val="center"/>
              <w:rPr>
                <w:sz w:val="16"/>
                <w:szCs w:val="28"/>
              </w:rPr>
            </w:pPr>
            <w:r w:rsidRPr="007911BE">
              <w:rPr>
                <w:sz w:val="16"/>
                <w:szCs w:val="28"/>
              </w:rPr>
              <w:t>0.36</w:t>
            </w:r>
          </w:p>
        </w:tc>
      </w:tr>
      <w:tr w:rsidR="00F12170" w:rsidRPr="007911BE" w14:paraId="1CD14F32" w14:textId="77777777" w:rsidTr="00B408C8">
        <w:trPr>
          <w:jc w:val="center"/>
        </w:trPr>
        <w:tc>
          <w:tcPr>
            <w:tcW w:w="0" w:type="auto"/>
            <w:vAlign w:val="center"/>
          </w:tcPr>
          <w:p w14:paraId="029C1961"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Коми</w:t>
            </w:r>
            <w:proofErr w:type="spellEnd"/>
          </w:p>
        </w:tc>
        <w:tc>
          <w:tcPr>
            <w:tcW w:w="0" w:type="auto"/>
            <w:vAlign w:val="center"/>
          </w:tcPr>
          <w:p w14:paraId="3986401B"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6E56298B"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7A84B340" w14:textId="77777777" w:rsidR="00F12170" w:rsidRPr="007911BE" w:rsidRDefault="00000000">
            <w:pPr>
              <w:ind w:firstLine="0"/>
              <w:jc w:val="center"/>
              <w:rPr>
                <w:sz w:val="16"/>
                <w:szCs w:val="28"/>
              </w:rPr>
            </w:pPr>
            <w:r w:rsidRPr="007911BE">
              <w:rPr>
                <w:sz w:val="16"/>
                <w:szCs w:val="28"/>
              </w:rPr>
              <w:t>76.4</w:t>
            </w:r>
          </w:p>
        </w:tc>
        <w:tc>
          <w:tcPr>
            <w:tcW w:w="0" w:type="auto"/>
            <w:vAlign w:val="center"/>
          </w:tcPr>
          <w:p w14:paraId="4FDDA4E5" w14:textId="77777777" w:rsidR="00F12170" w:rsidRPr="007911BE" w:rsidRDefault="00000000">
            <w:pPr>
              <w:ind w:firstLine="0"/>
              <w:jc w:val="center"/>
              <w:rPr>
                <w:sz w:val="16"/>
                <w:szCs w:val="28"/>
              </w:rPr>
            </w:pPr>
            <w:r w:rsidRPr="007911BE">
              <w:rPr>
                <w:sz w:val="16"/>
                <w:szCs w:val="28"/>
              </w:rPr>
              <w:t>23.6</w:t>
            </w:r>
          </w:p>
        </w:tc>
        <w:tc>
          <w:tcPr>
            <w:tcW w:w="0" w:type="auto"/>
            <w:vAlign w:val="center"/>
          </w:tcPr>
          <w:p w14:paraId="050BCEC5"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31080C6C" w14:textId="77777777" w:rsidR="00F12170" w:rsidRPr="007911BE" w:rsidRDefault="00000000">
            <w:pPr>
              <w:ind w:firstLine="0"/>
              <w:jc w:val="center"/>
              <w:rPr>
                <w:sz w:val="16"/>
                <w:szCs w:val="28"/>
              </w:rPr>
            </w:pPr>
            <w:r w:rsidRPr="007911BE">
              <w:rPr>
                <w:sz w:val="16"/>
                <w:szCs w:val="28"/>
              </w:rPr>
              <w:t>0.38</w:t>
            </w:r>
          </w:p>
        </w:tc>
      </w:tr>
      <w:tr w:rsidR="00F12170" w:rsidRPr="007911BE" w14:paraId="64F4909C" w14:textId="77777777" w:rsidTr="00B408C8">
        <w:trPr>
          <w:jc w:val="center"/>
        </w:trPr>
        <w:tc>
          <w:tcPr>
            <w:tcW w:w="0" w:type="auto"/>
            <w:vAlign w:val="center"/>
          </w:tcPr>
          <w:p w14:paraId="24D80157"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Крым</w:t>
            </w:r>
            <w:proofErr w:type="spellEnd"/>
          </w:p>
        </w:tc>
        <w:tc>
          <w:tcPr>
            <w:tcW w:w="0" w:type="auto"/>
            <w:vAlign w:val="center"/>
          </w:tcPr>
          <w:p w14:paraId="0DB827B9"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6CD891C3"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4B5CD076" w14:textId="77777777" w:rsidR="00F12170" w:rsidRPr="007911BE" w:rsidRDefault="00000000">
            <w:pPr>
              <w:ind w:firstLine="0"/>
              <w:jc w:val="center"/>
              <w:rPr>
                <w:sz w:val="16"/>
                <w:szCs w:val="28"/>
              </w:rPr>
            </w:pPr>
            <w:r w:rsidRPr="007911BE">
              <w:rPr>
                <w:sz w:val="16"/>
                <w:szCs w:val="28"/>
              </w:rPr>
              <w:t>75.28</w:t>
            </w:r>
          </w:p>
        </w:tc>
        <w:tc>
          <w:tcPr>
            <w:tcW w:w="0" w:type="auto"/>
            <w:vAlign w:val="center"/>
          </w:tcPr>
          <w:p w14:paraId="42B62AFD" w14:textId="77777777" w:rsidR="00F12170" w:rsidRPr="007911BE" w:rsidRDefault="00000000">
            <w:pPr>
              <w:ind w:firstLine="0"/>
              <w:jc w:val="center"/>
              <w:rPr>
                <w:sz w:val="16"/>
                <w:szCs w:val="28"/>
              </w:rPr>
            </w:pPr>
            <w:r w:rsidRPr="007911BE">
              <w:rPr>
                <w:sz w:val="16"/>
                <w:szCs w:val="28"/>
              </w:rPr>
              <w:t>24.72</w:t>
            </w:r>
          </w:p>
        </w:tc>
        <w:tc>
          <w:tcPr>
            <w:tcW w:w="0" w:type="auto"/>
            <w:vAlign w:val="center"/>
          </w:tcPr>
          <w:p w14:paraId="619C09DE"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3A33814F" w14:textId="77777777" w:rsidR="00F12170" w:rsidRPr="007911BE" w:rsidRDefault="00000000">
            <w:pPr>
              <w:ind w:firstLine="0"/>
              <w:jc w:val="center"/>
              <w:rPr>
                <w:sz w:val="16"/>
                <w:szCs w:val="28"/>
              </w:rPr>
            </w:pPr>
            <w:r w:rsidRPr="007911BE">
              <w:rPr>
                <w:sz w:val="16"/>
                <w:szCs w:val="28"/>
              </w:rPr>
              <w:t>0.38</w:t>
            </w:r>
          </w:p>
        </w:tc>
      </w:tr>
      <w:tr w:rsidR="00F12170" w:rsidRPr="007911BE" w14:paraId="151F0601" w14:textId="77777777" w:rsidTr="00B408C8">
        <w:trPr>
          <w:jc w:val="center"/>
        </w:trPr>
        <w:tc>
          <w:tcPr>
            <w:tcW w:w="0" w:type="auto"/>
            <w:vAlign w:val="center"/>
          </w:tcPr>
          <w:p w14:paraId="155C9381"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Марий</w:t>
            </w:r>
            <w:proofErr w:type="spellEnd"/>
            <w:r w:rsidRPr="007911BE">
              <w:rPr>
                <w:sz w:val="16"/>
                <w:szCs w:val="28"/>
              </w:rPr>
              <w:t xml:space="preserve"> </w:t>
            </w:r>
            <w:proofErr w:type="spellStart"/>
            <w:r w:rsidRPr="007911BE">
              <w:rPr>
                <w:sz w:val="16"/>
                <w:szCs w:val="28"/>
              </w:rPr>
              <w:t>Эл</w:t>
            </w:r>
            <w:proofErr w:type="spellEnd"/>
          </w:p>
        </w:tc>
        <w:tc>
          <w:tcPr>
            <w:tcW w:w="0" w:type="auto"/>
            <w:vAlign w:val="center"/>
          </w:tcPr>
          <w:p w14:paraId="1B9385BF"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057EA79D"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66F0E07D" w14:textId="77777777" w:rsidR="00F12170" w:rsidRPr="007911BE" w:rsidRDefault="00000000">
            <w:pPr>
              <w:ind w:firstLine="0"/>
              <w:jc w:val="center"/>
              <w:rPr>
                <w:sz w:val="16"/>
                <w:szCs w:val="28"/>
              </w:rPr>
            </w:pPr>
            <w:r w:rsidRPr="007911BE">
              <w:rPr>
                <w:sz w:val="16"/>
                <w:szCs w:val="28"/>
              </w:rPr>
              <w:t>52.81</w:t>
            </w:r>
          </w:p>
        </w:tc>
        <w:tc>
          <w:tcPr>
            <w:tcW w:w="0" w:type="auto"/>
            <w:vAlign w:val="center"/>
          </w:tcPr>
          <w:p w14:paraId="41E10CED" w14:textId="77777777" w:rsidR="00F12170" w:rsidRPr="007911BE" w:rsidRDefault="00000000">
            <w:pPr>
              <w:ind w:firstLine="0"/>
              <w:jc w:val="center"/>
              <w:rPr>
                <w:sz w:val="16"/>
                <w:szCs w:val="28"/>
              </w:rPr>
            </w:pPr>
            <w:r w:rsidRPr="007911BE">
              <w:rPr>
                <w:sz w:val="16"/>
                <w:szCs w:val="28"/>
              </w:rPr>
              <w:t>47.19</w:t>
            </w:r>
          </w:p>
        </w:tc>
        <w:tc>
          <w:tcPr>
            <w:tcW w:w="0" w:type="auto"/>
            <w:vAlign w:val="center"/>
          </w:tcPr>
          <w:p w14:paraId="71B9C10D"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7E301192" w14:textId="77777777" w:rsidR="00F12170" w:rsidRPr="007911BE" w:rsidRDefault="00000000">
            <w:pPr>
              <w:ind w:firstLine="0"/>
              <w:jc w:val="center"/>
              <w:rPr>
                <w:sz w:val="16"/>
                <w:szCs w:val="28"/>
              </w:rPr>
            </w:pPr>
            <w:r w:rsidRPr="007911BE">
              <w:rPr>
                <w:sz w:val="16"/>
                <w:szCs w:val="28"/>
              </w:rPr>
              <w:t>0.4</w:t>
            </w:r>
          </w:p>
        </w:tc>
      </w:tr>
      <w:tr w:rsidR="00F12170" w:rsidRPr="007911BE" w14:paraId="3349F894" w14:textId="77777777" w:rsidTr="00B408C8">
        <w:trPr>
          <w:jc w:val="center"/>
        </w:trPr>
        <w:tc>
          <w:tcPr>
            <w:tcW w:w="0" w:type="auto"/>
            <w:vAlign w:val="center"/>
          </w:tcPr>
          <w:p w14:paraId="6236007F"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Мордовия</w:t>
            </w:r>
            <w:proofErr w:type="spellEnd"/>
          </w:p>
        </w:tc>
        <w:tc>
          <w:tcPr>
            <w:tcW w:w="0" w:type="auto"/>
            <w:vAlign w:val="center"/>
          </w:tcPr>
          <w:p w14:paraId="4CBDE173"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B7EE666"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3E59A6EE" w14:textId="77777777" w:rsidR="00F12170" w:rsidRPr="007911BE" w:rsidRDefault="00000000">
            <w:pPr>
              <w:ind w:firstLine="0"/>
              <w:jc w:val="center"/>
              <w:rPr>
                <w:sz w:val="16"/>
                <w:szCs w:val="28"/>
              </w:rPr>
            </w:pPr>
            <w:r w:rsidRPr="007911BE">
              <w:rPr>
                <w:sz w:val="16"/>
                <w:szCs w:val="28"/>
              </w:rPr>
              <w:t>1.12</w:t>
            </w:r>
          </w:p>
        </w:tc>
        <w:tc>
          <w:tcPr>
            <w:tcW w:w="0" w:type="auto"/>
            <w:vAlign w:val="center"/>
          </w:tcPr>
          <w:p w14:paraId="1065C411" w14:textId="77777777" w:rsidR="00F12170" w:rsidRPr="007911BE" w:rsidRDefault="00000000">
            <w:pPr>
              <w:ind w:firstLine="0"/>
              <w:jc w:val="center"/>
              <w:rPr>
                <w:sz w:val="16"/>
                <w:szCs w:val="28"/>
              </w:rPr>
            </w:pPr>
            <w:r w:rsidRPr="007911BE">
              <w:rPr>
                <w:sz w:val="16"/>
                <w:szCs w:val="28"/>
              </w:rPr>
              <w:t>98.88</w:t>
            </w:r>
          </w:p>
        </w:tc>
        <w:tc>
          <w:tcPr>
            <w:tcW w:w="0" w:type="auto"/>
            <w:vAlign w:val="center"/>
          </w:tcPr>
          <w:p w14:paraId="2B1F7E38"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7239ED1A" w14:textId="77777777" w:rsidR="00F12170" w:rsidRPr="007911BE" w:rsidRDefault="00000000">
            <w:pPr>
              <w:ind w:firstLine="0"/>
              <w:jc w:val="center"/>
              <w:rPr>
                <w:sz w:val="16"/>
                <w:szCs w:val="28"/>
              </w:rPr>
            </w:pPr>
            <w:r w:rsidRPr="007911BE">
              <w:rPr>
                <w:sz w:val="16"/>
                <w:szCs w:val="28"/>
              </w:rPr>
              <w:t>0.47</w:t>
            </w:r>
          </w:p>
        </w:tc>
      </w:tr>
      <w:tr w:rsidR="00F12170" w:rsidRPr="007911BE" w14:paraId="20E09F0C" w14:textId="77777777" w:rsidTr="00B408C8">
        <w:trPr>
          <w:jc w:val="center"/>
        </w:trPr>
        <w:tc>
          <w:tcPr>
            <w:tcW w:w="0" w:type="auto"/>
            <w:vAlign w:val="center"/>
          </w:tcPr>
          <w:p w14:paraId="37D2229A"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Саха</w:t>
            </w:r>
            <w:proofErr w:type="spellEnd"/>
            <w:r w:rsidRPr="007911BE">
              <w:rPr>
                <w:sz w:val="16"/>
                <w:szCs w:val="28"/>
              </w:rPr>
              <w:t xml:space="preserve"> (</w:t>
            </w:r>
            <w:proofErr w:type="spellStart"/>
            <w:r w:rsidRPr="007911BE">
              <w:rPr>
                <w:sz w:val="16"/>
                <w:szCs w:val="28"/>
              </w:rPr>
              <w:t>Якутия</w:t>
            </w:r>
            <w:proofErr w:type="spellEnd"/>
            <w:r w:rsidRPr="007911BE">
              <w:rPr>
                <w:sz w:val="16"/>
                <w:szCs w:val="28"/>
              </w:rPr>
              <w:t>)</w:t>
            </w:r>
          </w:p>
        </w:tc>
        <w:tc>
          <w:tcPr>
            <w:tcW w:w="0" w:type="auto"/>
            <w:vAlign w:val="center"/>
          </w:tcPr>
          <w:p w14:paraId="138649CF"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21CA583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AA679BC" w14:textId="77777777" w:rsidR="00F12170" w:rsidRPr="007911BE" w:rsidRDefault="00000000">
            <w:pPr>
              <w:ind w:firstLine="0"/>
              <w:jc w:val="center"/>
              <w:rPr>
                <w:sz w:val="16"/>
                <w:szCs w:val="28"/>
              </w:rPr>
            </w:pPr>
            <w:r w:rsidRPr="007911BE">
              <w:rPr>
                <w:sz w:val="16"/>
                <w:szCs w:val="28"/>
              </w:rPr>
              <w:t>78.65</w:t>
            </w:r>
          </w:p>
        </w:tc>
        <w:tc>
          <w:tcPr>
            <w:tcW w:w="0" w:type="auto"/>
            <w:vAlign w:val="center"/>
          </w:tcPr>
          <w:p w14:paraId="0F992001" w14:textId="77777777" w:rsidR="00F12170" w:rsidRPr="007911BE" w:rsidRDefault="00000000">
            <w:pPr>
              <w:ind w:firstLine="0"/>
              <w:jc w:val="center"/>
              <w:rPr>
                <w:sz w:val="16"/>
                <w:szCs w:val="28"/>
              </w:rPr>
            </w:pPr>
            <w:r w:rsidRPr="007911BE">
              <w:rPr>
                <w:sz w:val="16"/>
                <w:szCs w:val="28"/>
              </w:rPr>
              <w:t>21.35</w:t>
            </w:r>
          </w:p>
        </w:tc>
        <w:tc>
          <w:tcPr>
            <w:tcW w:w="0" w:type="auto"/>
            <w:vAlign w:val="center"/>
          </w:tcPr>
          <w:p w14:paraId="006D7FC3"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03CB1491" w14:textId="77777777" w:rsidR="00F12170" w:rsidRPr="007911BE" w:rsidRDefault="00000000">
            <w:pPr>
              <w:ind w:firstLine="0"/>
              <w:jc w:val="center"/>
              <w:rPr>
                <w:sz w:val="16"/>
                <w:szCs w:val="28"/>
              </w:rPr>
            </w:pPr>
            <w:r w:rsidRPr="007911BE">
              <w:rPr>
                <w:sz w:val="16"/>
                <w:szCs w:val="28"/>
              </w:rPr>
              <w:t>0.41</w:t>
            </w:r>
          </w:p>
        </w:tc>
      </w:tr>
      <w:tr w:rsidR="00F12170" w:rsidRPr="007911BE" w14:paraId="065E6C67" w14:textId="77777777" w:rsidTr="00B408C8">
        <w:trPr>
          <w:jc w:val="center"/>
        </w:trPr>
        <w:tc>
          <w:tcPr>
            <w:tcW w:w="0" w:type="auto"/>
            <w:vAlign w:val="center"/>
          </w:tcPr>
          <w:p w14:paraId="64426050"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Северная</w:t>
            </w:r>
            <w:proofErr w:type="spellEnd"/>
            <w:r w:rsidRPr="007911BE">
              <w:rPr>
                <w:sz w:val="16"/>
                <w:szCs w:val="28"/>
              </w:rPr>
              <w:t xml:space="preserve"> </w:t>
            </w:r>
            <w:proofErr w:type="spellStart"/>
            <w:r w:rsidRPr="007911BE">
              <w:rPr>
                <w:sz w:val="16"/>
                <w:szCs w:val="28"/>
              </w:rPr>
              <w:t>Осетия</w:t>
            </w:r>
            <w:proofErr w:type="spellEnd"/>
            <w:r w:rsidRPr="007911BE">
              <w:rPr>
                <w:sz w:val="16"/>
                <w:szCs w:val="28"/>
              </w:rPr>
              <w:t xml:space="preserve"> - </w:t>
            </w:r>
            <w:proofErr w:type="spellStart"/>
            <w:r w:rsidRPr="007911BE">
              <w:rPr>
                <w:sz w:val="16"/>
                <w:szCs w:val="28"/>
              </w:rPr>
              <w:t>Алания</w:t>
            </w:r>
            <w:proofErr w:type="spellEnd"/>
          </w:p>
        </w:tc>
        <w:tc>
          <w:tcPr>
            <w:tcW w:w="0" w:type="auto"/>
            <w:vAlign w:val="center"/>
          </w:tcPr>
          <w:p w14:paraId="6175CC84"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7F33D83D"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02FB98C5" w14:textId="77777777" w:rsidR="00F12170" w:rsidRPr="007911BE" w:rsidRDefault="00000000">
            <w:pPr>
              <w:ind w:firstLine="0"/>
              <w:jc w:val="center"/>
              <w:rPr>
                <w:sz w:val="16"/>
                <w:szCs w:val="28"/>
              </w:rPr>
            </w:pPr>
            <w:r w:rsidRPr="007911BE">
              <w:rPr>
                <w:sz w:val="16"/>
                <w:szCs w:val="28"/>
              </w:rPr>
              <w:t>91.01</w:t>
            </w:r>
          </w:p>
        </w:tc>
        <w:tc>
          <w:tcPr>
            <w:tcW w:w="0" w:type="auto"/>
            <w:vAlign w:val="center"/>
          </w:tcPr>
          <w:p w14:paraId="092073BE" w14:textId="77777777" w:rsidR="00F12170" w:rsidRPr="007911BE" w:rsidRDefault="00000000">
            <w:pPr>
              <w:ind w:firstLine="0"/>
              <w:jc w:val="center"/>
              <w:rPr>
                <w:sz w:val="16"/>
                <w:szCs w:val="28"/>
              </w:rPr>
            </w:pPr>
            <w:r w:rsidRPr="007911BE">
              <w:rPr>
                <w:sz w:val="16"/>
                <w:szCs w:val="28"/>
              </w:rPr>
              <w:t>8.99</w:t>
            </w:r>
          </w:p>
        </w:tc>
        <w:tc>
          <w:tcPr>
            <w:tcW w:w="0" w:type="auto"/>
            <w:vAlign w:val="center"/>
          </w:tcPr>
          <w:p w14:paraId="3D050004"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03DE6892" w14:textId="77777777" w:rsidR="00F12170" w:rsidRPr="007911BE" w:rsidRDefault="00000000">
            <w:pPr>
              <w:ind w:firstLine="0"/>
              <w:jc w:val="center"/>
              <w:rPr>
                <w:sz w:val="16"/>
                <w:szCs w:val="28"/>
              </w:rPr>
            </w:pPr>
            <w:r w:rsidRPr="007911BE">
              <w:rPr>
                <w:sz w:val="16"/>
                <w:szCs w:val="28"/>
              </w:rPr>
              <w:t>0.47</w:t>
            </w:r>
          </w:p>
        </w:tc>
      </w:tr>
      <w:tr w:rsidR="00F12170" w:rsidRPr="007911BE" w14:paraId="2F4BBADB" w14:textId="77777777" w:rsidTr="00B408C8">
        <w:trPr>
          <w:jc w:val="center"/>
        </w:trPr>
        <w:tc>
          <w:tcPr>
            <w:tcW w:w="0" w:type="auto"/>
            <w:vAlign w:val="center"/>
          </w:tcPr>
          <w:p w14:paraId="6F716A35"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Татарстан</w:t>
            </w:r>
            <w:proofErr w:type="spellEnd"/>
          </w:p>
        </w:tc>
        <w:tc>
          <w:tcPr>
            <w:tcW w:w="0" w:type="auto"/>
            <w:vAlign w:val="center"/>
          </w:tcPr>
          <w:p w14:paraId="6D045555"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5A4A953D"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7A4C2CA2" w14:textId="77777777" w:rsidR="00F12170" w:rsidRPr="007911BE" w:rsidRDefault="00000000">
            <w:pPr>
              <w:ind w:firstLine="0"/>
              <w:jc w:val="center"/>
              <w:rPr>
                <w:sz w:val="16"/>
                <w:szCs w:val="28"/>
              </w:rPr>
            </w:pPr>
            <w:r w:rsidRPr="007911BE">
              <w:rPr>
                <w:sz w:val="16"/>
                <w:szCs w:val="28"/>
              </w:rPr>
              <w:t>15.73</w:t>
            </w:r>
          </w:p>
        </w:tc>
        <w:tc>
          <w:tcPr>
            <w:tcW w:w="0" w:type="auto"/>
            <w:vAlign w:val="center"/>
          </w:tcPr>
          <w:p w14:paraId="57593D22" w14:textId="77777777" w:rsidR="00F12170" w:rsidRPr="007911BE" w:rsidRDefault="00000000">
            <w:pPr>
              <w:ind w:firstLine="0"/>
              <w:jc w:val="center"/>
              <w:rPr>
                <w:sz w:val="16"/>
                <w:szCs w:val="28"/>
              </w:rPr>
            </w:pPr>
            <w:r w:rsidRPr="007911BE">
              <w:rPr>
                <w:sz w:val="16"/>
                <w:szCs w:val="28"/>
              </w:rPr>
              <w:t>84.27</w:t>
            </w:r>
          </w:p>
        </w:tc>
        <w:tc>
          <w:tcPr>
            <w:tcW w:w="0" w:type="auto"/>
            <w:vAlign w:val="center"/>
          </w:tcPr>
          <w:p w14:paraId="158B2BFA" w14:textId="77777777" w:rsidR="00F12170" w:rsidRPr="007911BE" w:rsidRDefault="00000000">
            <w:pPr>
              <w:ind w:firstLine="0"/>
              <w:jc w:val="center"/>
              <w:rPr>
                <w:sz w:val="16"/>
                <w:szCs w:val="28"/>
              </w:rPr>
            </w:pPr>
            <w:r w:rsidRPr="007911BE">
              <w:rPr>
                <w:sz w:val="16"/>
                <w:szCs w:val="28"/>
              </w:rPr>
              <w:t>7</w:t>
            </w:r>
          </w:p>
        </w:tc>
        <w:tc>
          <w:tcPr>
            <w:tcW w:w="0" w:type="auto"/>
            <w:vAlign w:val="center"/>
          </w:tcPr>
          <w:p w14:paraId="1722DB82" w14:textId="77777777" w:rsidR="00F12170" w:rsidRPr="007911BE" w:rsidRDefault="00000000">
            <w:pPr>
              <w:ind w:firstLine="0"/>
              <w:jc w:val="center"/>
              <w:rPr>
                <w:sz w:val="16"/>
                <w:szCs w:val="28"/>
              </w:rPr>
            </w:pPr>
            <w:r w:rsidRPr="007911BE">
              <w:rPr>
                <w:sz w:val="16"/>
                <w:szCs w:val="28"/>
              </w:rPr>
              <w:t>0.46</w:t>
            </w:r>
          </w:p>
        </w:tc>
      </w:tr>
      <w:tr w:rsidR="00F12170" w:rsidRPr="007911BE" w14:paraId="3686D650" w14:textId="77777777" w:rsidTr="00B408C8">
        <w:trPr>
          <w:jc w:val="center"/>
        </w:trPr>
        <w:tc>
          <w:tcPr>
            <w:tcW w:w="0" w:type="auto"/>
            <w:vAlign w:val="center"/>
          </w:tcPr>
          <w:p w14:paraId="074C38FB"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Тыва</w:t>
            </w:r>
            <w:proofErr w:type="spellEnd"/>
          </w:p>
        </w:tc>
        <w:tc>
          <w:tcPr>
            <w:tcW w:w="0" w:type="auto"/>
            <w:vAlign w:val="center"/>
          </w:tcPr>
          <w:p w14:paraId="1232AB5C"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3CE4A869"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2B1DA2A1" w14:textId="77777777" w:rsidR="00F12170" w:rsidRPr="007911BE" w:rsidRDefault="00000000">
            <w:pPr>
              <w:ind w:firstLine="0"/>
              <w:jc w:val="center"/>
              <w:rPr>
                <w:sz w:val="16"/>
                <w:szCs w:val="28"/>
              </w:rPr>
            </w:pPr>
            <w:r w:rsidRPr="007911BE">
              <w:rPr>
                <w:sz w:val="16"/>
                <w:szCs w:val="28"/>
              </w:rPr>
              <w:t>96.63</w:t>
            </w:r>
          </w:p>
        </w:tc>
        <w:tc>
          <w:tcPr>
            <w:tcW w:w="0" w:type="auto"/>
            <w:vAlign w:val="center"/>
          </w:tcPr>
          <w:p w14:paraId="2AF4D634" w14:textId="77777777" w:rsidR="00F12170" w:rsidRPr="007911BE" w:rsidRDefault="00000000">
            <w:pPr>
              <w:ind w:firstLine="0"/>
              <w:jc w:val="center"/>
              <w:rPr>
                <w:sz w:val="16"/>
                <w:szCs w:val="28"/>
              </w:rPr>
            </w:pPr>
            <w:r w:rsidRPr="007911BE">
              <w:rPr>
                <w:sz w:val="16"/>
                <w:szCs w:val="28"/>
              </w:rPr>
              <w:t>3.37</w:t>
            </w:r>
          </w:p>
        </w:tc>
        <w:tc>
          <w:tcPr>
            <w:tcW w:w="0" w:type="auto"/>
            <w:vAlign w:val="center"/>
          </w:tcPr>
          <w:p w14:paraId="0DCA48F5" w14:textId="77777777" w:rsidR="00F12170" w:rsidRPr="007911BE" w:rsidRDefault="00000000">
            <w:pPr>
              <w:ind w:firstLine="0"/>
              <w:jc w:val="center"/>
              <w:rPr>
                <w:sz w:val="16"/>
                <w:szCs w:val="28"/>
              </w:rPr>
            </w:pPr>
            <w:r w:rsidRPr="007911BE">
              <w:rPr>
                <w:sz w:val="16"/>
                <w:szCs w:val="28"/>
              </w:rPr>
              <w:t>8</w:t>
            </w:r>
          </w:p>
        </w:tc>
        <w:tc>
          <w:tcPr>
            <w:tcW w:w="0" w:type="auto"/>
            <w:vAlign w:val="center"/>
          </w:tcPr>
          <w:p w14:paraId="245D9E18" w14:textId="77777777" w:rsidR="00F12170" w:rsidRPr="007911BE" w:rsidRDefault="00000000">
            <w:pPr>
              <w:ind w:firstLine="0"/>
              <w:jc w:val="center"/>
              <w:rPr>
                <w:sz w:val="16"/>
                <w:szCs w:val="28"/>
              </w:rPr>
            </w:pPr>
            <w:r w:rsidRPr="007911BE">
              <w:rPr>
                <w:sz w:val="16"/>
                <w:szCs w:val="28"/>
              </w:rPr>
              <w:t>0.52</w:t>
            </w:r>
          </w:p>
        </w:tc>
      </w:tr>
      <w:tr w:rsidR="00F12170" w:rsidRPr="007911BE" w14:paraId="07CBF355" w14:textId="77777777" w:rsidTr="00B408C8">
        <w:trPr>
          <w:jc w:val="center"/>
        </w:trPr>
        <w:tc>
          <w:tcPr>
            <w:tcW w:w="0" w:type="auto"/>
            <w:vAlign w:val="center"/>
          </w:tcPr>
          <w:p w14:paraId="6DD87B80" w14:textId="77777777" w:rsidR="00F12170" w:rsidRPr="007911BE" w:rsidRDefault="00000000">
            <w:pPr>
              <w:ind w:firstLine="0"/>
              <w:jc w:val="left"/>
              <w:rPr>
                <w:sz w:val="16"/>
                <w:szCs w:val="28"/>
              </w:rPr>
            </w:pPr>
            <w:proofErr w:type="spellStart"/>
            <w:r w:rsidRPr="007911BE">
              <w:rPr>
                <w:sz w:val="16"/>
                <w:szCs w:val="28"/>
              </w:rPr>
              <w:t>Республика</w:t>
            </w:r>
            <w:proofErr w:type="spellEnd"/>
            <w:r w:rsidRPr="007911BE">
              <w:rPr>
                <w:sz w:val="16"/>
                <w:szCs w:val="28"/>
              </w:rPr>
              <w:t xml:space="preserve"> </w:t>
            </w:r>
            <w:proofErr w:type="spellStart"/>
            <w:r w:rsidRPr="007911BE">
              <w:rPr>
                <w:sz w:val="16"/>
                <w:szCs w:val="28"/>
              </w:rPr>
              <w:t>Хакасия</w:t>
            </w:r>
            <w:proofErr w:type="spellEnd"/>
          </w:p>
        </w:tc>
        <w:tc>
          <w:tcPr>
            <w:tcW w:w="0" w:type="auto"/>
            <w:vAlign w:val="center"/>
          </w:tcPr>
          <w:p w14:paraId="2506BF6F"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0EEAC863"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016473E" w14:textId="77777777" w:rsidR="00F12170" w:rsidRPr="007911BE" w:rsidRDefault="00000000">
            <w:pPr>
              <w:ind w:firstLine="0"/>
              <w:jc w:val="center"/>
              <w:rPr>
                <w:sz w:val="16"/>
                <w:szCs w:val="28"/>
              </w:rPr>
            </w:pPr>
            <w:r w:rsidRPr="007911BE">
              <w:rPr>
                <w:sz w:val="16"/>
                <w:szCs w:val="28"/>
              </w:rPr>
              <w:t>53.93</w:t>
            </w:r>
          </w:p>
        </w:tc>
        <w:tc>
          <w:tcPr>
            <w:tcW w:w="0" w:type="auto"/>
            <w:vAlign w:val="center"/>
          </w:tcPr>
          <w:p w14:paraId="51B80817" w14:textId="77777777" w:rsidR="00F12170" w:rsidRPr="007911BE" w:rsidRDefault="00000000">
            <w:pPr>
              <w:ind w:firstLine="0"/>
              <w:jc w:val="center"/>
              <w:rPr>
                <w:sz w:val="16"/>
                <w:szCs w:val="28"/>
              </w:rPr>
            </w:pPr>
            <w:r w:rsidRPr="007911BE">
              <w:rPr>
                <w:sz w:val="16"/>
                <w:szCs w:val="28"/>
              </w:rPr>
              <w:t>46.07</w:t>
            </w:r>
          </w:p>
        </w:tc>
        <w:tc>
          <w:tcPr>
            <w:tcW w:w="0" w:type="auto"/>
            <w:vAlign w:val="center"/>
          </w:tcPr>
          <w:p w14:paraId="1C1B29C8"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91EA5D0" w14:textId="77777777" w:rsidR="00F12170" w:rsidRPr="007911BE" w:rsidRDefault="00000000">
            <w:pPr>
              <w:ind w:firstLine="0"/>
              <w:jc w:val="center"/>
              <w:rPr>
                <w:sz w:val="16"/>
                <w:szCs w:val="28"/>
              </w:rPr>
            </w:pPr>
            <w:r w:rsidRPr="007911BE">
              <w:rPr>
                <w:sz w:val="16"/>
                <w:szCs w:val="28"/>
              </w:rPr>
              <w:t>0.36</w:t>
            </w:r>
          </w:p>
        </w:tc>
      </w:tr>
      <w:tr w:rsidR="00F12170" w:rsidRPr="007911BE" w14:paraId="2925D57E" w14:textId="77777777" w:rsidTr="00B408C8">
        <w:trPr>
          <w:jc w:val="center"/>
        </w:trPr>
        <w:tc>
          <w:tcPr>
            <w:tcW w:w="0" w:type="auto"/>
            <w:vAlign w:val="center"/>
          </w:tcPr>
          <w:p w14:paraId="3642C465" w14:textId="77777777" w:rsidR="00F12170" w:rsidRPr="007911BE" w:rsidRDefault="00000000">
            <w:pPr>
              <w:ind w:firstLine="0"/>
              <w:jc w:val="left"/>
              <w:rPr>
                <w:sz w:val="16"/>
                <w:szCs w:val="28"/>
              </w:rPr>
            </w:pPr>
            <w:proofErr w:type="spellStart"/>
            <w:r w:rsidRPr="007911BE">
              <w:rPr>
                <w:sz w:val="16"/>
                <w:szCs w:val="28"/>
              </w:rPr>
              <w:t>Ростовская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A75193A"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3955AB4D"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26996BA9" w14:textId="77777777" w:rsidR="00F12170" w:rsidRPr="007911BE" w:rsidRDefault="00000000">
            <w:pPr>
              <w:ind w:firstLine="0"/>
              <w:jc w:val="center"/>
              <w:rPr>
                <w:sz w:val="16"/>
                <w:szCs w:val="28"/>
              </w:rPr>
            </w:pPr>
            <w:r w:rsidRPr="007911BE">
              <w:rPr>
                <w:sz w:val="16"/>
                <w:szCs w:val="28"/>
              </w:rPr>
              <w:t>24.72</w:t>
            </w:r>
          </w:p>
        </w:tc>
        <w:tc>
          <w:tcPr>
            <w:tcW w:w="0" w:type="auto"/>
            <w:vAlign w:val="center"/>
          </w:tcPr>
          <w:p w14:paraId="66C3FF32" w14:textId="77777777" w:rsidR="00F12170" w:rsidRPr="007911BE" w:rsidRDefault="00000000">
            <w:pPr>
              <w:ind w:firstLine="0"/>
              <w:jc w:val="center"/>
              <w:rPr>
                <w:sz w:val="16"/>
                <w:szCs w:val="28"/>
              </w:rPr>
            </w:pPr>
            <w:r w:rsidRPr="007911BE">
              <w:rPr>
                <w:sz w:val="16"/>
                <w:szCs w:val="28"/>
              </w:rPr>
              <w:t>75.28</w:t>
            </w:r>
          </w:p>
        </w:tc>
        <w:tc>
          <w:tcPr>
            <w:tcW w:w="0" w:type="auto"/>
            <w:vAlign w:val="center"/>
          </w:tcPr>
          <w:p w14:paraId="082201FA" w14:textId="77777777" w:rsidR="00F12170" w:rsidRPr="007911BE" w:rsidRDefault="00000000">
            <w:pPr>
              <w:ind w:firstLine="0"/>
              <w:jc w:val="center"/>
              <w:rPr>
                <w:sz w:val="16"/>
                <w:szCs w:val="28"/>
              </w:rPr>
            </w:pPr>
            <w:r w:rsidRPr="007911BE">
              <w:rPr>
                <w:sz w:val="16"/>
                <w:szCs w:val="28"/>
              </w:rPr>
              <w:t>7</w:t>
            </w:r>
          </w:p>
        </w:tc>
        <w:tc>
          <w:tcPr>
            <w:tcW w:w="0" w:type="auto"/>
            <w:vAlign w:val="center"/>
          </w:tcPr>
          <w:p w14:paraId="1BB27B03" w14:textId="77777777" w:rsidR="00F12170" w:rsidRPr="007911BE" w:rsidRDefault="00000000">
            <w:pPr>
              <w:ind w:firstLine="0"/>
              <w:jc w:val="center"/>
              <w:rPr>
                <w:sz w:val="16"/>
                <w:szCs w:val="28"/>
              </w:rPr>
            </w:pPr>
            <w:r w:rsidRPr="007911BE">
              <w:rPr>
                <w:sz w:val="16"/>
                <w:szCs w:val="28"/>
              </w:rPr>
              <w:t>0.35</w:t>
            </w:r>
          </w:p>
        </w:tc>
      </w:tr>
      <w:tr w:rsidR="00F12170" w:rsidRPr="007911BE" w14:paraId="2F886333" w14:textId="77777777" w:rsidTr="00B408C8">
        <w:trPr>
          <w:jc w:val="center"/>
        </w:trPr>
        <w:tc>
          <w:tcPr>
            <w:tcW w:w="0" w:type="auto"/>
            <w:vAlign w:val="center"/>
          </w:tcPr>
          <w:p w14:paraId="2B7C0D7B" w14:textId="77777777" w:rsidR="00F12170" w:rsidRPr="007911BE" w:rsidRDefault="00000000">
            <w:pPr>
              <w:ind w:firstLine="0"/>
              <w:jc w:val="left"/>
              <w:rPr>
                <w:sz w:val="16"/>
                <w:szCs w:val="28"/>
              </w:rPr>
            </w:pPr>
            <w:proofErr w:type="spellStart"/>
            <w:r w:rsidRPr="007911BE">
              <w:rPr>
                <w:sz w:val="16"/>
                <w:szCs w:val="28"/>
              </w:rPr>
              <w:t>Рязанская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11DDED5"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01FA5F3C"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7D2429B4" w14:textId="77777777" w:rsidR="00F12170" w:rsidRPr="007911BE" w:rsidRDefault="00000000">
            <w:pPr>
              <w:ind w:firstLine="0"/>
              <w:jc w:val="center"/>
              <w:rPr>
                <w:sz w:val="16"/>
                <w:szCs w:val="28"/>
              </w:rPr>
            </w:pPr>
            <w:r w:rsidRPr="007911BE">
              <w:rPr>
                <w:sz w:val="16"/>
                <w:szCs w:val="28"/>
              </w:rPr>
              <w:t>13.48</w:t>
            </w:r>
          </w:p>
        </w:tc>
        <w:tc>
          <w:tcPr>
            <w:tcW w:w="0" w:type="auto"/>
            <w:vAlign w:val="center"/>
          </w:tcPr>
          <w:p w14:paraId="6F60E556" w14:textId="77777777" w:rsidR="00F12170" w:rsidRPr="007911BE" w:rsidRDefault="00000000">
            <w:pPr>
              <w:ind w:firstLine="0"/>
              <w:jc w:val="center"/>
              <w:rPr>
                <w:sz w:val="16"/>
                <w:szCs w:val="28"/>
              </w:rPr>
            </w:pPr>
            <w:r w:rsidRPr="007911BE">
              <w:rPr>
                <w:sz w:val="16"/>
                <w:szCs w:val="28"/>
              </w:rPr>
              <w:t>86.52</w:t>
            </w:r>
          </w:p>
        </w:tc>
        <w:tc>
          <w:tcPr>
            <w:tcW w:w="0" w:type="auto"/>
            <w:vAlign w:val="center"/>
          </w:tcPr>
          <w:p w14:paraId="734B0A40"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20D53CC0" w14:textId="77777777" w:rsidR="00F12170" w:rsidRPr="007911BE" w:rsidRDefault="00000000">
            <w:pPr>
              <w:ind w:firstLine="0"/>
              <w:jc w:val="center"/>
              <w:rPr>
                <w:sz w:val="16"/>
                <w:szCs w:val="28"/>
              </w:rPr>
            </w:pPr>
            <w:r w:rsidRPr="007911BE">
              <w:rPr>
                <w:sz w:val="16"/>
                <w:szCs w:val="28"/>
              </w:rPr>
              <w:t>0.39</w:t>
            </w:r>
          </w:p>
        </w:tc>
      </w:tr>
      <w:tr w:rsidR="00F12170" w:rsidRPr="007911BE" w14:paraId="75784D08" w14:textId="77777777" w:rsidTr="00B408C8">
        <w:trPr>
          <w:jc w:val="center"/>
        </w:trPr>
        <w:tc>
          <w:tcPr>
            <w:tcW w:w="0" w:type="auto"/>
            <w:vAlign w:val="center"/>
          </w:tcPr>
          <w:p w14:paraId="1E526004" w14:textId="77777777" w:rsidR="00F12170" w:rsidRPr="007911BE" w:rsidRDefault="00000000">
            <w:pPr>
              <w:ind w:firstLine="0"/>
              <w:jc w:val="left"/>
              <w:rPr>
                <w:sz w:val="16"/>
                <w:szCs w:val="28"/>
              </w:rPr>
            </w:pPr>
            <w:proofErr w:type="spellStart"/>
            <w:r w:rsidRPr="007911BE">
              <w:rPr>
                <w:sz w:val="16"/>
                <w:szCs w:val="28"/>
              </w:rPr>
              <w:t>Самарская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93A2DAD"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27F736D7"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1FFACA6" w14:textId="77777777" w:rsidR="00F12170" w:rsidRPr="007911BE" w:rsidRDefault="00000000">
            <w:pPr>
              <w:ind w:firstLine="0"/>
              <w:jc w:val="center"/>
              <w:rPr>
                <w:sz w:val="16"/>
                <w:szCs w:val="28"/>
              </w:rPr>
            </w:pPr>
            <w:r w:rsidRPr="007911BE">
              <w:rPr>
                <w:sz w:val="16"/>
                <w:szCs w:val="28"/>
              </w:rPr>
              <w:t>46.07</w:t>
            </w:r>
          </w:p>
        </w:tc>
        <w:tc>
          <w:tcPr>
            <w:tcW w:w="0" w:type="auto"/>
            <w:vAlign w:val="center"/>
          </w:tcPr>
          <w:p w14:paraId="588F2E46" w14:textId="77777777" w:rsidR="00F12170" w:rsidRPr="007911BE" w:rsidRDefault="00000000">
            <w:pPr>
              <w:ind w:firstLine="0"/>
              <w:jc w:val="center"/>
              <w:rPr>
                <w:sz w:val="16"/>
                <w:szCs w:val="28"/>
              </w:rPr>
            </w:pPr>
            <w:r w:rsidRPr="007911BE">
              <w:rPr>
                <w:sz w:val="16"/>
                <w:szCs w:val="28"/>
              </w:rPr>
              <w:t>53.93</w:t>
            </w:r>
          </w:p>
        </w:tc>
        <w:tc>
          <w:tcPr>
            <w:tcW w:w="0" w:type="auto"/>
            <w:vAlign w:val="center"/>
          </w:tcPr>
          <w:p w14:paraId="07EF28B2"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7CF8F267" w14:textId="77777777" w:rsidR="00F12170" w:rsidRPr="007911BE" w:rsidRDefault="00000000">
            <w:pPr>
              <w:ind w:firstLine="0"/>
              <w:jc w:val="center"/>
              <w:rPr>
                <w:sz w:val="16"/>
                <w:szCs w:val="28"/>
              </w:rPr>
            </w:pPr>
            <w:r w:rsidRPr="007911BE">
              <w:rPr>
                <w:sz w:val="16"/>
                <w:szCs w:val="28"/>
              </w:rPr>
              <w:t>0.38</w:t>
            </w:r>
          </w:p>
        </w:tc>
      </w:tr>
      <w:tr w:rsidR="00F12170" w:rsidRPr="007911BE" w14:paraId="0CCDE877" w14:textId="77777777" w:rsidTr="00B408C8">
        <w:trPr>
          <w:jc w:val="center"/>
        </w:trPr>
        <w:tc>
          <w:tcPr>
            <w:tcW w:w="0" w:type="auto"/>
            <w:vAlign w:val="center"/>
          </w:tcPr>
          <w:p w14:paraId="2330103D" w14:textId="77777777" w:rsidR="00F12170" w:rsidRPr="007911BE" w:rsidRDefault="00000000">
            <w:pPr>
              <w:ind w:firstLine="0"/>
              <w:jc w:val="left"/>
              <w:rPr>
                <w:sz w:val="16"/>
                <w:szCs w:val="28"/>
              </w:rPr>
            </w:pPr>
            <w:proofErr w:type="spellStart"/>
            <w:r w:rsidRPr="007911BE">
              <w:rPr>
                <w:sz w:val="16"/>
                <w:szCs w:val="28"/>
              </w:rPr>
              <w:t>Санкт-Петербург</w:t>
            </w:r>
            <w:proofErr w:type="spellEnd"/>
          </w:p>
        </w:tc>
        <w:tc>
          <w:tcPr>
            <w:tcW w:w="0" w:type="auto"/>
            <w:vAlign w:val="center"/>
          </w:tcPr>
          <w:p w14:paraId="05EBB008" w14:textId="77777777" w:rsidR="00F12170" w:rsidRPr="007911BE" w:rsidRDefault="00000000">
            <w:pPr>
              <w:ind w:firstLine="0"/>
              <w:jc w:val="left"/>
              <w:rPr>
                <w:sz w:val="16"/>
                <w:szCs w:val="28"/>
              </w:rPr>
            </w:pPr>
            <w:r w:rsidRPr="007911BE">
              <w:rPr>
                <w:sz w:val="16"/>
                <w:szCs w:val="28"/>
              </w:rPr>
              <w:t>СЗФО</w:t>
            </w:r>
          </w:p>
        </w:tc>
        <w:tc>
          <w:tcPr>
            <w:tcW w:w="0" w:type="auto"/>
            <w:vAlign w:val="center"/>
          </w:tcPr>
          <w:p w14:paraId="3DCCDB67"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7709D69B" w14:textId="77777777" w:rsidR="00F12170" w:rsidRPr="007911BE" w:rsidRDefault="00000000">
            <w:pPr>
              <w:ind w:firstLine="0"/>
              <w:jc w:val="center"/>
              <w:rPr>
                <w:sz w:val="16"/>
                <w:szCs w:val="28"/>
              </w:rPr>
            </w:pPr>
            <w:r w:rsidRPr="007911BE">
              <w:rPr>
                <w:sz w:val="16"/>
                <w:szCs w:val="28"/>
              </w:rPr>
              <w:t>11.24</w:t>
            </w:r>
          </w:p>
        </w:tc>
        <w:tc>
          <w:tcPr>
            <w:tcW w:w="0" w:type="auto"/>
            <w:vAlign w:val="center"/>
          </w:tcPr>
          <w:p w14:paraId="4F7AF07E" w14:textId="77777777" w:rsidR="00F12170" w:rsidRPr="007911BE" w:rsidRDefault="00000000">
            <w:pPr>
              <w:ind w:firstLine="0"/>
              <w:jc w:val="center"/>
              <w:rPr>
                <w:sz w:val="16"/>
                <w:szCs w:val="28"/>
              </w:rPr>
            </w:pPr>
            <w:r w:rsidRPr="007911BE">
              <w:rPr>
                <w:sz w:val="16"/>
                <w:szCs w:val="28"/>
              </w:rPr>
              <w:t>88.76</w:t>
            </w:r>
          </w:p>
        </w:tc>
        <w:tc>
          <w:tcPr>
            <w:tcW w:w="0" w:type="auto"/>
            <w:vAlign w:val="center"/>
          </w:tcPr>
          <w:p w14:paraId="3A68F91A"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6829206D" w14:textId="77777777" w:rsidR="00F12170" w:rsidRPr="007911BE" w:rsidRDefault="00000000">
            <w:pPr>
              <w:ind w:firstLine="0"/>
              <w:jc w:val="center"/>
              <w:rPr>
                <w:sz w:val="16"/>
                <w:szCs w:val="28"/>
              </w:rPr>
            </w:pPr>
            <w:r w:rsidRPr="007911BE">
              <w:rPr>
                <w:sz w:val="16"/>
                <w:szCs w:val="28"/>
              </w:rPr>
              <w:t>0.43</w:t>
            </w:r>
          </w:p>
        </w:tc>
      </w:tr>
      <w:tr w:rsidR="00F12170" w:rsidRPr="007911BE" w14:paraId="19A48A57" w14:textId="77777777" w:rsidTr="00B408C8">
        <w:trPr>
          <w:jc w:val="center"/>
        </w:trPr>
        <w:tc>
          <w:tcPr>
            <w:tcW w:w="0" w:type="auto"/>
            <w:vAlign w:val="center"/>
          </w:tcPr>
          <w:p w14:paraId="525BE22A" w14:textId="77777777" w:rsidR="00F12170" w:rsidRPr="007911BE" w:rsidRDefault="00000000">
            <w:pPr>
              <w:ind w:firstLine="0"/>
              <w:jc w:val="left"/>
              <w:rPr>
                <w:sz w:val="16"/>
                <w:szCs w:val="28"/>
              </w:rPr>
            </w:pPr>
            <w:proofErr w:type="spellStart"/>
            <w:r w:rsidRPr="007911BE">
              <w:rPr>
                <w:sz w:val="16"/>
                <w:szCs w:val="28"/>
              </w:rPr>
              <w:t>Саратовская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2A00434B"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67226C82"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2EA9B662" w14:textId="77777777" w:rsidR="00F12170" w:rsidRPr="007911BE" w:rsidRDefault="00000000">
            <w:pPr>
              <w:ind w:firstLine="0"/>
              <w:jc w:val="center"/>
              <w:rPr>
                <w:sz w:val="16"/>
                <w:szCs w:val="28"/>
              </w:rPr>
            </w:pPr>
            <w:r w:rsidRPr="007911BE">
              <w:rPr>
                <w:sz w:val="16"/>
                <w:szCs w:val="28"/>
              </w:rPr>
              <w:t>19.1</w:t>
            </w:r>
          </w:p>
        </w:tc>
        <w:tc>
          <w:tcPr>
            <w:tcW w:w="0" w:type="auto"/>
            <w:vAlign w:val="center"/>
          </w:tcPr>
          <w:p w14:paraId="3FC68A72" w14:textId="77777777" w:rsidR="00F12170" w:rsidRPr="007911BE" w:rsidRDefault="00000000">
            <w:pPr>
              <w:ind w:firstLine="0"/>
              <w:jc w:val="center"/>
              <w:rPr>
                <w:sz w:val="16"/>
                <w:szCs w:val="28"/>
              </w:rPr>
            </w:pPr>
            <w:r w:rsidRPr="007911BE">
              <w:rPr>
                <w:sz w:val="16"/>
                <w:szCs w:val="28"/>
              </w:rPr>
              <w:t>80.9</w:t>
            </w:r>
          </w:p>
        </w:tc>
        <w:tc>
          <w:tcPr>
            <w:tcW w:w="0" w:type="auto"/>
            <w:vAlign w:val="center"/>
          </w:tcPr>
          <w:p w14:paraId="3EB9FDC6"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00495DEA" w14:textId="77777777" w:rsidR="00F12170" w:rsidRPr="007911BE" w:rsidRDefault="00000000">
            <w:pPr>
              <w:ind w:firstLine="0"/>
              <w:jc w:val="center"/>
              <w:rPr>
                <w:sz w:val="16"/>
                <w:szCs w:val="28"/>
              </w:rPr>
            </w:pPr>
            <w:r w:rsidRPr="007911BE">
              <w:rPr>
                <w:sz w:val="16"/>
                <w:szCs w:val="28"/>
              </w:rPr>
              <w:t>0.38</w:t>
            </w:r>
          </w:p>
        </w:tc>
      </w:tr>
      <w:tr w:rsidR="00F12170" w:rsidRPr="007911BE" w14:paraId="1DAB2A3F" w14:textId="77777777" w:rsidTr="00B408C8">
        <w:trPr>
          <w:jc w:val="center"/>
        </w:trPr>
        <w:tc>
          <w:tcPr>
            <w:tcW w:w="0" w:type="auto"/>
            <w:vAlign w:val="center"/>
          </w:tcPr>
          <w:p w14:paraId="585BE527" w14:textId="77777777" w:rsidR="00F12170" w:rsidRPr="007911BE" w:rsidRDefault="00000000">
            <w:pPr>
              <w:ind w:firstLine="0"/>
              <w:jc w:val="left"/>
              <w:rPr>
                <w:sz w:val="16"/>
                <w:szCs w:val="28"/>
              </w:rPr>
            </w:pPr>
            <w:proofErr w:type="spellStart"/>
            <w:r w:rsidRPr="007911BE">
              <w:rPr>
                <w:sz w:val="16"/>
                <w:szCs w:val="28"/>
              </w:rPr>
              <w:t>Сахалинская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872DE31"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49C2E5BA"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4F3E7F0" w14:textId="77777777" w:rsidR="00F12170" w:rsidRPr="007911BE" w:rsidRDefault="00000000">
            <w:pPr>
              <w:ind w:firstLine="0"/>
              <w:jc w:val="center"/>
              <w:rPr>
                <w:sz w:val="16"/>
                <w:szCs w:val="28"/>
              </w:rPr>
            </w:pPr>
            <w:r w:rsidRPr="007911BE">
              <w:rPr>
                <w:sz w:val="16"/>
                <w:szCs w:val="28"/>
              </w:rPr>
              <w:t>73.03</w:t>
            </w:r>
          </w:p>
        </w:tc>
        <w:tc>
          <w:tcPr>
            <w:tcW w:w="0" w:type="auto"/>
            <w:vAlign w:val="center"/>
          </w:tcPr>
          <w:p w14:paraId="2C15B416" w14:textId="77777777" w:rsidR="00F12170" w:rsidRPr="007911BE" w:rsidRDefault="00000000">
            <w:pPr>
              <w:ind w:firstLine="0"/>
              <w:jc w:val="center"/>
              <w:rPr>
                <w:sz w:val="16"/>
                <w:szCs w:val="28"/>
              </w:rPr>
            </w:pPr>
            <w:r w:rsidRPr="007911BE">
              <w:rPr>
                <w:sz w:val="16"/>
                <w:szCs w:val="28"/>
              </w:rPr>
              <w:t>26.97</w:t>
            </w:r>
          </w:p>
        </w:tc>
        <w:tc>
          <w:tcPr>
            <w:tcW w:w="0" w:type="auto"/>
            <w:vAlign w:val="center"/>
          </w:tcPr>
          <w:p w14:paraId="57AA77EC" w14:textId="77777777" w:rsidR="00F12170" w:rsidRPr="007911BE" w:rsidRDefault="00000000">
            <w:pPr>
              <w:ind w:firstLine="0"/>
              <w:jc w:val="center"/>
              <w:rPr>
                <w:sz w:val="16"/>
                <w:szCs w:val="28"/>
              </w:rPr>
            </w:pPr>
            <w:r w:rsidRPr="007911BE">
              <w:rPr>
                <w:sz w:val="16"/>
                <w:szCs w:val="28"/>
              </w:rPr>
              <w:t>6</w:t>
            </w:r>
          </w:p>
        </w:tc>
        <w:tc>
          <w:tcPr>
            <w:tcW w:w="0" w:type="auto"/>
            <w:vAlign w:val="center"/>
          </w:tcPr>
          <w:p w14:paraId="41C780F6" w14:textId="77777777" w:rsidR="00F12170" w:rsidRPr="007911BE" w:rsidRDefault="00000000">
            <w:pPr>
              <w:ind w:firstLine="0"/>
              <w:jc w:val="center"/>
              <w:rPr>
                <w:sz w:val="16"/>
                <w:szCs w:val="28"/>
              </w:rPr>
            </w:pPr>
            <w:r w:rsidRPr="007911BE">
              <w:rPr>
                <w:sz w:val="16"/>
                <w:szCs w:val="28"/>
              </w:rPr>
              <w:t>0.4</w:t>
            </w:r>
          </w:p>
        </w:tc>
      </w:tr>
      <w:tr w:rsidR="00F12170" w:rsidRPr="007911BE" w14:paraId="398B8A37" w14:textId="77777777" w:rsidTr="00B408C8">
        <w:trPr>
          <w:jc w:val="center"/>
        </w:trPr>
        <w:tc>
          <w:tcPr>
            <w:tcW w:w="0" w:type="auto"/>
            <w:vAlign w:val="center"/>
          </w:tcPr>
          <w:p w14:paraId="4A80744C" w14:textId="77777777" w:rsidR="00F12170" w:rsidRPr="007911BE" w:rsidRDefault="00000000">
            <w:pPr>
              <w:ind w:firstLine="0"/>
              <w:jc w:val="left"/>
              <w:rPr>
                <w:sz w:val="16"/>
                <w:szCs w:val="28"/>
              </w:rPr>
            </w:pPr>
            <w:proofErr w:type="spellStart"/>
            <w:r w:rsidRPr="007911BE">
              <w:rPr>
                <w:sz w:val="16"/>
                <w:szCs w:val="28"/>
              </w:rPr>
              <w:t>Свердловская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3CFA7767"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6FC3848E"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AC12922" w14:textId="77777777" w:rsidR="00F12170" w:rsidRPr="007911BE" w:rsidRDefault="00000000">
            <w:pPr>
              <w:ind w:firstLine="0"/>
              <w:jc w:val="center"/>
              <w:rPr>
                <w:sz w:val="16"/>
                <w:szCs w:val="28"/>
              </w:rPr>
            </w:pPr>
            <w:r w:rsidRPr="007911BE">
              <w:rPr>
                <w:sz w:val="16"/>
                <w:szCs w:val="28"/>
              </w:rPr>
              <w:t>55.06</w:t>
            </w:r>
          </w:p>
        </w:tc>
        <w:tc>
          <w:tcPr>
            <w:tcW w:w="0" w:type="auto"/>
            <w:vAlign w:val="center"/>
          </w:tcPr>
          <w:p w14:paraId="1F53C669" w14:textId="77777777" w:rsidR="00F12170" w:rsidRPr="007911BE" w:rsidRDefault="00000000">
            <w:pPr>
              <w:ind w:firstLine="0"/>
              <w:jc w:val="center"/>
              <w:rPr>
                <w:sz w:val="16"/>
                <w:szCs w:val="28"/>
              </w:rPr>
            </w:pPr>
            <w:r w:rsidRPr="007911BE">
              <w:rPr>
                <w:sz w:val="16"/>
                <w:szCs w:val="28"/>
              </w:rPr>
              <w:t>44.94</w:t>
            </w:r>
          </w:p>
        </w:tc>
        <w:tc>
          <w:tcPr>
            <w:tcW w:w="0" w:type="auto"/>
            <w:vAlign w:val="center"/>
          </w:tcPr>
          <w:p w14:paraId="6BEF6170"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97A07D6" w14:textId="77777777" w:rsidR="00F12170" w:rsidRPr="007911BE" w:rsidRDefault="00000000">
            <w:pPr>
              <w:ind w:firstLine="0"/>
              <w:jc w:val="center"/>
              <w:rPr>
                <w:sz w:val="16"/>
                <w:szCs w:val="28"/>
              </w:rPr>
            </w:pPr>
            <w:r w:rsidRPr="007911BE">
              <w:rPr>
                <w:sz w:val="16"/>
                <w:szCs w:val="28"/>
              </w:rPr>
              <w:t>0.34</w:t>
            </w:r>
          </w:p>
        </w:tc>
      </w:tr>
      <w:tr w:rsidR="00F12170" w:rsidRPr="007911BE" w14:paraId="7EAE3F29" w14:textId="77777777" w:rsidTr="00B408C8">
        <w:trPr>
          <w:jc w:val="center"/>
        </w:trPr>
        <w:tc>
          <w:tcPr>
            <w:tcW w:w="0" w:type="auto"/>
            <w:vAlign w:val="center"/>
          </w:tcPr>
          <w:p w14:paraId="394221EB" w14:textId="77777777" w:rsidR="00F12170" w:rsidRPr="007911BE" w:rsidRDefault="00000000">
            <w:pPr>
              <w:ind w:firstLine="0"/>
              <w:jc w:val="left"/>
              <w:rPr>
                <w:sz w:val="16"/>
                <w:szCs w:val="28"/>
              </w:rPr>
            </w:pPr>
            <w:proofErr w:type="spellStart"/>
            <w:r w:rsidRPr="007911BE">
              <w:rPr>
                <w:sz w:val="16"/>
                <w:szCs w:val="28"/>
              </w:rPr>
              <w:t>Севастополь</w:t>
            </w:r>
            <w:proofErr w:type="spellEnd"/>
          </w:p>
        </w:tc>
        <w:tc>
          <w:tcPr>
            <w:tcW w:w="0" w:type="auto"/>
            <w:vAlign w:val="center"/>
          </w:tcPr>
          <w:p w14:paraId="391C0837" w14:textId="77777777" w:rsidR="00F12170" w:rsidRPr="007911BE" w:rsidRDefault="00000000">
            <w:pPr>
              <w:ind w:firstLine="0"/>
              <w:jc w:val="left"/>
              <w:rPr>
                <w:sz w:val="16"/>
                <w:szCs w:val="28"/>
              </w:rPr>
            </w:pPr>
            <w:r w:rsidRPr="007911BE">
              <w:rPr>
                <w:sz w:val="16"/>
                <w:szCs w:val="28"/>
              </w:rPr>
              <w:t>ЮФО</w:t>
            </w:r>
          </w:p>
        </w:tc>
        <w:tc>
          <w:tcPr>
            <w:tcW w:w="0" w:type="auto"/>
            <w:vAlign w:val="center"/>
          </w:tcPr>
          <w:p w14:paraId="037409A4"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15A27C06" w14:textId="77777777" w:rsidR="00F12170" w:rsidRPr="007911BE" w:rsidRDefault="00000000">
            <w:pPr>
              <w:ind w:firstLine="0"/>
              <w:jc w:val="center"/>
              <w:rPr>
                <w:sz w:val="16"/>
                <w:szCs w:val="28"/>
              </w:rPr>
            </w:pPr>
            <w:r w:rsidRPr="007911BE">
              <w:rPr>
                <w:sz w:val="16"/>
                <w:szCs w:val="28"/>
              </w:rPr>
              <w:t>6.74</w:t>
            </w:r>
          </w:p>
        </w:tc>
        <w:tc>
          <w:tcPr>
            <w:tcW w:w="0" w:type="auto"/>
            <w:vAlign w:val="center"/>
          </w:tcPr>
          <w:p w14:paraId="157CA270" w14:textId="77777777" w:rsidR="00F12170" w:rsidRPr="007911BE" w:rsidRDefault="00000000">
            <w:pPr>
              <w:ind w:firstLine="0"/>
              <w:jc w:val="center"/>
              <w:rPr>
                <w:sz w:val="16"/>
                <w:szCs w:val="28"/>
              </w:rPr>
            </w:pPr>
            <w:r w:rsidRPr="007911BE">
              <w:rPr>
                <w:sz w:val="16"/>
                <w:szCs w:val="28"/>
              </w:rPr>
              <w:t>93.26</w:t>
            </w:r>
          </w:p>
        </w:tc>
        <w:tc>
          <w:tcPr>
            <w:tcW w:w="0" w:type="auto"/>
            <w:vAlign w:val="center"/>
          </w:tcPr>
          <w:p w14:paraId="69705543"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1583DC7C" w14:textId="77777777" w:rsidR="00F12170" w:rsidRPr="007911BE" w:rsidRDefault="00000000">
            <w:pPr>
              <w:ind w:firstLine="0"/>
              <w:jc w:val="center"/>
              <w:rPr>
                <w:sz w:val="16"/>
                <w:szCs w:val="28"/>
              </w:rPr>
            </w:pPr>
            <w:r w:rsidRPr="007911BE">
              <w:rPr>
                <w:sz w:val="16"/>
                <w:szCs w:val="28"/>
              </w:rPr>
              <w:t>0.52</w:t>
            </w:r>
          </w:p>
        </w:tc>
      </w:tr>
      <w:tr w:rsidR="00F12170" w:rsidRPr="007911BE" w14:paraId="5E6E96F8" w14:textId="77777777" w:rsidTr="00B408C8">
        <w:trPr>
          <w:jc w:val="center"/>
        </w:trPr>
        <w:tc>
          <w:tcPr>
            <w:tcW w:w="0" w:type="auto"/>
            <w:vAlign w:val="center"/>
          </w:tcPr>
          <w:p w14:paraId="7DB9F7FC" w14:textId="77777777" w:rsidR="00F12170" w:rsidRPr="007911BE" w:rsidRDefault="00000000">
            <w:pPr>
              <w:ind w:firstLine="0"/>
              <w:jc w:val="left"/>
              <w:rPr>
                <w:sz w:val="16"/>
                <w:szCs w:val="28"/>
              </w:rPr>
            </w:pPr>
            <w:proofErr w:type="spellStart"/>
            <w:r w:rsidRPr="007911BE">
              <w:rPr>
                <w:sz w:val="16"/>
                <w:szCs w:val="28"/>
              </w:rPr>
              <w:t>Смоленская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26B748F"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4F636F16"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34A9705E" w14:textId="77777777" w:rsidR="00F12170" w:rsidRPr="007911BE" w:rsidRDefault="00000000">
            <w:pPr>
              <w:ind w:firstLine="0"/>
              <w:jc w:val="center"/>
              <w:rPr>
                <w:sz w:val="16"/>
                <w:szCs w:val="28"/>
              </w:rPr>
            </w:pPr>
            <w:r w:rsidRPr="007911BE">
              <w:rPr>
                <w:sz w:val="16"/>
                <w:szCs w:val="28"/>
              </w:rPr>
              <w:t>37.08</w:t>
            </w:r>
          </w:p>
        </w:tc>
        <w:tc>
          <w:tcPr>
            <w:tcW w:w="0" w:type="auto"/>
            <w:vAlign w:val="center"/>
          </w:tcPr>
          <w:p w14:paraId="634883AA" w14:textId="77777777" w:rsidR="00F12170" w:rsidRPr="007911BE" w:rsidRDefault="00000000">
            <w:pPr>
              <w:ind w:firstLine="0"/>
              <w:jc w:val="center"/>
              <w:rPr>
                <w:sz w:val="16"/>
                <w:szCs w:val="28"/>
              </w:rPr>
            </w:pPr>
            <w:r w:rsidRPr="007911BE">
              <w:rPr>
                <w:sz w:val="16"/>
                <w:szCs w:val="28"/>
              </w:rPr>
              <w:t>62.92</w:t>
            </w:r>
          </w:p>
        </w:tc>
        <w:tc>
          <w:tcPr>
            <w:tcW w:w="0" w:type="auto"/>
            <w:vAlign w:val="center"/>
          </w:tcPr>
          <w:p w14:paraId="6FEFEF77"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62C298D9" w14:textId="77777777" w:rsidR="00F12170" w:rsidRPr="007911BE" w:rsidRDefault="00000000">
            <w:pPr>
              <w:ind w:firstLine="0"/>
              <w:jc w:val="center"/>
              <w:rPr>
                <w:sz w:val="16"/>
                <w:szCs w:val="28"/>
              </w:rPr>
            </w:pPr>
            <w:r w:rsidRPr="007911BE">
              <w:rPr>
                <w:sz w:val="16"/>
                <w:szCs w:val="28"/>
              </w:rPr>
              <w:t>0.42</w:t>
            </w:r>
          </w:p>
        </w:tc>
      </w:tr>
      <w:tr w:rsidR="00F12170" w:rsidRPr="007911BE" w14:paraId="37F83DCA" w14:textId="77777777" w:rsidTr="00B408C8">
        <w:trPr>
          <w:jc w:val="center"/>
        </w:trPr>
        <w:tc>
          <w:tcPr>
            <w:tcW w:w="0" w:type="auto"/>
            <w:vAlign w:val="center"/>
          </w:tcPr>
          <w:p w14:paraId="53A295A3" w14:textId="77777777" w:rsidR="00F12170" w:rsidRPr="007911BE" w:rsidRDefault="00000000">
            <w:pPr>
              <w:ind w:firstLine="0"/>
              <w:jc w:val="left"/>
              <w:rPr>
                <w:sz w:val="16"/>
                <w:szCs w:val="28"/>
              </w:rPr>
            </w:pPr>
            <w:proofErr w:type="spellStart"/>
            <w:r w:rsidRPr="007911BE">
              <w:rPr>
                <w:sz w:val="16"/>
                <w:szCs w:val="28"/>
              </w:rPr>
              <w:t>Ставропольский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1F537D7C"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6101CDC5"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1D3FE299" w14:textId="77777777" w:rsidR="00F12170" w:rsidRPr="007911BE" w:rsidRDefault="00000000">
            <w:pPr>
              <w:ind w:firstLine="0"/>
              <w:jc w:val="center"/>
              <w:rPr>
                <w:sz w:val="16"/>
                <w:szCs w:val="28"/>
              </w:rPr>
            </w:pPr>
            <w:r w:rsidRPr="007911BE">
              <w:rPr>
                <w:sz w:val="16"/>
                <w:szCs w:val="28"/>
              </w:rPr>
              <w:t>60.67</w:t>
            </w:r>
          </w:p>
        </w:tc>
        <w:tc>
          <w:tcPr>
            <w:tcW w:w="0" w:type="auto"/>
            <w:vAlign w:val="center"/>
          </w:tcPr>
          <w:p w14:paraId="36E4CDDE" w14:textId="77777777" w:rsidR="00F12170" w:rsidRPr="007911BE" w:rsidRDefault="00000000">
            <w:pPr>
              <w:ind w:firstLine="0"/>
              <w:jc w:val="center"/>
              <w:rPr>
                <w:sz w:val="16"/>
                <w:szCs w:val="28"/>
              </w:rPr>
            </w:pPr>
            <w:r w:rsidRPr="007911BE">
              <w:rPr>
                <w:sz w:val="16"/>
                <w:szCs w:val="28"/>
              </w:rPr>
              <w:t>39.33</w:t>
            </w:r>
          </w:p>
        </w:tc>
        <w:tc>
          <w:tcPr>
            <w:tcW w:w="0" w:type="auto"/>
            <w:vAlign w:val="center"/>
          </w:tcPr>
          <w:p w14:paraId="02BA7FAA"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47C05135" w14:textId="77777777" w:rsidR="00F12170" w:rsidRPr="007911BE" w:rsidRDefault="00000000">
            <w:pPr>
              <w:ind w:firstLine="0"/>
              <w:jc w:val="center"/>
              <w:rPr>
                <w:sz w:val="16"/>
                <w:szCs w:val="28"/>
              </w:rPr>
            </w:pPr>
            <w:r w:rsidRPr="007911BE">
              <w:rPr>
                <w:sz w:val="16"/>
                <w:szCs w:val="28"/>
              </w:rPr>
              <w:t>0.38</w:t>
            </w:r>
          </w:p>
        </w:tc>
      </w:tr>
      <w:tr w:rsidR="00F12170" w:rsidRPr="007911BE" w14:paraId="2D11EDFE" w14:textId="77777777" w:rsidTr="00B408C8">
        <w:trPr>
          <w:jc w:val="center"/>
        </w:trPr>
        <w:tc>
          <w:tcPr>
            <w:tcW w:w="0" w:type="auto"/>
            <w:vAlign w:val="center"/>
          </w:tcPr>
          <w:p w14:paraId="49674F91" w14:textId="77777777" w:rsidR="00F12170" w:rsidRPr="007911BE" w:rsidRDefault="00000000">
            <w:pPr>
              <w:ind w:firstLine="0"/>
              <w:jc w:val="left"/>
              <w:rPr>
                <w:sz w:val="16"/>
                <w:szCs w:val="28"/>
              </w:rPr>
            </w:pPr>
            <w:proofErr w:type="spellStart"/>
            <w:r w:rsidRPr="007911BE">
              <w:rPr>
                <w:sz w:val="16"/>
                <w:szCs w:val="28"/>
              </w:rPr>
              <w:t>Тамбовская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1B6437B5"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EB9DFE9"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BCFE095" w14:textId="77777777" w:rsidR="00F12170" w:rsidRPr="007911BE" w:rsidRDefault="00000000">
            <w:pPr>
              <w:ind w:firstLine="0"/>
              <w:jc w:val="center"/>
              <w:rPr>
                <w:sz w:val="16"/>
                <w:szCs w:val="28"/>
              </w:rPr>
            </w:pPr>
            <w:r w:rsidRPr="007911BE">
              <w:rPr>
                <w:sz w:val="16"/>
                <w:szCs w:val="28"/>
              </w:rPr>
              <w:t>26.97</w:t>
            </w:r>
          </w:p>
        </w:tc>
        <w:tc>
          <w:tcPr>
            <w:tcW w:w="0" w:type="auto"/>
            <w:vAlign w:val="center"/>
          </w:tcPr>
          <w:p w14:paraId="20E7A68C" w14:textId="77777777" w:rsidR="00F12170" w:rsidRPr="007911BE" w:rsidRDefault="00000000">
            <w:pPr>
              <w:ind w:firstLine="0"/>
              <w:jc w:val="center"/>
              <w:rPr>
                <w:sz w:val="16"/>
                <w:szCs w:val="28"/>
              </w:rPr>
            </w:pPr>
            <w:r w:rsidRPr="007911BE">
              <w:rPr>
                <w:sz w:val="16"/>
                <w:szCs w:val="28"/>
              </w:rPr>
              <w:t>73.03</w:t>
            </w:r>
          </w:p>
        </w:tc>
        <w:tc>
          <w:tcPr>
            <w:tcW w:w="0" w:type="auto"/>
            <w:vAlign w:val="center"/>
          </w:tcPr>
          <w:p w14:paraId="71ED0A6B" w14:textId="77777777" w:rsidR="00F12170" w:rsidRPr="007911BE" w:rsidRDefault="00000000">
            <w:pPr>
              <w:ind w:firstLine="0"/>
              <w:jc w:val="center"/>
              <w:rPr>
                <w:sz w:val="16"/>
                <w:szCs w:val="28"/>
              </w:rPr>
            </w:pPr>
            <w:r w:rsidRPr="007911BE">
              <w:rPr>
                <w:sz w:val="16"/>
                <w:szCs w:val="28"/>
              </w:rPr>
              <w:t>4</w:t>
            </w:r>
          </w:p>
        </w:tc>
        <w:tc>
          <w:tcPr>
            <w:tcW w:w="0" w:type="auto"/>
            <w:vAlign w:val="center"/>
          </w:tcPr>
          <w:p w14:paraId="2DB5A89A" w14:textId="77777777" w:rsidR="00F12170" w:rsidRPr="007911BE" w:rsidRDefault="00000000">
            <w:pPr>
              <w:ind w:firstLine="0"/>
              <w:jc w:val="center"/>
              <w:rPr>
                <w:sz w:val="16"/>
                <w:szCs w:val="28"/>
              </w:rPr>
            </w:pPr>
            <w:r w:rsidRPr="007911BE">
              <w:rPr>
                <w:sz w:val="16"/>
                <w:szCs w:val="28"/>
              </w:rPr>
              <w:t>0.41</w:t>
            </w:r>
          </w:p>
        </w:tc>
      </w:tr>
      <w:tr w:rsidR="00F12170" w:rsidRPr="007911BE" w14:paraId="51DE74BB" w14:textId="77777777" w:rsidTr="00B408C8">
        <w:trPr>
          <w:jc w:val="center"/>
        </w:trPr>
        <w:tc>
          <w:tcPr>
            <w:tcW w:w="0" w:type="auto"/>
            <w:vAlign w:val="center"/>
          </w:tcPr>
          <w:p w14:paraId="23E3FF25" w14:textId="77777777" w:rsidR="00F12170" w:rsidRPr="007911BE" w:rsidRDefault="00000000">
            <w:pPr>
              <w:ind w:firstLine="0"/>
              <w:jc w:val="left"/>
              <w:rPr>
                <w:sz w:val="16"/>
                <w:szCs w:val="28"/>
              </w:rPr>
            </w:pPr>
            <w:proofErr w:type="spellStart"/>
            <w:r w:rsidRPr="007911BE">
              <w:rPr>
                <w:sz w:val="16"/>
                <w:szCs w:val="28"/>
              </w:rPr>
              <w:t>Тверская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CBFE80F"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9367B70"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A2A586B" w14:textId="77777777" w:rsidR="00F12170" w:rsidRPr="007911BE" w:rsidRDefault="00000000">
            <w:pPr>
              <w:ind w:firstLine="0"/>
              <w:jc w:val="center"/>
              <w:rPr>
                <w:sz w:val="16"/>
                <w:szCs w:val="28"/>
              </w:rPr>
            </w:pPr>
            <w:r w:rsidRPr="007911BE">
              <w:rPr>
                <w:sz w:val="16"/>
                <w:szCs w:val="28"/>
              </w:rPr>
              <w:t>84.27</w:t>
            </w:r>
          </w:p>
        </w:tc>
        <w:tc>
          <w:tcPr>
            <w:tcW w:w="0" w:type="auto"/>
            <w:vAlign w:val="center"/>
          </w:tcPr>
          <w:p w14:paraId="758EEDD0" w14:textId="77777777" w:rsidR="00F12170" w:rsidRPr="007911BE" w:rsidRDefault="00000000">
            <w:pPr>
              <w:ind w:firstLine="0"/>
              <w:jc w:val="center"/>
              <w:rPr>
                <w:sz w:val="16"/>
                <w:szCs w:val="28"/>
              </w:rPr>
            </w:pPr>
            <w:r w:rsidRPr="007911BE">
              <w:rPr>
                <w:sz w:val="16"/>
                <w:szCs w:val="28"/>
              </w:rPr>
              <w:t>15.73</w:t>
            </w:r>
          </w:p>
        </w:tc>
        <w:tc>
          <w:tcPr>
            <w:tcW w:w="0" w:type="auto"/>
            <w:vAlign w:val="center"/>
          </w:tcPr>
          <w:p w14:paraId="074648D1"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2E641DF8" w14:textId="77777777" w:rsidR="00F12170" w:rsidRPr="007911BE" w:rsidRDefault="00000000">
            <w:pPr>
              <w:ind w:firstLine="0"/>
              <w:jc w:val="center"/>
              <w:rPr>
                <w:sz w:val="16"/>
                <w:szCs w:val="28"/>
              </w:rPr>
            </w:pPr>
            <w:r w:rsidRPr="007911BE">
              <w:rPr>
                <w:sz w:val="16"/>
                <w:szCs w:val="28"/>
              </w:rPr>
              <w:t>0.45</w:t>
            </w:r>
          </w:p>
        </w:tc>
      </w:tr>
      <w:tr w:rsidR="00F12170" w:rsidRPr="007911BE" w14:paraId="04032C52" w14:textId="77777777" w:rsidTr="00B408C8">
        <w:trPr>
          <w:jc w:val="center"/>
        </w:trPr>
        <w:tc>
          <w:tcPr>
            <w:tcW w:w="0" w:type="auto"/>
            <w:vAlign w:val="center"/>
          </w:tcPr>
          <w:p w14:paraId="5E310844" w14:textId="77777777" w:rsidR="00F12170" w:rsidRPr="007911BE" w:rsidRDefault="00000000">
            <w:pPr>
              <w:ind w:firstLine="0"/>
              <w:jc w:val="left"/>
              <w:rPr>
                <w:sz w:val="16"/>
                <w:szCs w:val="28"/>
              </w:rPr>
            </w:pPr>
            <w:proofErr w:type="spellStart"/>
            <w:r w:rsidRPr="007911BE">
              <w:rPr>
                <w:sz w:val="16"/>
                <w:szCs w:val="28"/>
              </w:rPr>
              <w:t>Томская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1A170CD8" w14:textId="77777777" w:rsidR="00F12170" w:rsidRPr="007911BE" w:rsidRDefault="00000000">
            <w:pPr>
              <w:ind w:firstLine="0"/>
              <w:jc w:val="left"/>
              <w:rPr>
                <w:sz w:val="16"/>
                <w:szCs w:val="28"/>
              </w:rPr>
            </w:pPr>
            <w:r w:rsidRPr="007911BE">
              <w:rPr>
                <w:sz w:val="16"/>
                <w:szCs w:val="28"/>
              </w:rPr>
              <w:t>СФО</w:t>
            </w:r>
          </w:p>
        </w:tc>
        <w:tc>
          <w:tcPr>
            <w:tcW w:w="0" w:type="auto"/>
            <w:vAlign w:val="center"/>
          </w:tcPr>
          <w:p w14:paraId="015482C7"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2229CAA3" w14:textId="77777777" w:rsidR="00F12170" w:rsidRPr="007911BE" w:rsidRDefault="00000000">
            <w:pPr>
              <w:ind w:firstLine="0"/>
              <w:jc w:val="center"/>
              <w:rPr>
                <w:sz w:val="16"/>
                <w:szCs w:val="28"/>
              </w:rPr>
            </w:pPr>
            <w:r w:rsidRPr="007911BE">
              <w:rPr>
                <w:sz w:val="16"/>
                <w:szCs w:val="28"/>
              </w:rPr>
              <w:t>51.69</w:t>
            </w:r>
          </w:p>
        </w:tc>
        <w:tc>
          <w:tcPr>
            <w:tcW w:w="0" w:type="auto"/>
            <w:vAlign w:val="center"/>
          </w:tcPr>
          <w:p w14:paraId="384F877D" w14:textId="77777777" w:rsidR="00F12170" w:rsidRPr="007911BE" w:rsidRDefault="00000000">
            <w:pPr>
              <w:ind w:firstLine="0"/>
              <w:jc w:val="center"/>
              <w:rPr>
                <w:sz w:val="16"/>
                <w:szCs w:val="28"/>
              </w:rPr>
            </w:pPr>
            <w:r w:rsidRPr="007911BE">
              <w:rPr>
                <w:sz w:val="16"/>
                <w:szCs w:val="28"/>
              </w:rPr>
              <w:t>48.31</w:t>
            </w:r>
          </w:p>
        </w:tc>
        <w:tc>
          <w:tcPr>
            <w:tcW w:w="0" w:type="auto"/>
            <w:vAlign w:val="center"/>
          </w:tcPr>
          <w:p w14:paraId="5E0D9532"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4A218BF6" w14:textId="77777777" w:rsidR="00F12170" w:rsidRPr="007911BE" w:rsidRDefault="00000000">
            <w:pPr>
              <w:ind w:firstLine="0"/>
              <w:jc w:val="center"/>
              <w:rPr>
                <w:sz w:val="16"/>
                <w:szCs w:val="28"/>
              </w:rPr>
            </w:pPr>
            <w:r w:rsidRPr="007911BE">
              <w:rPr>
                <w:sz w:val="16"/>
                <w:szCs w:val="28"/>
              </w:rPr>
              <w:t>0.4</w:t>
            </w:r>
          </w:p>
        </w:tc>
      </w:tr>
      <w:tr w:rsidR="00F12170" w:rsidRPr="007911BE" w14:paraId="5D531671" w14:textId="77777777" w:rsidTr="00B408C8">
        <w:trPr>
          <w:jc w:val="center"/>
        </w:trPr>
        <w:tc>
          <w:tcPr>
            <w:tcW w:w="0" w:type="auto"/>
            <w:vAlign w:val="center"/>
          </w:tcPr>
          <w:p w14:paraId="08C7F200" w14:textId="77777777" w:rsidR="00F12170" w:rsidRPr="007911BE" w:rsidRDefault="00000000">
            <w:pPr>
              <w:ind w:firstLine="0"/>
              <w:jc w:val="left"/>
              <w:rPr>
                <w:sz w:val="16"/>
                <w:szCs w:val="28"/>
              </w:rPr>
            </w:pPr>
            <w:proofErr w:type="spellStart"/>
            <w:r w:rsidRPr="007911BE">
              <w:rPr>
                <w:sz w:val="16"/>
                <w:szCs w:val="28"/>
              </w:rPr>
              <w:t>Тульская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799BA3EB"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2EC57DE"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1FF3D643" w14:textId="77777777" w:rsidR="00F12170" w:rsidRPr="007911BE" w:rsidRDefault="00000000">
            <w:pPr>
              <w:ind w:firstLine="0"/>
              <w:jc w:val="center"/>
              <w:rPr>
                <w:sz w:val="16"/>
                <w:szCs w:val="28"/>
              </w:rPr>
            </w:pPr>
            <w:r w:rsidRPr="007911BE">
              <w:rPr>
                <w:sz w:val="16"/>
                <w:szCs w:val="28"/>
              </w:rPr>
              <w:t>16.85</w:t>
            </w:r>
          </w:p>
        </w:tc>
        <w:tc>
          <w:tcPr>
            <w:tcW w:w="0" w:type="auto"/>
            <w:vAlign w:val="center"/>
          </w:tcPr>
          <w:p w14:paraId="686F906B" w14:textId="77777777" w:rsidR="00F12170" w:rsidRPr="007911BE" w:rsidRDefault="00000000">
            <w:pPr>
              <w:ind w:firstLine="0"/>
              <w:jc w:val="center"/>
              <w:rPr>
                <w:sz w:val="16"/>
                <w:szCs w:val="28"/>
              </w:rPr>
            </w:pPr>
            <w:r w:rsidRPr="007911BE">
              <w:rPr>
                <w:sz w:val="16"/>
                <w:szCs w:val="28"/>
              </w:rPr>
              <w:t>83.15</w:t>
            </w:r>
          </w:p>
        </w:tc>
        <w:tc>
          <w:tcPr>
            <w:tcW w:w="0" w:type="auto"/>
            <w:vAlign w:val="center"/>
          </w:tcPr>
          <w:p w14:paraId="1B044F09"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0F58D0E8" w14:textId="77777777" w:rsidR="00F12170" w:rsidRPr="007911BE" w:rsidRDefault="00000000">
            <w:pPr>
              <w:ind w:firstLine="0"/>
              <w:jc w:val="center"/>
              <w:rPr>
                <w:sz w:val="16"/>
                <w:szCs w:val="28"/>
              </w:rPr>
            </w:pPr>
            <w:r w:rsidRPr="007911BE">
              <w:rPr>
                <w:sz w:val="16"/>
                <w:szCs w:val="28"/>
              </w:rPr>
              <w:t>0.43</w:t>
            </w:r>
          </w:p>
        </w:tc>
      </w:tr>
      <w:tr w:rsidR="00F12170" w:rsidRPr="007911BE" w14:paraId="056045CF" w14:textId="77777777" w:rsidTr="00B408C8">
        <w:trPr>
          <w:jc w:val="center"/>
        </w:trPr>
        <w:tc>
          <w:tcPr>
            <w:tcW w:w="0" w:type="auto"/>
            <w:vAlign w:val="center"/>
          </w:tcPr>
          <w:p w14:paraId="5790D5CD" w14:textId="77777777" w:rsidR="00F12170" w:rsidRPr="007911BE" w:rsidRDefault="00000000">
            <w:pPr>
              <w:ind w:firstLine="0"/>
              <w:jc w:val="left"/>
              <w:rPr>
                <w:sz w:val="16"/>
                <w:szCs w:val="28"/>
              </w:rPr>
            </w:pPr>
            <w:proofErr w:type="spellStart"/>
            <w:r w:rsidRPr="007911BE">
              <w:rPr>
                <w:sz w:val="16"/>
                <w:szCs w:val="28"/>
              </w:rPr>
              <w:t>Тюменская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A66F0C3"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0A2F5A23"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5A19667" w14:textId="77777777" w:rsidR="00F12170" w:rsidRPr="007911BE" w:rsidRDefault="00000000">
            <w:pPr>
              <w:ind w:firstLine="0"/>
              <w:jc w:val="center"/>
              <w:rPr>
                <w:sz w:val="16"/>
                <w:szCs w:val="28"/>
              </w:rPr>
            </w:pPr>
            <w:r w:rsidRPr="007911BE">
              <w:rPr>
                <w:sz w:val="16"/>
                <w:szCs w:val="28"/>
              </w:rPr>
              <w:t>77.53</w:t>
            </w:r>
          </w:p>
        </w:tc>
        <w:tc>
          <w:tcPr>
            <w:tcW w:w="0" w:type="auto"/>
            <w:vAlign w:val="center"/>
          </w:tcPr>
          <w:p w14:paraId="3313D545" w14:textId="77777777" w:rsidR="00F12170" w:rsidRPr="007911BE" w:rsidRDefault="00000000">
            <w:pPr>
              <w:ind w:firstLine="0"/>
              <w:jc w:val="center"/>
              <w:rPr>
                <w:sz w:val="16"/>
                <w:szCs w:val="28"/>
              </w:rPr>
            </w:pPr>
            <w:r w:rsidRPr="007911BE">
              <w:rPr>
                <w:sz w:val="16"/>
                <w:szCs w:val="28"/>
              </w:rPr>
              <w:t>22.47</w:t>
            </w:r>
          </w:p>
        </w:tc>
        <w:tc>
          <w:tcPr>
            <w:tcW w:w="0" w:type="auto"/>
            <w:vAlign w:val="center"/>
          </w:tcPr>
          <w:p w14:paraId="1AE98878" w14:textId="77777777" w:rsidR="00F12170" w:rsidRPr="007911BE" w:rsidRDefault="00000000">
            <w:pPr>
              <w:ind w:firstLine="0"/>
              <w:jc w:val="center"/>
              <w:rPr>
                <w:sz w:val="16"/>
                <w:szCs w:val="28"/>
              </w:rPr>
            </w:pPr>
            <w:r w:rsidRPr="007911BE">
              <w:rPr>
                <w:sz w:val="16"/>
                <w:szCs w:val="28"/>
              </w:rPr>
              <w:t>8</w:t>
            </w:r>
          </w:p>
        </w:tc>
        <w:tc>
          <w:tcPr>
            <w:tcW w:w="0" w:type="auto"/>
            <w:vAlign w:val="center"/>
          </w:tcPr>
          <w:p w14:paraId="0C251340" w14:textId="77777777" w:rsidR="00F12170" w:rsidRPr="007911BE" w:rsidRDefault="00000000">
            <w:pPr>
              <w:ind w:firstLine="0"/>
              <w:jc w:val="center"/>
              <w:rPr>
                <w:sz w:val="16"/>
                <w:szCs w:val="28"/>
              </w:rPr>
            </w:pPr>
            <w:r w:rsidRPr="007911BE">
              <w:rPr>
                <w:sz w:val="16"/>
                <w:szCs w:val="28"/>
              </w:rPr>
              <w:t>0.37</w:t>
            </w:r>
          </w:p>
        </w:tc>
      </w:tr>
      <w:tr w:rsidR="00F12170" w:rsidRPr="007911BE" w14:paraId="4A698C38" w14:textId="77777777" w:rsidTr="00B408C8">
        <w:trPr>
          <w:jc w:val="center"/>
        </w:trPr>
        <w:tc>
          <w:tcPr>
            <w:tcW w:w="0" w:type="auto"/>
            <w:vAlign w:val="center"/>
          </w:tcPr>
          <w:p w14:paraId="5962DB95" w14:textId="77777777" w:rsidR="00F12170" w:rsidRPr="007911BE" w:rsidRDefault="00000000">
            <w:pPr>
              <w:ind w:firstLine="0"/>
              <w:jc w:val="left"/>
              <w:rPr>
                <w:sz w:val="16"/>
                <w:szCs w:val="28"/>
              </w:rPr>
            </w:pPr>
            <w:proofErr w:type="spellStart"/>
            <w:r w:rsidRPr="007911BE">
              <w:rPr>
                <w:sz w:val="16"/>
                <w:szCs w:val="28"/>
              </w:rPr>
              <w:t>Удмуртская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408EC49C"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40197A93"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2C803471" w14:textId="77777777" w:rsidR="00F12170" w:rsidRPr="007911BE" w:rsidRDefault="00000000">
            <w:pPr>
              <w:ind w:firstLine="0"/>
              <w:jc w:val="center"/>
              <w:rPr>
                <w:sz w:val="16"/>
                <w:szCs w:val="28"/>
              </w:rPr>
            </w:pPr>
            <w:r w:rsidRPr="007911BE">
              <w:rPr>
                <w:sz w:val="16"/>
                <w:szCs w:val="28"/>
              </w:rPr>
              <w:t>17.98</w:t>
            </w:r>
          </w:p>
        </w:tc>
        <w:tc>
          <w:tcPr>
            <w:tcW w:w="0" w:type="auto"/>
            <w:vAlign w:val="center"/>
          </w:tcPr>
          <w:p w14:paraId="4D68A120" w14:textId="77777777" w:rsidR="00F12170" w:rsidRPr="007911BE" w:rsidRDefault="00000000">
            <w:pPr>
              <w:ind w:firstLine="0"/>
              <w:jc w:val="center"/>
              <w:rPr>
                <w:sz w:val="16"/>
                <w:szCs w:val="28"/>
              </w:rPr>
            </w:pPr>
            <w:r w:rsidRPr="007911BE">
              <w:rPr>
                <w:sz w:val="16"/>
                <w:szCs w:val="28"/>
              </w:rPr>
              <w:t>82.02</w:t>
            </w:r>
          </w:p>
        </w:tc>
        <w:tc>
          <w:tcPr>
            <w:tcW w:w="0" w:type="auto"/>
            <w:vAlign w:val="center"/>
          </w:tcPr>
          <w:p w14:paraId="41FA2CCE"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595AF0E" w14:textId="77777777" w:rsidR="00F12170" w:rsidRPr="007911BE" w:rsidRDefault="00000000">
            <w:pPr>
              <w:ind w:firstLine="0"/>
              <w:jc w:val="center"/>
              <w:rPr>
                <w:sz w:val="16"/>
                <w:szCs w:val="28"/>
              </w:rPr>
            </w:pPr>
            <w:r w:rsidRPr="007911BE">
              <w:rPr>
                <w:sz w:val="16"/>
                <w:szCs w:val="28"/>
              </w:rPr>
              <w:t>0.35</w:t>
            </w:r>
          </w:p>
        </w:tc>
      </w:tr>
      <w:tr w:rsidR="00F12170" w:rsidRPr="007911BE" w14:paraId="60D5316C" w14:textId="77777777" w:rsidTr="00B408C8">
        <w:trPr>
          <w:jc w:val="center"/>
        </w:trPr>
        <w:tc>
          <w:tcPr>
            <w:tcW w:w="0" w:type="auto"/>
            <w:vAlign w:val="center"/>
          </w:tcPr>
          <w:p w14:paraId="4E351BE8" w14:textId="77777777" w:rsidR="00F12170" w:rsidRPr="007911BE" w:rsidRDefault="00000000">
            <w:pPr>
              <w:ind w:firstLine="0"/>
              <w:jc w:val="left"/>
              <w:rPr>
                <w:sz w:val="16"/>
                <w:szCs w:val="28"/>
              </w:rPr>
            </w:pPr>
            <w:proofErr w:type="spellStart"/>
            <w:r w:rsidRPr="007911BE">
              <w:rPr>
                <w:sz w:val="16"/>
                <w:szCs w:val="28"/>
              </w:rPr>
              <w:t>Ульяновская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67C6BC5"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4E3F5243"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E43AB2E" w14:textId="77777777" w:rsidR="00F12170" w:rsidRPr="007911BE" w:rsidRDefault="00000000">
            <w:pPr>
              <w:ind w:firstLine="0"/>
              <w:jc w:val="center"/>
              <w:rPr>
                <w:sz w:val="16"/>
                <w:szCs w:val="28"/>
              </w:rPr>
            </w:pPr>
            <w:r w:rsidRPr="007911BE">
              <w:rPr>
                <w:sz w:val="16"/>
                <w:szCs w:val="28"/>
              </w:rPr>
              <w:t>38.2</w:t>
            </w:r>
          </w:p>
        </w:tc>
        <w:tc>
          <w:tcPr>
            <w:tcW w:w="0" w:type="auto"/>
            <w:vAlign w:val="center"/>
          </w:tcPr>
          <w:p w14:paraId="350AF18F" w14:textId="77777777" w:rsidR="00F12170" w:rsidRPr="007911BE" w:rsidRDefault="00000000">
            <w:pPr>
              <w:ind w:firstLine="0"/>
              <w:jc w:val="center"/>
              <w:rPr>
                <w:sz w:val="16"/>
                <w:szCs w:val="28"/>
              </w:rPr>
            </w:pPr>
            <w:r w:rsidRPr="007911BE">
              <w:rPr>
                <w:sz w:val="16"/>
                <w:szCs w:val="28"/>
              </w:rPr>
              <w:t>61.8</w:t>
            </w:r>
          </w:p>
        </w:tc>
        <w:tc>
          <w:tcPr>
            <w:tcW w:w="0" w:type="auto"/>
            <w:vAlign w:val="center"/>
          </w:tcPr>
          <w:p w14:paraId="7FE1B983"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1196CA22" w14:textId="77777777" w:rsidR="00F12170" w:rsidRPr="007911BE" w:rsidRDefault="00000000">
            <w:pPr>
              <w:ind w:firstLine="0"/>
              <w:jc w:val="center"/>
              <w:rPr>
                <w:sz w:val="16"/>
                <w:szCs w:val="28"/>
              </w:rPr>
            </w:pPr>
            <w:r w:rsidRPr="007911BE">
              <w:rPr>
                <w:sz w:val="16"/>
                <w:szCs w:val="28"/>
              </w:rPr>
              <w:t>0.36</w:t>
            </w:r>
          </w:p>
        </w:tc>
      </w:tr>
      <w:tr w:rsidR="00F12170" w:rsidRPr="007911BE" w14:paraId="274CCFF5" w14:textId="77777777" w:rsidTr="00B408C8">
        <w:trPr>
          <w:jc w:val="center"/>
        </w:trPr>
        <w:tc>
          <w:tcPr>
            <w:tcW w:w="0" w:type="auto"/>
            <w:vAlign w:val="center"/>
          </w:tcPr>
          <w:p w14:paraId="6DD5E97A" w14:textId="77777777" w:rsidR="00F12170" w:rsidRPr="007911BE" w:rsidRDefault="00000000">
            <w:pPr>
              <w:ind w:firstLine="0"/>
              <w:jc w:val="left"/>
              <w:rPr>
                <w:sz w:val="16"/>
                <w:szCs w:val="28"/>
              </w:rPr>
            </w:pPr>
            <w:proofErr w:type="spellStart"/>
            <w:r w:rsidRPr="007911BE">
              <w:rPr>
                <w:sz w:val="16"/>
                <w:szCs w:val="28"/>
              </w:rPr>
              <w:t>Хабаровский</w:t>
            </w:r>
            <w:proofErr w:type="spellEnd"/>
            <w:r w:rsidRPr="007911BE">
              <w:rPr>
                <w:sz w:val="16"/>
                <w:szCs w:val="28"/>
              </w:rPr>
              <w:t xml:space="preserve"> </w:t>
            </w:r>
            <w:proofErr w:type="spellStart"/>
            <w:r w:rsidRPr="007911BE">
              <w:rPr>
                <w:sz w:val="16"/>
                <w:szCs w:val="28"/>
              </w:rPr>
              <w:t>край</w:t>
            </w:r>
            <w:proofErr w:type="spellEnd"/>
          </w:p>
        </w:tc>
        <w:tc>
          <w:tcPr>
            <w:tcW w:w="0" w:type="auto"/>
            <w:vAlign w:val="center"/>
          </w:tcPr>
          <w:p w14:paraId="426AE714"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1A2FCA8D"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367A465C" w14:textId="77777777" w:rsidR="00F12170" w:rsidRPr="007911BE" w:rsidRDefault="00000000">
            <w:pPr>
              <w:ind w:firstLine="0"/>
              <w:jc w:val="center"/>
              <w:rPr>
                <w:sz w:val="16"/>
                <w:szCs w:val="28"/>
              </w:rPr>
            </w:pPr>
            <w:r w:rsidRPr="007911BE">
              <w:rPr>
                <w:sz w:val="16"/>
                <w:szCs w:val="28"/>
              </w:rPr>
              <w:t>56.18</w:t>
            </w:r>
          </w:p>
        </w:tc>
        <w:tc>
          <w:tcPr>
            <w:tcW w:w="0" w:type="auto"/>
            <w:vAlign w:val="center"/>
          </w:tcPr>
          <w:p w14:paraId="0BEA07AC" w14:textId="77777777" w:rsidR="00F12170" w:rsidRPr="007911BE" w:rsidRDefault="00000000">
            <w:pPr>
              <w:ind w:firstLine="0"/>
              <w:jc w:val="center"/>
              <w:rPr>
                <w:sz w:val="16"/>
                <w:szCs w:val="28"/>
              </w:rPr>
            </w:pPr>
            <w:r w:rsidRPr="007911BE">
              <w:rPr>
                <w:sz w:val="16"/>
                <w:szCs w:val="28"/>
              </w:rPr>
              <w:t>43.82</w:t>
            </w:r>
          </w:p>
        </w:tc>
        <w:tc>
          <w:tcPr>
            <w:tcW w:w="0" w:type="auto"/>
            <w:vAlign w:val="center"/>
          </w:tcPr>
          <w:p w14:paraId="2C351991"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0C229F7A" w14:textId="77777777" w:rsidR="00F12170" w:rsidRPr="007911BE" w:rsidRDefault="00000000">
            <w:pPr>
              <w:ind w:firstLine="0"/>
              <w:jc w:val="center"/>
              <w:rPr>
                <w:sz w:val="16"/>
                <w:szCs w:val="28"/>
              </w:rPr>
            </w:pPr>
            <w:r w:rsidRPr="007911BE">
              <w:rPr>
                <w:sz w:val="16"/>
                <w:szCs w:val="28"/>
              </w:rPr>
              <w:t>0.36</w:t>
            </w:r>
          </w:p>
        </w:tc>
      </w:tr>
      <w:tr w:rsidR="00F12170" w:rsidRPr="007911BE" w14:paraId="3A50726D" w14:textId="77777777" w:rsidTr="00B408C8">
        <w:trPr>
          <w:jc w:val="center"/>
        </w:trPr>
        <w:tc>
          <w:tcPr>
            <w:tcW w:w="0" w:type="auto"/>
            <w:vAlign w:val="center"/>
          </w:tcPr>
          <w:p w14:paraId="48D2AC2A" w14:textId="77777777" w:rsidR="00F12170" w:rsidRPr="007911BE" w:rsidRDefault="00000000">
            <w:pPr>
              <w:ind w:firstLine="0"/>
              <w:jc w:val="left"/>
              <w:rPr>
                <w:sz w:val="16"/>
                <w:szCs w:val="28"/>
                <w:lang w:val="ru-RU"/>
              </w:rPr>
            </w:pPr>
            <w:r w:rsidRPr="007911BE">
              <w:rPr>
                <w:sz w:val="16"/>
                <w:szCs w:val="28"/>
                <w:lang w:val="ru-RU"/>
              </w:rPr>
              <w:t>Ханты-Мансийский автономный округ - Югра</w:t>
            </w:r>
          </w:p>
        </w:tc>
        <w:tc>
          <w:tcPr>
            <w:tcW w:w="0" w:type="auto"/>
            <w:vAlign w:val="center"/>
          </w:tcPr>
          <w:p w14:paraId="5523B002"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55241404"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6420CEBE" w14:textId="77777777" w:rsidR="00F12170" w:rsidRPr="007911BE" w:rsidRDefault="00000000">
            <w:pPr>
              <w:ind w:firstLine="0"/>
              <w:jc w:val="center"/>
              <w:rPr>
                <w:sz w:val="16"/>
                <w:szCs w:val="28"/>
              </w:rPr>
            </w:pPr>
            <w:r w:rsidRPr="007911BE">
              <w:rPr>
                <w:sz w:val="16"/>
                <w:szCs w:val="28"/>
              </w:rPr>
              <w:t>67.42</w:t>
            </w:r>
          </w:p>
        </w:tc>
        <w:tc>
          <w:tcPr>
            <w:tcW w:w="0" w:type="auto"/>
            <w:vAlign w:val="center"/>
          </w:tcPr>
          <w:p w14:paraId="59A84170" w14:textId="77777777" w:rsidR="00F12170" w:rsidRPr="007911BE" w:rsidRDefault="00000000">
            <w:pPr>
              <w:ind w:firstLine="0"/>
              <w:jc w:val="center"/>
              <w:rPr>
                <w:sz w:val="16"/>
                <w:szCs w:val="28"/>
              </w:rPr>
            </w:pPr>
            <w:r w:rsidRPr="007911BE">
              <w:rPr>
                <w:sz w:val="16"/>
                <w:szCs w:val="28"/>
              </w:rPr>
              <w:t>32.58</w:t>
            </w:r>
          </w:p>
        </w:tc>
        <w:tc>
          <w:tcPr>
            <w:tcW w:w="0" w:type="auto"/>
            <w:vAlign w:val="center"/>
          </w:tcPr>
          <w:p w14:paraId="26E34D8A" w14:textId="77777777" w:rsidR="00F12170" w:rsidRPr="007911BE" w:rsidRDefault="00000000">
            <w:pPr>
              <w:ind w:firstLine="0"/>
              <w:jc w:val="center"/>
              <w:rPr>
                <w:sz w:val="16"/>
                <w:szCs w:val="28"/>
              </w:rPr>
            </w:pPr>
            <w:r w:rsidRPr="007911BE">
              <w:rPr>
                <w:sz w:val="16"/>
                <w:szCs w:val="28"/>
              </w:rPr>
              <w:t>8</w:t>
            </w:r>
          </w:p>
        </w:tc>
        <w:tc>
          <w:tcPr>
            <w:tcW w:w="0" w:type="auto"/>
            <w:vAlign w:val="center"/>
          </w:tcPr>
          <w:p w14:paraId="79227787" w14:textId="77777777" w:rsidR="00F12170" w:rsidRPr="007911BE" w:rsidRDefault="00000000">
            <w:pPr>
              <w:ind w:firstLine="0"/>
              <w:jc w:val="center"/>
              <w:rPr>
                <w:sz w:val="16"/>
                <w:szCs w:val="28"/>
              </w:rPr>
            </w:pPr>
            <w:r w:rsidRPr="007911BE">
              <w:rPr>
                <w:sz w:val="16"/>
                <w:szCs w:val="28"/>
              </w:rPr>
              <w:t>0.38</w:t>
            </w:r>
          </w:p>
        </w:tc>
      </w:tr>
      <w:tr w:rsidR="00F12170" w:rsidRPr="007911BE" w14:paraId="5553B09B" w14:textId="77777777" w:rsidTr="00B408C8">
        <w:trPr>
          <w:jc w:val="center"/>
        </w:trPr>
        <w:tc>
          <w:tcPr>
            <w:tcW w:w="0" w:type="auto"/>
            <w:vAlign w:val="center"/>
          </w:tcPr>
          <w:p w14:paraId="3B428728" w14:textId="77777777" w:rsidR="00F12170" w:rsidRPr="007911BE" w:rsidRDefault="00000000">
            <w:pPr>
              <w:ind w:firstLine="0"/>
              <w:jc w:val="left"/>
              <w:rPr>
                <w:sz w:val="16"/>
                <w:szCs w:val="28"/>
              </w:rPr>
            </w:pPr>
            <w:proofErr w:type="spellStart"/>
            <w:r w:rsidRPr="007911BE">
              <w:rPr>
                <w:sz w:val="16"/>
                <w:szCs w:val="28"/>
              </w:rPr>
              <w:t>Херсонская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0247CEEB" w14:textId="77777777" w:rsidR="00F12170" w:rsidRPr="007911BE" w:rsidRDefault="00000000">
            <w:pPr>
              <w:ind w:firstLine="0"/>
              <w:jc w:val="left"/>
              <w:rPr>
                <w:sz w:val="16"/>
                <w:szCs w:val="28"/>
              </w:rPr>
            </w:pPr>
            <w:proofErr w:type="spellStart"/>
            <w:r w:rsidRPr="007911BE">
              <w:rPr>
                <w:sz w:val="16"/>
                <w:szCs w:val="28"/>
              </w:rPr>
              <w:t>Новые</w:t>
            </w:r>
            <w:proofErr w:type="spellEnd"/>
            <w:r w:rsidRPr="007911BE">
              <w:rPr>
                <w:sz w:val="16"/>
                <w:szCs w:val="28"/>
              </w:rPr>
              <w:t xml:space="preserve"> </w:t>
            </w:r>
            <w:proofErr w:type="spellStart"/>
            <w:r w:rsidRPr="007911BE">
              <w:rPr>
                <w:sz w:val="16"/>
                <w:szCs w:val="28"/>
              </w:rPr>
              <w:t>регионы</w:t>
            </w:r>
            <w:proofErr w:type="spellEnd"/>
          </w:p>
        </w:tc>
        <w:tc>
          <w:tcPr>
            <w:tcW w:w="0" w:type="auto"/>
            <w:vAlign w:val="center"/>
          </w:tcPr>
          <w:p w14:paraId="17D9C87E" w14:textId="77777777" w:rsidR="00F12170" w:rsidRPr="007911BE" w:rsidRDefault="00387CF6">
            <w:pPr>
              <w:ind w:firstLine="0"/>
              <w:jc w:val="left"/>
              <w:rPr>
                <w:sz w:val="16"/>
                <w:szCs w:val="28"/>
              </w:rPr>
            </w:pPr>
            <w:r w:rsidRPr="007911BE">
              <w:rPr>
                <w:sz w:val="16"/>
                <w:szCs w:val="28"/>
              </w:rPr>
              <w:t xml:space="preserve">– </w:t>
            </w:r>
          </w:p>
        </w:tc>
        <w:tc>
          <w:tcPr>
            <w:tcW w:w="0" w:type="auto"/>
            <w:vAlign w:val="center"/>
          </w:tcPr>
          <w:p w14:paraId="18ED4951" w14:textId="77777777" w:rsidR="00F12170" w:rsidRPr="007911BE" w:rsidRDefault="00000000">
            <w:pPr>
              <w:ind w:firstLine="0"/>
              <w:jc w:val="center"/>
              <w:rPr>
                <w:sz w:val="16"/>
                <w:szCs w:val="28"/>
              </w:rPr>
            </w:pPr>
            <w:r w:rsidRPr="007911BE">
              <w:rPr>
                <w:sz w:val="16"/>
                <w:szCs w:val="28"/>
              </w:rPr>
              <w:t>48.88</w:t>
            </w:r>
          </w:p>
        </w:tc>
        <w:tc>
          <w:tcPr>
            <w:tcW w:w="0" w:type="auto"/>
            <w:vAlign w:val="center"/>
          </w:tcPr>
          <w:p w14:paraId="6222741A" w14:textId="77777777" w:rsidR="00F12170" w:rsidRPr="007911BE" w:rsidRDefault="00000000">
            <w:pPr>
              <w:ind w:firstLine="0"/>
              <w:jc w:val="center"/>
              <w:rPr>
                <w:sz w:val="16"/>
                <w:szCs w:val="28"/>
              </w:rPr>
            </w:pPr>
            <w:r w:rsidRPr="007911BE">
              <w:rPr>
                <w:sz w:val="16"/>
                <w:szCs w:val="28"/>
              </w:rPr>
              <w:t>51.12</w:t>
            </w:r>
          </w:p>
        </w:tc>
        <w:tc>
          <w:tcPr>
            <w:tcW w:w="0" w:type="auto"/>
            <w:vAlign w:val="center"/>
          </w:tcPr>
          <w:p w14:paraId="5ECCF4D1"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77D8DAED" w14:textId="77777777" w:rsidR="00F12170" w:rsidRPr="007911BE" w:rsidRDefault="00000000">
            <w:pPr>
              <w:ind w:firstLine="0"/>
              <w:jc w:val="center"/>
              <w:rPr>
                <w:sz w:val="16"/>
                <w:szCs w:val="28"/>
              </w:rPr>
            </w:pPr>
            <w:r w:rsidRPr="007911BE">
              <w:rPr>
                <w:sz w:val="16"/>
                <w:szCs w:val="28"/>
              </w:rPr>
              <w:t>0.33</w:t>
            </w:r>
          </w:p>
        </w:tc>
      </w:tr>
      <w:tr w:rsidR="00F12170" w:rsidRPr="007911BE" w14:paraId="7CC1D723" w14:textId="77777777" w:rsidTr="00B408C8">
        <w:trPr>
          <w:jc w:val="center"/>
        </w:trPr>
        <w:tc>
          <w:tcPr>
            <w:tcW w:w="0" w:type="auto"/>
            <w:vAlign w:val="center"/>
          </w:tcPr>
          <w:p w14:paraId="06AB038D" w14:textId="77777777" w:rsidR="00F12170" w:rsidRPr="007911BE" w:rsidRDefault="00000000">
            <w:pPr>
              <w:ind w:firstLine="0"/>
              <w:jc w:val="left"/>
              <w:rPr>
                <w:sz w:val="16"/>
                <w:szCs w:val="28"/>
              </w:rPr>
            </w:pPr>
            <w:proofErr w:type="spellStart"/>
            <w:r w:rsidRPr="007911BE">
              <w:rPr>
                <w:sz w:val="16"/>
                <w:szCs w:val="28"/>
              </w:rPr>
              <w:t>Челябинская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69B3F882"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38518D96"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2BB17EB9" w14:textId="77777777" w:rsidR="00F12170" w:rsidRPr="007911BE" w:rsidRDefault="00000000">
            <w:pPr>
              <w:ind w:firstLine="0"/>
              <w:jc w:val="center"/>
              <w:rPr>
                <w:sz w:val="16"/>
                <w:szCs w:val="28"/>
              </w:rPr>
            </w:pPr>
            <w:r w:rsidRPr="007911BE">
              <w:rPr>
                <w:sz w:val="16"/>
                <w:szCs w:val="28"/>
              </w:rPr>
              <w:t>44.94</w:t>
            </w:r>
          </w:p>
        </w:tc>
        <w:tc>
          <w:tcPr>
            <w:tcW w:w="0" w:type="auto"/>
            <w:vAlign w:val="center"/>
          </w:tcPr>
          <w:p w14:paraId="535740C5" w14:textId="77777777" w:rsidR="00F12170" w:rsidRPr="007911BE" w:rsidRDefault="00000000">
            <w:pPr>
              <w:ind w:firstLine="0"/>
              <w:jc w:val="center"/>
              <w:rPr>
                <w:sz w:val="16"/>
                <w:szCs w:val="28"/>
              </w:rPr>
            </w:pPr>
            <w:r w:rsidRPr="007911BE">
              <w:rPr>
                <w:sz w:val="16"/>
                <w:szCs w:val="28"/>
              </w:rPr>
              <w:t>55.06</w:t>
            </w:r>
          </w:p>
        </w:tc>
        <w:tc>
          <w:tcPr>
            <w:tcW w:w="0" w:type="auto"/>
            <w:vAlign w:val="center"/>
          </w:tcPr>
          <w:p w14:paraId="555C9CEF"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5CFD4EB8" w14:textId="77777777" w:rsidR="00F12170" w:rsidRPr="007911BE" w:rsidRDefault="00000000">
            <w:pPr>
              <w:ind w:firstLine="0"/>
              <w:jc w:val="center"/>
              <w:rPr>
                <w:sz w:val="16"/>
                <w:szCs w:val="28"/>
              </w:rPr>
            </w:pPr>
            <w:r w:rsidRPr="007911BE">
              <w:rPr>
                <w:sz w:val="16"/>
                <w:szCs w:val="28"/>
              </w:rPr>
              <w:t>0.35</w:t>
            </w:r>
          </w:p>
        </w:tc>
      </w:tr>
      <w:tr w:rsidR="00F12170" w:rsidRPr="007911BE" w14:paraId="3626AB72" w14:textId="77777777" w:rsidTr="00B408C8">
        <w:trPr>
          <w:jc w:val="center"/>
        </w:trPr>
        <w:tc>
          <w:tcPr>
            <w:tcW w:w="0" w:type="auto"/>
            <w:vAlign w:val="center"/>
          </w:tcPr>
          <w:p w14:paraId="336741F1" w14:textId="77777777" w:rsidR="00F12170" w:rsidRPr="007911BE" w:rsidRDefault="00000000">
            <w:pPr>
              <w:ind w:firstLine="0"/>
              <w:jc w:val="left"/>
              <w:rPr>
                <w:sz w:val="16"/>
                <w:szCs w:val="28"/>
              </w:rPr>
            </w:pPr>
            <w:proofErr w:type="spellStart"/>
            <w:r w:rsidRPr="007911BE">
              <w:rPr>
                <w:sz w:val="16"/>
                <w:szCs w:val="28"/>
              </w:rPr>
              <w:t>Чеченская</w:t>
            </w:r>
            <w:proofErr w:type="spellEnd"/>
            <w:r w:rsidRPr="007911BE">
              <w:rPr>
                <w:sz w:val="16"/>
                <w:szCs w:val="28"/>
              </w:rPr>
              <w:t xml:space="preserve"> </w:t>
            </w:r>
            <w:proofErr w:type="spellStart"/>
            <w:r w:rsidRPr="007911BE">
              <w:rPr>
                <w:sz w:val="16"/>
                <w:szCs w:val="28"/>
              </w:rPr>
              <w:t>Республика</w:t>
            </w:r>
            <w:proofErr w:type="spellEnd"/>
          </w:p>
        </w:tc>
        <w:tc>
          <w:tcPr>
            <w:tcW w:w="0" w:type="auto"/>
            <w:vAlign w:val="center"/>
          </w:tcPr>
          <w:p w14:paraId="1B598781" w14:textId="77777777" w:rsidR="00F12170" w:rsidRPr="007911BE" w:rsidRDefault="00000000">
            <w:pPr>
              <w:ind w:firstLine="0"/>
              <w:jc w:val="left"/>
              <w:rPr>
                <w:sz w:val="16"/>
                <w:szCs w:val="28"/>
              </w:rPr>
            </w:pPr>
            <w:r w:rsidRPr="007911BE">
              <w:rPr>
                <w:sz w:val="16"/>
                <w:szCs w:val="28"/>
              </w:rPr>
              <w:t>СКФО</w:t>
            </w:r>
          </w:p>
        </w:tc>
        <w:tc>
          <w:tcPr>
            <w:tcW w:w="0" w:type="auto"/>
            <w:vAlign w:val="center"/>
          </w:tcPr>
          <w:p w14:paraId="54B0283E"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0504BE33" w14:textId="77777777" w:rsidR="00F12170" w:rsidRPr="007911BE" w:rsidRDefault="00000000">
            <w:pPr>
              <w:ind w:firstLine="0"/>
              <w:jc w:val="center"/>
              <w:rPr>
                <w:sz w:val="16"/>
                <w:szCs w:val="28"/>
              </w:rPr>
            </w:pPr>
            <w:r w:rsidRPr="007911BE">
              <w:rPr>
                <w:sz w:val="16"/>
                <w:szCs w:val="28"/>
              </w:rPr>
              <w:t>98.88</w:t>
            </w:r>
          </w:p>
        </w:tc>
        <w:tc>
          <w:tcPr>
            <w:tcW w:w="0" w:type="auto"/>
            <w:vAlign w:val="center"/>
          </w:tcPr>
          <w:p w14:paraId="22015EAE" w14:textId="77777777" w:rsidR="00F12170" w:rsidRPr="007911BE" w:rsidRDefault="00000000">
            <w:pPr>
              <w:ind w:firstLine="0"/>
              <w:jc w:val="center"/>
              <w:rPr>
                <w:sz w:val="16"/>
                <w:szCs w:val="28"/>
              </w:rPr>
            </w:pPr>
            <w:r w:rsidRPr="007911BE">
              <w:rPr>
                <w:sz w:val="16"/>
                <w:szCs w:val="28"/>
              </w:rPr>
              <w:t>1.12</w:t>
            </w:r>
          </w:p>
        </w:tc>
        <w:tc>
          <w:tcPr>
            <w:tcW w:w="0" w:type="auto"/>
            <w:vAlign w:val="center"/>
          </w:tcPr>
          <w:p w14:paraId="2999FCDF" w14:textId="77777777" w:rsidR="00F12170" w:rsidRPr="007911BE" w:rsidRDefault="00000000">
            <w:pPr>
              <w:ind w:firstLine="0"/>
              <w:jc w:val="center"/>
              <w:rPr>
                <w:sz w:val="16"/>
                <w:szCs w:val="28"/>
              </w:rPr>
            </w:pPr>
            <w:r w:rsidRPr="007911BE">
              <w:rPr>
                <w:sz w:val="16"/>
                <w:szCs w:val="28"/>
              </w:rPr>
              <w:t>8</w:t>
            </w:r>
          </w:p>
        </w:tc>
        <w:tc>
          <w:tcPr>
            <w:tcW w:w="0" w:type="auto"/>
            <w:vAlign w:val="center"/>
          </w:tcPr>
          <w:p w14:paraId="1386D1AE" w14:textId="77777777" w:rsidR="00F12170" w:rsidRPr="007911BE" w:rsidRDefault="00000000">
            <w:pPr>
              <w:ind w:firstLine="0"/>
              <w:jc w:val="center"/>
              <w:rPr>
                <w:sz w:val="16"/>
                <w:szCs w:val="28"/>
              </w:rPr>
            </w:pPr>
            <w:r w:rsidRPr="007911BE">
              <w:rPr>
                <w:sz w:val="16"/>
                <w:szCs w:val="28"/>
              </w:rPr>
              <w:t>0.6</w:t>
            </w:r>
          </w:p>
        </w:tc>
      </w:tr>
      <w:tr w:rsidR="00F12170" w:rsidRPr="007911BE" w14:paraId="74438859" w14:textId="77777777" w:rsidTr="00B408C8">
        <w:trPr>
          <w:jc w:val="center"/>
        </w:trPr>
        <w:tc>
          <w:tcPr>
            <w:tcW w:w="0" w:type="auto"/>
            <w:vAlign w:val="center"/>
          </w:tcPr>
          <w:p w14:paraId="048C06D7" w14:textId="77777777" w:rsidR="00F12170" w:rsidRPr="007911BE" w:rsidRDefault="00000000">
            <w:pPr>
              <w:ind w:firstLine="0"/>
              <w:jc w:val="left"/>
              <w:rPr>
                <w:sz w:val="16"/>
                <w:szCs w:val="28"/>
              </w:rPr>
            </w:pPr>
            <w:proofErr w:type="spellStart"/>
            <w:r w:rsidRPr="007911BE">
              <w:rPr>
                <w:sz w:val="16"/>
                <w:szCs w:val="28"/>
              </w:rPr>
              <w:t>Чувашская</w:t>
            </w:r>
            <w:proofErr w:type="spellEnd"/>
            <w:r w:rsidRPr="007911BE">
              <w:rPr>
                <w:sz w:val="16"/>
                <w:szCs w:val="28"/>
              </w:rPr>
              <w:t xml:space="preserve"> </w:t>
            </w:r>
            <w:proofErr w:type="spellStart"/>
            <w:r w:rsidRPr="007911BE">
              <w:rPr>
                <w:sz w:val="16"/>
                <w:szCs w:val="28"/>
              </w:rPr>
              <w:t>Республика</w:t>
            </w:r>
            <w:proofErr w:type="spellEnd"/>
            <w:r w:rsidRPr="007911BE">
              <w:rPr>
                <w:sz w:val="16"/>
                <w:szCs w:val="28"/>
              </w:rPr>
              <w:t xml:space="preserve"> - </w:t>
            </w:r>
            <w:proofErr w:type="spellStart"/>
            <w:r w:rsidRPr="007911BE">
              <w:rPr>
                <w:sz w:val="16"/>
                <w:szCs w:val="28"/>
              </w:rPr>
              <w:t>Чувашия</w:t>
            </w:r>
            <w:proofErr w:type="spellEnd"/>
          </w:p>
        </w:tc>
        <w:tc>
          <w:tcPr>
            <w:tcW w:w="0" w:type="auto"/>
            <w:vAlign w:val="center"/>
          </w:tcPr>
          <w:p w14:paraId="0AEF1218" w14:textId="77777777" w:rsidR="00F12170" w:rsidRPr="007911BE" w:rsidRDefault="00000000">
            <w:pPr>
              <w:ind w:firstLine="0"/>
              <w:jc w:val="left"/>
              <w:rPr>
                <w:sz w:val="16"/>
                <w:szCs w:val="28"/>
              </w:rPr>
            </w:pPr>
            <w:r w:rsidRPr="007911BE">
              <w:rPr>
                <w:sz w:val="16"/>
                <w:szCs w:val="28"/>
              </w:rPr>
              <w:t>ПФО</w:t>
            </w:r>
          </w:p>
        </w:tc>
        <w:tc>
          <w:tcPr>
            <w:tcW w:w="0" w:type="auto"/>
            <w:vAlign w:val="center"/>
          </w:tcPr>
          <w:p w14:paraId="1095C7BD"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5D1C46CB" w14:textId="77777777" w:rsidR="00F12170" w:rsidRPr="007911BE" w:rsidRDefault="00000000">
            <w:pPr>
              <w:ind w:firstLine="0"/>
              <w:jc w:val="center"/>
              <w:rPr>
                <w:sz w:val="16"/>
                <w:szCs w:val="28"/>
              </w:rPr>
            </w:pPr>
            <w:r w:rsidRPr="007911BE">
              <w:rPr>
                <w:sz w:val="16"/>
                <w:szCs w:val="28"/>
              </w:rPr>
              <w:t>22.47</w:t>
            </w:r>
          </w:p>
        </w:tc>
        <w:tc>
          <w:tcPr>
            <w:tcW w:w="0" w:type="auto"/>
            <w:vAlign w:val="center"/>
          </w:tcPr>
          <w:p w14:paraId="20D4CF3C" w14:textId="77777777" w:rsidR="00F12170" w:rsidRPr="007911BE" w:rsidRDefault="00000000">
            <w:pPr>
              <w:ind w:firstLine="0"/>
              <w:jc w:val="center"/>
              <w:rPr>
                <w:sz w:val="16"/>
                <w:szCs w:val="28"/>
              </w:rPr>
            </w:pPr>
            <w:r w:rsidRPr="007911BE">
              <w:rPr>
                <w:sz w:val="16"/>
                <w:szCs w:val="28"/>
              </w:rPr>
              <w:t>77.53</w:t>
            </w:r>
          </w:p>
        </w:tc>
        <w:tc>
          <w:tcPr>
            <w:tcW w:w="0" w:type="auto"/>
            <w:vAlign w:val="center"/>
          </w:tcPr>
          <w:p w14:paraId="1F1F0372"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03D3ED4E" w14:textId="77777777" w:rsidR="00F12170" w:rsidRPr="007911BE" w:rsidRDefault="00000000">
            <w:pPr>
              <w:ind w:firstLine="0"/>
              <w:jc w:val="center"/>
              <w:rPr>
                <w:sz w:val="16"/>
                <w:szCs w:val="28"/>
              </w:rPr>
            </w:pPr>
            <w:r w:rsidRPr="007911BE">
              <w:rPr>
                <w:sz w:val="16"/>
                <w:szCs w:val="28"/>
              </w:rPr>
              <w:t>0.35</w:t>
            </w:r>
          </w:p>
        </w:tc>
      </w:tr>
      <w:tr w:rsidR="00F12170" w:rsidRPr="007911BE" w14:paraId="4A8BFF0B" w14:textId="77777777" w:rsidTr="00B408C8">
        <w:trPr>
          <w:jc w:val="center"/>
        </w:trPr>
        <w:tc>
          <w:tcPr>
            <w:tcW w:w="0" w:type="auto"/>
            <w:vAlign w:val="center"/>
          </w:tcPr>
          <w:p w14:paraId="5DD2B551" w14:textId="77777777" w:rsidR="00F12170" w:rsidRPr="007911BE" w:rsidRDefault="00000000">
            <w:pPr>
              <w:ind w:firstLine="0"/>
              <w:jc w:val="left"/>
              <w:rPr>
                <w:sz w:val="16"/>
                <w:szCs w:val="28"/>
              </w:rPr>
            </w:pPr>
            <w:proofErr w:type="spellStart"/>
            <w:r w:rsidRPr="007911BE">
              <w:rPr>
                <w:sz w:val="16"/>
                <w:szCs w:val="28"/>
              </w:rPr>
              <w:t>Чукотский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7782CF58" w14:textId="77777777" w:rsidR="00F12170" w:rsidRPr="007911BE" w:rsidRDefault="00000000">
            <w:pPr>
              <w:ind w:firstLine="0"/>
              <w:jc w:val="left"/>
              <w:rPr>
                <w:sz w:val="16"/>
                <w:szCs w:val="28"/>
              </w:rPr>
            </w:pPr>
            <w:r w:rsidRPr="007911BE">
              <w:rPr>
                <w:sz w:val="16"/>
                <w:szCs w:val="28"/>
              </w:rPr>
              <w:t>ДФО</w:t>
            </w:r>
          </w:p>
        </w:tc>
        <w:tc>
          <w:tcPr>
            <w:tcW w:w="0" w:type="auto"/>
            <w:vAlign w:val="center"/>
          </w:tcPr>
          <w:p w14:paraId="70596AE3" w14:textId="77777777" w:rsidR="00F12170" w:rsidRPr="007911BE" w:rsidRDefault="00000000">
            <w:pPr>
              <w:ind w:firstLine="0"/>
              <w:jc w:val="center"/>
              <w:rPr>
                <w:sz w:val="16"/>
                <w:szCs w:val="28"/>
              </w:rPr>
            </w:pPr>
            <w:r w:rsidRPr="007911BE">
              <w:rPr>
                <w:sz w:val="16"/>
                <w:szCs w:val="28"/>
              </w:rPr>
              <w:t>3</w:t>
            </w:r>
          </w:p>
        </w:tc>
        <w:tc>
          <w:tcPr>
            <w:tcW w:w="0" w:type="auto"/>
            <w:vAlign w:val="center"/>
          </w:tcPr>
          <w:p w14:paraId="3166737D" w14:textId="77777777" w:rsidR="00F12170" w:rsidRPr="007911BE" w:rsidRDefault="00000000">
            <w:pPr>
              <w:ind w:firstLine="0"/>
              <w:jc w:val="center"/>
              <w:rPr>
                <w:sz w:val="16"/>
                <w:szCs w:val="28"/>
              </w:rPr>
            </w:pPr>
            <w:r w:rsidRPr="007911BE">
              <w:rPr>
                <w:sz w:val="16"/>
                <w:szCs w:val="28"/>
              </w:rPr>
              <w:t>100</w:t>
            </w:r>
          </w:p>
        </w:tc>
        <w:tc>
          <w:tcPr>
            <w:tcW w:w="0" w:type="auto"/>
            <w:vAlign w:val="center"/>
          </w:tcPr>
          <w:p w14:paraId="426940FA" w14:textId="77777777" w:rsidR="00F12170" w:rsidRPr="007911BE" w:rsidRDefault="00000000">
            <w:pPr>
              <w:ind w:firstLine="0"/>
              <w:jc w:val="center"/>
              <w:rPr>
                <w:sz w:val="16"/>
                <w:szCs w:val="28"/>
              </w:rPr>
            </w:pPr>
            <w:r w:rsidRPr="007911BE">
              <w:rPr>
                <w:sz w:val="16"/>
                <w:szCs w:val="28"/>
              </w:rPr>
              <w:t>0</w:t>
            </w:r>
          </w:p>
        </w:tc>
        <w:tc>
          <w:tcPr>
            <w:tcW w:w="0" w:type="auto"/>
            <w:vAlign w:val="center"/>
          </w:tcPr>
          <w:p w14:paraId="5AEE83FF" w14:textId="77777777" w:rsidR="00F12170" w:rsidRPr="007911BE" w:rsidRDefault="00000000">
            <w:pPr>
              <w:ind w:firstLine="0"/>
              <w:jc w:val="center"/>
              <w:rPr>
                <w:sz w:val="16"/>
                <w:szCs w:val="28"/>
              </w:rPr>
            </w:pPr>
            <w:r w:rsidRPr="007911BE">
              <w:rPr>
                <w:sz w:val="16"/>
                <w:szCs w:val="28"/>
              </w:rPr>
              <w:t>2</w:t>
            </w:r>
          </w:p>
        </w:tc>
        <w:tc>
          <w:tcPr>
            <w:tcW w:w="0" w:type="auto"/>
            <w:vAlign w:val="center"/>
          </w:tcPr>
          <w:p w14:paraId="0B4AAAED" w14:textId="77777777" w:rsidR="00F12170" w:rsidRPr="007911BE" w:rsidRDefault="00000000">
            <w:pPr>
              <w:ind w:firstLine="0"/>
              <w:jc w:val="center"/>
              <w:rPr>
                <w:sz w:val="16"/>
                <w:szCs w:val="28"/>
              </w:rPr>
            </w:pPr>
            <w:r w:rsidRPr="007911BE">
              <w:rPr>
                <w:sz w:val="16"/>
                <w:szCs w:val="28"/>
              </w:rPr>
              <w:t>0.66</w:t>
            </w:r>
          </w:p>
        </w:tc>
      </w:tr>
      <w:tr w:rsidR="00F12170" w:rsidRPr="007911BE" w14:paraId="6D5238D1" w14:textId="77777777" w:rsidTr="00B408C8">
        <w:trPr>
          <w:jc w:val="center"/>
        </w:trPr>
        <w:tc>
          <w:tcPr>
            <w:tcW w:w="0" w:type="auto"/>
            <w:vAlign w:val="center"/>
          </w:tcPr>
          <w:p w14:paraId="77C424A1" w14:textId="77777777" w:rsidR="00F12170" w:rsidRPr="007911BE" w:rsidRDefault="00000000">
            <w:pPr>
              <w:ind w:firstLine="0"/>
              <w:jc w:val="left"/>
              <w:rPr>
                <w:sz w:val="16"/>
                <w:szCs w:val="28"/>
              </w:rPr>
            </w:pPr>
            <w:proofErr w:type="spellStart"/>
            <w:r w:rsidRPr="007911BE">
              <w:rPr>
                <w:sz w:val="16"/>
                <w:szCs w:val="28"/>
              </w:rPr>
              <w:t>Ямало-Ненецкий</w:t>
            </w:r>
            <w:proofErr w:type="spellEnd"/>
            <w:r w:rsidRPr="007911BE">
              <w:rPr>
                <w:sz w:val="16"/>
                <w:szCs w:val="28"/>
              </w:rPr>
              <w:t xml:space="preserve"> </w:t>
            </w:r>
            <w:proofErr w:type="spellStart"/>
            <w:r w:rsidRPr="007911BE">
              <w:rPr>
                <w:sz w:val="16"/>
                <w:szCs w:val="28"/>
              </w:rPr>
              <w:t>автономный</w:t>
            </w:r>
            <w:proofErr w:type="spellEnd"/>
            <w:r w:rsidRPr="007911BE">
              <w:rPr>
                <w:sz w:val="16"/>
                <w:szCs w:val="28"/>
              </w:rPr>
              <w:t xml:space="preserve"> </w:t>
            </w:r>
            <w:proofErr w:type="spellStart"/>
            <w:r w:rsidRPr="007911BE">
              <w:rPr>
                <w:sz w:val="16"/>
                <w:szCs w:val="28"/>
              </w:rPr>
              <w:t>округ</w:t>
            </w:r>
            <w:proofErr w:type="spellEnd"/>
          </w:p>
        </w:tc>
        <w:tc>
          <w:tcPr>
            <w:tcW w:w="0" w:type="auto"/>
            <w:vAlign w:val="center"/>
          </w:tcPr>
          <w:p w14:paraId="3ABE3A50" w14:textId="77777777" w:rsidR="00F12170" w:rsidRPr="007911BE" w:rsidRDefault="00000000">
            <w:pPr>
              <w:ind w:firstLine="0"/>
              <w:jc w:val="left"/>
              <w:rPr>
                <w:sz w:val="16"/>
                <w:szCs w:val="28"/>
              </w:rPr>
            </w:pPr>
            <w:r w:rsidRPr="007911BE">
              <w:rPr>
                <w:sz w:val="16"/>
                <w:szCs w:val="28"/>
              </w:rPr>
              <w:t>УФО</w:t>
            </w:r>
          </w:p>
        </w:tc>
        <w:tc>
          <w:tcPr>
            <w:tcW w:w="0" w:type="auto"/>
            <w:vAlign w:val="center"/>
          </w:tcPr>
          <w:p w14:paraId="2ECFD26D"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75C85E62" w14:textId="77777777" w:rsidR="00F12170" w:rsidRPr="007911BE" w:rsidRDefault="00000000">
            <w:pPr>
              <w:ind w:firstLine="0"/>
              <w:jc w:val="center"/>
              <w:rPr>
                <w:sz w:val="16"/>
                <w:szCs w:val="28"/>
              </w:rPr>
            </w:pPr>
            <w:r w:rsidRPr="007911BE">
              <w:rPr>
                <w:sz w:val="16"/>
                <w:szCs w:val="28"/>
              </w:rPr>
              <w:t>86.52</w:t>
            </w:r>
          </w:p>
        </w:tc>
        <w:tc>
          <w:tcPr>
            <w:tcW w:w="0" w:type="auto"/>
            <w:vAlign w:val="center"/>
          </w:tcPr>
          <w:p w14:paraId="22D9DE0C" w14:textId="77777777" w:rsidR="00F12170" w:rsidRPr="007911BE" w:rsidRDefault="00000000">
            <w:pPr>
              <w:ind w:firstLine="0"/>
              <w:jc w:val="center"/>
              <w:rPr>
                <w:sz w:val="16"/>
                <w:szCs w:val="28"/>
              </w:rPr>
            </w:pPr>
            <w:r w:rsidRPr="007911BE">
              <w:rPr>
                <w:sz w:val="16"/>
                <w:szCs w:val="28"/>
              </w:rPr>
              <w:t>13.48</w:t>
            </w:r>
          </w:p>
        </w:tc>
        <w:tc>
          <w:tcPr>
            <w:tcW w:w="0" w:type="auto"/>
            <w:vAlign w:val="center"/>
          </w:tcPr>
          <w:p w14:paraId="1B28435C" w14:textId="77777777" w:rsidR="00F12170" w:rsidRPr="007911BE" w:rsidRDefault="00000000">
            <w:pPr>
              <w:ind w:firstLine="0"/>
              <w:jc w:val="center"/>
              <w:rPr>
                <w:sz w:val="16"/>
                <w:szCs w:val="28"/>
              </w:rPr>
            </w:pPr>
            <w:r w:rsidRPr="007911BE">
              <w:rPr>
                <w:sz w:val="16"/>
                <w:szCs w:val="28"/>
              </w:rPr>
              <w:t>8</w:t>
            </w:r>
          </w:p>
        </w:tc>
        <w:tc>
          <w:tcPr>
            <w:tcW w:w="0" w:type="auto"/>
            <w:vAlign w:val="center"/>
          </w:tcPr>
          <w:p w14:paraId="72ACE175" w14:textId="77777777" w:rsidR="00F12170" w:rsidRPr="007911BE" w:rsidRDefault="00000000">
            <w:pPr>
              <w:ind w:firstLine="0"/>
              <w:jc w:val="center"/>
              <w:rPr>
                <w:sz w:val="16"/>
                <w:szCs w:val="28"/>
              </w:rPr>
            </w:pPr>
            <w:r w:rsidRPr="007911BE">
              <w:rPr>
                <w:sz w:val="16"/>
                <w:szCs w:val="28"/>
              </w:rPr>
              <w:t>0.43</w:t>
            </w:r>
          </w:p>
        </w:tc>
      </w:tr>
      <w:tr w:rsidR="00F12170" w:rsidRPr="007911BE" w14:paraId="29F82752" w14:textId="77777777" w:rsidTr="00B408C8">
        <w:trPr>
          <w:jc w:val="center"/>
        </w:trPr>
        <w:tc>
          <w:tcPr>
            <w:tcW w:w="0" w:type="auto"/>
            <w:vAlign w:val="center"/>
          </w:tcPr>
          <w:p w14:paraId="065A98C0" w14:textId="77777777" w:rsidR="00F12170" w:rsidRPr="007911BE" w:rsidRDefault="00000000">
            <w:pPr>
              <w:ind w:firstLine="0"/>
              <w:jc w:val="left"/>
              <w:rPr>
                <w:sz w:val="16"/>
                <w:szCs w:val="28"/>
              </w:rPr>
            </w:pPr>
            <w:proofErr w:type="spellStart"/>
            <w:r w:rsidRPr="007911BE">
              <w:rPr>
                <w:sz w:val="16"/>
                <w:szCs w:val="28"/>
              </w:rPr>
              <w:t>Ярославская</w:t>
            </w:r>
            <w:proofErr w:type="spellEnd"/>
            <w:r w:rsidRPr="007911BE">
              <w:rPr>
                <w:sz w:val="16"/>
                <w:szCs w:val="28"/>
              </w:rPr>
              <w:t xml:space="preserve"> </w:t>
            </w:r>
            <w:proofErr w:type="spellStart"/>
            <w:r w:rsidRPr="007911BE">
              <w:rPr>
                <w:sz w:val="16"/>
                <w:szCs w:val="28"/>
              </w:rPr>
              <w:t>область</w:t>
            </w:r>
            <w:proofErr w:type="spellEnd"/>
          </w:p>
        </w:tc>
        <w:tc>
          <w:tcPr>
            <w:tcW w:w="0" w:type="auto"/>
            <w:vAlign w:val="center"/>
          </w:tcPr>
          <w:p w14:paraId="5CA2A3BD" w14:textId="77777777" w:rsidR="00F12170" w:rsidRPr="007911BE" w:rsidRDefault="00000000">
            <w:pPr>
              <w:ind w:firstLine="0"/>
              <w:jc w:val="left"/>
              <w:rPr>
                <w:sz w:val="16"/>
                <w:szCs w:val="28"/>
              </w:rPr>
            </w:pPr>
            <w:r w:rsidRPr="007911BE">
              <w:rPr>
                <w:sz w:val="16"/>
                <w:szCs w:val="28"/>
              </w:rPr>
              <w:t>ЦФО</w:t>
            </w:r>
          </w:p>
        </w:tc>
        <w:tc>
          <w:tcPr>
            <w:tcW w:w="0" w:type="auto"/>
            <w:vAlign w:val="center"/>
          </w:tcPr>
          <w:p w14:paraId="66706705" w14:textId="77777777" w:rsidR="00F12170" w:rsidRPr="007911BE" w:rsidRDefault="00000000">
            <w:pPr>
              <w:ind w:firstLine="0"/>
              <w:jc w:val="center"/>
              <w:rPr>
                <w:sz w:val="16"/>
                <w:szCs w:val="28"/>
              </w:rPr>
            </w:pPr>
            <w:r w:rsidRPr="007911BE">
              <w:rPr>
                <w:sz w:val="16"/>
                <w:szCs w:val="28"/>
              </w:rPr>
              <w:t>1</w:t>
            </w:r>
          </w:p>
        </w:tc>
        <w:tc>
          <w:tcPr>
            <w:tcW w:w="0" w:type="auto"/>
            <w:vAlign w:val="center"/>
          </w:tcPr>
          <w:p w14:paraId="012D1119" w14:textId="77777777" w:rsidR="00F12170" w:rsidRPr="007911BE" w:rsidRDefault="00000000">
            <w:pPr>
              <w:ind w:firstLine="0"/>
              <w:jc w:val="center"/>
              <w:rPr>
                <w:sz w:val="16"/>
                <w:szCs w:val="28"/>
              </w:rPr>
            </w:pPr>
            <w:r w:rsidRPr="007911BE">
              <w:rPr>
                <w:sz w:val="16"/>
                <w:szCs w:val="28"/>
              </w:rPr>
              <w:t>14.61</w:t>
            </w:r>
          </w:p>
        </w:tc>
        <w:tc>
          <w:tcPr>
            <w:tcW w:w="0" w:type="auto"/>
            <w:vAlign w:val="center"/>
          </w:tcPr>
          <w:p w14:paraId="38F59D3C" w14:textId="77777777" w:rsidR="00F12170" w:rsidRPr="007911BE" w:rsidRDefault="00000000">
            <w:pPr>
              <w:ind w:firstLine="0"/>
              <w:jc w:val="center"/>
              <w:rPr>
                <w:sz w:val="16"/>
                <w:szCs w:val="28"/>
              </w:rPr>
            </w:pPr>
            <w:r w:rsidRPr="007911BE">
              <w:rPr>
                <w:sz w:val="16"/>
                <w:szCs w:val="28"/>
              </w:rPr>
              <w:t>85.39</w:t>
            </w:r>
          </w:p>
        </w:tc>
        <w:tc>
          <w:tcPr>
            <w:tcW w:w="0" w:type="auto"/>
            <w:vAlign w:val="center"/>
          </w:tcPr>
          <w:p w14:paraId="419DE6A2" w14:textId="77777777" w:rsidR="00F12170" w:rsidRPr="007911BE" w:rsidRDefault="00000000">
            <w:pPr>
              <w:ind w:firstLine="0"/>
              <w:jc w:val="center"/>
              <w:rPr>
                <w:sz w:val="16"/>
                <w:szCs w:val="28"/>
              </w:rPr>
            </w:pPr>
            <w:r w:rsidRPr="007911BE">
              <w:rPr>
                <w:sz w:val="16"/>
                <w:szCs w:val="28"/>
              </w:rPr>
              <w:t>5</w:t>
            </w:r>
          </w:p>
        </w:tc>
        <w:tc>
          <w:tcPr>
            <w:tcW w:w="0" w:type="auto"/>
            <w:vAlign w:val="center"/>
          </w:tcPr>
          <w:p w14:paraId="61A5A001" w14:textId="77777777" w:rsidR="00F12170" w:rsidRPr="007911BE" w:rsidRDefault="00000000">
            <w:pPr>
              <w:ind w:firstLine="0"/>
              <w:jc w:val="center"/>
              <w:rPr>
                <w:sz w:val="16"/>
                <w:szCs w:val="28"/>
              </w:rPr>
            </w:pPr>
            <w:r w:rsidRPr="007911BE">
              <w:rPr>
                <w:sz w:val="16"/>
                <w:szCs w:val="28"/>
              </w:rPr>
              <w:t>0.38</w:t>
            </w:r>
          </w:p>
        </w:tc>
      </w:tr>
    </w:tbl>
    <w:p w14:paraId="30095047" w14:textId="77777777" w:rsidR="00F12170" w:rsidRPr="007911BE" w:rsidRDefault="00000000">
      <w:pPr>
        <w:spacing w:after="120"/>
        <w:jc w:val="left"/>
        <w:rPr>
          <w:lang w:val="ru-RU"/>
        </w:rPr>
      </w:pPr>
      <w:r w:rsidRPr="007911BE">
        <w:rPr>
          <w:lang w:val="ru-RU"/>
        </w:rPr>
        <w:t>Источник: расчёты автора по данным ЕМИСС и рабочей аналитической базе показателей.</w:t>
      </w:r>
    </w:p>
    <w:p w14:paraId="70598550" w14:textId="77777777" w:rsidR="00F12170" w:rsidRPr="007911BE" w:rsidRDefault="00000000" w:rsidP="00585C06">
      <w:pPr>
        <w:pStyle w:val="21"/>
      </w:pPr>
      <w:bookmarkStart w:id="32" w:name="_Toc228134078"/>
      <w:r w:rsidRPr="007911BE">
        <w:t>6.3. Выводы и рекомендации</w:t>
      </w:r>
      <w:bookmarkEnd w:id="32"/>
    </w:p>
    <w:p w14:paraId="355C3FE1" w14:textId="77777777" w:rsidR="00F12170" w:rsidRPr="007911BE" w:rsidRDefault="00000000">
      <w:pPr>
        <w:rPr>
          <w:lang w:val="ru-RU"/>
        </w:rPr>
      </w:pPr>
      <w:r w:rsidRPr="007911BE">
        <w:rPr>
          <w:sz w:val="28"/>
          <w:lang w:val="ru-RU"/>
        </w:rPr>
        <w:t xml:space="preserve">Следует отказаться от единой логики «все регионы должны повысить СКР одинаковым набором мер». Для разных территориальных типов нужны разные механизмы. В регионах высокой многодетности центральной задачей </w:t>
      </w:r>
      <w:r w:rsidRPr="007911BE">
        <w:rPr>
          <w:sz w:val="28"/>
          <w:lang w:val="ru-RU"/>
        </w:rPr>
        <w:lastRenderedPageBreak/>
        <w:t xml:space="preserve">является снижение бедности и повышение качества жизни многодетных семей. В регионах низкой рождаемости и высокой урбанизации </w:t>
      </w:r>
      <w:r w:rsidR="00387CF6" w:rsidRPr="007911BE">
        <w:rPr>
          <w:sz w:val="28"/>
          <w:lang w:val="ru-RU"/>
        </w:rPr>
        <w:t xml:space="preserve">– </w:t>
      </w:r>
      <w:r w:rsidRPr="007911BE">
        <w:rPr>
          <w:sz w:val="28"/>
          <w:lang w:val="ru-RU"/>
        </w:rPr>
        <w:t xml:space="preserve"> снижение стоимости родительства, расширение доступного жилья, гибкой занятости, детской инфраструктуры и поддержки первых/вторых рождений. В стареющих регионах </w:t>
      </w:r>
      <w:r w:rsidR="00387CF6" w:rsidRPr="007911BE">
        <w:rPr>
          <w:sz w:val="28"/>
          <w:lang w:val="ru-RU"/>
        </w:rPr>
        <w:t xml:space="preserve">– </w:t>
      </w:r>
      <w:r w:rsidRPr="007911BE">
        <w:rPr>
          <w:sz w:val="28"/>
          <w:lang w:val="ru-RU"/>
        </w:rPr>
        <w:t xml:space="preserve"> сочетание ухода за старшими, поддержки занятости ухаживающих родственников и удержания молодёжи.</w:t>
      </w:r>
    </w:p>
    <w:p w14:paraId="2F0B7148" w14:textId="77777777" w:rsidR="00F12170" w:rsidRPr="007911BE" w:rsidRDefault="00000000">
      <w:pPr>
        <w:rPr>
          <w:lang w:val="ru-RU"/>
        </w:rPr>
      </w:pPr>
      <w:r w:rsidRPr="007911BE">
        <w:rPr>
          <w:sz w:val="28"/>
          <w:lang w:val="ru-RU"/>
        </w:rPr>
        <w:t xml:space="preserve">Рекомендуется внедрить риск-ориентированный мониторинг: каждый субъект должен иметь профиль риска недостижения целей, типовую группу, набор приоритетных мер и отдельный прогноз. Пространственная статистика должна использоваться для выявления территориальных кластеров риска и проектирования межрегиональных мер, особенно в сельских и </w:t>
      </w:r>
      <w:proofErr w:type="spellStart"/>
      <w:r w:rsidRPr="007911BE">
        <w:rPr>
          <w:sz w:val="28"/>
          <w:lang w:val="ru-RU"/>
        </w:rPr>
        <w:t>малогородских</w:t>
      </w:r>
      <w:proofErr w:type="spellEnd"/>
      <w:r w:rsidRPr="007911BE">
        <w:rPr>
          <w:sz w:val="28"/>
          <w:lang w:val="ru-RU"/>
        </w:rPr>
        <w:t xml:space="preserve"> зонах.</w:t>
      </w:r>
    </w:p>
    <w:p w14:paraId="6505A920" w14:textId="77777777" w:rsidR="00F12170" w:rsidRPr="007911BE" w:rsidRDefault="00000000" w:rsidP="00585C06">
      <w:pPr>
        <w:pStyle w:val="1"/>
      </w:pPr>
      <w:bookmarkStart w:id="33" w:name="_Toc228134079"/>
      <w:r w:rsidRPr="007911BE">
        <w:t>7. Финансовая экспертиза и оценка структуры расходов</w:t>
      </w:r>
      <w:bookmarkEnd w:id="33"/>
    </w:p>
    <w:p w14:paraId="253625E4" w14:textId="77777777" w:rsidR="00F12170" w:rsidRPr="007911BE" w:rsidRDefault="00000000" w:rsidP="00585C06">
      <w:pPr>
        <w:pStyle w:val="21"/>
      </w:pPr>
      <w:bookmarkStart w:id="34" w:name="_Toc228134080"/>
      <w:r w:rsidRPr="007911BE">
        <w:t>7.1. Методика</w:t>
      </w:r>
      <w:bookmarkEnd w:id="34"/>
    </w:p>
    <w:p w14:paraId="29585992" w14:textId="77777777" w:rsidR="00F12170" w:rsidRPr="007911BE" w:rsidRDefault="00000000">
      <w:pPr>
        <w:rPr>
          <w:sz w:val="28"/>
          <w:szCs w:val="28"/>
          <w:lang w:val="ru-RU"/>
        </w:rPr>
      </w:pPr>
      <w:r w:rsidRPr="007911BE">
        <w:rPr>
          <w:sz w:val="28"/>
          <w:szCs w:val="28"/>
          <w:lang w:val="ru-RU"/>
        </w:rPr>
        <w:t xml:space="preserve">Финансовая экспертиза выполнена по данным паспорта национального проекта с разделением двух оптик анализа. Первая оптика </w:t>
      </w:r>
      <w:r w:rsidR="00387CF6" w:rsidRPr="007911BE">
        <w:rPr>
          <w:sz w:val="28"/>
          <w:szCs w:val="28"/>
          <w:lang w:val="ru-RU"/>
        </w:rPr>
        <w:t xml:space="preserve">– </w:t>
      </w:r>
      <w:r w:rsidRPr="007911BE">
        <w:rPr>
          <w:sz w:val="28"/>
          <w:szCs w:val="28"/>
          <w:lang w:val="ru-RU"/>
        </w:rPr>
        <w:t xml:space="preserve"> проектная: сколько средств приходится на каждый федеральный проект и как меняется это распределение по годам. Вторая оптика </w:t>
      </w:r>
      <w:r w:rsidR="00387CF6" w:rsidRPr="007911BE">
        <w:rPr>
          <w:sz w:val="28"/>
          <w:szCs w:val="28"/>
          <w:lang w:val="ru-RU"/>
        </w:rPr>
        <w:t xml:space="preserve">– </w:t>
      </w:r>
      <w:r w:rsidRPr="007911BE">
        <w:rPr>
          <w:sz w:val="28"/>
          <w:szCs w:val="28"/>
          <w:lang w:val="ru-RU"/>
        </w:rPr>
        <w:t xml:space="preserve"> источниковая: из каких бюджетов и фондов формируется финансирование и где возникает риск двойного счёта при межбюджетных трансфертах.</w:t>
      </w:r>
    </w:p>
    <w:p w14:paraId="3D71034A" w14:textId="77777777" w:rsidR="00F12170" w:rsidRPr="007911BE" w:rsidRDefault="00000000">
      <w:pPr>
        <w:rPr>
          <w:sz w:val="28"/>
          <w:szCs w:val="28"/>
          <w:lang w:val="ru-RU"/>
        </w:rPr>
      </w:pPr>
      <w:r w:rsidRPr="007911BE">
        <w:rPr>
          <w:sz w:val="28"/>
          <w:szCs w:val="28"/>
          <w:lang w:val="ru-RU"/>
        </w:rPr>
        <w:t xml:space="preserve">Отдельно оценивалась концентрация ресурсов. Для этого рассчитывался индекс концентрации </w:t>
      </w:r>
      <w:r w:rsidRPr="007911BE">
        <w:rPr>
          <w:sz w:val="28"/>
          <w:szCs w:val="28"/>
        </w:rPr>
        <w:t>HHI</w:t>
      </w:r>
      <w:r w:rsidRPr="007911BE">
        <w:rPr>
          <w:sz w:val="28"/>
          <w:szCs w:val="28"/>
          <w:lang w:val="ru-RU"/>
        </w:rPr>
        <w:t xml:space="preserve"> </w:t>
      </w:r>
      <w:r w:rsidR="00387CF6" w:rsidRPr="007911BE">
        <w:rPr>
          <w:sz w:val="28"/>
          <w:szCs w:val="28"/>
          <w:lang w:val="ru-RU"/>
        </w:rPr>
        <w:t xml:space="preserve">– </w:t>
      </w:r>
      <w:r w:rsidRPr="007911BE">
        <w:rPr>
          <w:sz w:val="28"/>
          <w:szCs w:val="28"/>
          <w:lang w:val="ru-RU"/>
        </w:rPr>
        <w:t xml:space="preserve"> показатель, который показывает, насколько бюджет «собран» в одном или нескольких крупных блоках. В управленческом смысле высокий </w:t>
      </w:r>
      <w:r w:rsidRPr="007911BE">
        <w:rPr>
          <w:sz w:val="28"/>
          <w:szCs w:val="28"/>
        </w:rPr>
        <w:t>HHI</w:t>
      </w:r>
      <w:r w:rsidRPr="007911BE">
        <w:rPr>
          <w:sz w:val="28"/>
          <w:szCs w:val="28"/>
          <w:lang w:val="ru-RU"/>
        </w:rPr>
        <w:t xml:space="preserve"> означает, что судьба всего проекта в значительной степени зависит от одного доминирующего федерального проекта и от того, насколько его мероприятия действительно приводят к измеримому результату.</w:t>
      </w:r>
    </w:p>
    <w:p w14:paraId="33981223" w14:textId="77777777" w:rsidR="00F12170" w:rsidRPr="007911BE" w:rsidRDefault="00000000">
      <w:pPr>
        <w:rPr>
          <w:sz w:val="28"/>
          <w:szCs w:val="28"/>
          <w:lang w:val="ru-RU"/>
        </w:rPr>
      </w:pPr>
      <w:r w:rsidRPr="007911BE">
        <w:rPr>
          <w:sz w:val="28"/>
          <w:szCs w:val="28"/>
          <w:lang w:val="ru-RU"/>
        </w:rPr>
        <w:t>Кроме объёма средств анализировалась их связность с системой показателей. Мы сопоставляли финансовую структуру с наблюдаемостью результатов и с типом причинной связи между мероприятием и индикатором. Это важно, потому что крупный бюджет сам по себе ещё не гарантирует сильного эффекта: значительная часть расходов может идти на меры с косвенным влиянием на рождаемость или на показатели, которые пока наблюдаются не полностью.</w:t>
      </w:r>
    </w:p>
    <w:p w14:paraId="6BFCA3E6" w14:textId="77777777" w:rsidR="00F12170" w:rsidRPr="007911BE" w:rsidRDefault="00000000">
      <w:pPr>
        <w:rPr>
          <w:sz w:val="28"/>
          <w:szCs w:val="28"/>
          <w:lang w:val="ru-RU"/>
        </w:rPr>
      </w:pPr>
      <w:r w:rsidRPr="007911BE">
        <w:rPr>
          <w:sz w:val="28"/>
          <w:szCs w:val="28"/>
          <w:lang w:val="ru-RU"/>
        </w:rPr>
        <w:t xml:space="preserve">Для интерпретации использовалась логика </w:t>
      </w:r>
      <w:r w:rsidRPr="007911BE">
        <w:rPr>
          <w:sz w:val="28"/>
          <w:szCs w:val="28"/>
        </w:rPr>
        <w:t>Green</w:t>
      </w:r>
      <w:r w:rsidRPr="007911BE">
        <w:rPr>
          <w:sz w:val="28"/>
          <w:szCs w:val="28"/>
          <w:lang w:val="ru-RU"/>
        </w:rPr>
        <w:t xml:space="preserve"> </w:t>
      </w:r>
      <w:r w:rsidRPr="007911BE">
        <w:rPr>
          <w:sz w:val="28"/>
          <w:szCs w:val="28"/>
        </w:rPr>
        <w:t>Book</w:t>
      </w:r>
      <w:r w:rsidRPr="007911BE">
        <w:rPr>
          <w:sz w:val="28"/>
          <w:szCs w:val="28"/>
          <w:lang w:val="ru-RU"/>
        </w:rPr>
        <w:t xml:space="preserve"> [8]: государственные расходы должны рассматриваться не только как сумма обязательств, но и как общественная ценность, распределительный эффект, устойчивость результата и риск ошибки при принятии решения. Для демографической политики это особенно существенно, потому что социальная справедливость и демографический эффект связаны, но не тождественны друг другу.</w:t>
      </w:r>
    </w:p>
    <w:p w14:paraId="5628B0EE" w14:textId="77777777" w:rsidR="00B408C8" w:rsidRPr="007911BE" w:rsidRDefault="00B408C8">
      <w:pPr>
        <w:ind w:firstLine="0"/>
        <w:jc w:val="left"/>
        <w:rPr>
          <w:lang w:val="ru-RU"/>
        </w:rPr>
      </w:pPr>
    </w:p>
    <w:p w14:paraId="72187665" w14:textId="77777777" w:rsidR="007C4FB0" w:rsidRPr="007911BE" w:rsidRDefault="007C4FB0">
      <w:pPr>
        <w:ind w:firstLine="0"/>
        <w:jc w:val="left"/>
        <w:rPr>
          <w:lang w:val="ru-RU"/>
        </w:rPr>
      </w:pPr>
    </w:p>
    <w:p w14:paraId="2F82FC06" w14:textId="77777777" w:rsidR="007C4FB0" w:rsidRPr="007911BE" w:rsidRDefault="007C4FB0">
      <w:pPr>
        <w:ind w:firstLine="0"/>
        <w:jc w:val="left"/>
        <w:rPr>
          <w:lang w:val="ru-RU"/>
        </w:rPr>
      </w:pPr>
    </w:p>
    <w:p w14:paraId="4F0B4B6B" w14:textId="77777777" w:rsidR="007C4FB0" w:rsidRPr="007911BE" w:rsidRDefault="007C4FB0">
      <w:pPr>
        <w:ind w:firstLine="0"/>
        <w:jc w:val="left"/>
        <w:rPr>
          <w:lang w:val="ru-RU"/>
        </w:rPr>
      </w:pPr>
    </w:p>
    <w:p w14:paraId="7F592E85" w14:textId="77777777" w:rsidR="00F12170" w:rsidRPr="007911BE" w:rsidRDefault="00000000">
      <w:pPr>
        <w:ind w:firstLine="0"/>
        <w:jc w:val="left"/>
        <w:rPr>
          <w:lang w:val="ru-RU"/>
        </w:rPr>
      </w:pPr>
      <w:r w:rsidRPr="007911BE">
        <w:rPr>
          <w:lang w:val="ru-RU"/>
        </w:rPr>
        <w:lastRenderedPageBreak/>
        <w:t xml:space="preserve">Таблица 18 </w:t>
      </w:r>
      <w:r w:rsidR="00387CF6" w:rsidRPr="007911BE">
        <w:rPr>
          <w:lang w:val="ru-RU"/>
        </w:rPr>
        <w:t xml:space="preserve">– </w:t>
      </w:r>
      <w:r w:rsidRPr="007911BE">
        <w:rPr>
          <w:lang w:val="ru-RU"/>
        </w:rPr>
        <w:t xml:space="preserve"> Распределение финансового обеспечения по федеральным проектам</w:t>
      </w:r>
    </w:p>
    <w:tbl>
      <w:tblPr>
        <w:tblStyle w:val="aff0"/>
        <w:tblW w:w="0" w:type="auto"/>
        <w:jc w:val="center"/>
        <w:tblLook w:val="04A0" w:firstRow="1" w:lastRow="0" w:firstColumn="1" w:lastColumn="0" w:noHBand="0" w:noVBand="1"/>
      </w:tblPr>
      <w:tblGrid>
        <w:gridCol w:w="3118"/>
        <w:gridCol w:w="3118"/>
        <w:gridCol w:w="3118"/>
      </w:tblGrid>
      <w:tr w:rsidR="00F12170" w:rsidRPr="007911BE" w14:paraId="721F5445" w14:textId="77777777">
        <w:trPr>
          <w:jc w:val="center"/>
        </w:trPr>
        <w:tc>
          <w:tcPr>
            <w:tcW w:w="3118" w:type="dxa"/>
            <w:vAlign w:val="center"/>
          </w:tcPr>
          <w:p w14:paraId="1B5A9EAD" w14:textId="77777777" w:rsidR="00F12170" w:rsidRPr="007911BE" w:rsidRDefault="00000000">
            <w:pPr>
              <w:ind w:firstLine="0"/>
              <w:jc w:val="center"/>
            </w:pPr>
            <w:proofErr w:type="spellStart"/>
            <w:r w:rsidRPr="007911BE">
              <w:rPr>
                <w:b/>
                <w:sz w:val="24"/>
              </w:rPr>
              <w:t>Федеральный</w:t>
            </w:r>
            <w:proofErr w:type="spellEnd"/>
            <w:r w:rsidRPr="007911BE">
              <w:rPr>
                <w:b/>
                <w:sz w:val="24"/>
              </w:rPr>
              <w:t xml:space="preserve"> </w:t>
            </w:r>
            <w:proofErr w:type="spellStart"/>
            <w:r w:rsidRPr="007911BE">
              <w:rPr>
                <w:b/>
                <w:sz w:val="24"/>
              </w:rPr>
              <w:t>проект</w:t>
            </w:r>
            <w:proofErr w:type="spellEnd"/>
          </w:p>
        </w:tc>
        <w:tc>
          <w:tcPr>
            <w:tcW w:w="3118" w:type="dxa"/>
            <w:vAlign w:val="center"/>
          </w:tcPr>
          <w:p w14:paraId="7E861E26" w14:textId="77777777" w:rsidR="00F12170" w:rsidRPr="007911BE" w:rsidRDefault="00000000">
            <w:pPr>
              <w:ind w:firstLine="0"/>
              <w:jc w:val="center"/>
            </w:pPr>
            <w:r w:rsidRPr="007911BE">
              <w:rPr>
                <w:b/>
                <w:sz w:val="24"/>
              </w:rPr>
              <w:t xml:space="preserve">Объём, </w:t>
            </w:r>
            <w:proofErr w:type="spellStart"/>
            <w:r w:rsidRPr="007911BE">
              <w:rPr>
                <w:b/>
                <w:sz w:val="24"/>
              </w:rPr>
              <w:t>млрд</w:t>
            </w:r>
            <w:proofErr w:type="spellEnd"/>
            <w:r w:rsidRPr="007911BE">
              <w:rPr>
                <w:b/>
                <w:sz w:val="24"/>
              </w:rPr>
              <w:t xml:space="preserve"> </w:t>
            </w:r>
            <w:proofErr w:type="spellStart"/>
            <w:r w:rsidRPr="007911BE">
              <w:rPr>
                <w:b/>
                <w:sz w:val="24"/>
              </w:rPr>
              <w:t>руб</w:t>
            </w:r>
            <w:proofErr w:type="spellEnd"/>
            <w:r w:rsidRPr="007911BE">
              <w:rPr>
                <w:b/>
                <w:sz w:val="24"/>
              </w:rPr>
              <w:t>.</w:t>
            </w:r>
          </w:p>
        </w:tc>
        <w:tc>
          <w:tcPr>
            <w:tcW w:w="3118" w:type="dxa"/>
            <w:vAlign w:val="center"/>
          </w:tcPr>
          <w:p w14:paraId="7A3F86B2" w14:textId="77777777" w:rsidR="00F12170" w:rsidRPr="007911BE" w:rsidRDefault="00000000">
            <w:pPr>
              <w:ind w:firstLine="0"/>
              <w:jc w:val="center"/>
            </w:pPr>
            <w:proofErr w:type="spellStart"/>
            <w:r w:rsidRPr="007911BE">
              <w:rPr>
                <w:b/>
                <w:sz w:val="24"/>
              </w:rPr>
              <w:t>Доля</w:t>
            </w:r>
            <w:proofErr w:type="spellEnd"/>
            <w:r w:rsidRPr="007911BE">
              <w:rPr>
                <w:b/>
                <w:sz w:val="24"/>
              </w:rPr>
              <w:t>, %</w:t>
            </w:r>
          </w:p>
        </w:tc>
      </w:tr>
      <w:tr w:rsidR="00F12170" w:rsidRPr="007911BE" w14:paraId="2E858190" w14:textId="77777777">
        <w:trPr>
          <w:jc w:val="center"/>
        </w:trPr>
        <w:tc>
          <w:tcPr>
            <w:tcW w:w="3118" w:type="dxa"/>
            <w:vAlign w:val="center"/>
          </w:tcPr>
          <w:p w14:paraId="36F0D3C7" w14:textId="77777777" w:rsidR="00F12170" w:rsidRPr="007911BE" w:rsidRDefault="00000000">
            <w:pPr>
              <w:ind w:firstLine="0"/>
              <w:jc w:val="left"/>
            </w:pPr>
            <w:proofErr w:type="spellStart"/>
            <w:r w:rsidRPr="007911BE">
              <w:rPr>
                <w:sz w:val="24"/>
              </w:rPr>
              <w:t>Поддержка</w:t>
            </w:r>
            <w:proofErr w:type="spellEnd"/>
            <w:r w:rsidRPr="007911BE">
              <w:rPr>
                <w:sz w:val="24"/>
              </w:rPr>
              <w:t xml:space="preserve"> </w:t>
            </w:r>
            <w:proofErr w:type="spellStart"/>
            <w:r w:rsidRPr="007911BE">
              <w:rPr>
                <w:sz w:val="24"/>
              </w:rPr>
              <w:t>семьи</w:t>
            </w:r>
            <w:proofErr w:type="spellEnd"/>
          </w:p>
        </w:tc>
        <w:tc>
          <w:tcPr>
            <w:tcW w:w="3118" w:type="dxa"/>
            <w:vAlign w:val="center"/>
          </w:tcPr>
          <w:p w14:paraId="4FF944BF" w14:textId="77777777" w:rsidR="00F12170" w:rsidRPr="007911BE" w:rsidRDefault="00000000">
            <w:pPr>
              <w:ind w:firstLine="0"/>
              <w:jc w:val="left"/>
            </w:pPr>
            <w:r w:rsidRPr="007911BE">
              <w:rPr>
                <w:sz w:val="24"/>
              </w:rPr>
              <w:t>18 343</w:t>
            </w:r>
          </w:p>
        </w:tc>
        <w:tc>
          <w:tcPr>
            <w:tcW w:w="3118" w:type="dxa"/>
            <w:vAlign w:val="center"/>
          </w:tcPr>
          <w:p w14:paraId="28CF29DB" w14:textId="77777777" w:rsidR="00F12170" w:rsidRPr="007911BE" w:rsidRDefault="00000000">
            <w:pPr>
              <w:ind w:firstLine="0"/>
              <w:jc w:val="left"/>
            </w:pPr>
            <w:r w:rsidRPr="007911BE">
              <w:rPr>
                <w:sz w:val="24"/>
              </w:rPr>
              <w:t>89,70</w:t>
            </w:r>
          </w:p>
        </w:tc>
      </w:tr>
      <w:tr w:rsidR="00F12170" w:rsidRPr="007911BE" w14:paraId="07D1A8EA" w14:textId="77777777">
        <w:trPr>
          <w:jc w:val="center"/>
        </w:trPr>
        <w:tc>
          <w:tcPr>
            <w:tcW w:w="3118" w:type="dxa"/>
            <w:vAlign w:val="center"/>
          </w:tcPr>
          <w:p w14:paraId="52C84455" w14:textId="77777777" w:rsidR="00F12170" w:rsidRPr="007911BE" w:rsidRDefault="00000000">
            <w:pPr>
              <w:ind w:firstLine="0"/>
              <w:jc w:val="left"/>
            </w:pPr>
            <w:proofErr w:type="spellStart"/>
            <w:r w:rsidRPr="007911BE">
              <w:rPr>
                <w:sz w:val="24"/>
              </w:rPr>
              <w:t>Многодетная</w:t>
            </w:r>
            <w:proofErr w:type="spellEnd"/>
            <w:r w:rsidRPr="007911BE">
              <w:rPr>
                <w:sz w:val="24"/>
              </w:rPr>
              <w:t xml:space="preserve"> </w:t>
            </w:r>
            <w:proofErr w:type="spellStart"/>
            <w:r w:rsidRPr="007911BE">
              <w:rPr>
                <w:sz w:val="24"/>
              </w:rPr>
              <w:t>семья</w:t>
            </w:r>
            <w:proofErr w:type="spellEnd"/>
          </w:p>
        </w:tc>
        <w:tc>
          <w:tcPr>
            <w:tcW w:w="3118" w:type="dxa"/>
            <w:vAlign w:val="center"/>
          </w:tcPr>
          <w:p w14:paraId="67F2549B" w14:textId="77777777" w:rsidR="00F12170" w:rsidRPr="007911BE" w:rsidRDefault="00000000">
            <w:pPr>
              <w:ind w:firstLine="0"/>
              <w:jc w:val="left"/>
            </w:pPr>
            <w:r w:rsidRPr="007911BE">
              <w:rPr>
                <w:sz w:val="24"/>
              </w:rPr>
              <w:t>1 120</w:t>
            </w:r>
          </w:p>
        </w:tc>
        <w:tc>
          <w:tcPr>
            <w:tcW w:w="3118" w:type="dxa"/>
            <w:vAlign w:val="center"/>
          </w:tcPr>
          <w:p w14:paraId="56A4B572" w14:textId="77777777" w:rsidR="00F12170" w:rsidRPr="007911BE" w:rsidRDefault="00000000">
            <w:pPr>
              <w:ind w:firstLine="0"/>
              <w:jc w:val="left"/>
            </w:pPr>
            <w:r w:rsidRPr="007911BE">
              <w:rPr>
                <w:sz w:val="24"/>
              </w:rPr>
              <w:t>5,48</w:t>
            </w:r>
          </w:p>
        </w:tc>
      </w:tr>
      <w:tr w:rsidR="00F12170" w:rsidRPr="007911BE" w14:paraId="177CE89B" w14:textId="77777777">
        <w:trPr>
          <w:jc w:val="center"/>
        </w:trPr>
        <w:tc>
          <w:tcPr>
            <w:tcW w:w="3118" w:type="dxa"/>
            <w:vAlign w:val="center"/>
          </w:tcPr>
          <w:p w14:paraId="1149CBF6" w14:textId="77777777" w:rsidR="00F12170" w:rsidRPr="007911BE" w:rsidRDefault="00000000">
            <w:pPr>
              <w:ind w:firstLine="0"/>
              <w:jc w:val="left"/>
            </w:pPr>
            <w:proofErr w:type="spellStart"/>
            <w:r w:rsidRPr="007911BE">
              <w:rPr>
                <w:sz w:val="24"/>
              </w:rPr>
              <w:t>Охрана</w:t>
            </w:r>
            <w:proofErr w:type="spellEnd"/>
            <w:r w:rsidRPr="007911BE">
              <w:rPr>
                <w:sz w:val="24"/>
              </w:rPr>
              <w:t xml:space="preserve"> </w:t>
            </w:r>
            <w:proofErr w:type="spellStart"/>
            <w:r w:rsidRPr="007911BE">
              <w:rPr>
                <w:sz w:val="24"/>
              </w:rPr>
              <w:t>материнства</w:t>
            </w:r>
            <w:proofErr w:type="spellEnd"/>
            <w:r w:rsidRPr="007911BE">
              <w:rPr>
                <w:sz w:val="24"/>
              </w:rPr>
              <w:t xml:space="preserve"> и </w:t>
            </w:r>
            <w:proofErr w:type="spellStart"/>
            <w:r w:rsidRPr="007911BE">
              <w:rPr>
                <w:sz w:val="24"/>
              </w:rPr>
              <w:t>детства</w:t>
            </w:r>
            <w:proofErr w:type="spellEnd"/>
          </w:p>
        </w:tc>
        <w:tc>
          <w:tcPr>
            <w:tcW w:w="3118" w:type="dxa"/>
            <w:vAlign w:val="center"/>
          </w:tcPr>
          <w:p w14:paraId="5722639F" w14:textId="77777777" w:rsidR="00F12170" w:rsidRPr="007911BE" w:rsidRDefault="00000000">
            <w:pPr>
              <w:ind w:firstLine="0"/>
              <w:jc w:val="left"/>
            </w:pPr>
            <w:r w:rsidRPr="007911BE">
              <w:rPr>
                <w:sz w:val="24"/>
              </w:rPr>
              <w:t>212,6</w:t>
            </w:r>
          </w:p>
        </w:tc>
        <w:tc>
          <w:tcPr>
            <w:tcW w:w="3118" w:type="dxa"/>
            <w:vAlign w:val="center"/>
          </w:tcPr>
          <w:p w14:paraId="5D54C0FF" w14:textId="77777777" w:rsidR="00F12170" w:rsidRPr="007911BE" w:rsidRDefault="00000000">
            <w:pPr>
              <w:ind w:firstLine="0"/>
              <w:jc w:val="left"/>
            </w:pPr>
            <w:r w:rsidRPr="007911BE">
              <w:rPr>
                <w:sz w:val="24"/>
              </w:rPr>
              <w:t>1,04</w:t>
            </w:r>
          </w:p>
        </w:tc>
      </w:tr>
      <w:tr w:rsidR="00F12170" w:rsidRPr="007911BE" w14:paraId="17AA7D1E" w14:textId="77777777">
        <w:trPr>
          <w:jc w:val="center"/>
        </w:trPr>
        <w:tc>
          <w:tcPr>
            <w:tcW w:w="3118" w:type="dxa"/>
            <w:vAlign w:val="center"/>
          </w:tcPr>
          <w:p w14:paraId="2DF4405A" w14:textId="77777777" w:rsidR="00F12170" w:rsidRPr="007911BE" w:rsidRDefault="00000000">
            <w:pPr>
              <w:ind w:firstLine="0"/>
              <w:jc w:val="left"/>
            </w:pPr>
            <w:proofErr w:type="spellStart"/>
            <w:r w:rsidRPr="007911BE">
              <w:rPr>
                <w:sz w:val="24"/>
              </w:rPr>
              <w:t>Старшее</w:t>
            </w:r>
            <w:proofErr w:type="spellEnd"/>
            <w:r w:rsidRPr="007911BE">
              <w:rPr>
                <w:sz w:val="24"/>
              </w:rPr>
              <w:t xml:space="preserve"> </w:t>
            </w:r>
            <w:proofErr w:type="spellStart"/>
            <w:r w:rsidRPr="007911BE">
              <w:rPr>
                <w:sz w:val="24"/>
              </w:rPr>
              <w:t>поколение</w:t>
            </w:r>
            <w:proofErr w:type="spellEnd"/>
          </w:p>
        </w:tc>
        <w:tc>
          <w:tcPr>
            <w:tcW w:w="3118" w:type="dxa"/>
            <w:vAlign w:val="center"/>
          </w:tcPr>
          <w:p w14:paraId="0E557F76" w14:textId="77777777" w:rsidR="00F12170" w:rsidRPr="007911BE" w:rsidRDefault="00000000">
            <w:pPr>
              <w:ind w:firstLine="0"/>
              <w:jc w:val="left"/>
            </w:pPr>
            <w:r w:rsidRPr="007911BE">
              <w:rPr>
                <w:sz w:val="24"/>
              </w:rPr>
              <w:t>361,6</w:t>
            </w:r>
          </w:p>
        </w:tc>
        <w:tc>
          <w:tcPr>
            <w:tcW w:w="3118" w:type="dxa"/>
            <w:vAlign w:val="center"/>
          </w:tcPr>
          <w:p w14:paraId="01077F47" w14:textId="77777777" w:rsidR="00F12170" w:rsidRPr="007911BE" w:rsidRDefault="00000000">
            <w:pPr>
              <w:ind w:firstLine="0"/>
              <w:jc w:val="left"/>
            </w:pPr>
            <w:r w:rsidRPr="007911BE">
              <w:rPr>
                <w:sz w:val="24"/>
              </w:rPr>
              <w:t>1,77</w:t>
            </w:r>
          </w:p>
        </w:tc>
      </w:tr>
      <w:tr w:rsidR="00F12170" w:rsidRPr="007911BE" w14:paraId="07EC713D" w14:textId="77777777">
        <w:trPr>
          <w:jc w:val="center"/>
        </w:trPr>
        <w:tc>
          <w:tcPr>
            <w:tcW w:w="3118" w:type="dxa"/>
            <w:vAlign w:val="center"/>
          </w:tcPr>
          <w:p w14:paraId="028EB5D4" w14:textId="77777777" w:rsidR="00F12170" w:rsidRPr="007911BE" w:rsidRDefault="00000000">
            <w:pPr>
              <w:ind w:firstLine="0"/>
              <w:jc w:val="left"/>
              <w:rPr>
                <w:lang w:val="ru-RU"/>
              </w:rPr>
            </w:pPr>
            <w:r w:rsidRPr="007911BE">
              <w:rPr>
                <w:sz w:val="24"/>
                <w:lang w:val="ru-RU"/>
              </w:rPr>
              <w:t>Семейные ценности и инфраструктура культуры</w:t>
            </w:r>
          </w:p>
        </w:tc>
        <w:tc>
          <w:tcPr>
            <w:tcW w:w="3118" w:type="dxa"/>
            <w:vAlign w:val="center"/>
          </w:tcPr>
          <w:p w14:paraId="37E24166" w14:textId="77777777" w:rsidR="00F12170" w:rsidRPr="007911BE" w:rsidRDefault="00000000">
            <w:pPr>
              <w:ind w:firstLine="0"/>
              <w:jc w:val="left"/>
            </w:pPr>
            <w:r w:rsidRPr="007911BE">
              <w:rPr>
                <w:sz w:val="24"/>
              </w:rPr>
              <w:t>411,4</w:t>
            </w:r>
          </w:p>
        </w:tc>
        <w:tc>
          <w:tcPr>
            <w:tcW w:w="3118" w:type="dxa"/>
            <w:vAlign w:val="center"/>
          </w:tcPr>
          <w:p w14:paraId="7DF3AACD" w14:textId="77777777" w:rsidR="00F12170" w:rsidRPr="007911BE" w:rsidRDefault="00000000">
            <w:pPr>
              <w:ind w:firstLine="0"/>
              <w:jc w:val="left"/>
            </w:pPr>
            <w:r w:rsidRPr="007911BE">
              <w:rPr>
                <w:sz w:val="24"/>
              </w:rPr>
              <w:t>2,01</w:t>
            </w:r>
          </w:p>
        </w:tc>
      </w:tr>
    </w:tbl>
    <w:p w14:paraId="14C0E0E4" w14:textId="77777777" w:rsidR="00F12170" w:rsidRPr="007911BE" w:rsidRDefault="00000000">
      <w:pPr>
        <w:ind w:firstLine="0"/>
        <w:jc w:val="left"/>
        <w:rPr>
          <w:lang w:val="ru-RU"/>
        </w:rPr>
      </w:pPr>
      <w:r w:rsidRPr="007911BE">
        <w:rPr>
          <w:i/>
          <w:sz w:val="24"/>
          <w:lang w:val="ru-RU"/>
        </w:rPr>
        <w:t>Источник: расчёты по паспорту национального проекта</w:t>
      </w:r>
    </w:p>
    <w:p w14:paraId="4680595A" w14:textId="77777777" w:rsidR="00F12170" w:rsidRPr="007911BE" w:rsidRDefault="00000000">
      <w:pPr>
        <w:ind w:firstLine="0"/>
        <w:jc w:val="center"/>
      </w:pPr>
      <w:r w:rsidRPr="007911BE">
        <w:rPr>
          <w:noProof/>
        </w:rPr>
        <w:drawing>
          <wp:inline distT="0" distB="0" distL="0" distR="0" wp14:anchorId="58D77DBA" wp14:editId="5DFF36B7">
            <wp:extent cx="5580000" cy="325423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get_by_federal_project.png"/>
                    <pic:cNvPicPr/>
                  </pic:nvPicPr>
                  <pic:blipFill>
                    <a:blip r:embed="rId37"/>
                    <a:stretch>
                      <a:fillRect/>
                    </a:stretch>
                  </pic:blipFill>
                  <pic:spPr>
                    <a:xfrm>
                      <a:off x="0" y="0"/>
                      <a:ext cx="5580000" cy="3254234"/>
                    </a:xfrm>
                    <a:prstGeom prst="rect">
                      <a:avLst/>
                    </a:prstGeom>
                  </pic:spPr>
                </pic:pic>
              </a:graphicData>
            </a:graphic>
          </wp:inline>
        </w:drawing>
      </w:r>
    </w:p>
    <w:p w14:paraId="44F0B952" w14:textId="77777777" w:rsidR="00F12170" w:rsidRPr="007911BE" w:rsidRDefault="00000000">
      <w:pPr>
        <w:ind w:firstLine="0"/>
        <w:jc w:val="center"/>
        <w:rPr>
          <w:lang w:val="ru-RU"/>
        </w:rPr>
      </w:pPr>
      <w:r w:rsidRPr="007911BE">
        <w:rPr>
          <w:lang w:val="ru-RU"/>
        </w:rPr>
        <w:t xml:space="preserve">Рисунок 30 </w:t>
      </w:r>
      <w:r w:rsidR="00387CF6" w:rsidRPr="007911BE">
        <w:rPr>
          <w:lang w:val="ru-RU"/>
        </w:rPr>
        <w:t xml:space="preserve">– </w:t>
      </w:r>
      <w:r w:rsidRPr="007911BE">
        <w:rPr>
          <w:lang w:val="ru-RU"/>
        </w:rPr>
        <w:t xml:space="preserve"> Структура финансирования по федеральным проектам</w:t>
      </w:r>
    </w:p>
    <w:p w14:paraId="620260A5" w14:textId="77777777" w:rsidR="00F12170" w:rsidRPr="007911BE" w:rsidRDefault="00000000">
      <w:pPr>
        <w:ind w:firstLine="0"/>
        <w:jc w:val="center"/>
        <w:rPr>
          <w:lang w:val="ru-RU"/>
        </w:rPr>
      </w:pPr>
      <w:r w:rsidRPr="007911BE">
        <w:rPr>
          <w:i/>
          <w:sz w:val="24"/>
          <w:lang w:val="ru-RU"/>
        </w:rPr>
        <w:t>Источник: расчёты по паспорту национального проекта</w:t>
      </w:r>
    </w:p>
    <w:p w14:paraId="10427C53" w14:textId="77777777" w:rsidR="00F12170" w:rsidRPr="007911BE" w:rsidRDefault="00000000">
      <w:pPr>
        <w:ind w:firstLine="0"/>
        <w:jc w:val="center"/>
      </w:pPr>
      <w:r w:rsidRPr="007911BE">
        <w:rPr>
          <w:noProof/>
        </w:rPr>
        <w:drawing>
          <wp:inline distT="0" distB="0" distL="0" distR="0" wp14:anchorId="22E2E4C5" wp14:editId="756F2EAF">
            <wp:extent cx="5580000" cy="338424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get_by_year_total.png"/>
                    <pic:cNvPicPr/>
                  </pic:nvPicPr>
                  <pic:blipFill>
                    <a:blip r:embed="rId38"/>
                    <a:stretch>
                      <a:fillRect/>
                    </a:stretch>
                  </pic:blipFill>
                  <pic:spPr>
                    <a:xfrm>
                      <a:off x="0" y="0"/>
                      <a:ext cx="5580000" cy="3384248"/>
                    </a:xfrm>
                    <a:prstGeom prst="rect">
                      <a:avLst/>
                    </a:prstGeom>
                  </pic:spPr>
                </pic:pic>
              </a:graphicData>
            </a:graphic>
          </wp:inline>
        </w:drawing>
      </w:r>
    </w:p>
    <w:p w14:paraId="61A84295" w14:textId="77777777" w:rsidR="00F12170" w:rsidRPr="007911BE" w:rsidRDefault="00000000">
      <w:pPr>
        <w:ind w:firstLine="0"/>
        <w:jc w:val="center"/>
        <w:rPr>
          <w:lang w:val="ru-RU"/>
        </w:rPr>
      </w:pPr>
      <w:r w:rsidRPr="007911BE">
        <w:rPr>
          <w:lang w:val="ru-RU"/>
        </w:rPr>
        <w:t xml:space="preserve">Рисунок 31 </w:t>
      </w:r>
      <w:r w:rsidR="00387CF6" w:rsidRPr="007911BE">
        <w:rPr>
          <w:lang w:val="ru-RU"/>
        </w:rPr>
        <w:t xml:space="preserve">– </w:t>
      </w:r>
      <w:r w:rsidRPr="007911BE">
        <w:rPr>
          <w:lang w:val="ru-RU"/>
        </w:rPr>
        <w:t xml:space="preserve"> Динамика общего финансирования национального проекта по годам</w:t>
      </w:r>
    </w:p>
    <w:p w14:paraId="0F0F4472" w14:textId="77777777" w:rsidR="00F12170" w:rsidRPr="007911BE" w:rsidRDefault="00000000">
      <w:pPr>
        <w:ind w:firstLine="0"/>
        <w:jc w:val="center"/>
        <w:rPr>
          <w:lang w:val="ru-RU"/>
        </w:rPr>
      </w:pPr>
      <w:r w:rsidRPr="007911BE">
        <w:rPr>
          <w:i/>
          <w:sz w:val="24"/>
          <w:lang w:val="ru-RU"/>
        </w:rPr>
        <w:t>Источник: расчёты по паспорту национального проекта</w:t>
      </w:r>
    </w:p>
    <w:p w14:paraId="57C1759F" w14:textId="77777777" w:rsidR="00F12170" w:rsidRPr="007911BE" w:rsidRDefault="00000000" w:rsidP="00585C06">
      <w:pPr>
        <w:pStyle w:val="21"/>
      </w:pPr>
      <w:bookmarkStart w:id="35" w:name="_Toc228134081"/>
      <w:r w:rsidRPr="007911BE">
        <w:lastRenderedPageBreak/>
        <w:t>7.2. Результаты</w:t>
      </w:r>
      <w:bookmarkEnd w:id="35"/>
    </w:p>
    <w:p w14:paraId="33CA350C" w14:textId="77777777" w:rsidR="00F12170" w:rsidRPr="007911BE" w:rsidRDefault="00000000">
      <w:pPr>
        <w:rPr>
          <w:lang w:val="ru-RU"/>
        </w:rPr>
      </w:pPr>
      <w:r w:rsidRPr="007911BE">
        <w:rPr>
          <w:sz w:val="28"/>
          <w:lang w:val="ru-RU"/>
        </w:rPr>
        <w:t xml:space="preserve">Общий объём финансового обеспечения национального проекта на 2025–2030 годы составляет 20,449 трлн рублей по проектным строкам паспорта. На федеральный проект «Поддержка семьи» приходится около 89,7% проектного объёма. «Многодетная семья» занимает около 5,5%, «Семейные ценности и инфраструктура культуры» </w:t>
      </w:r>
      <w:r w:rsidR="00387CF6" w:rsidRPr="007911BE">
        <w:rPr>
          <w:sz w:val="28"/>
          <w:lang w:val="ru-RU"/>
        </w:rPr>
        <w:t xml:space="preserve">– </w:t>
      </w:r>
      <w:r w:rsidRPr="007911BE">
        <w:rPr>
          <w:sz w:val="28"/>
          <w:lang w:val="ru-RU"/>
        </w:rPr>
        <w:t xml:space="preserve"> около 2,0%, «Старшее поколение» </w:t>
      </w:r>
      <w:r w:rsidR="00387CF6" w:rsidRPr="007911BE">
        <w:rPr>
          <w:sz w:val="28"/>
          <w:lang w:val="ru-RU"/>
        </w:rPr>
        <w:t xml:space="preserve">– </w:t>
      </w:r>
      <w:r w:rsidRPr="007911BE">
        <w:rPr>
          <w:sz w:val="28"/>
          <w:lang w:val="ru-RU"/>
        </w:rPr>
        <w:t xml:space="preserve"> около 1,8%, «Охрана материнства и детства» </w:t>
      </w:r>
      <w:r w:rsidR="00387CF6" w:rsidRPr="007911BE">
        <w:rPr>
          <w:sz w:val="28"/>
          <w:lang w:val="ru-RU"/>
        </w:rPr>
        <w:t xml:space="preserve">– </w:t>
      </w:r>
      <w:r w:rsidRPr="007911BE">
        <w:rPr>
          <w:sz w:val="28"/>
          <w:lang w:val="ru-RU"/>
        </w:rPr>
        <w:t xml:space="preserve"> около 1,0%.</w:t>
      </w:r>
    </w:p>
    <w:p w14:paraId="6F61D07E" w14:textId="77777777" w:rsidR="00F12170" w:rsidRPr="007911BE" w:rsidRDefault="00000000">
      <w:pPr>
        <w:rPr>
          <w:lang w:val="ru-RU"/>
        </w:rPr>
      </w:pPr>
      <w:r w:rsidRPr="007911BE">
        <w:rPr>
          <w:sz w:val="28"/>
          <w:lang w:val="ru-RU"/>
        </w:rPr>
        <w:t>Такое распределение означает, что проект в финансовом смысле прежде всего является проектом денежных, страховых и социальных обязательств поддержки семей. Это сильная сторона с точки зрения социальной защиты, но риск с точки зрения демографического эффекта: если большая часть средств направлена на уже сформированные меры поддержки, предельный эффект на рождаемость может быть ниже, чем социальный эффект снижения бедности и повышения благополучия.</w:t>
      </w:r>
    </w:p>
    <w:p w14:paraId="16886863" w14:textId="77777777" w:rsidR="00F12170" w:rsidRPr="007911BE" w:rsidRDefault="00000000">
      <w:pPr>
        <w:rPr>
          <w:sz w:val="28"/>
          <w:szCs w:val="28"/>
          <w:lang w:val="ru-RU"/>
        </w:rPr>
      </w:pPr>
      <w:r w:rsidRPr="007911BE">
        <w:rPr>
          <w:sz w:val="28"/>
          <w:szCs w:val="28"/>
          <w:lang w:val="ru-RU"/>
        </w:rPr>
        <w:t xml:space="preserve">Отдельный методологический риск </w:t>
      </w:r>
      <w:r w:rsidR="00387CF6" w:rsidRPr="007911BE">
        <w:rPr>
          <w:sz w:val="28"/>
          <w:szCs w:val="28"/>
          <w:lang w:val="ru-RU"/>
        </w:rPr>
        <w:t xml:space="preserve">– </w:t>
      </w:r>
      <w:r w:rsidRPr="007911BE">
        <w:rPr>
          <w:sz w:val="28"/>
          <w:szCs w:val="28"/>
          <w:lang w:val="ru-RU"/>
        </w:rPr>
        <w:t xml:space="preserve"> интерпретация источников финансирования. В паспорте федеральный бюджет, бюджеты государственных внебюджетных фондов и консолидированные бюджеты субъектов представлены как источники, но часть средств проходит через трансферты. Поэтому для финансовой экспертизы необходимо строить две версии бюджета: кассово-источниковую и консолидированную, исключающую двойной счёт.</w:t>
      </w:r>
    </w:p>
    <w:p w14:paraId="0A196620" w14:textId="77777777" w:rsidR="00F12170" w:rsidRPr="007911BE" w:rsidRDefault="00585C06" w:rsidP="00585C06">
      <w:pPr>
        <w:pStyle w:val="21"/>
      </w:pPr>
      <w:bookmarkStart w:id="36" w:name="_Toc228134082"/>
      <w:r w:rsidRPr="007911BE">
        <w:t>7.3. Бюджетная концентрация и наблюдаемость результатов</w:t>
      </w:r>
      <w:bookmarkEnd w:id="36"/>
    </w:p>
    <w:p w14:paraId="0B6F8A08" w14:textId="77777777" w:rsidR="00F12170" w:rsidRPr="007911BE" w:rsidRDefault="00000000">
      <w:pPr>
        <w:rPr>
          <w:sz w:val="28"/>
          <w:szCs w:val="28"/>
          <w:lang w:val="ru-RU"/>
        </w:rPr>
      </w:pPr>
      <w:r w:rsidRPr="007911BE">
        <w:rPr>
          <w:sz w:val="28"/>
          <w:szCs w:val="28"/>
          <w:lang w:val="ru-RU"/>
        </w:rPr>
        <w:t xml:space="preserve">Финансовая структура национального проекта характеризуется чрезвычайно высокой концентрацией. Совокупный объём финансирования на 2025–2030 годы составляет 20 449.1 млрд руб. Основная часть </w:t>
      </w:r>
      <w:r w:rsidR="00387CF6" w:rsidRPr="007911BE">
        <w:rPr>
          <w:sz w:val="28"/>
          <w:szCs w:val="28"/>
          <w:lang w:val="ru-RU"/>
        </w:rPr>
        <w:t xml:space="preserve">– </w:t>
      </w:r>
      <w:r w:rsidRPr="007911BE">
        <w:rPr>
          <w:sz w:val="28"/>
          <w:szCs w:val="28"/>
          <w:lang w:val="ru-RU"/>
        </w:rPr>
        <w:t xml:space="preserve"> 89.7% или около 18 3 трлн руб. </w:t>
      </w:r>
      <w:r w:rsidR="00387CF6" w:rsidRPr="007911BE">
        <w:rPr>
          <w:sz w:val="28"/>
          <w:szCs w:val="28"/>
          <w:lang w:val="ru-RU"/>
        </w:rPr>
        <w:t xml:space="preserve">– </w:t>
      </w:r>
      <w:r w:rsidRPr="007911BE">
        <w:rPr>
          <w:sz w:val="28"/>
          <w:szCs w:val="28"/>
          <w:lang w:val="ru-RU"/>
        </w:rPr>
        <w:t xml:space="preserve"> приходится на федеральный проект «Поддержка семьи». Индекс концентрации </w:t>
      </w:r>
      <w:r w:rsidRPr="007911BE">
        <w:rPr>
          <w:sz w:val="28"/>
          <w:szCs w:val="28"/>
        </w:rPr>
        <w:t>HHI</w:t>
      </w:r>
      <w:r w:rsidRPr="007911BE">
        <w:rPr>
          <w:sz w:val="28"/>
          <w:szCs w:val="28"/>
          <w:lang w:val="ru-RU"/>
        </w:rPr>
        <w:t xml:space="preserve"> равен 0.808  что соответствует очень высокой ресурсной доминанте одного проектного блока.</w:t>
      </w:r>
    </w:p>
    <w:p w14:paraId="510F156B" w14:textId="77777777" w:rsidR="00F12170" w:rsidRPr="007911BE" w:rsidRDefault="00000000">
      <w:pPr>
        <w:rPr>
          <w:sz w:val="28"/>
          <w:szCs w:val="28"/>
          <w:lang w:val="ru-RU"/>
        </w:rPr>
      </w:pPr>
      <w:r w:rsidRPr="007911BE">
        <w:rPr>
          <w:sz w:val="28"/>
          <w:szCs w:val="28"/>
          <w:lang w:val="ru-RU"/>
        </w:rPr>
        <w:t>Однако ресурсная концентрация не совпадает ни с полнотой наблюдаемости результатов, ни с прямотой причинной конструкции. Федеральный проект «Поддержка семьи» связан с 8 уникальными индикаторами, из которых по данным ЕМИСС наблюдаемы только 5; доля косвенных связей между мероприятиями и индикаторами достигает 64,7%. Напротив, федеральный проект «Охрана материнства и детства» имеет 6 из 6 наблюдаемых показателей и меньшую долю косвенных связей (33,3%). Кроме того, суммарная доля источников финансирования по паспорту превышает 100% и в расчётах экспертизы достигает 171,2% от проектного итога, поэтому структуру источников нельзя читать как независимые аддитивные части без оговорки о перекрывающемся счёте.</w:t>
      </w:r>
    </w:p>
    <w:p w14:paraId="4AB592C5" w14:textId="77777777" w:rsidR="00B408C8" w:rsidRPr="007911BE" w:rsidRDefault="00B408C8" w:rsidP="00B408C8">
      <w:pPr>
        <w:spacing w:before="120" w:after="60"/>
        <w:ind w:firstLine="0"/>
        <w:rPr>
          <w:lang w:val="ru-RU"/>
        </w:rPr>
      </w:pPr>
    </w:p>
    <w:p w14:paraId="32CC74CC" w14:textId="77777777" w:rsidR="007C4FB0" w:rsidRPr="007911BE" w:rsidRDefault="007C4FB0" w:rsidP="00B408C8">
      <w:pPr>
        <w:spacing w:before="120" w:after="60"/>
        <w:ind w:firstLine="0"/>
        <w:rPr>
          <w:lang w:val="ru-RU"/>
        </w:rPr>
      </w:pPr>
    </w:p>
    <w:p w14:paraId="68A978CB" w14:textId="77777777" w:rsidR="007C4FB0" w:rsidRPr="007911BE" w:rsidRDefault="007C4FB0" w:rsidP="00B408C8">
      <w:pPr>
        <w:spacing w:before="120" w:after="60"/>
        <w:ind w:firstLine="0"/>
        <w:rPr>
          <w:lang w:val="ru-RU"/>
        </w:rPr>
      </w:pPr>
    </w:p>
    <w:p w14:paraId="488BF6E9" w14:textId="77777777" w:rsidR="007C4FB0" w:rsidRPr="007911BE" w:rsidRDefault="007C4FB0" w:rsidP="00B408C8">
      <w:pPr>
        <w:spacing w:before="120" w:after="60"/>
        <w:ind w:firstLine="0"/>
        <w:rPr>
          <w:lang w:val="ru-RU"/>
        </w:rPr>
      </w:pPr>
    </w:p>
    <w:p w14:paraId="3C8C2974" w14:textId="77777777" w:rsidR="00F12170" w:rsidRPr="007911BE" w:rsidRDefault="00000000" w:rsidP="00B408C8">
      <w:pPr>
        <w:spacing w:before="120" w:after="60"/>
        <w:ind w:firstLine="0"/>
        <w:rPr>
          <w:lang w:val="ru-RU"/>
        </w:rPr>
      </w:pPr>
      <w:r w:rsidRPr="007911BE">
        <w:rPr>
          <w:lang w:val="ru-RU"/>
        </w:rPr>
        <w:lastRenderedPageBreak/>
        <w:t xml:space="preserve">Таблица 19 </w:t>
      </w:r>
      <w:r w:rsidR="00387CF6" w:rsidRPr="007911BE">
        <w:rPr>
          <w:lang w:val="ru-RU"/>
        </w:rPr>
        <w:t xml:space="preserve">– </w:t>
      </w:r>
      <w:r w:rsidRPr="007911BE">
        <w:rPr>
          <w:lang w:val="ru-RU"/>
        </w:rPr>
        <w:t xml:space="preserve"> Сопоставление бюджетной структуры, наблюдаемости показателей и типов причинных связей</w:t>
      </w:r>
    </w:p>
    <w:tbl>
      <w:tblPr>
        <w:tblStyle w:val="aff0"/>
        <w:tblW w:w="0" w:type="auto"/>
        <w:jc w:val="center"/>
        <w:tblLook w:val="04A0" w:firstRow="1" w:lastRow="0" w:firstColumn="1" w:lastColumn="0" w:noHBand="0" w:noVBand="1"/>
      </w:tblPr>
      <w:tblGrid>
        <w:gridCol w:w="2275"/>
        <w:gridCol w:w="946"/>
        <w:gridCol w:w="996"/>
        <w:gridCol w:w="1129"/>
        <w:gridCol w:w="1259"/>
        <w:gridCol w:w="675"/>
        <w:gridCol w:w="746"/>
        <w:gridCol w:w="921"/>
        <w:gridCol w:w="908"/>
      </w:tblGrid>
      <w:tr w:rsidR="00F12170" w:rsidRPr="007911BE" w14:paraId="12207945" w14:textId="77777777">
        <w:trPr>
          <w:tblHeader/>
          <w:jc w:val="center"/>
        </w:trPr>
        <w:tc>
          <w:tcPr>
            <w:tcW w:w="2381" w:type="dxa"/>
            <w:shd w:val="clear" w:color="auto" w:fill="D9EAF7"/>
            <w:vAlign w:val="center"/>
          </w:tcPr>
          <w:p w14:paraId="681F14B0" w14:textId="77777777" w:rsidR="00F12170" w:rsidRPr="007911BE" w:rsidRDefault="00000000">
            <w:pPr>
              <w:ind w:firstLine="0"/>
              <w:jc w:val="center"/>
            </w:pPr>
            <w:proofErr w:type="spellStart"/>
            <w:r w:rsidRPr="007911BE">
              <w:rPr>
                <w:b/>
                <w:sz w:val="14"/>
              </w:rPr>
              <w:t>Федеральный</w:t>
            </w:r>
            <w:proofErr w:type="spellEnd"/>
            <w:r w:rsidRPr="007911BE">
              <w:rPr>
                <w:b/>
                <w:sz w:val="14"/>
              </w:rPr>
              <w:t xml:space="preserve"> </w:t>
            </w:r>
            <w:proofErr w:type="spellStart"/>
            <w:r w:rsidRPr="007911BE">
              <w:rPr>
                <w:b/>
                <w:sz w:val="14"/>
              </w:rPr>
              <w:t>проект</w:t>
            </w:r>
            <w:proofErr w:type="spellEnd"/>
          </w:p>
        </w:tc>
        <w:tc>
          <w:tcPr>
            <w:tcW w:w="964" w:type="dxa"/>
            <w:shd w:val="clear" w:color="auto" w:fill="D9EAF7"/>
            <w:vAlign w:val="center"/>
          </w:tcPr>
          <w:p w14:paraId="0B69A412" w14:textId="77777777" w:rsidR="00F12170" w:rsidRPr="007911BE" w:rsidRDefault="00000000">
            <w:pPr>
              <w:ind w:firstLine="0"/>
              <w:jc w:val="center"/>
            </w:pPr>
            <w:proofErr w:type="spellStart"/>
            <w:r w:rsidRPr="007911BE">
              <w:rPr>
                <w:b/>
                <w:sz w:val="14"/>
              </w:rPr>
              <w:t>Доля</w:t>
            </w:r>
            <w:proofErr w:type="spellEnd"/>
            <w:r w:rsidRPr="007911BE">
              <w:rPr>
                <w:b/>
                <w:sz w:val="14"/>
              </w:rPr>
              <w:t xml:space="preserve"> </w:t>
            </w:r>
            <w:proofErr w:type="spellStart"/>
            <w:r w:rsidRPr="007911BE">
              <w:rPr>
                <w:b/>
                <w:sz w:val="14"/>
              </w:rPr>
              <w:t>бюджета</w:t>
            </w:r>
            <w:proofErr w:type="spellEnd"/>
            <w:r w:rsidRPr="007911BE">
              <w:rPr>
                <w:b/>
                <w:sz w:val="14"/>
              </w:rPr>
              <w:t xml:space="preserve"> 2025–2030, %</w:t>
            </w:r>
          </w:p>
        </w:tc>
        <w:tc>
          <w:tcPr>
            <w:tcW w:w="794" w:type="dxa"/>
            <w:shd w:val="clear" w:color="auto" w:fill="D9EAF7"/>
            <w:vAlign w:val="center"/>
          </w:tcPr>
          <w:p w14:paraId="6EC7EAE0" w14:textId="77777777" w:rsidR="00F12170" w:rsidRPr="007911BE" w:rsidRDefault="00000000">
            <w:pPr>
              <w:ind w:firstLine="0"/>
              <w:jc w:val="center"/>
            </w:pPr>
            <w:proofErr w:type="spellStart"/>
            <w:r w:rsidRPr="007911BE">
              <w:rPr>
                <w:b/>
                <w:sz w:val="14"/>
              </w:rPr>
              <w:t>Связанных</w:t>
            </w:r>
            <w:proofErr w:type="spellEnd"/>
            <w:r w:rsidRPr="007911BE">
              <w:rPr>
                <w:b/>
                <w:sz w:val="14"/>
              </w:rPr>
              <w:t xml:space="preserve"> </w:t>
            </w:r>
            <w:proofErr w:type="spellStart"/>
            <w:r w:rsidRPr="007911BE">
              <w:rPr>
                <w:b/>
                <w:sz w:val="14"/>
              </w:rPr>
              <w:t>показателей</w:t>
            </w:r>
            <w:proofErr w:type="spellEnd"/>
          </w:p>
        </w:tc>
        <w:tc>
          <w:tcPr>
            <w:tcW w:w="794" w:type="dxa"/>
            <w:shd w:val="clear" w:color="auto" w:fill="D9EAF7"/>
            <w:vAlign w:val="center"/>
          </w:tcPr>
          <w:p w14:paraId="068A9741" w14:textId="77777777" w:rsidR="00F12170" w:rsidRPr="007911BE" w:rsidRDefault="00000000">
            <w:pPr>
              <w:ind w:firstLine="0"/>
              <w:jc w:val="center"/>
            </w:pPr>
            <w:proofErr w:type="spellStart"/>
            <w:r w:rsidRPr="007911BE">
              <w:rPr>
                <w:b/>
                <w:sz w:val="14"/>
              </w:rPr>
              <w:t>Наблюдаемых</w:t>
            </w:r>
            <w:proofErr w:type="spellEnd"/>
            <w:r w:rsidRPr="007911BE">
              <w:rPr>
                <w:b/>
                <w:sz w:val="14"/>
              </w:rPr>
              <w:t xml:space="preserve"> </w:t>
            </w:r>
            <w:proofErr w:type="spellStart"/>
            <w:r w:rsidRPr="007911BE">
              <w:rPr>
                <w:b/>
                <w:sz w:val="14"/>
              </w:rPr>
              <w:t>показателей</w:t>
            </w:r>
            <w:proofErr w:type="spellEnd"/>
          </w:p>
        </w:tc>
        <w:tc>
          <w:tcPr>
            <w:tcW w:w="794" w:type="dxa"/>
            <w:shd w:val="clear" w:color="auto" w:fill="D9EAF7"/>
            <w:vAlign w:val="center"/>
          </w:tcPr>
          <w:p w14:paraId="0DD9401B" w14:textId="77777777" w:rsidR="00F12170" w:rsidRPr="007911BE" w:rsidRDefault="00000000">
            <w:pPr>
              <w:ind w:firstLine="0"/>
              <w:jc w:val="center"/>
            </w:pPr>
            <w:proofErr w:type="spellStart"/>
            <w:r w:rsidRPr="007911BE">
              <w:rPr>
                <w:b/>
                <w:sz w:val="14"/>
              </w:rPr>
              <w:t>Наблюдаемость</w:t>
            </w:r>
            <w:proofErr w:type="spellEnd"/>
            <w:r w:rsidRPr="007911BE">
              <w:rPr>
                <w:b/>
                <w:sz w:val="14"/>
              </w:rPr>
              <w:t>, %</w:t>
            </w:r>
          </w:p>
        </w:tc>
        <w:tc>
          <w:tcPr>
            <w:tcW w:w="680" w:type="dxa"/>
            <w:shd w:val="clear" w:color="auto" w:fill="D9EAF7"/>
            <w:vAlign w:val="center"/>
          </w:tcPr>
          <w:p w14:paraId="627CF4B8" w14:textId="77777777" w:rsidR="00F12170" w:rsidRPr="007911BE" w:rsidRDefault="00000000">
            <w:pPr>
              <w:ind w:firstLine="0"/>
              <w:jc w:val="center"/>
            </w:pPr>
            <w:proofErr w:type="spellStart"/>
            <w:r w:rsidRPr="007911BE">
              <w:rPr>
                <w:b/>
                <w:sz w:val="14"/>
              </w:rPr>
              <w:t>Всего</w:t>
            </w:r>
            <w:proofErr w:type="spellEnd"/>
            <w:r w:rsidRPr="007911BE">
              <w:rPr>
                <w:b/>
                <w:sz w:val="14"/>
              </w:rPr>
              <w:t xml:space="preserve"> </w:t>
            </w:r>
            <w:proofErr w:type="spellStart"/>
            <w:r w:rsidRPr="007911BE">
              <w:rPr>
                <w:b/>
                <w:sz w:val="14"/>
              </w:rPr>
              <w:t>связей</w:t>
            </w:r>
            <w:proofErr w:type="spellEnd"/>
          </w:p>
        </w:tc>
        <w:tc>
          <w:tcPr>
            <w:tcW w:w="624" w:type="dxa"/>
            <w:shd w:val="clear" w:color="auto" w:fill="D9EAF7"/>
            <w:vAlign w:val="center"/>
          </w:tcPr>
          <w:p w14:paraId="6EC5176C" w14:textId="77777777" w:rsidR="00F12170" w:rsidRPr="007911BE" w:rsidRDefault="00000000">
            <w:pPr>
              <w:ind w:firstLine="0"/>
              <w:jc w:val="center"/>
            </w:pPr>
            <w:proofErr w:type="spellStart"/>
            <w:r w:rsidRPr="007911BE">
              <w:rPr>
                <w:b/>
                <w:sz w:val="14"/>
              </w:rPr>
              <w:t>Прямые</w:t>
            </w:r>
            <w:proofErr w:type="spellEnd"/>
            <w:r w:rsidRPr="007911BE">
              <w:rPr>
                <w:b/>
                <w:sz w:val="14"/>
              </w:rPr>
              <w:t xml:space="preserve"> </w:t>
            </w:r>
            <w:proofErr w:type="spellStart"/>
            <w:r w:rsidRPr="007911BE">
              <w:rPr>
                <w:b/>
                <w:sz w:val="14"/>
              </w:rPr>
              <w:t>связи</w:t>
            </w:r>
            <w:proofErr w:type="spellEnd"/>
          </w:p>
        </w:tc>
        <w:tc>
          <w:tcPr>
            <w:tcW w:w="624" w:type="dxa"/>
            <w:shd w:val="clear" w:color="auto" w:fill="D9EAF7"/>
            <w:vAlign w:val="center"/>
          </w:tcPr>
          <w:p w14:paraId="1A208F9C" w14:textId="77777777" w:rsidR="00F12170" w:rsidRPr="007911BE" w:rsidRDefault="00000000">
            <w:pPr>
              <w:ind w:firstLine="0"/>
              <w:jc w:val="center"/>
            </w:pPr>
            <w:proofErr w:type="spellStart"/>
            <w:r w:rsidRPr="007911BE">
              <w:rPr>
                <w:b/>
                <w:sz w:val="14"/>
              </w:rPr>
              <w:t>Косвенные</w:t>
            </w:r>
            <w:proofErr w:type="spellEnd"/>
            <w:r w:rsidRPr="007911BE">
              <w:rPr>
                <w:b/>
                <w:sz w:val="14"/>
              </w:rPr>
              <w:t xml:space="preserve"> </w:t>
            </w:r>
            <w:proofErr w:type="spellStart"/>
            <w:r w:rsidRPr="007911BE">
              <w:rPr>
                <w:b/>
                <w:sz w:val="14"/>
              </w:rPr>
              <w:t>связи</w:t>
            </w:r>
            <w:proofErr w:type="spellEnd"/>
          </w:p>
        </w:tc>
        <w:tc>
          <w:tcPr>
            <w:tcW w:w="907" w:type="dxa"/>
            <w:shd w:val="clear" w:color="auto" w:fill="D9EAF7"/>
            <w:vAlign w:val="center"/>
          </w:tcPr>
          <w:p w14:paraId="6E32136F" w14:textId="77777777" w:rsidR="00F12170" w:rsidRPr="007911BE" w:rsidRDefault="00000000">
            <w:pPr>
              <w:ind w:firstLine="0"/>
              <w:jc w:val="center"/>
            </w:pPr>
            <w:proofErr w:type="spellStart"/>
            <w:r w:rsidRPr="007911BE">
              <w:rPr>
                <w:b/>
                <w:sz w:val="14"/>
              </w:rPr>
              <w:t>Доля</w:t>
            </w:r>
            <w:proofErr w:type="spellEnd"/>
            <w:r w:rsidRPr="007911BE">
              <w:rPr>
                <w:b/>
                <w:sz w:val="14"/>
              </w:rPr>
              <w:t xml:space="preserve"> </w:t>
            </w:r>
            <w:proofErr w:type="spellStart"/>
            <w:r w:rsidRPr="007911BE">
              <w:rPr>
                <w:b/>
                <w:sz w:val="14"/>
              </w:rPr>
              <w:t>косвенных</w:t>
            </w:r>
            <w:proofErr w:type="spellEnd"/>
            <w:r w:rsidRPr="007911BE">
              <w:rPr>
                <w:b/>
                <w:sz w:val="14"/>
              </w:rPr>
              <w:t xml:space="preserve"> </w:t>
            </w:r>
            <w:proofErr w:type="spellStart"/>
            <w:r w:rsidRPr="007911BE">
              <w:rPr>
                <w:b/>
                <w:sz w:val="14"/>
              </w:rPr>
              <w:t>связей</w:t>
            </w:r>
            <w:proofErr w:type="spellEnd"/>
            <w:r w:rsidRPr="007911BE">
              <w:rPr>
                <w:b/>
                <w:sz w:val="14"/>
              </w:rPr>
              <w:t>, %</w:t>
            </w:r>
          </w:p>
        </w:tc>
      </w:tr>
      <w:tr w:rsidR="00F12170" w:rsidRPr="007911BE" w14:paraId="020EBE73" w14:textId="77777777">
        <w:trPr>
          <w:jc w:val="center"/>
        </w:trPr>
        <w:tc>
          <w:tcPr>
            <w:tcW w:w="2381" w:type="dxa"/>
            <w:vAlign w:val="center"/>
          </w:tcPr>
          <w:p w14:paraId="02D90DEF" w14:textId="77777777" w:rsidR="00F12170" w:rsidRPr="007911BE" w:rsidRDefault="00000000">
            <w:pPr>
              <w:ind w:firstLine="0"/>
              <w:jc w:val="left"/>
            </w:pPr>
            <w:proofErr w:type="spellStart"/>
            <w:r w:rsidRPr="007911BE">
              <w:rPr>
                <w:sz w:val="14"/>
              </w:rPr>
              <w:t>Поддержка</w:t>
            </w:r>
            <w:proofErr w:type="spellEnd"/>
            <w:r w:rsidRPr="007911BE">
              <w:rPr>
                <w:sz w:val="14"/>
              </w:rPr>
              <w:t xml:space="preserve"> </w:t>
            </w:r>
            <w:proofErr w:type="spellStart"/>
            <w:r w:rsidRPr="007911BE">
              <w:rPr>
                <w:sz w:val="14"/>
              </w:rPr>
              <w:t>семьи</w:t>
            </w:r>
            <w:proofErr w:type="spellEnd"/>
          </w:p>
        </w:tc>
        <w:tc>
          <w:tcPr>
            <w:tcW w:w="964" w:type="dxa"/>
            <w:vAlign w:val="center"/>
          </w:tcPr>
          <w:p w14:paraId="5BF83056" w14:textId="77777777" w:rsidR="00F12170" w:rsidRPr="007911BE" w:rsidRDefault="00000000">
            <w:pPr>
              <w:ind w:firstLine="0"/>
              <w:jc w:val="center"/>
            </w:pPr>
            <w:r w:rsidRPr="007911BE">
              <w:rPr>
                <w:sz w:val="14"/>
              </w:rPr>
              <w:t>89.7</w:t>
            </w:r>
          </w:p>
        </w:tc>
        <w:tc>
          <w:tcPr>
            <w:tcW w:w="794" w:type="dxa"/>
            <w:vAlign w:val="center"/>
          </w:tcPr>
          <w:p w14:paraId="5B633B05" w14:textId="77777777" w:rsidR="00F12170" w:rsidRPr="007911BE" w:rsidRDefault="00000000">
            <w:pPr>
              <w:ind w:firstLine="0"/>
              <w:jc w:val="center"/>
            </w:pPr>
            <w:r w:rsidRPr="007911BE">
              <w:rPr>
                <w:sz w:val="14"/>
              </w:rPr>
              <w:t>8</w:t>
            </w:r>
          </w:p>
        </w:tc>
        <w:tc>
          <w:tcPr>
            <w:tcW w:w="794" w:type="dxa"/>
            <w:vAlign w:val="center"/>
          </w:tcPr>
          <w:p w14:paraId="08DC0F41" w14:textId="77777777" w:rsidR="00F12170" w:rsidRPr="007911BE" w:rsidRDefault="00000000">
            <w:pPr>
              <w:ind w:firstLine="0"/>
              <w:jc w:val="center"/>
            </w:pPr>
            <w:r w:rsidRPr="007911BE">
              <w:rPr>
                <w:sz w:val="14"/>
              </w:rPr>
              <w:t>5</w:t>
            </w:r>
          </w:p>
        </w:tc>
        <w:tc>
          <w:tcPr>
            <w:tcW w:w="794" w:type="dxa"/>
            <w:vAlign w:val="center"/>
          </w:tcPr>
          <w:p w14:paraId="7D41DB52" w14:textId="77777777" w:rsidR="00F12170" w:rsidRPr="007911BE" w:rsidRDefault="00000000">
            <w:pPr>
              <w:ind w:firstLine="0"/>
              <w:jc w:val="center"/>
            </w:pPr>
            <w:r w:rsidRPr="007911BE">
              <w:rPr>
                <w:sz w:val="14"/>
              </w:rPr>
              <w:t>62.5</w:t>
            </w:r>
          </w:p>
        </w:tc>
        <w:tc>
          <w:tcPr>
            <w:tcW w:w="680" w:type="dxa"/>
            <w:vAlign w:val="center"/>
          </w:tcPr>
          <w:p w14:paraId="6287C728" w14:textId="77777777" w:rsidR="00F12170" w:rsidRPr="007911BE" w:rsidRDefault="00000000">
            <w:pPr>
              <w:ind w:firstLine="0"/>
              <w:jc w:val="center"/>
            </w:pPr>
            <w:r w:rsidRPr="007911BE">
              <w:rPr>
                <w:sz w:val="14"/>
              </w:rPr>
              <w:t>17</w:t>
            </w:r>
          </w:p>
        </w:tc>
        <w:tc>
          <w:tcPr>
            <w:tcW w:w="624" w:type="dxa"/>
            <w:vAlign w:val="center"/>
          </w:tcPr>
          <w:p w14:paraId="0DF038CE" w14:textId="77777777" w:rsidR="00F12170" w:rsidRPr="007911BE" w:rsidRDefault="00000000">
            <w:pPr>
              <w:ind w:firstLine="0"/>
              <w:jc w:val="center"/>
            </w:pPr>
            <w:r w:rsidRPr="007911BE">
              <w:rPr>
                <w:sz w:val="14"/>
              </w:rPr>
              <w:t>6</w:t>
            </w:r>
          </w:p>
        </w:tc>
        <w:tc>
          <w:tcPr>
            <w:tcW w:w="624" w:type="dxa"/>
            <w:vAlign w:val="center"/>
          </w:tcPr>
          <w:p w14:paraId="53BFE032" w14:textId="77777777" w:rsidR="00F12170" w:rsidRPr="007911BE" w:rsidRDefault="00000000">
            <w:pPr>
              <w:ind w:firstLine="0"/>
              <w:jc w:val="center"/>
            </w:pPr>
            <w:r w:rsidRPr="007911BE">
              <w:rPr>
                <w:sz w:val="14"/>
              </w:rPr>
              <w:t>11</w:t>
            </w:r>
          </w:p>
        </w:tc>
        <w:tc>
          <w:tcPr>
            <w:tcW w:w="907" w:type="dxa"/>
            <w:vAlign w:val="center"/>
          </w:tcPr>
          <w:p w14:paraId="0308C233" w14:textId="77777777" w:rsidR="00F12170" w:rsidRPr="007911BE" w:rsidRDefault="00000000">
            <w:pPr>
              <w:ind w:firstLine="0"/>
              <w:jc w:val="center"/>
            </w:pPr>
            <w:r w:rsidRPr="007911BE">
              <w:rPr>
                <w:sz w:val="14"/>
              </w:rPr>
              <w:t>64.71</w:t>
            </w:r>
          </w:p>
        </w:tc>
      </w:tr>
      <w:tr w:rsidR="00F12170" w:rsidRPr="007911BE" w14:paraId="3A1A31FC" w14:textId="77777777">
        <w:trPr>
          <w:jc w:val="center"/>
        </w:trPr>
        <w:tc>
          <w:tcPr>
            <w:tcW w:w="2381" w:type="dxa"/>
            <w:vAlign w:val="center"/>
          </w:tcPr>
          <w:p w14:paraId="0AAD03CC" w14:textId="77777777" w:rsidR="00F12170" w:rsidRPr="007911BE" w:rsidRDefault="00000000">
            <w:pPr>
              <w:ind w:firstLine="0"/>
              <w:jc w:val="left"/>
            </w:pPr>
            <w:proofErr w:type="spellStart"/>
            <w:r w:rsidRPr="007911BE">
              <w:rPr>
                <w:sz w:val="14"/>
              </w:rPr>
              <w:t>Многодетная</w:t>
            </w:r>
            <w:proofErr w:type="spellEnd"/>
            <w:r w:rsidRPr="007911BE">
              <w:rPr>
                <w:sz w:val="14"/>
              </w:rPr>
              <w:t xml:space="preserve"> </w:t>
            </w:r>
            <w:proofErr w:type="spellStart"/>
            <w:r w:rsidRPr="007911BE">
              <w:rPr>
                <w:sz w:val="14"/>
              </w:rPr>
              <w:t>семья</w:t>
            </w:r>
            <w:proofErr w:type="spellEnd"/>
          </w:p>
        </w:tc>
        <w:tc>
          <w:tcPr>
            <w:tcW w:w="964" w:type="dxa"/>
            <w:vAlign w:val="center"/>
          </w:tcPr>
          <w:p w14:paraId="2A774E32" w14:textId="77777777" w:rsidR="00F12170" w:rsidRPr="007911BE" w:rsidRDefault="00000000">
            <w:pPr>
              <w:ind w:firstLine="0"/>
              <w:jc w:val="center"/>
            </w:pPr>
            <w:r w:rsidRPr="007911BE">
              <w:rPr>
                <w:sz w:val="14"/>
              </w:rPr>
              <w:t>5.48</w:t>
            </w:r>
          </w:p>
        </w:tc>
        <w:tc>
          <w:tcPr>
            <w:tcW w:w="794" w:type="dxa"/>
            <w:vAlign w:val="center"/>
          </w:tcPr>
          <w:p w14:paraId="3DFFA302" w14:textId="77777777" w:rsidR="00F12170" w:rsidRPr="007911BE" w:rsidRDefault="00000000">
            <w:pPr>
              <w:ind w:firstLine="0"/>
              <w:jc w:val="center"/>
            </w:pPr>
            <w:r w:rsidRPr="007911BE">
              <w:rPr>
                <w:sz w:val="14"/>
              </w:rPr>
              <w:t>7</w:t>
            </w:r>
          </w:p>
        </w:tc>
        <w:tc>
          <w:tcPr>
            <w:tcW w:w="794" w:type="dxa"/>
            <w:vAlign w:val="center"/>
          </w:tcPr>
          <w:p w14:paraId="131D58FF" w14:textId="77777777" w:rsidR="00F12170" w:rsidRPr="007911BE" w:rsidRDefault="00000000">
            <w:pPr>
              <w:ind w:firstLine="0"/>
              <w:jc w:val="center"/>
            </w:pPr>
            <w:r w:rsidRPr="007911BE">
              <w:rPr>
                <w:sz w:val="14"/>
              </w:rPr>
              <w:t>4</w:t>
            </w:r>
          </w:p>
        </w:tc>
        <w:tc>
          <w:tcPr>
            <w:tcW w:w="794" w:type="dxa"/>
            <w:vAlign w:val="center"/>
          </w:tcPr>
          <w:p w14:paraId="67EBFD3C" w14:textId="77777777" w:rsidR="00F12170" w:rsidRPr="007911BE" w:rsidRDefault="00000000">
            <w:pPr>
              <w:ind w:firstLine="0"/>
              <w:jc w:val="center"/>
            </w:pPr>
            <w:r w:rsidRPr="007911BE">
              <w:rPr>
                <w:sz w:val="14"/>
              </w:rPr>
              <w:t>57.14</w:t>
            </w:r>
          </w:p>
        </w:tc>
        <w:tc>
          <w:tcPr>
            <w:tcW w:w="680" w:type="dxa"/>
            <w:vAlign w:val="center"/>
          </w:tcPr>
          <w:p w14:paraId="635ED564" w14:textId="77777777" w:rsidR="00F12170" w:rsidRPr="007911BE" w:rsidRDefault="00000000">
            <w:pPr>
              <w:ind w:firstLine="0"/>
              <w:jc w:val="center"/>
            </w:pPr>
            <w:r w:rsidRPr="007911BE">
              <w:rPr>
                <w:sz w:val="14"/>
              </w:rPr>
              <w:t>13</w:t>
            </w:r>
          </w:p>
        </w:tc>
        <w:tc>
          <w:tcPr>
            <w:tcW w:w="624" w:type="dxa"/>
            <w:vAlign w:val="center"/>
          </w:tcPr>
          <w:p w14:paraId="482D3B10" w14:textId="77777777" w:rsidR="00F12170" w:rsidRPr="007911BE" w:rsidRDefault="00000000">
            <w:pPr>
              <w:ind w:firstLine="0"/>
              <w:jc w:val="center"/>
            </w:pPr>
            <w:r w:rsidRPr="007911BE">
              <w:rPr>
                <w:sz w:val="14"/>
              </w:rPr>
              <w:t>7</w:t>
            </w:r>
          </w:p>
        </w:tc>
        <w:tc>
          <w:tcPr>
            <w:tcW w:w="624" w:type="dxa"/>
            <w:vAlign w:val="center"/>
          </w:tcPr>
          <w:p w14:paraId="0A3FB792" w14:textId="77777777" w:rsidR="00F12170" w:rsidRPr="007911BE" w:rsidRDefault="00000000">
            <w:pPr>
              <w:ind w:firstLine="0"/>
              <w:jc w:val="center"/>
            </w:pPr>
            <w:r w:rsidRPr="007911BE">
              <w:rPr>
                <w:sz w:val="14"/>
              </w:rPr>
              <w:t>6</w:t>
            </w:r>
          </w:p>
        </w:tc>
        <w:tc>
          <w:tcPr>
            <w:tcW w:w="907" w:type="dxa"/>
            <w:vAlign w:val="center"/>
          </w:tcPr>
          <w:p w14:paraId="49721EF3" w14:textId="77777777" w:rsidR="00F12170" w:rsidRPr="007911BE" w:rsidRDefault="00000000">
            <w:pPr>
              <w:ind w:firstLine="0"/>
              <w:jc w:val="center"/>
            </w:pPr>
            <w:r w:rsidRPr="007911BE">
              <w:rPr>
                <w:sz w:val="14"/>
              </w:rPr>
              <w:t>46.15</w:t>
            </w:r>
          </w:p>
        </w:tc>
      </w:tr>
      <w:tr w:rsidR="00F12170" w:rsidRPr="007911BE" w14:paraId="6F1C77CD" w14:textId="77777777">
        <w:trPr>
          <w:jc w:val="center"/>
        </w:trPr>
        <w:tc>
          <w:tcPr>
            <w:tcW w:w="2381" w:type="dxa"/>
            <w:vAlign w:val="center"/>
          </w:tcPr>
          <w:p w14:paraId="19FC64FE" w14:textId="77777777" w:rsidR="00F12170" w:rsidRPr="007911BE" w:rsidRDefault="00000000">
            <w:pPr>
              <w:ind w:firstLine="0"/>
              <w:jc w:val="left"/>
              <w:rPr>
                <w:lang w:val="ru-RU"/>
              </w:rPr>
            </w:pPr>
            <w:r w:rsidRPr="007911BE">
              <w:rPr>
                <w:sz w:val="14"/>
                <w:lang w:val="ru-RU"/>
              </w:rPr>
              <w:t>Семейные ценности и инфраструктура культуры</w:t>
            </w:r>
          </w:p>
        </w:tc>
        <w:tc>
          <w:tcPr>
            <w:tcW w:w="964" w:type="dxa"/>
            <w:vAlign w:val="center"/>
          </w:tcPr>
          <w:p w14:paraId="02BB32F4" w14:textId="77777777" w:rsidR="00F12170" w:rsidRPr="007911BE" w:rsidRDefault="00000000">
            <w:pPr>
              <w:ind w:firstLine="0"/>
              <w:jc w:val="center"/>
            </w:pPr>
            <w:r w:rsidRPr="007911BE">
              <w:rPr>
                <w:sz w:val="14"/>
              </w:rPr>
              <w:t>2.01</w:t>
            </w:r>
          </w:p>
        </w:tc>
        <w:tc>
          <w:tcPr>
            <w:tcW w:w="794" w:type="dxa"/>
            <w:vAlign w:val="center"/>
          </w:tcPr>
          <w:p w14:paraId="629E637A" w14:textId="77777777" w:rsidR="00F12170" w:rsidRPr="007911BE" w:rsidRDefault="00000000">
            <w:pPr>
              <w:ind w:firstLine="0"/>
              <w:jc w:val="center"/>
            </w:pPr>
            <w:r w:rsidRPr="007911BE">
              <w:rPr>
                <w:sz w:val="14"/>
              </w:rPr>
              <w:t>4</w:t>
            </w:r>
          </w:p>
        </w:tc>
        <w:tc>
          <w:tcPr>
            <w:tcW w:w="794" w:type="dxa"/>
            <w:vAlign w:val="center"/>
          </w:tcPr>
          <w:p w14:paraId="715B18EF" w14:textId="77777777" w:rsidR="00F12170" w:rsidRPr="007911BE" w:rsidRDefault="00000000">
            <w:pPr>
              <w:ind w:firstLine="0"/>
              <w:jc w:val="center"/>
            </w:pPr>
            <w:r w:rsidRPr="007911BE">
              <w:rPr>
                <w:sz w:val="14"/>
              </w:rPr>
              <w:t>3</w:t>
            </w:r>
          </w:p>
        </w:tc>
        <w:tc>
          <w:tcPr>
            <w:tcW w:w="794" w:type="dxa"/>
            <w:vAlign w:val="center"/>
          </w:tcPr>
          <w:p w14:paraId="4ED882F5" w14:textId="77777777" w:rsidR="00F12170" w:rsidRPr="007911BE" w:rsidRDefault="00000000">
            <w:pPr>
              <w:ind w:firstLine="0"/>
              <w:jc w:val="center"/>
            </w:pPr>
            <w:r w:rsidRPr="007911BE">
              <w:rPr>
                <w:sz w:val="14"/>
              </w:rPr>
              <w:t>75</w:t>
            </w:r>
          </w:p>
        </w:tc>
        <w:tc>
          <w:tcPr>
            <w:tcW w:w="680" w:type="dxa"/>
            <w:vAlign w:val="center"/>
          </w:tcPr>
          <w:p w14:paraId="6324CDD7" w14:textId="77777777" w:rsidR="00F12170" w:rsidRPr="007911BE" w:rsidRDefault="00000000">
            <w:pPr>
              <w:ind w:firstLine="0"/>
              <w:jc w:val="center"/>
            </w:pPr>
            <w:r w:rsidRPr="007911BE">
              <w:rPr>
                <w:sz w:val="14"/>
              </w:rPr>
              <w:t>16</w:t>
            </w:r>
          </w:p>
        </w:tc>
        <w:tc>
          <w:tcPr>
            <w:tcW w:w="624" w:type="dxa"/>
            <w:vAlign w:val="center"/>
          </w:tcPr>
          <w:p w14:paraId="15F98CF8" w14:textId="77777777" w:rsidR="00F12170" w:rsidRPr="007911BE" w:rsidRDefault="00000000">
            <w:pPr>
              <w:ind w:firstLine="0"/>
              <w:jc w:val="center"/>
            </w:pPr>
            <w:r w:rsidRPr="007911BE">
              <w:rPr>
                <w:sz w:val="14"/>
              </w:rPr>
              <w:t>9</w:t>
            </w:r>
          </w:p>
        </w:tc>
        <w:tc>
          <w:tcPr>
            <w:tcW w:w="624" w:type="dxa"/>
            <w:vAlign w:val="center"/>
          </w:tcPr>
          <w:p w14:paraId="21A1D419" w14:textId="77777777" w:rsidR="00F12170" w:rsidRPr="007911BE" w:rsidRDefault="00000000">
            <w:pPr>
              <w:ind w:firstLine="0"/>
              <w:jc w:val="center"/>
            </w:pPr>
            <w:r w:rsidRPr="007911BE">
              <w:rPr>
                <w:sz w:val="14"/>
              </w:rPr>
              <w:t>7</w:t>
            </w:r>
          </w:p>
        </w:tc>
        <w:tc>
          <w:tcPr>
            <w:tcW w:w="907" w:type="dxa"/>
            <w:vAlign w:val="center"/>
          </w:tcPr>
          <w:p w14:paraId="585279EE" w14:textId="77777777" w:rsidR="00F12170" w:rsidRPr="007911BE" w:rsidRDefault="00000000">
            <w:pPr>
              <w:ind w:firstLine="0"/>
              <w:jc w:val="center"/>
            </w:pPr>
            <w:r w:rsidRPr="007911BE">
              <w:rPr>
                <w:sz w:val="14"/>
              </w:rPr>
              <w:t>43.75</w:t>
            </w:r>
          </w:p>
        </w:tc>
      </w:tr>
      <w:tr w:rsidR="00F12170" w:rsidRPr="007911BE" w14:paraId="5C843673" w14:textId="77777777">
        <w:trPr>
          <w:jc w:val="center"/>
        </w:trPr>
        <w:tc>
          <w:tcPr>
            <w:tcW w:w="2381" w:type="dxa"/>
            <w:vAlign w:val="center"/>
          </w:tcPr>
          <w:p w14:paraId="322CD33B" w14:textId="77777777" w:rsidR="00F12170" w:rsidRPr="007911BE" w:rsidRDefault="00000000">
            <w:pPr>
              <w:ind w:firstLine="0"/>
              <w:jc w:val="left"/>
            </w:pPr>
            <w:proofErr w:type="spellStart"/>
            <w:r w:rsidRPr="007911BE">
              <w:rPr>
                <w:sz w:val="14"/>
              </w:rPr>
              <w:t>Старшее</w:t>
            </w:r>
            <w:proofErr w:type="spellEnd"/>
            <w:r w:rsidRPr="007911BE">
              <w:rPr>
                <w:sz w:val="14"/>
              </w:rPr>
              <w:t xml:space="preserve"> </w:t>
            </w:r>
            <w:proofErr w:type="spellStart"/>
            <w:r w:rsidRPr="007911BE">
              <w:rPr>
                <w:sz w:val="14"/>
              </w:rPr>
              <w:t>поколение</w:t>
            </w:r>
            <w:proofErr w:type="spellEnd"/>
          </w:p>
        </w:tc>
        <w:tc>
          <w:tcPr>
            <w:tcW w:w="964" w:type="dxa"/>
            <w:vAlign w:val="center"/>
          </w:tcPr>
          <w:p w14:paraId="7CB05DAA" w14:textId="77777777" w:rsidR="00F12170" w:rsidRPr="007911BE" w:rsidRDefault="00000000">
            <w:pPr>
              <w:ind w:firstLine="0"/>
              <w:jc w:val="center"/>
            </w:pPr>
            <w:r w:rsidRPr="007911BE">
              <w:rPr>
                <w:sz w:val="14"/>
              </w:rPr>
              <w:t>1.77</w:t>
            </w:r>
          </w:p>
        </w:tc>
        <w:tc>
          <w:tcPr>
            <w:tcW w:w="794" w:type="dxa"/>
            <w:vAlign w:val="center"/>
          </w:tcPr>
          <w:p w14:paraId="15063DCB" w14:textId="77777777" w:rsidR="00F12170" w:rsidRPr="007911BE" w:rsidRDefault="00000000">
            <w:pPr>
              <w:ind w:firstLine="0"/>
              <w:jc w:val="center"/>
            </w:pPr>
            <w:r w:rsidRPr="007911BE">
              <w:rPr>
                <w:sz w:val="14"/>
              </w:rPr>
              <w:t>2</w:t>
            </w:r>
          </w:p>
        </w:tc>
        <w:tc>
          <w:tcPr>
            <w:tcW w:w="794" w:type="dxa"/>
            <w:vAlign w:val="center"/>
          </w:tcPr>
          <w:p w14:paraId="2B7D521D" w14:textId="77777777" w:rsidR="00F12170" w:rsidRPr="007911BE" w:rsidRDefault="00000000">
            <w:pPr>
              <w:ind w:firstLine="0"/>
              <w:jc w:val="center"/>
            </w:pPr>
            <w:r w:rsidRPr="007911BE">
              <w:rPr>
                <w:sz w:val="14"/>
              </w:rPr>
              <w:t>1</w:t>
            </w:r>
          </w:p>
        </w:tc>
        <w:tc>
          <w:tcPr>
            <w:tcW w:w="794" w:type="dxa"/>
            <w:vAlign w:val="center"/>
          </w:tcPr>
          <w:p w14:paraId="01C3F350" w14:textId="77777777" w:rsidR="00F12170" w:rsidRPr="007911BE" w:rsidRDefault="00000000">
            <w:pPr>
              <w:ind w:firstLine="0"/>
              <w:jc w:val="center"/>
            </w:pPr>
            <w:r w:rsidRPr="007911BE">
              <w:rPr>
                <w:sz w:val="14"/>
              </w:rPr>
              <w:t>50</w:t>
            </w:r>
          </w:p>
        </w:tc>
        <w:tc>
          <w:tcPr>
            <w:tcW w:w="680" w:type="dxa"/>
            <w:vAlign w:val="center"/>
          </w:tcPr>
          <w:p w14:paraId="5559F032" w14:textId="77777777" w:rsidR="00F12170" w:rsidRPr="007911BE" w:rsidRDefault="00000000">
            <w:pPr>
              <w:ind w:firstLine="0"/>
              <w:jc w:val="center"/>
            </w:pPr>
            <w:r w:rsidRPr="007911BE">
              <w:rPr>
                <w:sz w:val="14"/>
              </w:rPr>
              <w:t>6</w:t>
            </w:r>
          </w:p>
        </w:tc>
        <w:tc>
          <w:tcPr>
            <w:tcW w:w="624" w:type="dxa"/>
            <w:vAlign w:val="center"/>
          </w:tcPr>
          <w:p w14:paraId="7660877A" w14:textId="77777777" w:rsidR="00F12170" w:rsidRPr="007911BE" w:rsidRDefault="00000000">
            <w:pPr>
              <w:ind w:firstLine="0"/>
              <w:jc w:val="center"/>
            </w:pPr>
            <w:r w:rsidRPr="007911BE">
              <w:rPr>
                <w:sz w:val="14"/>
              </w:rPr>
              <w:t>3</w:t>
            </w:r>
          </w:p>
        </w:tc>
        <w:tc>
          <w:tcPr>
            <w:tcW w:w="624" w:type="dxa"/>
            <w:vAlign w:val="center"/>
          </w:tcPr>
          <w:p w14:paraId="703A57F1" w14:textId="77777777" w:rsidR="00F12170" w:rsidRPr="007911BE" w:rsidRDefault="00000000">
            <w:pPr>
              <w:ind w:firstLine="0"/>
              <w:jc w:val="center"/>
            </w:pPr>
            <w:r w:rsidRPr="007911BE">
              <w:rPr>
                <w:sz w:val="14"/>
              </w:rPr>
              <w:t>3</w:t>
            </w:r>
          </w:p>
        </w:tc>
        <w:tc>
          <w:tcPr>
            <w:tcW w:w="907" w:type="dxa"/>
            <w:vAlign w:val="center"/>
          </w:tcPr>
          <w:p w14:paraId="094CA5E0" w14:textId="77777777" w:rsidR="00F12170" w:rsidRPr="007911BE" w:rsidRDefault="00000000">
            <w:pPr>
              <w:ind w:firstLine="0"/>
              <w:jc w:val="center"/>
            </w:pPr>
            <w:r w:rsidRPr="007911BE">
              <w:rPr>
                <w:sz w:val="14"/>
              </w:rPr>
              <w:t>50</w:t>
            </w:r>
          </w:p>
        </w:tc>
      </w:tr>
      <w:tr w:rsidR="00F12170" w:rsidRPr="007911BE" w14:paraId="5708F72B" w14:textId="77777777">
        <w:trPr>
          <w:jc w:val="center"/>
        </w:trPr>
        <w:tc>
          <w:tcPr>
            <w:tcW w:w="2381" w:type="dxa"/>
            <w:vAlign w:val="center"/>
          </w:tcPr>
          <w:p w14:paraId="5729BCD5" w14:textId="77777777" w:rsidR="00F12170" w:rsidRPr="007911BE" w:rsidRDefault="00000000">
            <w:pPr>
              <w:ind w:firstLine="0"/>
              <w:jc w:val="left"/>
            </w:pPr>
            <w:proofErr w:type="spellStart"/>
            <w:r w:rsidRPr="007911BE">
              <w:rPr>
                <w:sz w:val="14"/>
              </w:rPr>
              <w:t>Охрана</w:t>
            </w:r>
            <w:proofErr w:type="spellEnd"/>
            <w:r w:rsidRPr="007911BE">
              <w:rPr>
                <w:sz w:val="14"/>
              </w:rPr>
              <w:t xml:space="preserve"> </w:t>
            </w:r>
            <w:proofErr w:type="spellStart"/>
            <w:r w:rsidRPr="007911BE">
              <w:rPr>
                <w:sz w:val="14"/>
              </w:rPr>
              <w:t>материнства</w:t>
            </w:r>
            <w:proofErr w:type="spellEnd"/>
            <w:r w:rsidRPr="007911BE">
              <w:rPr>
                <w:sz w:val="14"/>
              </w:rPr>
              <w:t xml:space="preserve"> и </w:t>
            </w:r>
            <w:proofErr w:type="spellStart"/>
            <w:r w:rsidRPr="007911BE">
              <w:rPr>
                <w:sz w:val="14"/>
              </w:rPr>
              <w:t>детства</w:t>
            </w:r>
            <w:proofErr w:type="spellEnd"/>
          </w:p>
        </w:tc>
        <w:tc>
          <w:tcPr>
            <w:tcW w:w="964" w:type="dxa"/>
            <w:vAlign w:val="center"/>
          </w:tcPr>
          <w:p w14:paraId="773E1629" w14:textId="77777777" w:rsidR="00F12170" w:rsidRPr="007911BE" w:rsidRDefault="00000000">
            <w:pPr>
              <w:ind w:firstLine="0"/>
              <w:jc w:val="center"/>
            </w:pPr>
            <w:r w:rsidRPr="007911BE">
              <w:rPr>
                <w:sz w:val="14"/>
              </w:rPr>
              <w:t>1.04</w:t>
            </w:r>
          </w:p>
        </w:tc>
        <w:tc>
          <w:tcPr>
            <w:tcW w:w="794" w:type="dxa"/>
            <w:vAlign w:val="center"/>
          </w:tcPr>
          <w:p w14:paraId="23E51A7B" w14:textId="77777777" w:rsidR="00F12170" w:rsidRPr="007911BE" w:rsidRDefault="00000000">
            <w:pPr>
              <w:ind w:firstLine="0"/>
              <w:jc w:val="center"/>
            </w:pPr>
            <w:r w:rsidRPr="007911BE">
              <w:rPr>
                <w:sz w:val="14"/>
              </w:rPr>
              <w:t>6</w:t>
            </w:r>
          </w:p>
        </w:tc>
        <w:tc>
          <w:tcPr>
            <w:tcW w:w="794" w:type="dxa"/>
            <w:vAlign w:val="center"/>
          </w:tcPr>
          <w:p w14:paraId="2735B6A1" w14:textId="77777777" w:rsidR="00F12170" w:rsidRPr="007911BE" w:rsidRDefault="00000000">
            <w:pPr>
              <w:ind w:firstLine="0"/>
              <w:jc w:val="center"/>
            </w:pPr>
            <w:r w:rsidRPr="007911BE">
              <w:rPr>
                <w:sz w:val="14"/>
              </w:rPr>
              <w:t>6</w:t>
            </w:r>
          </w:p>
        </w:tc>
        <w:tc>
          <w:tcPr>
            <w:tcW w:w="794" w:type="dxa"/>
            <w:vAlign w:val="center"/>
          </w:tcPr>
          <w:p w14:paraId="52ABFF13" w14:textId="77777777" w:rsidR="00F12170" w:rsidRPr="007911BE" w:rsidRDefault="00000000">
            <w:pPr>
              <w:ind w:firstLine="0"/>
              <w:jc w:val="center"/>
            </w:pPr>
            <w:r w:rsidRPr="007911BE">
              <w:rPr>
                <w:sz w:val="14"/>
              </w:rPr>
              <w:t>100</w:t>
            </w:r>
          </w:p>
        </w:tc>
        <w:tc>
          <w:tcPr>
            <w:tcW w:w="680" w:type="dxa"/>
            <w:vAlign w:val="center"/>
          </w:tcPr>
          <w:p w14:paraId="2B656BC6" w14:textId="77777777" w:rsidR="00F12170" w:rsidRPr="007911BE" w:rsidRDefault="00000000">
            <w:pPr>
              <w:ind w:firstLine="0"/>
              <w:jc w:val="center"/>
            </w:pPr>
            <w:r w:rsidRPr="007911BE">
              <w:rPr>
                <w:sz w:val="14"/>
              </w:rPr>
              <w:t>18</w:t>
            </w:r>
          </w:p>
        </w:tc>
        <w:tc>
          <w:tcPr>
            <w:tcW w:w="624" w:type="dxa"/>
            <w:vAlign w:val="center"/>
          </w:tcPr>
          <w:p w14:paraId="6CE445AC" w14:textId="77777777" w:rsidR="00F12170" w:rsidRPr="007911BE" w:rsidRDefault="00000000">
            <w:pPr>
              <w:ind w:firstLine="0"/>
              <w:jc w:val="center"/>
            </w:pPr>
            <w:r w:rsidRPr="007911BE">
              <w:rPr>
                <w:sz w:val="14"/>
              </w:rPr>
              <w:t>12</w:t>
            </w:r>
          </w:p>
        </w:tc>
        <w:tc>
          <w:tcPr>
            <w:tcW w:w="624" w:type="dxa"/>
            <w:vAlign w:val="center"/>
          </w:tcPr>
          <w:p w14:paraId="0C51C0E9" w14:textId="77777777" w:rsidR="00F12170" w:rsidRPr="007911BE" w:rsidRDefault="00000000">
            <w:pPr>
              <w:ind w:firstLine="0"/>
              <w:jc w:val="center"/>
            </w:pPr>
            <w:r w:rsidRPr="007911BE">
              <w:rPr>
                <w:sz w:val="14"/>
              </w:rPr>
              <w:t>6</w:t>
            </w:r>
          </w:p>
        </w:tc>
        <w:tc>
          <w:tcPr>
            <w:tcW w:w="907" w:type="dxa"/>
            <w:vAlign w:val="center"/>
          </w:tcPr>
          <w:p w14:paraId="37627400" w14:textId="77777777" w:rsidR="00F12170" w:rsidRPr="007911BE" w:rsidRDefault="00000000">
            <w:pPr>
              <w:ind w:firstLine="0"/>
              <w:jc w:val="center"/>
            </w:pPr>
            <w:r w:rsidRPr="007911BE">
              <w:rPr>
                <w:sz w:val="14"/>
              </w:rPr>
              <w:t>33.33</w:t>
            </w:r>
          </w:p>
        </w:tc>
      </w:tr>
    </w:tbl>
    <w:p w14:paraId="0DFF1E4A" w14:textId="77777777" w:rsidR="00F12170" w:rsidRPr="007911BE" w:rsidRDefault="00000000">
      <w:pPr>
        <w:spacing w:after="120"/>
        <w:jc w:val="left"/>
        <w:rPr>
          <w:lang w:val="ru-RU"/>
        </w:rPr>
      </w:pPr>
      <w:r w:rsidRPr="007911BE">
        <w:rPr>
          <w:lang w:val="ru-RU"/>
        </w:rPr>
        <w:t>Источник: расчёты автора по паспорту национального проекта и финансовым таблицам проекта.</w:t>
      </w:r>
    </w:p>
    <w:p w14:paraId="0F39C56B" w14:textId="77777777" w:rsidR="00F12170" w:rsidRPr="007911BE" w:rsidRDefault="00000000" w:rsidP="00585C06">
      <w:pPr>
        <w:pStyle w:val="21"/>
      </w:pPr>
      <w:bookmarkStart w:id="37" w:name="_Toc228134083"/>
      <w:r w:rsidRPr="007911BE">
        <w:t>7.</w:t>
      </w:r>
      <w:r w:rsidR="00585C06" w:rsidRPr="007911BE">
        <w:t>4</w:t>
      </w:r>
      <w:r w:rsidRPr="007911BE">
        <w:t>. Выводы и рекомендации</w:t>
      </w:r>
      <w:bookmarkEnd w:id="37"/>
    </w:p>
    <w:p w14:paraId="365746C1" w14:textId="77777777" w:rsidR="00F12170" w:rsidRPr="007911BE" w:rsidRDefault="00000000">
      <w:pPr>
        <w:rPr>
          <w:lang w:val="ru-RU"/>
        </w:rPr>
      </w:pPr>
      <w:r w:rsidRPr="007911BE">
        <w:rPr>
          <w:sz w:val="28"/>
          <w:lang w:val="ru-RU"/>
        </w:rPr>
        <w:t>Рекомендуется ввести финансовую панель нацпроекта с раздельным отражением: плановых ассигнований, кассового исполнения, межбюджетных трансфертов, регионального софинансирования, средств Социального фонда, удельной стоимости результата и стоимости дополнительного эффекта. Для каждой крупной меры следует считать стоимость одного получателя, одного объекта, одного цикла ЭКО, одного места и одного пункта снижения бедности.</w:t>
      </w:r>
    </w:p>
    <w:p w14:paraId="4D422C62" w14:textId="77777777" w:rsidR="00F12170" w:rsidRPr="007911BE" w:rsidRDefault="00000000">
      <w:pPr>
        <w:rPr>
          <w:lang w:val="ru-RU"/>
        </w:rPr>
      </w:pPr>
      <w:r w:rsidRPr="007911BE">
        <w:rPr>
          <w:sz w:val="28"/>
          <w:lang w:val="ru-RU"/>
        </w:rPr>
        <w:t xml:space="preserve">Необходимо различать социальную эффективность и демографическую эффективность расходов. Единое пособие, материнский капитал и социальный контракт могут быть высокоэффективными как меры благополучия и снижения бедности, но их вклад в прирост рождаемости должен оцениваться отдельно, с использованием </w:t>
      </w:r>
      <w:proofErr w:type="spellStart"/>
      <w:r w:rsidRPr="007911BE">
        <w:rPr>
          <w:sz w:val="28"/>
          <w:lang w:val="ru-RU"/>
        </w:rPr>
        <w:t>контрфактических</w:t>
      </w:r>
      <w:proofErr w:type="spellEnd"/>
      <w:r w:rsidRPr="007911BE">
        <w:rPr>
          <w:sz w:val="28"/>
          <w:lang w:val="ru-RU"/>
        </w:rPr>
        <w:t xml:space="preserve"> методов. Только так можно понять, какие расходы «покупают» дополнительное рождение, а какие прежде всего предотвращают социальное неблагополучие уже существующих семей.</w:t>
      </w:r>
    </w:p>
    <w:p w14:paraId="7EAD965F" w14:textId="77777777" w:rsidR="00F12170" w:rsidRPr="007911BE" w:rsidRDefault="00000000" w:rsidP="00585C06">
      <w:pPr>
        <w:pStyle w:val="1"/>
      </w:pPr>
      <w:bookmarkStart w:id="38" w:name="_Toc228134084"/>
      <w:r w:rsidRPr="007911BE">
        <w:t>8. Матрица мероприятий и показателей</w:t>
      </w:r>
      <w:bookmarkEnd w:id="38"/>
    </w:p>
    <w:p w14:paraId="646EB47E" w14:textId="77777777" w:rsidR="00F12170" w:rsidRPr="007911BE" w:rsidRDefault="00000000" w:rsidP="00585C06">
      <w:pPr>
        <w:pStyle w:val="21"/>
      </w:pPr>
      <w:bookmarkStart w:id="39" w:name="_Toc228134085"/>
      <w:r w:rsidRPr="007911BE">
        <w:t>8.1. Методика</w:t>
      </w:r>
      <w:bookmarkEnd w:id="39"/>
    </w:p>
    <w:p w14:paraId="060F3AE4" w14:textId="77777777" w:rsidR="00F12170" w:rsidRPr="007911BE" w:rsidRDefault="00000000">
      <w:pPr>
        <w:rPr>
          <w:sz w:val="28"/>
          <w:szCs w:val="28"/>
          <w:lang w:val="ru-RU"/>
        </w:rPr>
      </w:pPr>
      <w:r w:rsidRPr="007911BE">
        <w:rPr>
          <w:sz w:val="28"/>
          <w:szCs w:val="28"/>
          <w:lang w:val="ru-RU"/>
        </w:rPr>
        <w:t xml:space="preserve">Матрица «мероприятия </w:t>
      </w:r>
      <w:r w:rsidR="00387CF6" w:rsidRPr="007911BE">
        <w:rPr>
          <w:sz w:val="28"/>
          <w:szCs w:val="28"/>
          <w:lang w:val="ru-RU"/>
        </w:rPr>
        <w:t xml:space="preserve">– </w:t>
      </w:r>
      <w:r w:rsidRPr="007911BE">
        <w:rPr>
          <w:sz w:val="28"/>
          <w:szCs w:val="28"/>
          <w:lang w:val="ru-RU"/>
        </w:rPr>
        <w:t xml:space="preserve"> показатели» строилась вручную на основе перечня ключевых мероприятий национального проекта и набора целевых показателей. Для каждого мероприятия определялось, на какой именно результат оно должно работать и можно ли этот результат наблюдать в статистике. Такая разметка нужна, чтобы избежать типичной для программной отчётности ситуации, когда большое число действий создаёт видимость насыщенной политики, но не образует ясной логики достижения целей.</w:t>
      </w:r>
    </w:p>
    <w:p w14:paraId="1152ECA3" w14:textId="77777777" w:rsidR="00F12170" w:rsidRPr="007911BE" w:rsidRDefault="00000000">
      <w:pPr>
        <w:rPr>
          <w:sz w:val="28"/>
          <w:szCs w:val="28"/>
          <w:lang w:val="ru-RU"/>
        </w:rPr>
      </w:pPr>
      <w:r w:rsidRPr="007911BE">
        <w:rPr>
          <w:sz w:val="28"/>
          <w:szCs w:val="28"/>
          <w:lang w:val="ru-RU"/>
        </w:rPr>
        <w:t xml:space="preserve">Связи кодировались как прямые, косвенные и гипотетические. Прямая связь означает, что мероприятие почти непосредственно должно менять показатель; косвенная </w:t>
      </w:r>
      <w:r w:rsidR="00387CF6" w:rsidRPr="007911BE">
        <w:rPr>
          <w:sz w:val="28"/>
          <w:szCs w:val="28"/>
          <w:lang w:val="ru-RU"/>
        </w:rPr>
        <w:t xml:space="preserve">– </w:t>
      </w:r>
      <w:r w:rsidRPr="007911BE">
        <w:rPr>
          <w:sz w:val="28"/>
          <w:szCs w:val="28"/>
          <w:lang w:val="ru-RU"/>
        </w:rPr>
        <w:t xml:space="preserve"> что влияние идёт через промежуточные условия; гипотетическая </w:t>
      </w:r>
      <w:r w:rsidR="00387CF6" w:rsidRPr="007911BE">
        <w:rPr>
          <w:sz w:val="28"/>
          <w:szCs w:val="28"/>
          <w:lang w:val="ru-RU"/>
        </w:rPr>
        <w:t xml:space="preserve">– </w:t>
      </w:r>
      <w:r w:rsidRPr="007911BE">
        <w:rPr>
          <w:sz w:val="28"/>
          <w:szCs w:val="28"/>
          <w:lang w:val="ru-RU"/>
        </w:rPr>
        <w:t xml:space="preserve"> что связь политически предполагается, но не имеет достаточно убедительной измерительной опоры. Такое разделение полезно для госуправления, потому что позволяет видеть, где проект опирается на сильную причинную логику, а где </w:t>
      </w:r>
      <w:r w:rsidR="00387CF6" w:rsidRPr="007911BE">
        <w:rPr>
          <w:sz w:val="28"/>
          <w:szCs w:val="28"/>
          <w:lang w:val="ru-RU"/>
        </w:rPr>
        <w:t xml:space="preserve">– </w:t>
      </w:r>
      <w:r w:rsidRPr="007911BE">
        <w:rPr>
          <w:sz w:val="28"/>
          <w:szCs w:val="28"/>
          <w:lang w:val="ru-RU"/>
        </w:rPr>
        <w:t xml:space="preserve"> на правдоподобную, но ещё не подтверждённую гипотезу.</w:t>
      </w:r>
    </w:p>
    <w:p w14:paraId="354CD859" w14:textId="77777777" w:rsidR="00F12170" w:rsidRPr="007911BE" w:rsidRDefault="00000000">
      <w:pPr>
        <w:rPr>
          <w:sz w:val="28"/>
          <w:szCs w:val="28"/>
          <w:lang w:val="ru-RU"/>
        </w:rPr>
      </w:pPr>
      <w:r w:rsidRPr="007911BE">
        <w:rPr>
          <w:sz w:val="28"/>
          <w:szCs w:val="28"/>
          <w:lang w:val="ru-RU"/>
        </w:rPr>
        <w:t xml:space="preserve">После этого строилась двудольная сеть «мероприятия </w:t>
      </w:r>
      <w:r w:rsidR="00387CF6" w:rsidRPr="007911BE">
        <w:rPr>
          <w:sz w:val="28"/>
          <w:szCs w:val="28"/>
          <w:lang w:val="ru-RU"/>
        </w:rPr>
        <w:t xml:space="preserve">– </w:t>
      </w:r>
      <w:r w:rsidRPr="007911BE">
        <w:rPr>
          <w:sz w:val="28"/>
          <w:szCs w:val="28"/>
          <w:lang w:val="ru-RU"/>
        </w:rPr>
        <w:t xml:space="preserve"> показатели», для которой рассчитывались простые характеристики центральности. Если </w:t>
      </w:r>
      <w:r w:rsidRPr="007911BE">
        <w:rPr>
          <w:sz w:val="28"/>
          <w:szCs w:val="28"/>
          <w:lang w:val="ru-RU"/>
        </w:rPr>
        <w:lastRenderedPageBreak/>
        <w:t>говорить без специальной терминологии, центральность показывает, какие мероприятия и какие показатели находятся в самом центре проектной логики: к ним сходится наибольшее число связей, а значит, ошибки именно в этих узлах сильнее всего влияют на общую результативность проекта.</w:t>
      </w:r>
    </w:p>
    <w:p w14:paraId="60148B79" w14:textId="77777777" w:rsidR="00B408C8" w:rsidRPr="007911BE" w:rsidRDefault="00B408C8">
      <w:pPr>
        <w:ind w:firstLine="0"/>
        <w:jc w:val="left"/>
        <w:rPr>
          <w:lang w:val="ru-RU"/>
        </w:rPr>
      </w:pPr>
    </w:p>
    <w:p w14:paraId="0F378331" w14:textId="77777777" w:rsidR="00F12170" w:rsidRPr="007911BE" w:rsidRDefault="00000000">
      <w:pPr>
        <w:ind w:firstLine="0"/>
        <w:jc w:val="left"/>
        <w:rPr>
          <w:lang w:val="ru-RU"/>
        </w:rPr>
      </w:pPr>
      <w:r w:rsidRPr="007911BE">
        <w:rPr>
          <w:lang w:val="ru-RU"/>
        </w:rPr>
        <w:t xml:space="preserve">Таблица 20 </w:t>
      </w:r>
      <w:r w:rsidR="00387CF6" w:rsidRPr="007911BE">
        <w:rPr>
          <w:lang w:val="ru-RU"/>
        </w:rPr>
        <w:t xml:space="preserve">– </w:t>
      </w:r>
      <w:r w:rsidRPr="007911BE">
        <w:rPr>
          <w:lang w:val="ru-RU"/>
        </w:rPr>
        <w:t xml:space="preserve"> Покрытие показателей мероприятиями и данными. Источник: расчёты по матрице мероприятий и показателям.</w:t>
      </w:r>
    </w:p>
    <w:tbl>
      <w:tblPr>
        <w:tblStyle w:val="aff0"/>
        <w:tblW w:w="0" w:type="auto"/>
        <w:jc w:val="center"/>
        <w:tblLook w:val="04A0" w:firstRow="1" w:lastRow="0" w:firstColumn="1" w:lastColumn="0" w:noHBand="0" w:noVBand="1"/>
      </w:tblPr>
      <w:tblGrid>
        <w:gridCol w:w="982"/>
        <w:gridCol w:w="3587"/>
        <w:gridCol w:w="3298"/>
        <w:gridCol w:w="1892"/>
      </w:tblGrid>
      <w:tr w:rsidR="00F12170" w:rsidRPr="007911BE" w14:paraId="214BB963" w14:textId="77777777" w:rsidTr="00F41D89">
        <w:trPr>
          <w:tblHeader/>
          <w:jc w:val="center"/>
        </w:trPr>
        <w:tc>
          <w:tcPr>
            <w:tcW w:w="0" w:type="auto"/>
            <w:tcMar>
              <w:top w:w="40" w:type="dxa"/>
              <w:left w:w="60" w:type="dxa"/>
              <w:bottom w:w="40" w:type="dxa"/>
              <w:right w:w="60" w:type="dxa"/>
            </w:tcMar>
            <w:vAlign w:val="center"/>
          </w:tcPr>
          <w:p w14:paraId="5FB0A74C" w14:textId="77777777" w:rsidR="00F12170" w:rsidRPr="007911BE" w:rsidRDefault="00000000">
            <w:pPr>
              <w:ind w:firstLine="0"/>
              <w:jc w:val="center"/>
            </w:pPr>
            <w:proofErr w:type="spellStart"/>
            <w:r w:rsidRPr="007911BE">
              <w:rPr>
                <w:b/>
              </w:rPr>
              <w:t>Код</w:t>
            </w:r>
            <w:proofErr w:type="spellEnd"/>
          </w:p>
        </w:tc>
        <w:tc>
          <w:tcPr>
            <w:tcW w:w="0" w:type="auto"/>
            <w:tcMar>
              <w:top w:w="40" w:type="dxa"/>
              <w:left w:w="60" w:type="dxa"/>
              <w:bottom w:w="40" w:type="dxa"/>
              <w:right w:w="60" w:type="dxa"/>
            </w:tcMar>
            <w:vAlign w:val="center"/>
          </w:tcPr>
          <w:p w14:paraId="170EE6CE" w14:textId="77777777" w:rsidR="00F12170" w:rsidRPr="007911BE" w:rsidRDefault="00000000">
            <w:pPr>
              <w:ind w:firstLine="0"/>
              <w:jc w:val="center"/>
            </w:pPr>
            <w:proofErr w:type="spellStart"/>
            <w:r w:rsidRPr="007911BE">
              <w:rPr>
                <w:b/>
              </w:rPr>
              <w:t>Показатель</w:t>
            </w:r>
            <w:proofErr w:type="spellEnd"/>
          </w:p>
        </w:tc>
        <w:tc>
          <w:tcPr>
            <w:tcW w:w="0" w:type="auto"/>
            <w:tcMar>
              <w:top w:w="40" w:type="dxa"/>
              <w:left w:w="60" w:type="dxa"/>
              <w:bottom w:w="40" w:type="dxa"/>
              <w:right w:w="60" w:type="dxa"/>
            </w:tcMar>
            <w:vAlign w:val="center"/>
          </w:tcPr>
          <w:p w14:paraId="31B9184C" w14:textId="77777777" w:rsidR="00F12170" w:rsidRPr="007911BE" w:rsidRDefault="00000000">
            <w:pPr>
              <w:ind w:firstLine="0"/>
              <w:jc w:val="center"/>
            </w:pPr>
            <w:proofErr w:type="spellStart"/>
            <w:r w:rsidRPr="007911BE">
              <w:rPr>
                <w:b/>
              </w:rPr>
              <w:t>Статус</w:t>
            </w:r>
            <w:proofErr w:type="spellEnd"/>
            <w:r w:rsidRPr="007911BE">
              <w:rPr>
                <w:b/>
              </w:rPr>
              <w:t xml:space="preserve"> в </w:t>
            </w:r>
            <w:proofErr w:type="spellStart"/>
            <w:r w:rsidRPr="007911BE">
              <w:rPr>
                <w:b/>
              </w:rPr>
              <w:t>данных</w:t>
            </w:r>
            <w:proofErr w:type="spellEnd"/>
          </w:p>
        </w:tc>
        <w:tc>
          <w:tcPr>
            <w:tcW w:w="0" w:type="auto"/>
            <w:tcMar>
              <w:top w:w="40" w:type="dxa"/>
              <w:left w:w="60" w:type="dxa"/>
              <w:bottom w:w="40" w:type="dxa"/>
              <w:right w:w="60" w:type="dxa"/>
            </w:tcMar>
            <w:vAlign w:val="center"/>
          </w:tcPr>
          <w:p w14:paraId="24E5DC93" w14:textId="77777777" w:rsidR="00F12170" w:rsidRPr="007911BE" w:rsidRDefault="00000000">
            <w:pPr>
              <w:ind w:firstLine="0"/>
              <w:jc w:val="center"/>
            </w:pPr>
            <w:proofErr w:type="spellStart"/>
            <w:r w:rsidRPr="007911BE">
              <w:rPr>
                <w:b/>
              </w:rPr>
              <w:t>Число</w:t>
            </w:r>
            <w:proofErr w:type="spellEnd"/>
            <w:r w:rsidRPr="007911BE">
              <w:rPr>
                <w:b/>
              </w:rPr>
              <w:t xml:space="preserve"> </w:t>
            </w:r>
            <w:proofErr w:type="spellStart"/>
            <w:r w:rsidRPr="007911BE">
              <w:rPr>
                <w:b/>
              </w:rPr>
              <w:t>связанных</w:t>
            </w:r>
            <w:proofErr w:type="spellEnd"/>
            <w:r w:rsidRPr="007911BE">
              <w:rPr>
                <w:b/>
              </w:rPr>
              <w:t xml:space="preserve"> </w:t>
            </w:r>
            <w:proofErr w:type="spellStart"/>
            <w:r w:rsidRPr="007911BE">
              <w:rPr>
                <w:b/>
              </w:rPr>
              <w:t>мероприятий</w:t>
            </w:r>
            <w:proofErr w:type="spellEnd"/>
          </w:p>
        </w:tc>
      </w:tr>
      <w:tr w:rsidR="00F12170" w:rsidRPr="007911BE" w14:paraId="278B3D33" w14:textId="77777777" w:rsidTr="00B408C8">
        <w:trPr>
          <w:jc w:val="center"/>
        </w:trPr>
        <w:tc>
          <w:tcPr>
            <w:tcW w:w="0" w:type="auto"/>
            <w:tcMar>
              <w:top w:w="40" w:type="dxa"/>
              <w:left w:w="60" w:type="dxa"/>
              <w:bottom w:w="40" w:type="dxa"/>
              <w:right w:w="60" w:type="dxa"/>
            </w:tcMar>
            <w:vAlign w:val="center"/>
          </w:tcPr>
          <w:p w14:paraId="7113D777" w14:textId="77777777" w:rsidR="00F12170" w:rsidRPr="007911BE" w:rsidRDefault="00000000">
            <w:pPr>
              <w:ind w:firstLine="0"/>
              <w:jc w:val="left"/>
            </w:pPr>
            <w:r w:rsidRPr="007911BE">
              <w:t>2.14.Я.1</w:t>
            </w:r>
          </w:p>
        </w:tc>
        <w:tc>
          <w:tcPr>
            <w:tcW w:w="0" w:type="auto"/>
            <w:tcMar>
              <w:top w:w="40" w:type="dxa"/>
              <w:left w:w="60" w:type="dxa"/>
              <w:bottom w:w="40" w:type="dxa"/>
              <w:right w:w="60" w:type="dxa"/>
            </w:tcMar>
            <w:vAlign w:val="center"/>
          </w:tcPr>
          <w:p w14:paraId="213DDB88" w14:textId="77777777" w:rsidR="00F12170" w:rsidRPr="007911BE" w:rsidRDefault="00000000">
            <w:pPr>
              <w:ind w:firstLine="0"/>
              <w:jc w:val="left"/>
              <w:rPr>
                <w:lang w:val="ru-RU"/>
              </w:rPr>
            </w:pPr>
            <w:r w:rsidRPr="007911BE">
              <w:rPr>
                <w:lang w:val="ru-RU"/>
              </w:rPr>
              <w:t>Уровень бедности среди многодетных семей</w:t>
            </w:r>
          </w:p>
        </w:tc>
        <w:tc>
          <w:tcPr>
            <w:tcW w:w="0" w:type="auto"/>
            <w:tcMar>
              <w:top w:w="40" w:type="dxa"/>
              <w:left w:w="60" w:type="dxa"/>
              <w:bottom w:w="40" w:type="dxa"/>
              <w:right w:w="60" w:type="dxa"/>
            </w:tcMar>
            <w:vAlign w:val="center"/>
          </w:tcPr>
          <w:p w14:paraId="5D1BA814"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090BDF89" w14:textId="77777777" w:rsidR="00F12170" w:rsidRPr="007911BE" w:rsidRDefault="00000000">
            <w:pPr>
              <w:ind w:firstLine="0"/>
              <w:jc w:val="left"/>
            </w:pPr>
            <w:r w:rsidRPr="007911BE">
              <w:t>7</w:t>
            </w:r>
          </w:p>
        </w:tc>
      </w:tr>
      <w:tr w:rsidR="00F12170" w:rsidRPr="007911BE" w14:paraId="133530B7" w14:textId="77777777" w:rsidTr="00B408C8">
        <w:trPr>
          <w:jc w:val="center"/>
        </w:trPr>
        <w:tc>
          <w:tcPr>
            <w:tcW w:w="0" w:type="auto"/>
            <w:tcMar>
              <w:top w:w="40" w:type="dxa"/>
              <w:left w:w="60" w:type="dxa"/>
              <w:bottom w:w="40" w:type="dxa"/>
              <w:right w:w="60" w:type="dxa"/>
            </w:tcMar>
            <w:vAlign w:val="center"/>
          </w:tcPr>
          <w:p w14:paraId="23B78A5F" w14:textId="77777777" w:rsidR="00F12170" w:rsidRPr="007911BE" w:rsidRDefault="00000000">
            <w:pPr>
              <w:ind w:firstLine="0"/>
              <w:jc w:val="left"/>
            </w:pPr>
            <w:r w:rsidRPr="007911BE">
              <w:t>2.14.Я.2</w:t>
            </w:r>
          </w:p>
        </w:tc>
        <w:tc>
          <w:tcPr>
            <w:tcW w:w="0" w:type="auto"/>
            <w:tcMar>
              <w:top w:w="40" w:type="dxa"/>
              <w:left w:w="60" w:type="dxa"/>
              <w:bottom w:w="40" w:type="dxa"/>
              <w:right w:w="60" w:type="dxa"/>
            </w:tcMar>
            <w:vAlign w:val="center"/>
          </w:tcPr>
          <w:p w14:paraId="534424DE" w14:textId="77777777" w:rsidR="00F12170" w:rsidRPr="007911BE" w:rsidRDefault="00000000">
            <w:pPr>
              <w:ind w:firstLine="0"/>
              <w:jc w:val="left"/>
            </w:pPr>
            <w:proofErr w:type="spellStart"/>
            <w:r w:rsidRPr="007911BE">
              <w:t>Суммарный</w:t>
            </w:r>
            <w:proofErr w:type="spellEnd"/>
            <w:r w:rsidRPr="007911BE">
              <w:t xml:space="preserve"> </w:t>
            </w:r>
            <w:proofErr w:type="spellStart"/>
            <w:r w:rsidRPr="007911BE">
              <w:t>коэффициент</w:t>
            </w:r>
            <w:proofErr w:type="spellEnd"/>
            <w:r w:rsidRPr="007911BE">
              <w:t xml:space="preserve"> </w:t>
            </w:r>
            <w:proofErr w:type="spellStart"/>
            <w:r w:rsidRPr="007911BE">
              <w:t>рождаемости</w:t>
            </w:r>
            <w:proofErr w:type="spellEnd"/>
            <w:r w:rsidRPr="007911BE">
              <w:t xml:space="preserve"> (Я1)</w:t>
            </w:r>
          </w:p>
        </w:tc>
        <w:tc>
          <w:tcPr>
            <w:tcW w:w="0" w:type="auto"/>
            <w:tcMar>
              <w:top w:w="40" w:type="dxa"/>
              <w:left w:w="60" w:type="dxa"/>
              <w:bottom w:w="40" w:type="dxa"/>
              <w:right w:w="60" w:type="dxa"/>
            </w:tcMar>
            <w:vAlign w:val="center"/>
          </w:tcPr>
          <w:p w14:paraId="784747FD"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61A1B1F7" w14:textId="77777777" w:rsidR="00F12170" w:rsidRPr="007911BE" w:rsidRDefault="00000000">
            <w:pPr>
              <w:ind w:firstLine="0"/>
              <w:jc w:val="left"/>
            </w:pPr>
            <w:r w:rsidRPr="007911BE">
              <w:t>11</w:t>
            </w:r>
          </w:p>
        </w:tc>
      </w:tr>
      <w:tr w:rsidR="00F12170" w:rsidRPr="007911BE" w14:paraId="511B6E63" w14:textId="77777777" w:rsidTr="00B408C8">
        <w:trPr>
          <w:jc w:val="center"/>
        </w:trPr>
        <w:tc>
          <w:tcPr>
            <w:tcW w:w="0" w:type="auto"/>
            <w:tcMar>
              <w:top w:w="40" w:type="dxa"/>
              <w:left w:w="60" w:type="dxa"/>
              <w:bottom w:w="40" w:type="dxa"/>
              <w:right w:w="60" w:type="dxa"/>
            </w:tcMar>
            <w:vAlign w:val="center"/>
          </w:tcPr>
          <w:p w14:paraId="7A9AAA1A" w14:textId="77777777" w:rsidR="00F12170" w:rsidRPr="007911BE" w:rsidRDefault="00000000">
            <w:pPr>
              <w:ind w:firstLine="0"/>
              <w:jc w:val="left"/>
            </w:pPr>
            <w:r w:rsidRPr="007911BE">
              <w:t>2.14.Я.3</w:t>
            </w:r>
          </w:p>
        </w:tc>
        <w:tc>
          <w:tcPr>
            <w:tcW w:w="0" w:type="auto"/>
            <w:tcMar>
              <w:top w:w="40" w:type="dxa"/>
              <w:left w:w="60" w:type="dxa"/>
              <w:bottom w:w="40" w:type="dxa"/>
              <w:right w:w="60" w:type="dxa"/>
            </w:tcMar>
            <w:vAlign w:val="center"/>
          </w:tcPr>
          <w:p w14:paraId="1A7CAE8B" w14:textId="77777777" w:rsidR="00F12170" w:rsidRPr="007911BE" w:rsidRDefault="00000000">
            <w:pPr>
              <w:ind w:firstLine="0"/>
              <w:jc w:val="left"/>
              <w:rPr>
                <w:lang w:val="ru-RU"/>
              </w:rPr>
            </w:pPr>
            <w:r w:rsidRPr="007911BE">
              <w:rPr>
                <w:lang w:val="ru-RU"/>
              </w:rPr>
              <w:t>Суммарный коэффициент рождаемости третьих и последующих детей (Я2)</w:t>
            </w:r>
          </w:p>
        </w:tc>
        <w:tc>
          <w:tcPr>
            <w:tcW w:w="0" w:type="auto"/>
            <w:tcMar>
              <w:top w:w="40" w:type="dxa"/>
              <w:left w:w="60" w:type="dxa"/>
              <w:bottom w:w="40" w:type="dxa"/>
              <w:right w:w="60" w:type="dxa"/>
            </w:tcMar>
            <w:vAlign w:val="center"/>
          </w:tcPr>
          <w:p w14:paraId="3C40D127"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1DA4AA06" w14:textId="77777777" w:rsidR="00F12170" w:rsidRPr="007911BE" w:rsidRDefault="00000000">
            <w:pPr>
              <w:ind w:firstLine="0"/>
              <w:jc w:val="left"/>
            </w:pPr>
            <w:r w:rsidRPr="007911BE">
              <w:t>5</w:t>
            </w:r>
          </w:p>
        </w:tc>
      </w:tr>
      <w:tr w:rsidR="00F12170" w:rsidRPr="007911BE" w14:paraId="330C8639" w14:textId="77777777" w:rsidTr="00B408C8">
        <w:trPr>
          <w:jc w:val="center"/>
        </w:trPr>
        <w:tc>
          <w:tcPr>
            <w:tcW w:w="0" w:type="auto"/>
            <w:tcMar>
              <w:top w:w="40" w:type="dxa"/>
              <w:left w:w="60" w:type="dxa"/>
              <w:bottom w:w="40" w:type="dxa"/>
              <w:right w:w="60" w:type="dxa"/>
            </w:tcMar>
            <w:vAlign w:val="center"/>
          </w:tcPr>
          <w:p w14:paraId="2466AD60" w14:textId="77777777" w:rsidR="00F12170" w:rsidRPr="007911BE" w:rsidRDefault="00000000">
            <w:pPr>
              <w:ind w:firstLine="0"/>
              <w:jc w:val="left"/>
            </w:pPr>
            <w:r w:rsidRPr="007911BE">
              <w:t>2.14.Я.4</w:t>
            </w:r>
          </w:p>
        </w:tc>
        <w:tc>
          <w:tcPr>
            <w:tcW w:w="0" w:type="auto"/>
            <w:tcMar>
              <w:top w:w="40" w:type="dxa"/>
              <w:left w:w="60" w:type="dxa"/>
              <w:bottom w:w="40" w:type="dxa"/>
              <w:right w:w="60" w:type="dxa"/>
            </w:tcMar>
            <w:vAlign w:val="center"/>
          </w:tcPr>
          <w:p w14:paraId="1215F473" w14:textId="77777777" w:rsidR="00F12170" w:rsidRPr="007911BE" w:rsidRDefault="00000000">
            <w:pPr>
              <w:ind w:firstLine="0"/>
              <w:jc w:val="left"/>
              <w:rPr>
                <w:lang w:val="ru-RU"/>
              </w:rPr>
            </w:pPr>
            <w:r w:rsidRPr="007911BE">
              <w:rPr>
                <w:lang w:val="ru-RU"/>
              </w:rPr>
              <w:t xml:space="preserve">Доля пожилых граждан и инвалидов, получающих долговременный уход, от общего </w:t>
            </w:r>
            <w:proofErr w:type="spellStart"/>
            <w:r w:rsidRPr="007911BE">
              <w:rPr>
                <w:lang w:val="ru-RU"/>
              </w:rPr>
              <w:t>чис</w:t>
            </w:r>
            <w:proofErr w:type="spellEnd"/>
            <w:r w:rsidRPr="007911BE">
              <w:rPr>
                <w:lang w:val="ru-RU"/>
              </w:rPr>
              <w:t>…</w:t>
            </w:r>
          </w:p>
        </w:tc>
        <w:tc>
          <w:tcPr>
            <w:tcW w:w="0" w:type="auto"/>
            <w:tcMar>
              <w:top w:w="40" w:type="dxa"/>
              <w:left w:w="60" w:type="dxa"/>
              <w:bottom w:w="40" w:type="dxa"/>
              <w:right w:w="60" w:type="dxa"/>
            </w:tcMar>
            <w:vAlign w:val="center"/>
          </w:tcPr>
          <w:p w14:paraId="6F4F9892"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5B9D0D1A" w14:textId="77777777" w:rsidR="00F12170" w:rsidRPr="007911BE" w:rsidRDefault="00000000">
            <w:pPr>
              <w:ind w:firstLine="0"/>
              <w:jc w:val="left"/>
            </w:pPr>
            <w:r w:rsidRPr="007911BE">
              <w:t>4</w:t>
            </w:r>
          </w:p>
        </w:tc>
      </w:tr>
      <w:tr w:rsidR="00F12170" w:rsidRPr="007911BE" w14:paraId="309A017C" w14:textId="77777777" w:rsidTr="00B408C8">
        <w:trPr>
          <w:jc w:val="center"/>
        </w:trPr>
        <w:tc>
          <w:tcPr>
            <w:tcW w:w="0" w:type="auto"/>
            <w:tcMar>
              <w:top w:w="40" w:type="dxa"/>
              <w:left w:w="60" w:type="dxa"/>
              <w:bottom w:w="40" w:type="dxa"/>
              <w:right w:w="60" w:type="dxa"/>
            </w:tcMar>
            <w:vAlign w:val="center"/>
          </w:tcPr>
          <w:p w14:paraId="02860224" w14:textId="77777777" w:rsidR="00F12170" w:rsidRPr="007911BE" w:rsidRDefault="00000000">
            <w:pPr>
              <w:ind w:firstLine="0"/>
              <w:jc w:val="left"/>
            </w:pPr>
            <w:r w:rsidRPr="007911BE">
              <w:t>2.14.Я.5</w:t>
            </w:r>
          </w:p>
        </w:tc>
        <w:tc>
          <w:tcPr>
            <w:tcW w:w="0" w:type="auto"/>
            <w:tcMar>
              <w:top w:w="40" w:type="dxa"/>
              <w:left w:w="60" w:type="dxa"/>
              <w:bottom w:w="40" w:type="dxa"/>
              <w:right w:w="60" w:type="dxa"/>
            </w:tcMar>
            <w:vAlign w:val="center"/>
          </w:tcPr>
          <w:p w14:paraId="6A0CD2DA" w14:textId="77777777" w:rsidR="00F12170" w:rsidRPr="007911BE" w:rsidRDefault="00000000">
            <w:pPr>
              <w:ind w:firstLine="0"/>
              <w:jc w:val="left"/>
              <w:rPr>
                <w:lang w:val="ru-RU"/>
              </w:rPr>
            </w:pPr>
            <w:r w:rsidRPr="007911BE">
              <w:rPr>
                <w:lang w:val="ru-RU"/>
              </w:rPr>
              <w:t>Количество созданных центров воспроизведения аудиовизуального контента в малых …</w:t>
            </w:r>
          </w:p>
        </w:tc>
        <w:tc>
          <w:tcPr>
            <w:tcW w:w="0" w:type="auto"/>
            <w:tcMar>
              <w:top w:w="40" w:type="dxa"/>
              <w:left w:w="60" w:type="dxa"/>
              <w:bottom w:w="40" w:type="dxa"/>
              <w:right w:w="60" w:type="dxa"/>
            </w:tcMar>
            <w:vAlign w:val="center"/>
          </w:tcPr>
          <w:p w14:paraId="0901E2BF"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286472EF" w14:textId="77777777" w:rsidR="00F12170" w:rsidRPr="007911BE" w:rsidRDefault="00000000">
            <w:pPr>
              <w:ind w:firstLine="0"/>
              <w:jc w:val="left"/>
            </w:pPr>
            <w:r w:rsidRPr="007911BE">
              <w:t>1</w:t>
            </w:r>
          </w:p>
        </w:tc>
      </w:tr>
      <w:tr w:rsidR="00F12170" w:rsidRPr="007911BE" w14:paraId="52770656" w14:textId="77777777" w:rsidTr="00B408C8">
        <w:trPr>
          <w:jc w:val="center"/>
        </w:trPr>
        <w:tc>
          <w:tcPr>
            <w:tcW w:w="0" w:type="auto"/>
            <w:tcMar>
              <w:top w:w="40" w:type="dxa"/>
              <w:left w:w="60" w:type="dxa"/>
              <w:bottom w:w="40" w:type="dxa"/>
              <w:right w:w="60" w:type="dxa"/>
            </w:tcMar>
            <w:vAlign w:val="center"/>
          </w:tcPr>
          <w:p w14:paraId="1F37B08A" w14:textId="77777777" w:rsidR="00F12170" w:rsidRPr="007911BE" w:rsidRDefault="00000000">
            <w:pPr>
              <w:ind w:firstLine="0"/>
              <w:jc w:val="left"/>
            </w:pPr>
            <w:r w:rsidRPr="007911BE">
              <w:t>2.14.Я.6</w:t>
            </w:r>
          </w:p>
        </w:tc>
        <w:tc>
          <w:tcPr>
            <w:tcW w:w="0" w:type="auto"/>
            <w:tcMar>
              <w:top w:w="40" w:type="dxa"/>
              <w:left w:w="60" w:type="dxa"/>
              <w:bottom w:w="40" w:type="dxa"/>
              <w:right w:w="60" w:type="dxa"/>
            </w:tcMar>
            <w:vAlign w:val="center"/>
          </w:tcPr>
          <w:p w14:paraId="367C6457" w14:textId="77777777" w:rsidR="00F12170" w:rsidRPr="007911BE" w:rsidRDefault="00000000">
            <w:pPr>
              <w:ind w:firstLine="0"/>
              <w:jc w:val="left"/>
              <w:rPr>
                <w:lang w:val="ru-RU"/>
              </w:rPr>
            </w:pPr>
            <w:r w:rsidRPr="007911BE">
              <w:rPr>
                <w:lang w:val="ru-RU"/>
              </w:rPr>
              <w:t>Уровень удовлетворенности граждан работой государственных и муниципальных орган…</w:t>
            </w:r>
          </w:p>
        </w:tc>
        <w:tc>
          <w:tcPr>
            <w:tcW w:w="0" w:type="auto"/>
            <w:tcMar>
              <w:top w:w="40" w:type="dxa"/>
              <w:left w:w="60" w:type="dxa"/>
              <w:bottom w:w="40" w:type="dxa"/>
              <w:right w:w="60" w:type="dxa"/>
            </w:tcMar>
            <w:vAlign w:val="center"/>
          </w:tcPr>
          <w:p w14:paraId="5D223F03"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05D83507" w14:textId="77777777" w:rsidR="00F12170" w:rsidRPr="007911BE" w:rsidRDefault="00000000">
            <w:pPr>
              <w:ind w:firstLine="0"/>
              <w:jc w:val="left"/>
            </w:pPr>
            <w:r w:rsidRPr="007911BE">
              <w:t>5</w:t>
            </w:r>
          </w:p>
        </w:tc>
      </w:tr>
      <w:tr w:rsidR="00F12170" w:rsidRPr="007911BE" w14:paraId="250A20FE" w14:textId="77777777" w:rsidTr="00B408C8">
        <w:trPr>
          <w:jc w:val="center"/>
        </w:trPr>
        <w:tc>
          <w:tcPr>
            <w:tcW w:w="0" w:type="auto"/>
            <w:tcMar>
              <w:top w:w="40" w:type="dxa"/>
              <w:left w:w="60" w:type="dxa"/>
              <w:bottom w:w="40" w:type="dxa"/>
              <w:right w:w="60" w:type="dxa"/>
            </w:tcMar>
            <w:vAlign w:val="center"/>
          </w:tcPr>
          <w:p w14:paraId="3B3B054F" w14:textId="77777777" w:rsidR="00F12170" w:rsidRPr="007911BE" w:rsidRDefault="00000000">
            <w:pPr>
              <w:ind w:firstLine="0"/>
              <w:jc w:val="left"/>
            </w:pPr>
            <w:r w:rsidRPr="007911BE">
              <w:t>2.14.Я1.1</w:t>
            </w:r>
          </w:p>
        </w:tc>
        <w:tc>
          <w:tcPr>
            <w:tcW w:w="0" w:type="auto"/>
            <w:tcMar>
              <w:top w:w="40" w:type="dxa"/>
              <w:left w:w="60" w:type="dxa"/>
              <w:bottom w:w="40" w:type="dxa"/>
              <w:right w:w="60" w:type="dxa"/>
            </w:tcMar>
            <w:vAlign w:val="center"/>
          </w:tcPr>
          <w:p w14:paraId="62476909" w14:textId="77777777" w:rsidR="00F12170" w:rsidRPr="007911BE" w:rsidRDefault="00000000">
            <w:pPr>
              <w:ind w:firstLine="0"/>
              <w:jc w:val="left"/>
              <w:rPr>
                <w:lang w:val="ru-RU"/>
              </w:rPr>
            </w:pPr>
            <w:r w:rsidRPr="007911BE">
              <w:rPr>
                <w:lang w:val="ru-RU"/>
              </w:rPr>
              <w:t>Доля получателей ежегодной семейной выплаты от общего числа трудоспособного нас…</w:t>
            </w:r>
          </w:p>
        </w:tc>
        <w:tc>
          <w:tcPr>
            <w:tcW w:w="0" w:type="auto"/>
            <w:tcMar>
              <w:top w:w="40" w:type="dxa"/>
              <w:left w:w="60" w:type="dxa"/>
              <w:bottom w:w="40" w:type="dxa"/>
              <w:right w:w="60" w:type="dxa"/>
            </w:tcMar>
            <w:vAlign w:val="center"/>
          </w:tcPr>
          <w:p w14:paraId="68956718" w14:textId="77777777" w:rsidR="00F12170" w:rsidRPr="007911BE" w:rsidRDefault="00000000">
            <w:pPr>
              <w:ind w:firstLine="0"/>
              <w:jc w:val="left"/>
              <w:rPr>
                <w:lang w:val="ru-RU"/>
              </w:rPr>
            </w:pPr>
            <w:r w:rsidRPr="007911BE">
              <w:rPr>
                <w:lang w:val="ru-RU"/>
              </w:rPr>
              <w:t>не выявлен в ЕМИСС по рабочему перечню</w:t>
            </w:r>
          </w:p>
        </w:tc>
        <w:tc>
          <w:tcPr>
            <w:tcW w:w="0" w:type="auto"/>
            <w:tcMar>
              <w:top w:w="40" w:type="dxa"/>
              <w:left w:w="60" w:type="dxa"/>
              <w:bottom w:w="40" w:type="dxa"/>
              <w:right w:w="60" w:type="dxa"/>
            </w:tcMar>
            <w:vAlign w:val="center"/>
          </w:tcPr>
          <w:p w14:paraId="46A0E1FA" w14:textId="77777777" w:rsidR="00F12170" w:rsidRPr="007911BE" w:rsidRDefault="00000000">
            <w:pPr>
              <w:ind w:firstLine="0"/>
              <w:jc w:val="left"/>
            </w:pPr>
            <w:r w:rsidRPr="007911BE">
              <w:t>1</w:t>
            </w:r>
          </w:p>
        </w:tc>
      </w:tr>
      <w:tr w:rsidR="00F12170" w:rsidRPr="007911BE" w14:paraId="32A5E424" w14:textId="77777777" w:rsidTr="00B408C8">
        <w:trPr>
          <w:jc w:val="center"/>
        </w:trPr>
        <w:tc>
          <w:tcPr>
            <w:tcW w:w="0" w:type="auto"/>
            <w:tcMar>
              <w:top w:w="40" w:type="dxa"/>
              <w:left w:w="60" w:type="dxa"/>
              <w:bottom w:w="40" w:type="dxa"/>
              <w:right w:w="60" w:type="dxa"/>
            </w:tcMar>
            <w:vAlign w:val="center"/>
          </w:tcPr>
          <w:p w14:paraId="10A07CB4" w14:textId="77777777" w:rsidR="00F12170" w:rsidRPr="007911BE" w:rsidRDefault="00000000">
            <w:pPr>
              <w:ind w:firstLine="0"/>
              <w:jc w:val="left"/>
            </w:pPr>
            <w:r w:rsidRPr="007911BE">
              <w:t>2.14.Я1.2</w:t>
            </w:r>
          </w:p>
        </w:tc>
        <w:tc>
          <w:tcPr>
            <w:tcW w:w="0" w:type="auto"/>
            <w:tcMar>
              <w:top w:w="40" w:type="dxa"/>
              <w:left w:w="60" w:type="dxa"/>
              <w:bottom w:w="40" w:type="dxa"/>
              <w:right w:w="60" w:type="dxa"/>
            </w:tcMar>
            <w:vAlign w:val="center"/>
          </w:tcPr>
          <w:p w14:paraId="77DCC35A" w14:textId="77777777" w:rsidR="00F12170" w:rsidRPr="007911BE" w:rsidRDefault="00000000">
            <w:pPr>
              <w:ind w:firstLine="0"/>
              <w:jc w:val="left"/>
              <w:rPr>
                <w:lang w:val="ru-RU"/>
              </w:rPr>
            </w:pPr>
            <w:r w:rsidRPr="007911BE">
              <w:rPr>
                <w:lang w:val="ru-RU"/>
              </w:rPr>
              <w:t>Доля семей с детьми, получивших меры социальной поддержки на детей на основании…</w:t>
            </w:r>
          </w:p>
        </w:tc>
        <w:tc>
          <w:tcPr>
            <w:tcW w:w="0" w:type="auto"/>
            <w:tcMar>
              <w:top w:w="40" w:type="dxa"/>
              <w:left w:w="60" w:type="dxa"/>
              <w:bottom w:w="40" w:type="dxa"/>
              <w:right w:w="60" w:type="dxa"/>
            </w:tcMar>
            <w:vAlign w:val="center"/>
          </w:tcPr>
          <w:p w14:paraId="6B3F5C36"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78C18205" w14:textId="77777777" w:rsidR="00F12170" w:rsidRPr="007911BE" w:rsidRDefault="00000000">
            <w:pPr>
              <w:ind w:firstLine="0"/>
              <w:jc w:val="left"/>
            </w:pPr>
            <w:r w:rsidRPr="007911BE">
              <w:t>1</w:t>
            </w:r>
          </w:p>
        </w:tc>
      </w:tr>
      <w:tr w:rsidR="00F12170" w:rsidRPr="007911BE" w14:paraId="4B057E44" w14:textId="77777777" w:rsidTr="00B408C8">
        <w:trPr>
          <w:jc w:val="center"/>
        </w:trPr>
        <w:tc>
          <w:tcPr>
            <w:tcW w:w="0" w:type="auto"/>
            <w:tcMar>
              <w:top w:w="40" w:type="dxa"/>
              <w:left w:w="60" w:type="dxa"/>
              <w:bottom w:w="40" w:type="dxa"/>
              <w:right w:w="60" w:type="dxa"/>
            </w:tcMar>
            <w:vAlign w:val="center"/>
          </w:tcPr>
          <w:p w14:paraId="212E0954" w14:textId="77777777" w:rsidR="00F12170" w:rsidRPr="007911BE" w:rsidRDefault="00000000">
            <w:pPr>
              <w:ind w:firstLine="0"/>
              <w:jc w:val="left"/>
            </w:pPr>
            <w:r w:rsidRPr="007911BE">
              <w:t>2.14.Я1.3</w:t>
            </w:r>
          </w:p>
        </w:tc>
        <w:tc>
          <w:tcPr>
            <w:tcW w:w="0" w:type="auto"/>
            <w:tcMar>
              <w:top w:w="40" w:type="dxa"/>
              <w:left w:w="60" w:type="dxa"/>
              <w:bottom w:w="40" w:type="dxa"/>
              <w:right w:w="60" w:type="dxa"/>
            </w:tcMar>
            <w:vAlign w:val="center"/>
          </w:tcPr>
          <w:p w14:paraId="7E28A398" w14:textId="77777777" w:rsidR="00F12170" w:rsidRPr="007911BE" w:rsidRDefault="00000000">
            <w:pPr>
              <w:ind w:firstLine="0"/>
              <w:jc w:val="left"/>
              <w:rPr>
                <w:lang w:val="ru-RU"/>
              </w:rPr>
            </w:pPr>
            <w:r w:rsidRPr="007911BE">
              <w:rPr>
                <w:lang w:val="ru-RU"/>
              </w:rPr>
              <w:t>Доля зданий дошкольных образовательных организаций, в которых проведен капиталь…</w:t>
            </w:r>
          </w:p>
        </w:tc>
        <w:tc>
          <w:tcPr>
            <w:tcW w:w="0" w:type="auto"/>
            <w:tcMar>
              <w:top w:w="40" w:type="dxa"/>
              <w:left w:w="60" w:type="dxa"/>
              <w:bottom w:w="40" w:type="dxa"/>
              <w:right w:w="60" w:type="dxa"/>
            </w:tcMar>
            <w:vAlign w:val="center"/>
          </w:tcPr>
          <w:p w14:paraId="7818F461"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7064184F" w14:textId="77777777" w:rsidR="00F12170" w:rsidRPr="007911BE" w:rsidRDefault="00000000">
            <w:pPr>
              <w:ind w:firstLine="0"/>
              <w:jc w:val="left"/>
            </w:pPr>
            <w:r w:rsidRPr="007911BE">
              <w:t>2</w:t>
            </w:r>
          </w:p>
        </w:tc>
      </w:tr>
      <w:tr w:rsidR="00F12170" w:rsidRPr="007911BE" w14:paraId="6C67B6FF" w14:textId="77777777" w:rsidTr="00B408C8">
        <w:trPr>
          <w:jc w:val="center"/>
        </w:trPr>
        <w:tc>
          <w:tcPr>
            <w:tcW w:w="0" w:type="auto"/>
            <w:tcMar>
              <w:top w:w="40" w:type="dxa"/>
              <w:left w:w="60" w:type="dxa"/>
              <w:bottom w:w="40" w:type="dxa"/>
              <w:right w:w="60" w:type="dxa"/>
            </w:tcMar>
            <w:vAlign w:val="center"/>
          </w:tcPr>
          <w:p w14:paraId="2CC9E260" w14:textId="77777777" w:rsidR="00F12170" w:rsidRPr="007911BE" w:rsidRDefault="00000000">
            <w:pPr>
              <w:ind w:firstLine="0"/>
              <w:jc w:val="left"/>
            </w:pPr>
            <w:r w:rsidRPr="007911BE">
              <w:t>2.14.Я1.4</w:t>
            </w:r>
          </w:p>
        </w:tc>
        <w:tc>
          <w:tcPr>
            <w:tcW w:w="0" w:type="auto"/>
            <w:tcMar>
              <w:top w:w="40" w:type="dxa"/>
              <w:left w:w="60" w:type="dxa"/>
              <w:bottom w:w="40" w:type="dxa"/>
              <w:right w:w="60" w:type="dxa"/>
            </w:tcMar>
            <w:vAlign w:val="center"/>
          </w:tcPr>
          <w:p w14:paraId="57FE5763" w14:textId="77777777" w:rsidR="00F12170" w:rsidRPr="007911BE" w:rsidRDefault="00000000">
            <w:pPr>
              <w:ind w:firstLine="0"/>
              <w:jc w:val="left"/>
              <w:rPr>
                <w:lang w:val="ru-RU"/>
              </w:rPr>
            </w:pPr>
            <w:r w:rsidRPr="007911BE">
              <w:rPr>
                <w:lang w:val="ru-RU"/>
              </w:rPr>
              <w:t>Доля образовательных организаций высшего образования, на базе которых созданы к…</w:t>
            </w:r>
          </w:p>
        </w:tc>
        <w:tc>
          <w:tcPr>
            <w:tcW w:w="0" w:type="auto"/>
            <w:tcMar>
              <w:top w:w="40" w:type="dxa"/>
              <w:left w:w="60" w:type="dxa"/>
              <w:bottom w:w="40" w:type="dxa"/>
              <w:right w:w="60" w:type="dxa"/>
            </w:tcMar>
            <w:vAlign w:val="center"/>
          </w:tcPr>
          <w:p w14:paraId="536B5AFD" w14:textId="77777777" w:rsidR="00F12170" w:rsidRPr="007911BE" w:rsidRDefault="00000000">
            <w:pPr>
              <w:ind w:firstLine="0"/>
              <w:jc w:val="left"/>
              <w:rPr>
                <w:lang w:val="ru-RU"/>
              </w:rPr>
            </w:pPr>
            <w:r w:rsidRPr="007911BE">
              <w:rPr>
                <w:lang w:val="ru-RU"/>
              </w:rPr>
              <w:t>ожидался в доступном массиве данных, но не выявлен</w:t>
            </w:r>
          </w:p>
        </w:tc>
        <w:tc>
          <w:tcPr>
            <w:tcW w:w="0" w:type="auto"/>
            <w:tcMar>
              <w:top w:w="40" w:type="dxa"/>
              <w:left w:w="60" w:type="dxa"/>
              <w:bottom w:w="40" w:type="dxa"/>
              <w:right w:w="60" w:type="dxa"/>
            </w:tcMar>
            <w:vAlign w:val="center"/>
          </w:tcPr>
          <w:p w14:paraId="588E7692" w14:textId="77777777" w:rsidR="00F12170" w:rsidRPr="007911BE" w:rsidRDefault="00000000">
            <w:pPr>
              <w:ind w:firstLine="0"/>
              <w:jc w:val="left"/>
            </w:pPr>
            <w:r w:rsidRPr="007911BE">
              <w:t>1</w:t>
            </w:r>
          </w:p>
        </w:tc>
      </w:tr>
      <w:tr w:rsidR="00F12170" w:rsidRPr="007911BE" w14:paraId="080CC9B3" w14:textId="77777777" w:rsidTr="00B408C8">
        <w:trPr>
          <w:jc w:val="center"/>
        </w:trPr>
        <w:tc>
          <w:tcPr>
            <w:tcW w:w="0" w:type="auto"/>
            <w:tcMar>
              <w:top w:w="40" w:type="dxa"/>
              <w:left w:w="60" w:type="dxa"/>
              <w:bottom w:w="40" w:type="dxa"/>
              <w:right w:w="60" w:type="dxa"/>
            </w:tcMar>
            <w:vAlign w:val="center"/>
          </w:tcPr>
          <w:p w14:paraId="61E44D6B" w14:textId="77777777" w:rsidR="00F12170" w:rsidRPr="007911BE" w:rsidRDefault="00000000">
            <w:pPr>
              <w:ind w:firstLine="0"/>
              <w:jc w:val="left"/>
            </w:pPr>
            <w:r w:rsidRPr="007911BE">
              <w:t>2.14.Я1.5</w:t>
            </w:r>
          </w:p>
        </w:tc>
        <w:tc>
          <w:tcPr>
            <w:tcW w:w="0" w:type="auto"/>
            <w:tcMar>
              <w:top w:w="40" w:type="dxa"/>
              <w:left w:w="60" w:type="dxa"/>
              <w:bottom w:w="40" w:type="dxa"/>
              <w:right w:w="60" w:type="dxa"/>
            </w:tcMar>
            <w:vAlign w:val="center"/>
          </w:tcPr>
          <w:p w14:paraId="0E7AFA95" w14:textId="77777777" w:rsidR="00F12170" w:rsidRPr="007911BE" w:rsidRDefault="00000000">
            <w:pPr>
              <w:ind w:firstLine="0"/>
              <w:jc w:val="left"/>
              <w:rPr>
                <w:lang w:val="ru-RU"/>
              </w:rPr>
            </w:pPr>
            <w:r w:rsidRPr="007911BE">
              <w:rPr>
                <w:lang w:val="ru-RU"/>
              </w:rPr>
              <w:t xml:space="preserve">Доля молодых студенческих семей и матерей (отцов) с детьми, получивших </w:t>
            </w:r>
            <w:proofErr w:type="spellStart"/>
            <w:r w:rsidRPr="007911BE">
              <w:rPr>
                <w:lang w:val="ru-RU"/>
              </w:rPr>
              <w:t>поддержк</w:t>
            </w:r>
            <w:proofErr w:type="spellEnd"/>
            <w:r w:rsidRPr="007911BE">
              <w:rPr>
                <w:lang w:val="ru-RU"/>
              </w:rPr>
              <w:t>…</w:t>
            </w:r>
          </w:p>
        </w:tc>
        <w:tc>
          <w:tcPr>
            <w:tcW w:w="0" w:type="auto"/>
            <w:tcMar>
              <w:top w:w="40" w:type="dxa"/>
              <w:left w:w="60" w:type="dxa"/>
              <w:bottom w:w="40" w:type="dxa"/>
              <w:right w:w="60" w:type="dxa"/>
            </w:tcMar>
            <w:vAlign w:val="center"/>
          </w:tcPr>
          <w:p w14:paraId="1EEBF182" w14:textId="77777777" w:rsidR="00F12170" w:rsidRPr="007911BE" w:rsidRDefault="00000000">
            <w:pPr>
              <w:ind w:firstLine="0"/>
              <w:jc w:val="left"/>
              <w:rPr>
                <w:lang w:val="ru-RU"/>
              </w:rPr>
            </w:pPr>
            <w:r w:rsidRPr="007911BE">
              <w:rPr>
                <w:lang w:val="ru-RU"/>
              </w:rPr>
              <w:t>ожидался в доступном массиве данных, но не выявлен</w:t>
            </w:r>
          </w:p>
        </w:tc>
        <w:tc>
          <w:tcPr>
            <w:tcW w:w="0" w:type="auto"/>
            <w:tcMar>
              <w:top w:w="40" w:type="dxa"/>
              <w:left w:w="60" w:type="dxa"/>
              <w:bottom w:w="40" w:type="dxa"/>
              <w:right w:w="60" w:type="dxa"/>
            </w:tcMar>
            <w:vAlign w:val="center"/>
          </w:tcPr>
          <w:p w14:paraId="5C9CD7B9" w14:textId="77777777" w:rsidR="00F12170" w:rsidRPr="007911BE" w:rsidRDefault="00000000">
            <w:pPr>
              <w:ind w:firstLine="0"/>
              <w:jc w:val="left"/>
            </w:pPr>
            <w:r w:rsidRPr="007911BE">
              <w:t>1</w:t>
            </w:r>
          </w:p>
        </w:tc>
      </w:tr>
      <w:tr w:rsidR="00F12170" w:rsidRPr="007911BE" w14:paraId="31052A60" w14:textId="77777777" w:rsidTr="00B408C8">
        <w:trPr>
          <w:jc w:val="center"/>
        </w:trPr>
        <w:tc>
          <w:tcPr>
            <w:tcW w:w="0" w:type="auto"/>
            <w:tcMar>
              <w:top w:w="40" w:type="dxa"/>
              <w:left w:w="60" w:type="dxa"/>
              <w:bottom w:w="40" w:type="dxa"/>
              <w:right w:w="60" w:type="dxa"/>
            </w:tcMar>
            <w:vAlign w:val="center"/>
          </w:tcPr>
          <w:p w14:paraId="6DA2844F" w14:textId="77777777" w:rsidR="00F12170" w:rsidRPr="007911BE" w:rsidRDefault="00000000">
            <w:pPr>
              <w:ind w:firstLine="0"/>
              <w:jc w:val="left"/>
            </w:pPr>
            <w:r w:rsidRPr="007911BE">
              <w:t>2.14.Я2.1</w:t>
            </w:r>
          </w:p>
        </w:tc>
        <w:tc>
          <w:tcPr>
            <w:tcW w:w="0" w:type="auto"/>
            <w:tcMar>
              <w:top w:w="40" w:type="dxa"/>
              <w:left w:w="60" w:type="dxa"/>
              <w:bottom w:w="40" w:type="dxa"/>
              <w:right w:w="60" w:type="dxa"/>
            </w:tcMar>
            <w:vAlign w:val="center"/>
          </w:tcPr>
          <w:p w14:paraId="0EBAB1F4" w14:textId="77777777" w:rsidR="00F12170" w:rsidRPr="007911BE" w:rsidRDefault="00000000">
            <w:pPr>
              <w:ind w:firstLine="0"/>
              <w:jc w:val="left"/>
              <w:rPr>
                <w:lang w:val="ru-RU"/>
              </w:rPr>
            </w:pPr>
            <w:r w:rsidRPr="007911BE">
              <w:rPr>
                <w:lang w:val="ru-RU"/>
              </w:rPr>
              <w:t xml:space="preserve">Доля граждан, охваченных государственной социальной помощью на основании </w:t>
            </w:r>
            <w:proofErr w:type="spellStart"/>
            <w:r w:rsidRPr="007911BE">
              <w:rPr>
                <w:lang w:val="ru-RU"/>
              </w:rPr>
              <w:t>социал</w:t>
            </w:r>
            <w:proofErr w:type="spellEnd"/>
            <w:r w:rsidRPr="007911BE">
              <w:rPr>
                <w:lang w:val="ru-RU"/>
              </w:rPr>
              <w:t>…</w:t>
            </w:r>
          </w:p>
        </w:tc>
        <w:tc>
          <w:tcPr>
            <w:tcW w:w="0" w:type="auto"/>
            <w:tcMar>
              <w:top w:w="40" w:type="dxa"/>
              <w:left w:w="60" w:type="dxa"/>
              <w:bottom w:w="40" w:type="dxa"/>
              <w:right w:w="60" w:type="dxa"/>
            </w:tcMar>
            <w:vAlign w:val="center"/>
          </w:tcPr>
          <w:p w14:paraId="2B499CCF" w14:textId="77777777" w:rsidR="00F12170" w:rsidRPr="007911BE" w:rsidRDefault="00000000">
            <w:pPr>
              <w:ind w:firstLine="0"/>
              <w:jc w:val="left"/>
              <w:rPr>
                <w:lang w:val="ru-RU"/>
              </w:rPr>
            </w:pPr>
            <w:r w:rsidRPr="007911BE">
              <w:rPr>
                <w:lang w:val="ru-RU"/>
              </w:rPr>
              <w:t>не выявлен в ЕМИСС по рабочему перечню</w:t>
            </w:r>
          </w:p>
        </w:tc>
        <w:tc>
          <w:tcPr>
            <w:tcW w:w="0" w:type="auto"/>
            <w:tcMar>
              <w:top w:w="40" w:type="dxa"/>
              <w:left w:w="60" w:type="dxa"/>
              <w:bottom w:w="40" w:type="dxa"/>
              <w:right w:w="60" w:type="dxa"/>
            </w:tcMar>
            <w:vAlign w:val="center"/>
          </w:tcPr>
          <w:p w14:paraId="42116965" w14:textId="77777777" w:rsidR="00F12170" w:rsidRPr="007911BE" w:rsidRDefault="00000000">
            <w:pPr>
              <w:ind w:firstLine="0"/>
              <w:jc w:val="left"/>
            </w:pPr>
            <w:r w:rsidRPr="007911BE">
              <w:t>1</w:t>
            </w:r>
          </w:p>
        </w:tc>
      </w:tr>
      <w:tr w:rsidR="00F12170" w:rsidRPr="007911BE" w14:paraId="354EB6DF" w14:textId="77777777" w:rsidTr="00B408C8">
        <w:trPr>
          <w:jc w:val="center"/>
        </w:trPr>
        <w:tc>
          <w:tcPr>
            <w:tcW w:w="0" w:type="auto"/>
            <w:tcMar>
              <w:top w:w="40" w:type="dxa"/>
              <w:left w:w="60" w:type="dxa"/>
              <w:bottom w:w="40" w:type="dxa"/>
              <w:right w:w="60" w:type="dxa"/>
            </w:tcMar>
            <w:vAlign w:val="center"/>
          </w:tcPr>
          <w:p w14:paraId="2E3760D2" w14:textId="77777777" w:rsidR="00F12170" w:rsidRPr="007911BE" w:rsidRDefault="00000000">
            <w:pPr>
              <w:ind w:firstLine="0"/>
              <w:jc w:val="left"/>
            </w:pPr>
            <w:r w:rsidRPr="007911BE">
              <w:t>2.14.Я2.2</w:t>
            </w:r>
          </w:p>
        </w:tc>
        <w:tc>
          <w:tcPr>
            <w:tcW w:w="0" w:type="auto"/>
            <w:tcMar>
              <w:top w:w="40" w:type="dxa"/>
              <w:left w:w="60" w:type="dxa"/>
              <w:bottom w:w="40" w:type="dxa"/>
              <w:right w:w="60" w:type="dxa"/>
            </w:tcMar>
            <w:vAlign w:val="center"/>
          </w:tcPr>
          <w:p w14:paraId="1D8A17C1" w14:textId="77777777" w:rsidR="00F12170" w:rsidRPr="007911BE" w:rsidRDefault="00000000">
            <w:pPr>
              <w:ind w:firstLine="0"/>
              <w:jc w:val="left"/>
              <w:rPr>
                <w:lang w:val="ru-RU"/>
              </w:rPr>
            </w:pPr>
            <w:r w:rsidRPr="007911BE">
              <w:rPr>
                <w:lang w:val="ru-RU"/>
              </w:rPr>
              <w:t>Доля обучающихся 1-4 классов в группах продленного дня</w:t>
            </w:r>
          </w:p>
        </w:tc>
        <w:tc>
          <w:tcPr>
            <w:tcW w:w="0" w:type="auto"/>
            <w:tcMar>
              <w:top w:w="40" w:type="dxa"/>
              <w:left w:w="60" w:type="dxa"/>
              <w:bottom w:w="40" w:type="dxa"/>
              <w:right w:w="60" w:type="dxa"/>
            </w:tcMar>
            <w:vAlign w:val="center"/>
          </w:tcPr>
          <w:p w14:paraId="55BE1B2F" w14:textId="77777777" w:rsidR="00F12170" w:rsidRPr="007911BE" w:rsidRDefault="00000000">
            <w:pPr>
              <w:ind w:firstLine="0"/>
              <w:jc w:val="left"/>
              <w:rPr>
                <w:lang w:val="ru-RU"/>
              </w:rPr>
            </w:pPr>
            <w:r w:rsidRPr="007911BE">
              <w:rPr>
                <w:lang w:val="ru-RU"/>
              </w:rPr>
              <w:t>противоречие в рабочем перечне: значение-счётчик не выявлено, хотя таблица ЕМИСС имеется</w:t>
            </w:r>
          </w:p>
        </w:tc>
        <w:tc>
          <w:tcPr>
            <w:tcW w:w="0" w:type="auto"/>
            <w:tcMar>
              <w:top w:w="40" w:type="dxa"/>
              <w:left w:w="60" w:type="dxa"/>
              <w:bottom w:w="40" w:type="dxa"/>
              <w:right w:w="60" w:type="dxa"/>
            </w:tcMar>
            <w:vAlign w:val="center"/>
          </w:tcPr>
          <w:p w14:paraId="7925AC44" w14:textId="77777777" w:rsidR="00F12170" w:rsidRPr="007911BE" w:rsidRDefault="00000000">
            <w:pPr>
              <w:ind w:firstLine="0"/>
              <w:jc w:val="left"/>
            </w:pPr>
            <w:r w:rsidRPr="007911BE">
              <w:t>1</w:t>
            </w:r>
          </w:p>
        </w:tc>
      </w:tr>
      <w:tr w:rsidR="00F12170" w:rsidRPr="007911BE" w14:paraId="08FD2A59" w14:textId="77777777" w:rsidTr="00B408C8">
        <w:trPr>
          <w:jc w:val="center"/>
        </w:trPr>
        <w:tc>
          <w:tcPr>
            <w:tcW w:w="0" w:type="auto"/>
            <w:tcMar>
              <w:top w:w="40" w:type="dxa"/>
              <w:left w:w="60" w:type="dxa"/>
              <w:bottom w:w="40" w:type="dxa"/>
              <w:right w:w="60" w:type="dxa"/>
            </w:tcMar>
            <w:vAlign w:val="center"/>
          </w:tcPr>
          <w:p w14:paraId="27CA60C1" w14:textId="77777777" w:rsidR="00F12170" w:rsidRPr="007911BE" w:rsidRDefault="00000000">
            <w:pPr>
              <w:ind w:firstLine="0"/>
              <w:jc w:val="left"/>
            </w:pPr>
            <w:r w:rsidRPr="007911BE">
              <w:t>2.14.Я2.3</w:t>
            </w:r>
          </w:p>
        </w:tc>
        <w:tc>
          <w:tcPr>
            <w:tcW w:w="0" w:type="auto"/>
            <w:tcMar>
              <w:top w:w="40" w:type="dxa"/>
              <w:left w:w="60" w:type="dxa"/>
              <w:bottom w:w="40" w:type="dxa"/>
              <w:right w:w="60" w:type="dxa"/>
            </w:tcMar>
            <w:vAlign w:val="center"/>
          </w:tcPr>
          <w:p w14:paraId="19EE9A7E" w14:textId="77777777" w:rsidR="00F12170" w:rsidRPr="007911BE" w:rsidRDefault="00000000">
            <w:pPr>
              <w:ind w:firstLine="0"/>
              <w:jc w:val="left"/>
              <w:rPr>
                <w:lang w:val="ru-RU"/>
              </w:rPr>
            </w:pPr>
            <w:r w:rsidRPr="007911BE">
              <w:rPr>
                <w:lang w:val="ru-RU"/>
              </w:rPr>
              <w:t>Темп прироста числа многодетных семей</w:t>
            </w:r>
          </w:p>
        </w:tc>
        <w:tc>
          <w:tcPr>
            <w:tcW w:w="0" w:type="auto"/>
            <w:tcMar>
              <w:top w:w="40" w:type="dxa"/>
              <w:left w:w="60" w:type="dxa"/>
              <w:bottom w:w="40" w:type="dxa"/>
              <w:right w:w="60" w:type="dxa"/>
            </w:tcMar>
            <w:vAlign w:val="center"/>
          </w:tcPr>
          <w:p w14:paraId="71A98719" w14:textId="77777777" w:rsidR="00F12170" w:rsidRPr="007911BE" w:rsidRDefault="00000000">
            <w:pPr>
              <w:ind w:firstLine="0"/>
              <w:jc w:val="left"/>
              <w:rPr>
                <w:lang w:val="ru-RU"/>
              </w:rPr>
            </w:pPr>
            <w:r w:rsidRPr="007911BE">
              <w:rPr>
                <w:lang w:val="ru-RU"/>
              </w:rPr>
              <w:t>не выявлен в ЕМИСС по рабочему перечню</w:t>
            </w:r>
          </w:p>
        </w:tc>
        <w:tc>
          <w:tcPr>
            <w:tcW w:w="0" w:type="auto"/>
            <w:tcMar>
              <w:top w:w="40" w:type="dxa"/>
              <w:left w:w="60" w:type="dxa"/>
              <w:bottom w:w="40" w:type="dxa"/>
              <w:right w:w="60" w:type="dxa"/>
            </w:tcMar>
            <w:vAlign w:val="center"/>
          </w:tcPr>
          <w:p w14:paraId="0FB0B42F" w14:textId="77777777" w:rsidR="00F12170" w:rsidRPr="007911BE" w:rsidRDefault="00000000">
            <w:pPr>
              <w:ind w:firstLine="0"/>
              <w:jc w:val="left"/>
            </w:pPr>
            <w:r w:rsidRPr="007911BE">
              <w:t>1</w:t>
            </w:r>
          </w:p>
        </w:tc>
      </w:tr>
      <w:tr w:rsidR="00F12170" w:rsidRPr="007911BE" w14:paraId="35BC15B4" w14:textId="77777777" w:rsidTr="00B408C8">
        <w:trPr>
          <w:jc w:val="center"/>
        </w:trPr>
        <w:tc>
          <w:tcPr>
            <w:tcW w:w="0" w:type="auto"/>
            <w:tcMar>
              <w:top w:w="40" w:type="dxa"/>
              <w:left w:w="60" w:type="dxa"/>
              <w:bottom w:w="40" w:type="dxa"/>
              <w:right w:w="60" w:type="dxa"/>
            </w:tcMar>
            <w:vAlign w:val="center"/>
          </w:tcPr>
          <w:p w14:paraId="734E3F71" w14:textId="77777777" w:rsidR="00F12170" w:rsidRPr="007911BE" w:rsidRDefault="00000000">
            <w:pPr>
              <w:ind w:firstLine="0"/>
              <w:jc w:val="left"/>
            </w:pPr>
            <w:r w:rsidRPr="007911BE">
              <w:t>2.14.Я2.4</w:t>
            </w:r>
          </w:p>
        </w:tc>
        <w:tc>
          <w:tcPr>
            <w:tcW w:w="0" w:type="auto"/>
            <w:tcMar>
              <w:top w:w="40" w:type="dxa"/>
              <w:left w:w="60" w:type="dxa"/>
              <w:bottom w:w="40" w:type="dxa"/>
              <w:right w:w="60" w:type="dxa"/>
            </w:tcMar>
            <w:vAlign w:val="center"/>
          </w:tcPr>
          <w:p w14:paraId="1BE4CB36" w14:textId="77777777" w:rsidR="00F12170" w:rsidRPr="007911BE" w:rsidRDefault="00000000">
            <w:pPr>
              <w:ind w:firstLine="0"/>
              <w:jc w:val="left"/>
              <w:rPr>
                <w:lang w:val="ru-RU"/>
              </w:rPr>
            </w:pPr>
            <w:r w:rsidRPr="007911BE">
              <w:rPr>
                <w:lang w:val="ru-RU"/>
              </w:rPr>
              <w:t xml:space="preserve">Доля регионов, обеспечивших не </w:t>
            </w:r>
            <w:r w:rsidRPr="007911BE">
              <w:rPr>
                <w:lang w:val="ru-RU"/>
              </w:rPr>
              <w:lastRenderedPageBreak/>
              <w:t>ниже среднероссийских темпы повышения суммарного…</w:t>
            </w:r>
          </w:p>
        </w:tc>
        <w:tc>
          <w:tcPr>
            <w:tcW w:w="0" w:type="auto"/>
            <w:tcMar>
              <w:top w:w="40" w:type="dxa"/>
              <w:left w:w="60" w:type="dxa"/>
              <w:bottom w:w="40" w:type="dxa"/>
              <w:right w:w="60" w:type="dxa"/>
            </w:tcMar>
            <w:vAlign w:val="center"/>
          </w:tcPr>
          <w:p w14:paraId="3354A585" w14:textId="77777777" w:rsidR="00F12170" w:rsidRPr="007911BE" w:rsidRDefault="00000000">
            <w:pPr>
              <w:ind w:firstLine="0"/>
              <w:jc w:val="left"/>
            </w:pPr>
            <w:proofErr w:type="spellStart"/>
            <w:r w:rsidRPr="007911BE">
              <w:lastRenderedPageBreak/>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515E9D0E" w14:textId="77777777" w:rsidR="00F12170" w:rsidRPr="007911BE" w:rsidRDefault="00000000">
            <w:pPr>
              <w:ind w:firstLine="0"/>
              <w:jc w:val="left"/>
            </w:pPr>
            <w:r w:rsidRPr="007911BE">
              <w:t>1</w:t>
            </w:r>
          </w:p>
        </w:tc>
      </w:tr>
      <w:tr w:rsidR="00F12170" w:rsidRPr="007911BE" w14:paraId="5AE6234E" w14:textId="77777777" w:rsidTr="00B408C8">
        <w:trPr>
          <w:jc w:val="center"/>
        </w:trPr>
        <w:tc>
          <w:tcPr>
            <w:tcW w:w="0" w:type="auto"/>
            <w:tcMar>
              <w:top w:w="40" w:type="dxa"/>
              <w:left w:w="60" w:type="dxa"/>
              <w:bottom w:w="40" w:type="dxa"/>
              <w:right w:w="60" w:type="dxa"/>
            </w:tcMar>
            <w:vAlign w:val="center"/>
          </w:tcPr>
          <w:p w14:paraId="0B995849" w14:textId="77777777" w:rsidR="00F12170" w:rsidRPr="007911BE" w:rsidRDefault="00000000">
            <w:pPr>
              <w:ind w:firstLine="0"/>
              <w:jc w:val="left"/>
            </w:pPr>
            <w:r w:rsidRPr="007911BE">
              <w:t>2.14.Я3.1</w:t>
            </w:r>
          </w:p>
        </w:tc>
        <w:tc>
          <w:tcPr>
            <w:tcW w:w="0" w:type="auto"/>
            <w:tcMar>
              <w:top w:w="40" w:type="dxa"/>
              <w:left w:w="60" w:type="dxa"/>
              <w:bottom w:w="40" w:type="dxa"/>
              <w:right w:w="60" w:type="dxa"/>
            </w:tcMar>
            <w:vAlign w:val="center"/>
          </w:tcPr>
          <w:p w14:paraId="14DC9D59" w14:textId="77777777" w:rsidR="00F12170" w:rsidRPr="007911BE" w:rsidRDefault="00000000">
            <w:pPr>
              <w:ind w:firstLine="0"/>
              <w:jc w:val="left"/>
              <w:rPr>
                <w:lang w:val="ru-RU"/>
              </w:rPr>
            </w:pPr>
            <w:r w:rsidRPr="007911BE">
              <w:rPr>
                <w:lang w:val="ru-RU"/>
              </w:rPr>
              <w:t xml:space="preserve">Охват граждан репродуктивного возраста (18–49 лет) диспансеризацией с целью </w:t>
            </w:r>
            <w:proofErr w:type="spellStart"/>
            <w:r w:rsidRPr="007911BE">
              <w:rPr>
                <w:lang w:val="ru-RU"/>
              </w:rPr>
              <w:t>оце</w:t>
            </w:r>
            <w:proofErr w:type="spellEnd"/>
            <w:r w:rsidRPr="007911BE">
              <w:rPr>
                <w:lang w:val="ru-RU"/>
              </w:rPr>
              <w:t>…</w:t>
            </w:r>
          </w:p>
        </w:tc>
        <w:tc>
          <w:tcPr>
            <w:tcW w:w="0" w:type="auto"/>
            <w:tcMar>
              <w:top w:w="40" w:type="dxa"/>
              <w:left w:w="60" w:type="dxa"/>
              <w:bottom w:w="40" w:type="dxa"/>
              <w:right w:w="60" w:type="dxa"/>
            </w:tcMar>
            <w:vAlign w:val="center"/>
          </w:tcPr>
          <w:p w14:paraId="6E8D14FA"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356ABD1F" w14:textId="77777777" w:rsidR="00F12170" w:rsidRPr="007911BE" w:rsidRDefault="00000000">
            <w:pPr>
              <w:ind w:firstLine="0"/>
              <w:jc w:val="left"/>
            </w:pPr>
            <w:r w:rsidRPr="007911BE">
              <w:t>3</w:t>
            </w:r>
          </w:p>
        </w:tc>
      </w:tr>
      <w:tr w:rsidR="00F12170" w:rsidRPr="007911BE" w14:paraId="4BFD7310" w14:textId="77777777" w:rsidTr="00B408C8">
        <w:trPr>
          <w:jc w:val="center"/>
        </w:trPr>
        <w:tc>
          <w:tcPr>
            <w:tcW w:w="0" w:type="auto"/>
            <w:tcMar>
              <w:top w:w="40" w:type="dxa"/>
              <w:left w:w="60" w:type="dxa"/>
              <w:bottom w:w="40" w:type="dxa"/>
              <w:right w:w="60" w:type="dxa"/>
            </w:tcMar>
            <w:vAlign w:val="center"/>
          </w:tcPr>
          <w:p w14:paraId="49E54765" w14:textId="77777777" w:rsidR="00F12170" w:rsidRPr="007911BE" w:rsidRDefault="00000000">
            <w:pPr>
              <w:ind w:firstLine="0"/>
              <w:jc w:val="left"/>
            </w:pPr>
            <w:r w:rsidRPr="007911BE">
              <w:t>2.14.Я3.2</w:t>
            </w:r>
          </w:p>
        </w:tc>
        <w:tc>
          <w:tcPr>
            <w:tcW w:w="0" w:type="auto"/>
            <w:tcMar>
              <w:top w:w="40" w:type="dxa"/>
              <w:left w:w="60" w:type="dxa"/>
              <w:bottom w:w="40" w:type="dxa"/>
              <w:right w:w="60" w:type="dxa"/>
            </w:tcMar>
            <w:vAlign w:val="center"/>
          </w:tcPr>
          <w:p w14:paraId="7BF0C248" w14:textId="77777777" w:rsidR="00F12170" w:rsidRPr="007911BE" w:rsidRDefault="00000000">
            <w:pPr>
              <w:ind w:firstLine="0"/>
              <w:jc w:val="left"/>
              <w:rPr>
                <w:lang w:val="ru-RU"/>
              </w:rPr>
            </w:pPr>
            <w:r w:rsidRPr="007911BE">
              <w:rPr>
                <w:lang w:val="ru-RU"/>
              </w:rPr>
              <w:t>Доля женщин, проживающих в сельской местности, поселках городского типа и малых…</w:t>
            </w:r>
          </w:p>
        </w:tc>
        <w:tc>
          <w:tcPr>
            <w:tcW w:w="0" w:type="auto"/>
            <w:tcMar>
              <w:top w:w="40" w:type="dxa"/>
              <w:left w:w="60" w:type="dxa"/>
              <w:bottom w:w="40" w:type="dxa"/>
              <w:right w:w="60" w:type="dxa"/>
            </w:tcMar>
            <w:vAlign w:val="center"/>
          </w:tcPr>
          <w:p w14:paraId="5E5A4721"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4867AA4F" w14:textId="77777777" w:rsidR="00F12170" w:rsidRPr="007911BE" w:rsidRDefault="00000000">
            <w:pPr>
              <w:ind w:firstLine="0"/>
              <w:jc w:val="left"/>
            </w:pPr>
            <w:r w:rsidRPr="007911BE">
              <w:t>3</w:t>
            </w:r>
          </w:p>
        </w:tc>
      </w:tr>
      <w:tr w:rsidR="00F12170" w:rsidRPr="007911BE" w14:paraId="35B42B1C" w14:textId="77777777" w:rsidTr="00B408C8">
        <w:trPr>
          <w:jc w:val="center"/>
        </w:trPr>
        <w:tc>
          <w:tcPr>
            <w:tcW w:w="0" w:type="auto"/>
            <w:tcMar>
              <w:top w:w="40" w:type="dxa"/>
              <w:left w:w="60" w:type="dxa"/>
              <w:bottom w:w="40" w:type="dxa"/>
              <w:right w:w="60" w:type="dxa"/>
            </w:tcMar>
            <w:vAlign w:val="center"/>
          </w:tcPr>
          <w:p w14:paraId="553408E6" w14:textId="77777777" w:rsidR="00F12170" w:rsidRPr="007911BE" w:rsidRDefault="00000000">
            <w:pPr>
              <w:ind w:firstLine="0"/>
              <w:jc w:val="left"/>
            </w:pPr>
            <w:r w:rsidRPr="007911BE">
              <w:t>2.14.Я3.3</w:t>
            </w:r>
          </w:p>
        </w:tc>
        <w:tc>
          <w:tcPr>
            <w:tcW w:w="0" w:type="auto"/>
            <w:tcMar>
              <w:top w:w="40" w:type="dxa"/>
              <w:left w:w="60" w:type="dxa"/>
              <w:bottom w:w="40" w:type="dxa"/>
              <w:right w:w="60" w:type="dxa"/>
            </w:tcMar>
            <w:vAlign w:val="center"/>
          </w:tcPr>
          <w:p w14:paraId="48464276" w14:textId="77777777" w:rsidR="00F12170" w:rsidRPr="007911BE" w:rsidRDefault="00000000">
            <w:pPr>
              <w:ind w:firstLine="0"/>
              <w:jc w:val="left"/>
            </w:pPr>
            <w:proofErr w:type="spellStart"/>
            <w:r w:rsidRPr="007911BE">
              <w:t>Младенческая</w:t>
            </w:r>
            <w:proofErr w:type="spellEnd"/>
            <w:r w:rsidRPr="007911BE">
              <w:t xml:space="preserve"> </w:t>
            </w:r>
            <w:proofErr w:type="spellStart"/>
            <w:r w:rsidRPr="007911BE">
              <w:t>смертность</w:t>
            </w:r>
            <w:proofErr w:type="spellEnd"/>
          </w:p>
        </w:tc>
        <w:tc>
          <w:tcPr>
            <w:tcW w:w="0" w:type="auto"/>
            <w:tcMar>
              <w:top w:w="40" w:type="dxa"/>
              <w:left w:w="60" w:type="dxa"/>
              <w:bottom w:w="40" w:type="dxa"/>
              <w:right w:w="60" w:type="dxa"/>
            </w:tcMar>
            <w:vAlign w:val="center"/>
          </w:tcPr>
          <w:p w14:paraId="4A7079B7"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57FA3AF2" w14:textId="77777777" w:rsidR="00F12170" w:rsidRPr="007911BE" w:rsidRDefault="00000000">
            <w:pPr>
              <w:ind w:firstLine="0"/>
              <w:jc w:val="left"/>
            </w:pPr>
            <w:r w:rsidRPr="007911BE">
              <w:t>4</w:t>
            </w:r>
          </w:p>
        </w:tc>
      </w:tr>
      <w:tr w:rsidR="00F12170" w:rsidRPr="007911BE" w14:paraId="55A7B27B" w14:textId="77777777" w:rsidTr="00B408C8">
        <w:trPr>
          <w:jc w:val="center"/>
        </w:trPr>
        <w:tc>
          <w:tcPr>
            <w:tcW w:w="0" w:type="auto"/>
            <w:tcMar>
              <w:top w:w="40" w:type="dxa"/>
              <w:left w:w="60" w:type="dxa"/>
              <w:bottom w:w="40" w:type="dxa"/>
              <w:right w:w="60" w:type="dxa"/>
            </w:tcMar>
            <w:vAlign w:val="center"/>
          </w:tcPr>
          <w:p w14:paraId="5BE698CD" w14:textId="77777777" w:rsidR="00F12170" w:rsidRPr="007911BE" w:rsidRDefault="00000000">
            <w:pPr>
              <w:ind w:firstLine="0"/>
              <w:jc w:val="left"/>
            </w:pPr>
            <w:r w:rsidRPr="007911BE">
              <w:t>2.14.Я3.4</w:t>
            </w:r>
          </w:p>
        </w:tc>
        <w:tc>
          <w:tcPr>
            <w:tcW w:w="0" w:type="auto"/>
            <w:tcMar>
              <w:top w:w="40" w:type="dxa"/>
              <w:left w:w="60" w:type="dxa"/>
              <w:bottom w:w="40" w:type="dxa"/>
              <w:right w:w="60" w:type="dxa"/>
            </w:tcMar>
            <w:vAlign w:val="center"/>
          </w:tcPr>
          <w:p w14:paraId="3880E330" w14:textId="77777777" w:rsidR="00F12170" w:rsidRPr="007911BE" w:rsidRDefault="00000000">
            <w:pPr>
              <w:ind w:firstLine="0"/>
              <w:jc w:val="left"/>
              <w:rPr>
                <w:lang w:val="ru-RU"/>
              </w:rPr>
            </w:pPr>
            <w:r w:rsidRPr="007911BE">
              <w:rPr>
                <w:lang w:val="ru-RU"/>
              </w:rPr>
              <w:t>Доля взятых под диспансерное наблюдение детей в возрасте 0–17 лет с впервые в ж…</w:t>
            </w:r>
          </w:p>
        </w:tc>
        <w:tc>
          <w:tcPr>
            <w:tcW w:w="0" w:type="auto"/>
            <w:tcMar>
              <w:top w:w="40" w:type="dxa"/>
              <w:left w:w="60" w:type="dxa"/>
              <w:bottom w:w="40" w:type="dxa"/>
              <w:right w:w="60" w:type="dxa"/>
            </w:tcMar>
            <w:vAlign w:val="center"/>
          </w:tcPr>
          <w:p w14:paraId="439885CC"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4D51C963" w14:textId="77777777" w:rsidR="00F12170" w:rsidRPr="007911BE" w:rsidRDefault="00000000">
            <w:pPr>
              <w:ind w:firstLine="0"/>
              <w:jc w:val="left"/>
            </w:pPr>
            <w:r w:rsidRPr="007911BE">
              <w:t>3</w:t>
            </w:r>
          </w:p>
        </w:tc>
      </w:tr>
      <w:tr w:rsidR="00F12170" w:rsidRPr="007911BE" w14:paraId="400A657D" w14:textId="77777777" w:rsidTr="00B408C8">
        <w:trPr>
          <w:jc w:val="center"/>
        </w:trPr>
        <w:tc>
          <w:tcPr>
            <w:tcW w:w="0" w:type="auto"/>
            <w:tcMar>
              <w:top w:w="40" w:type="dxa"/>
              <w:left w:w="60" w:type="dxa"/>
              <w:bottom w:w="40" w:type="dxa"/>
              <w:right w:w="60" w:type="dxa"/>
            </w:tcMar>
            <w:vAlign w:val="center"/>
          </w:tcPr>
          <w:p w14:paraId="1D76F885" w14:textId="77777777" w:rsidR="00F12170" w:rsidRPr="007911BE" w:rsidRDefault="00000000">
            <w:pPr>
              <w:ind w:firstLine="0"/>
              <w:jc w:val="left"/>
            </w:pPr>
            <w:r w:rsidRPr="007911BE">
              <w:t>2.14.Я3.5</w:t>
            </w:r>
          </w:p>
        </w:tc>
        <w:tc>
          <w:tcPr>
            <w:tcW w:w="0" w:type="auto"/>
            <w:tcMar>
              <w:top w:w="40" w:type="dxa"/>
              <w:left w:w="60" w:type="dxa"/>
              <w:bottom w:w="40" w:type="dxa"/>
              <w:right w:w="60" w:type="dxa"/>
            </w:tcMar>
            <w:vAlign w:val="center"/>
          </w:tcPr>
          <w:p w14:paraId="7828C601" w14:textId="77777777" w:rsidR="00F12170" w:rsidRPr="007911BE" w:rsidRDefault="00000000">
            <w:pPr>
              <w:ind w:firstLine="0"/>
              <w:jc w:val="left"/>
              <w:rPr>
                <w:lang w:val="ru-RU"/>
              </w:rPr>
            </w:pPr>
            <w:r w:rsidRPr="007911BE">
              <w:rPr>
                <w:lang w:val="ru-RU"/>
              </w:rPr>
              <w:t xml:space="preserve">Доля беременных женщин, обратившихся в медицинские организации в ситуации </w:t>
            </w:r>
            <w:proofErr w:type="spellStart"/>
            <w:r w:rsidRPr="007911BE">
              <w:rPr>
                <w:lang w:val="ru-RU"/>
              </w:rPr>
              <w:t>репро</w:t>
            </w:r>
            <w:proofErr w:type="spellEnd"/>
            <w:r w:rsidRPr="007911BE">
              <w:rPr>
                <w:lang w:val="ru-RU"/>
              </w:rPr>
              <w:t>…</w:t>
            </w:r>
          </w:p>
        </w:tc>
        <w:tc>
          <w:tcPr>
            <w:tcW w:w="0" w:type="auto"/>
            <w:tcMar>
              <w:top w:w="40" w:type="dxa"/>
              <w:left w:w="60" w:type="dxa"/>
              <w:bottom w:w="40" w:type="dxa"/>
              <w:right w:w="60" w:type="dxa"/>
            </w:tcMar>
            <w:vAlign w:val="center"/>
          </w:tcPr>
          <w:p w14:paraId="4F40FD56"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0B43B884" w14:textId="77777777" w:rsidR="00F12170" w:rsidRPr="007911BE" w:rsidRDefault="00000000">
            <w:pPr>
              <w:ind w:firstLine="0"/>
              <w:jc w:val="left"/>
            </w:pPr>
            <w:r w:rsidRPr="007911BE">
              <w:t>2</w:t>
            </w:r>
          </w:p>
        </w:tc>
      </w:tr>
      <w:tr w:rsidR="00F12170" w:rsidRPr="007911BE" w14:paraId="073BD62B" w14:textId="77777777" w:rsidTr="00B408C8">
        <w:trPr>
          <w:jc w:val="center"/>
        </w:trPr>
        <w:tc>
          <w:tcPr>
            <w:tcW w:w="0" w:type="auto"/>
            <w:tcMar>
              <w:top w:w="40" w:type="dxa"/>
              <w:left w:w="60" w:type="dxa"/>
              <w:bottom w:w="40" w:type="dxa"/>
              <w:right w:w="60" w:type="dxa"/>
            </w:tcMar>
            <w:vAlign w:val="center"/>
          </w:tcPr>
          <w:p w14:paraId="69E43577" w14:textId="77777777" w:rsidR="00F12170" w:rsidRPr="007911BE" w:rsidRDefault="00000000">
            <w:pPr>
              <w:ind w:firstLine="0"/>
              <w:jc w:val="left"/>
            </w:pPr>
            <w:r w:rsidRPr="007911BE">
              <w:t>2.14.Я4.1</w:t>
            </w:r>
          </w:p>
        </w:tc>
        <w:tc>
          <w:tcPr>
            <w:tcW w:w="0" w:type="auto"/>
            <w:tcMar>
              <w:top w:w="40" w:type="dxa"/>
              <w:left w:w="60" w:type="dxa"/>
              <w:bottom w:w="40" w:type="dxa"/>
              <w:right w:w="60" w:type="dxa"/>
            </w:tcMar>
            <w:vAlign w:val="center"/>
          </w:tcPr>
          <w:p w14:paraId="72E3F3E3" w14:textId="77777777" w:rsidR="00F12170" w:rsidRPr="007911BE" w:rsidRDefault="00000000">
            <w:pPr>
              <w:ind w:firstLine="0"/>
              <w:jc w:val="left"/>
              <w:rPr>
                <w:lang w:val="ru-RU"/>
              </w:rPr>
            </w:pPr>
            <w:r w:rsidRPr="007911BE">
              <w:rPr>
                <w:lang w:val="ru-RU"/>
              </w:rPr>
              <w:t>Доля граждан старшего поколения, вовлеченных в региональные программы «Активное…</w:t>
            </w:r>
          </w:p>
        </w:tc>
        <w:tc>
          <w:tcPr>
            <w:tcW w:w="0" w:type="auto"/>
            <w:tcMar>
              <w:top w:w="40" w:type="dxa"/>
              <w:left w:w="60" w:type="dxa"/>
              <w:bottom w:w="40" w:type="dxa"/>
              <w:right w:w="60" w:type="dxa"/>
            </w:tcMar>
            <w:vAlign w:val="center"/>
          </w:tcPr>
          <w:p w14:paraId="2E104D9E" w14:textId="77777777" w:rsidR="00F12170" w:rsidRPr="007911BE" w:rsidRDefault="00000000">
            <w:pPr>
              <w:ind w:firstLine="0"/>
              <w:jc w:val="left"/>
              <w:rPr>
                <w:lang w:val="ru-RU"/>
              </w:rPr>
            </w:pPr>
            <w:r w:rsidRPr="007911BE">
              <w:rPr>
                <w:lang w:val="ru-RU"/>
              </w:rPr>
              <w:t>не выявлен в ЕМИСС по рабочему перечню</w:t>
            </w:r>
          </w:p>
        </w:tc>
        <w:tc>
          <w:tcPr>
            <w:tcW w:w="0" w:type="auto"/>
            <w:tcMar>
              <w:top w:w="40" w:type="dxa"/>
              <w:left w:w="60" w:type="dxa"/>
              <w:bottom w:w="40" w:type="dxa"/>
              <w:right w:w="60" w:type="dxa"/>
            </w:tcMar>
            <w:vAlign w:val="center"/>
          </w:tcPr>
          <w:p w14:paraId="427E6D81" w14:textId="77777777" w:rsidR="00F12170" w:rsidRPr="007911BE" w:rsidRDefault="00000000">
            <w:pPr>
              <w:ind w:firstLine="0"/>
              <w:jc w:val="left"/>
            </w:pPr>
            <w:r w:rsidRPr="007911BE">
              <w:t>2</w:t>
            </w:r>
          </w:p>
        </w:tc>
      </w:tr>
      <w:tr w:rsidR="00F12170" w:rsidRPr="007911BE" w14:paraId="7BCC7796" w14:textId="77777777" w:rsidTr="00B408C8">
        <w:trPr>
          <w:jc w:val="center"/>
        </w:trPr>
        <w:tc>
          <w:tcPr>
            <w:tcW w:w="0" w:type="auto"/>
            <w:tcMar>
              <w:top w:w="40" w:type="dxa"/>
              <w:left w:w="60" w:type="dxa"/>
              <w:bottom w:w="40" w:type="dxa"/>
              <w:right w:w="60" w:type="dxa"/>
            </w:tcMar>
            <w:vAlign w:val="center"/>
          </w:tcPr>
          <w:p w14:paraId="1D93DD1B" w14:textId="77777777" w:rsidR="00F12170" w:rsidRPr="007911BE" w:rsidRDefault="00000000">
            <w:pPr>
              <w:ind w:firstLine="0"/>
              <w:jc w:val="left"/>
            </w:pPr>
            <w:r w:rsidRPr="007911BE">
              <w:t>2.14.Я5.1</w:t>
            </w:r>
          </w:p>
        </w:tc>
        <w:tc>
          <w:tcPr>
            <w:tcW w:w="0" w:type="auto"/>
            <w:tcMar>
              <w:top w:w="40" w:type="dxa"/>
              <w:left w:w="60" w:type="dxa"/>
              <w:bottom w:w="40" w:type="dxa"/>
              <w:right w:w="60" w:type="dxa"/>
            </w:tcMar>
            <w:vAlign w:val="center"/>
          </w:tcPr>
          <w:p w14:paraId="4C961219" w14:textId="77777777" w:rsidR="00F12170" w:rsidRPr="007911BE" w:rsidRDefault="00000000">
            <w:pPr>
              <w:ind w:firstLine="0"/>
              <w:jc w:val="left"/>
              <w:rPr>
                <w:lang w:val="ru-RU"/>
              </w:rPr>
            </w:pPr>
            <w:r w:rsidRPr="007911BE">
              <w:rPr>
                <w:lang w:val="ru-RU"/>
              </w:rPr>
              <w:t>Доля граждан, считающих семью главной ценностью</w:t>
            </w:r>
          </w:p>
        </w:tc>
        <w:tc>
          <w:tcPr>
            <w:tcW w:w="0" w:type="auto"/>
            <w:tcMar>
              <w:top w:w="40" w:type="dxa"/>
              <w:left w:w="60" w:type="dxa"/>
              <w:bottom w:w="40" w:type="dxa"/>
              <w:right w:w="60" w:type="dxa"/>
            </w:tcMar>
            <w:vAlign w:val="center"/>
          </w:tcPr>
          <w:p w14:paraId="34413940" w14:textId="77777777" w:rsidR="00F12170" w:rsidRPr="007911BE" w:rsidRDefault="00000000">
            <w:pPr>
              <w:ind w:firstLine="0"/>
              <w:jc w:val="left"/>
              <w:rPr>
                <w:lang w:val="ru-RU"/>
              </w:rPr>
            </w:pPr>
            <w:r w:rsidRPr="007911BE">
              <w:rPr>
                <w:lang w:val="ru-RU"/>
              </w:rPr>
              <w:t>не выявлен в ЕМИСС по рабочему перечню</w:t>
            </w:r>
          </w:p>
        </w:tc>
        <w:tc>
          <w:tcPr>
            <w:tcW w:w="0" w:type="auto"/>
            <w:tcMar>
              <w:top w:w="40" w:type="dxa"/>
              <w:left w:w="60" w:type="dxa"/>
              <w:bottom w:w="40" w:type="dxa"/>
              <w:right w:w="60" w:type="dxa"/>
            </w:tcMar>
            <w:vAlign w:val="center"/>
          </w:tcPr>
          <w:p w14:paraId="453E22DE" w14:textId="77777777" w:rsidR="00F12170" w:rsidRPr="007911BE" w:rsidRDefault="00000000">
            <w:pPr>
              <w:ind w:firstLine="0"/>
              <w:jc w:val="left"/>
            </w:pPr>
            <w:r w:rsidRPr="007911BE">
              <w:t>3</w:t>
            </w:r>
          </w:p>
        </w:tc>
      </w:tr>
      <w:tr w:rsidR="00F12170" w:rsidRPr="007911BE" w14:paraId="542D3426" w14:textId="77777777" w:rsidTr="00B408C8">
        <w:trPr>
          <w:jc w:val="center"/>
        </w:trPr>
        <w:tc>
          <w:tcPr>
            <w:tcW w:w="0" w:type="auto"/>
            <w:tcMar>
              <w:top w:w="40" w:type="dxa"/>
              <w:left w:w="60" w:type="dxa"/>
              <w:bottom w:w="40" w:type="dxa"/>
              <w:right w:w="60" w:type="dxa"/>
            </w:tcMar>
            <w:vAlign w:val="center"/>
          </w:tcPr>
          <w:p w14:paraId="6E14A6A2" w14:textId="77777777" w:rsidR="00F12170" w:rsidRPr="007911BE" w:rsidRDefault="00000000">
            <w:pPr>
              <w:ind w:firstLine="0"/>
              <w:jc w:val="left"/>
            </w:pPr>
            <w:r w:rsidRPr="007911BE">
              <w:t>2.14.Я5.2</w:t>
            </w:r>
          </w:p>
        </w:tc>
        <w:tc>
          <w:tcPr>
            <w:tcW w:w="0" w:type="auto"/>
            <w:tcMar>
              <w:top w:w="40" w:type="dxa"/>
              <w:left w:w="60" w:type="dxa"/>
              <w:bottom w:w="40" w:type="dxa"/>
              <w:right w:w="60" w:type="dxa"/>
            </w:tcMar>
            <w:vAlign w:val="center"/>
          </w:tcPr>
          <w:p w14:paraId="2949797B" w14:textId="77777777" w:rsidR="00F12170" w:rsidRPr="007911BE" w:rsidRDefault="00000000">
            <w:pPr>
              <w:ind w:firstLine="0"/>
              <w:jc w:val="left"/>
              <w:rPr>
                <w:lang w:val="ru-RU"/>
              </w:rPr>
            </w:pPr>
            <w:r w:rsidRPr="007911BE">
              <w:rPr>
                <w:lang w:val="ru-RU"/>
              </w:rPr>
              <w:t>Увеличение числа посещений организаций культуры по отношению к 2023 году</w:t>
            </w:r>
          </w:p>
        </w:tc>
        <w:tc>
          <w:tcPr>
            <w:tcW w:w="0" w:type="auto"/>
            <w:tcMar>
              <w:top w:w="40" w:type="dxa"/>
              <w:left w:w="60" w:type="dxa"/>
              <w:bottom w:w="40" w:type="dxa"/>
              <w:right w:w="60" w:type="dxa"/>
            </w:tcMar>
            <w:vAlign w:val="center"/>
          </w:tcPr>
          <w:p w14:paraId="02C63B6E" w14:textId="77777777" w:rsidR="00F12170" w:rsidRPr="007911BE" w:rsidRDefault="00000000">
            <w:pPr>
              <w:ind w:firstLine="0"/>
              <w:jc w:val="left"/>
            </w:pPr>
            <w:proofErr w:type="spellStart"/>
            <w:r w:rsidRPr="007911BE">
              <w:t>представлен</w:t>
            </w:r>
            <w:proofErr w:type="spellEnd"/>
            <w:r w:rsidRPr="007911BE">
              <w:t xml:space="preserve"> в </w:t>
            </w:r>
            <w:proofErr w:type="spellStart"/>
            <w:r w:rsidRPr="007911BE">
              <w:t>базе</w:t>
            </w:r>
            <w:proofErr w:type="spellEnd"/>
            <w:r w:rsidRPr="007911BE">
              <w:t xml:space="preserve"> ЕМИСС</w:t>
            </w:r>
          </w:p>
        </w:tc>
        <w:tc>
          <w:tcPr>
            <w:tcW w:w="0" w:type="auto"/>
            <w:tcMar>
              <w:top w:w="40" w:type="dxa"/>
              <w:left w:w="60" w:type="dxa"/>
              <w:bottom w:w="40" w:type="dxa"/>
              <w:right w:w="60" w:type="dxa"/>
            </w:tcMar>
            <w:vAlign w:val="center"/>
          </w:tcPr>
          <w:p w14:paraId="09E292FA" w14:textId="77777777" w:rsidR="00F12170" w:rsidRPr="007911BE" w:rsidRDefault="00000000">
            <w:pPr>
              <w:ind w:firstLine="0"/>
              <w:jc w:val="left"/>
            </w:pPr>
            <w:r w:rsidRPr="007911BE">
              <w:t>7</w:t>
            </w:r>
          </w:p>
        </w:tc>
      </w:tr>
    </w:tbl>
    <w:p w14:paraId="65367088" w14:textId="77777777" w:rsidR="00F12170" w:rsidRPr="007911BE" w:rsidRDefault="00000000">
      <w:pPr>
        <w:ind w:firstLine="0"/>
        <w:jc w:val="center"/>
      </w:pPr>
      <w:r w:rsidRPr="007911BE">
        <w:rPr>
          <w:noProof/>
        </w:rPr>
        <w:lastRenderedPageBreak/>
        <w:drawing>
          <wp:inline distT="0" distB="0" distL="0" distR="0" wp14:anchorId="455ED69A" wp14:editId="7472E6B6">
            <wp:extent cx="5728447" cy="8049342"/>
            <wp:effectExtent l="0" t="0" r="5715"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ity_indicator_network.png"/>
                    <pic:cNvPicPr/>
                  </pic:nvPicPr>
                  <pic:blipFill rotWithShape="1">
                    <a:blip r:embed="rId39"/>
                    <a:srcRect b="11119"/>
                    <a:stretch>
                      <a:fillRect/>
                    </a:stretch>
                  </pic:blipFill>
                  <pic:spPr bwMode="auto">
                    <a:xfrm>
                      <a:off x="0" y="0"/>
                      <a:ext cx="5805638" cy="8157806"/>
                    </a:xfrm>
                    <a:prstGeom prst="rect">
                      <a:avLst/>
                    </a:prstGeom>
                    <a:ln>
                      <a:noFill/>
                    </a:ln>
                    <a:extLst>
                      <a:ext uri="{53640926-AAD7-44D8-BBD7-CCE9431645EC}">
                        <a14:shadowObscured xmlns:a14="http://schemas.microsoft.com/office/drawing/2010/main"/>
                      </a:ext>
                    </a:extLst>
                  </pic:spPr>
                </pic:pic>
              </a:graphicData>
            </a:graphic>
          </wp:inline>
        </w:drawing>
      </w:r>
    </w:p>
    <w:p w14:paraId="7488010C" w14:textId="77777777" w:rsidR="00F12170" w:rsidRPr="007911BE" w:rsidRDefault="00000000">
      <w:pPr>
        <w:keepNext/>
        <w:ind w:firstLine="0"/>
        <w:jc w:val="center"/>
        <w:rPr>
          <w:lang w:val="ru-RU"/>
        </w:rPr>
      </w:pPr>
      <w:r w:rsidRPr="007911BE">
        <w:rPr>
          <w:lang w:val="ru-RU"/>
        </w:rPr>
        <w:t xml:space="preserve">Рисунок 32 </w:t>
      </w:r>
      <w:r w:rsidR="00387CF6" w:rsidRPr="007911BE">
        <w:rPr>
          <w:lang w:val="ru-RU"/>
        </w:rPr>
        <w:t xml:space="preserve">– </w:t>
      </w:r>
      <w:r w:rsidRPr="007911BE">
        <w:rPr>
          <w:lang w:val="ru-RU"/>
        </w:rPr>
        <w:t xml:space="preserve"> Сеть связей между мероприятиями и показателями</w:t>
      </w:r>
      <w:r w:rsidRPr="007911BE">
        <w:rPr>
          <w:lang w:val="ru-RU"/>
        </w:rPr>
        <w:br/>
        <w:t>Источник: расчёты по матрице мероприятий</w:t>
      </w:r>
    </w:p>
    <w:p w14:paraId="209D1BED" w14:textId="77777777" w:rsidR="00F12170" w:rsidRPr="007911BE" w:rsidRDefault="00000000" w:rsidP="00585C06">
      <w:pPr>
        <w:pStyle w:val="21"/>
      </w:pPr>
      <w:bookmarkStart w:id="40" w:name="_Toc228134086"/>
      <w:r w:rsidRPr="007911BE">
        <w:t>8.2. Результаты</w:t>
      </w:r>
      <w:bookmarkEnd w:id="40"/>
    </w:p>
    <w:p w14:paraId="46452299" w14:textId="77777777" w:rsidR="00F12170" w:rsidRPr="007911BE" w:rsidRDefault="00000000">
      <w:pPr>
        <w:rPr>
          <w:lang w:val="ru-RU"/>
        </w:rPr>
      </w:pPr>
      <w:r w:rsidRPr="007911BE">
        <w:rPr>
          <w:sz w:val="28"/>
          <w:lang w:val="ru-RU"/>
        </w:rPr>
        <w:t xml:space="preserve">Сетевой анализ показывает, что СКР и СКР третьих и последующих детей являются наиболее перегруженными итоговыми индикаторами: с ними связано </w:t>
      </w:r>
      <w:r w:rsidRPr="007911BE">
        <w:rPr>
          <w:sz w:val="28"/>
          <w:lang w:val="ru-RU"/>
        </w:rPr>
        <w:lastRenderedPageBreak/>
        <w:t>большое количество мероприятий, но причинная связь часто косвенная. Например, семейная ипотека, материнский капитал, детсады, женские консультации и региональные программы действительно могут влиять на репродуктивные решения, но сила и лаг этого влияния различны. Следовательно, использование одного итогового СКР для оценки всех этих мер недостаточно.</w:t>
      </w:r>
    </w:p>
    <w:p w14:paraId="654D16B4" w14:textId="77777777" w:rsidR="00F12170" w:rsidRPr="007911BE" w:rsidRDefault="00000000">
      <w:pPr>
        <w:rPr>
          <w:sz w:val="28"/>
          <w:szCs w:val="28"/>
          <w:lang w:val="ru-RU"/>
        </w:rPr>
      </w:pPr>
      <w:r w:rsidRPr="007911BE">
        <w:rPr>
          <w:sz w:val="28"/>
          <w:szCs w:val="28"/>
          <w:lang w:val="ru-RU"/>
        </w:rPr>
        <w:t>Выявлены также показатели и мероприятия с недостаточной наблюдаемостью. Показатель ежегодной семейной выплаты не идентифицируется в доступном статистическом контуре; показатель групп продлённого дня сопровождается внутренним противоречием в перечне; показатели поддержки студенческих семей в доступной базе не обнаружены. Это снижает возможность проверки выполнения тех мероприятий, которые важны для совмещения образования, работы и родительства.</w:t>
      </w:r>
    </w:p>
    <w:p w14:paraId="596CF066" w14:textId="77777777" w:rsidR="00B408C8" w:rsidRPr="007911BE" w:rsidRDefault="00B408C8">
      <w:pPr>
        <w:rPr>
          <w:sz w:val="28"/>
          <w:szCs w:val="28"/>
          <w:lang w:val="ru-RU"/>
        </w:rPr>
      </w:pPr>
    </w:p>
    <w:p w14:paraId="434F604E" w14:textId="77777777" w:rsidR="00F12170" w:rsidRPr="007911BE" w:rsidRDefault="00000000">
      <w:pPr>
        <w:ind w:firstLine="0"/>
        <w:jc w:val="left"/>
        <w:rPr>
          <w:sz w:val="24"/>
          <w:szCs w:val="24"/>
          <w:lang w:val="ru-RU"/>
        </w:rPr>
      </w:pPr>
      <w:r w:rsidRPr="007911BE">
        <w:rPr>
          <w:sz w:val="24"/>
          <w:szCs w:val="24"/>
          <w:lang w:val="ru-RU"/>
        </w:rPr>
        <w:t xml:space="preserve">Таблица 21 </w:t>
      </w:r>
      <w:r w:rsidR="00387CF6" w:rsidRPr="007911BE">
        <w:rPr>
          <w:sz w:val="24"/>
          <w:szCs w:val="24"/>
          <w:lang w:val="ru-RU"/>
        </w:rPr>
        <w:t xml:space="preserve">– </w:t>
      </w:r>
      <w:r w:rsidRPr="007911BE">
        <w:rPr>
          <w:sz w:val="24"/>
          <w:szCs w:val="24"/>
          <w:lang w:val="ru-RU"/>
        </w:rPr>
        <w:t xml:space="preserve"> Наиболее центральные мероприятия в сети «мероприятия </w:t>
      </w:r>
      <w:r w:rsidR="00387CF6" w:rsidRPr="007911BE">
        <w:rPr>
          <w:sz w:val="24"/>
          <w:szCs w:val="24"/>
          <w:lang w:val="ru-RU"/>
        </w:rPr>
        <w:t xml:space="preserve">– </w:t>
      </w:r>
      <w:r w:rsidRPr="007911BE">
        <w:rPr>
          <w:sz w:val="24"/>
          <w:szCs w:val="24"/>
          <w:lang w:val="ru-RU"/>
        </w:rPr>
        <w:t xml:space="preserve"> показатели»</w:t>
      </w:r>
    </w:p>
    <w:tbl>
      <w:tblPr>
        <w:tblStyle w:val="aff0"/>
        <w:tblW w:w="0" w:type="auto"/>
        <w:jc w:val="center"/>
        <w:tblLook w:val="04A0" w:firstRow="1" w:lastRow="0" w:firstColumn="1" w:lastColumn="0" w:noHBand="0" w:noVBand="1"/>
      </w:tblPr>
      <w:tblGrid>
        <w:gridCol w:w="4911"/>
        <w:gridCol w:w="1124"/>
        <w:gridCol w:w="1836"/>
        <w:gridCol w:w="1984"/>
      </w:tblGrid>
      <w:tr w:rsidR="00F12170" w:rsidRPr="007911BE" w14:paraId="0AD2A76A" w14:textId="77777777" w:rsidTr="00B408C8">
        <w:trPr>
          <w:jc w:val="center"/>
        </w:trPr>
        <w:tc>
          <w:tcPr>
            <w:tcW w:w="0" w:type="auto"/>
            <w:vAlign w:val="center"/>
          </w:tcPr>
          <w:p w14:paraId="572E75B6" w14:textId="77777777" w:rsidR="00F12170" w:rsidRPr="007911BE" w:rsidRDefault="00000000">
            <w:pPr>
              <w:ind w:firstLine="0"/>
              <w:jc w:val="center"/>
            </w:pPr>
            <w:proofErr w:type="spellStart"/>
            <w:r w:rsidRPr="007911BE">
              <w:rPr>
                <w:b/>
                <w:sz w:val="24"/>
              </w:rPr>
              <w:t>Мероприятие</w:t>
            </w:r>
            <w:proofErr w:type="spellEnd"/>
          </w:p>
        </w:tc>
        <w:tc>
          <w:tcPr>
            <w:tcW w:w="0" w:type="auto"/>
            <w:vAlign w:val="center"/>
          </w:tcPr>
          <w:p w14:paraId="2C66BE1B" w14:textId="77777777" w:rsidR="00F12170" w:rsidRPr="007911BE" w:rsidRDefault="00000000">
            <w:pPr>
              <w:ind w:firstLine="0"/>
              <w:jc w:val="center"/>
            </w:pPr>
            <w:proofErr w:type="spellStart"/>
            <w:r w:rsidRPr="007911BE">
              <w:rPr>
                <w:b/>
                <w:sz w:val="24"/>
              </w:rPr>
              <w:t>Степень</w:t>
            </w:r>
            <w:proofErr w:type="spellEnd"/>
          </w:p>
        </w:tc>
        <w:tc>
          <w:tcPr>
            <w:tcW w:w="0" w:type="auto"/>
            <w:vAlign w:val="center"/>
          </w:tcPr>
          <w:p w14:paraId="7C97D65D" w14:textId="77777777" w:rsidR="00F12170" w:rsidRPr="007911BE" w:rsidRDefault="00000000">
            <w:pPr>
              <w:ind w:firstLine="0"/>
              <w:jc w:val="center"/>
            </w:pPr>
            <w:proofErr w:type="spellStart"/>
            <w:r w:rsidRPr="007911BE">
              <w:rPr>
                <w:b/>
                <w:sz w:val="24"/>
              </w:rPr>
              <w:t>Взвешенная</w:t>
            </w:r>
            <w:proofErr w:type="spellEnd"/>
            <w:r w:rsidRPr="007911BE">
              <w:rPr>
                <w:b/>
                <w:sz w:val="24"/>
              </w:rPr>
              <w:t xml:space="preserve"> </w:t>
            </w:r>
            <w:proofErr w:type="spellStart"/>
            <w:r w:rsidRPr="007911BE">
              <w:rPr>
                <w:b/>
                <w:sz w:val="24"/>
              </w:rPr>
              <w:t>степень</w:t>
            </w:r>
            <w:proofErr w:type="spellEnd"/>
          </w:p>
        </w:tc>
        <w:tc>
          <w:tcPr>
            <w:tcW w:w="0" w:type="auto"/>
            <w:vAlign w:val="center"/>
          </w:tcPr>
          <w:p w14:paraId="6807B5B4" w14:textId="77777777" w:rsidR="00F12170" w:rsidRPr="007911BE" w:rsidRDefault="00000000">
            <w:pPr>
              <w:ind w:firstLine="0"/>
              <w:jc w:val="center"/>
            </w:pPr>
            <w:proofErr w:type="spellStart"/>
            <w:r w:rsidRPr="007911BE">
              <w:rPr>
                <w:b/>
                <w:sz w:val="24"/>
              </w:rPr>
              <w:t>Посредничество</w:t>
            </w:r>
            <w:proofErr w:type="spellEnd"/>
          </w:p>
        </w:tc>
      </w:tr>
      <w:tr w:rsidR="00F12170" w:rsidRPr="007911BE" w14:paraId="28876BAD" w14:textId="77777777" w:rsidTr="00B408C8">
        <w:trPr>
          <w:jc w:val="center"/>
        </w:trPr>
        <w:tc>
          <w:tcPr>
            <w:tcW w:w="0" w:type="auto"/>
            <w:vAlign w:val="center"/>
          </w:tcPr>
          <w:p w14:paraId="4E6D4BFF" w14:textId="77777777" w:rsidR="00F12170" w:rsidRPr="007911BE" w:rsidRDefault="00000000">
            <w:pPr>
              <w:ind w:firstLine="0"/>
              <w:jc w:val="left"/>
              <w:rPr>
                <w:lang w:val="ru-RU"/>
              </w:rPr>
            </w:pPr>
            <w:r w:rsidRPr="007911BE">
              <w:rPr>
                <w:sz w:val="24"/>
                <w:lang w:val="ru-RU"/>
              </w:rPr>
              <w:t>Реализация региональных программ по охране материнства и детства во всех регионах</w:t>
            </w:r>
          </w:p>
        </w:tc>
        <w:tc>
          <w:tcPr>
            <w:tcW w:w="0" w:type="auto"/>
            <w:vAlign w:val="center"/>
          </w:tcPr>
          <w:p w14:paraId="52096235" w14:textId="77777777" w:rsidR="00F12170" w:rsidRPr="007911BE" w:rsidRDefault="00000000">
            <w:pPr>
              <w:ind w:firstLine="0"/>
              <w:jc w:val="left"/>
            </w:pPr>
            <w:r w:rsidRPr="007911BE">
              <w:rPr>
                <w:sz w:val="24"/>
              </w:rPr>
              <w:t>5</w:t>
            </w:r>
          </w:p>
        </w:tc>
        <w:tc>
          <w:tcPr>
            <w:tcW w:w="0" w:type="auto"/>
            <w:vAlign w:val="center"/>
          </w:tcPr>
          <w:p w14:paraId="4D096CA9" w14:textId="77777777" w:rsidR="00F12170" w:rsidRPr="007911BE" w:rsidRDefault="00000000">
            <w:pPr>
              <w:ind w:firstLine="0"/>
              <w:jc w:val="left"/>
            </w:pPr>
            <w:r w:rsidRPr="007911BE">
              <w:rPr>
                <w:sz w:val="24"/>
              </w:rPr>
              <w:t>10</w:t>
            </w:r>
          </w:p>
        </w:tc>
        <w:tc>
          <w:tcPr>
            <w:tcW w:w="0" w:type="auto"/>
            <w:vAlign w:val="center"/>
          </w:tcPr>
          <w:p w14:paraId="7D9A6E53" w14:textId="77777777" w:rsidR="00F12170" w:rsidRPr="007911BE" w:rsidRDefault="00000000">
            <w:pPr>
              <w:ind w:firstLine="0"/>
              <w:jc w:val="left"/>
            </w:pPr>
            <w:r w:rsidRPr="007911BE">
              <w:rPr>
                <w:sz w:val="24"/>
              </w:rPr>
              <w:t>0,028</w:t>
            </w:r>
          </w:p>
        </w:tc>
      </w:tr>
      <w:tr w:rsidR="00F12170" w:rsidRPr="007911BE" w14:paraId="7CE59C20" w14:textId="77777777" w:rsidTr="00B408C8">
        <w:trPr>
          <w:jc w:val="center"/>
        </w:trPr>
        <w:tc>
          <w:tcPr>
            <w:tcW w:w="0" w:type="auto"/>
            <w:vAlign w:val="center"/>
          </w:tcPr>
          <w:p w14:paraId="6E3A99B2" w14:textId="77777777" w:rsidR="00F12170" w:rsidRPr="007911BE" w:rsidRDefault="00000000">
            <w:pPr>
              <w:ind w:firstLine="0"/>
              <w:jc w:val="left"/>
              <w:rPr>
                <w:lang w:val="ru-RU"/>
              </w:rPr>
            </w:pPr>
            <w:r w:rsidRPr="007911BE">
              <w:rPr>
                <w:sz w:val="24"/>
                <w:lang w:val="ru-RU"/>
              </w:rPr>
              <w:t>Реализация региональных программ по повышению рождаемости</w:t>
            </w:r>
          </w:p>
        </w:tc>
        <w:tc>
          <w:tcPr>
            <w:tcW w:w="0" w:type="auto"/>
            <w:vAlign w:val="center"/>
          </w:tcPr>
          <w:p w14:paraId="5927374D" w14:textId="77777777" w:rsidR="00F12170" w:rsidRPr="007911BE" w:rsidRDefault="00000000">
            <w:pPr>
              <w:ind w:firstLine="0"/>
              <w:jc w:val="left"/>
            </w:pPr>
            <w:r w:rsidRPr="007911BE">
              <w:rPr>
                <w:sz w:val="24"/>
              </w:rPr>
              <w:t>3</w:t>
            </w:r>
          </w:p>
        </w:tc>
        <w:tc>
          <w:tcPr>
            <w:tcW w:w="0" w:type="auto"/>
            <w:vAlign w:val="center"/>
          </w:tcPr>
          <w:p w14:paraId="508165B4" w14:textId="77777777" w:rsidR="00F12170" w:rsidRPr="007911BE" w:rsidRDefault="00000000">
            <w:pPr>
              <w:ind w:firstLine="0"/>
              <w:jc w:val="left"/>
            </w:pPr>
            <w:r w:rsidRPr="007911BE">
              <w:rPr>
                <w:sz w:val="24"/>
              </w:rPr>
              <w:t>6</w:t>
            </w:r>
          </w:p>
        </w:tc>
        <w:tc>
          <w:tcPr>
            <w:tcW w:w="0" w:type="auto"/>
            <w:vAlign w:val="center"/>
          </w:tcPr>
          <w:p w14:paraId="0F279757" w14:textId="77777777" w:rsidR="00F12170" w:rsidRPr="007911BE" w:rsidRDefault="00000000">
            <w:pPr>
              <w:ind w:firstLine="0"/>
              <w:jc w:val="left"/>
            </w:pPr>
            <w:r w:rsidRPr="007911BE">
              <w:rPr>
                <w:sz w:val="24"/>
              </w:rPr>
              <w:t>0,032</w:t>
            </w:r>
          </w:p>
        </w:tc>
      </w:tr>
      <w:tr w:rsidR="00F12170" w:rsidRPr="007911BE" w14:paraId="12714966" w14:textId="77777777" w:rsidTr="00B408C8">
        <w:trPr>
          <w:jc w:val="center"/>
        </w:trPr>
        <w:tc>
          <w:tcPr>
            <w:tcW w:w="0" w:type="auto"/>
            <w:vAlign w:val="center"/>
          </w:tcPr>
          <w:p w14:paraId="0FA36852" w14:textId="77777777" w:rsidR="00F12170" w:rsidRPr="007911BE" w:rsidRDefault="00000000">
            <w:pPr>
              <w:ind w:firstLine="0"/>
              <w:jc w:val="left"/>
            </w:pPr>
            <w:proofErr w:type="spellStart"/>
            <w:r w:rsidRPr="007911BE">
              <w:rPr>
                <w:sz w:val="24"/>
              </w:rPr>
              <w:t>Создание</w:t>
            </w:r>
            <w:proofErr w:type="spellEnd"/>
            <w:r w:rsidRPr="007911BE">
              <w:rPr>
                <w:sz w:val="24"/>
              </w:rPr>
              <w:t xml:space="preserve"> </w:t>
            </w:r>
            <w:proofErr w:type="spellStart"/>
            <w:r w:rsidRPr="007911BE">
              <w:rPr>
                <w:sz w:val="24"/>
              </w:rPr>
              <w:t>женских</w:t>
            </w:r>
            <w:proofErr w:type="spellEnd"/>
            <w:r w:rsidRPr="007911BE">
              <w:rPr>
                <w:sz w:val="24"/>
              </w:rPr>
              <w:t xml:space="preserve"> </w:t>
            </w:r>
            <w:proofErr w:type="spellStart"/>
            <w:r w:rsidRPr="007911BE">
              <w:rPr>
                <w:sz w:val="24"/>
              </w:rPr>
              <w:t>консультаций</w:t>
            </w:r>
            <w:proofErr w:type="spellEnd"/>
          </w:p>
        </w:tc>
        <w:tc>
          <w:tcPr>
            <w:tcW w:w="0" w:type="auto"/>
            <w:vAlign w:val="center"/>
          </w:tcPr>
          <w:p w14:paraId="0AE5CC76" w14:textId="77777777" w:rsidR="00F12170" w:rsidRPr="007911BE" w:rsidRDefault="00000000">
            <w:pPr>
              <w:ind w:firstLine="0"/>
              <w:jc w:val="left"/>
            </w:pPr>
            <w:r w:rsidRPr="007911BE">
              <w:rPr>
                <w:sz w:val="24"/>
              </w:rPr>
              <w:t>4</w:t>
            </w:r>
          </w:p>
        </w:tc>
        <w:tc>
          <w:tcPr>
            <w:tcW w:w="0" w:type="auto"/>
            <w:vAlign w:val="center"/>
          </w:tcPr>
          <w:p w14:paraId="2CE186F6" w14:textId="77777777" w:rsidR="00F12170" w:rsidRPr="007911BE" w:rsidRDefault="00000000">
            <w:pPr>
              <w:ind w:firstLine="0"/>
              <w:jc w:val="left"/>
            </w:pPr>
            <w:r w:rsidRPr="007911BE">
              <w:rPr>
                <w:sz w:val="24"/>
              </w:rPr>
              <w:t>6</w:t>
            </w:r>
          </w:p>
        </w:tc>
        <w:tc>
          <w:tcPr>
            <w:tcW w:w="0" w:type="auto"/>
            <w:vAlign w:val="center"/>
          </w:tcPr>
          <w:p w14:paraId="630358C4" w14:textId="77777777" w:rsidR="00F12170" w:rsidRPr="007911BE" w:rsidRDefault="00000000">
            <w:pPr>
              <w:ind w:firstLine="0"/>
              <w:jc w:val="left"/>
            </w:pPr>
            <w:r w:rsidRPr="007911BE">
              <w:rPr>
                <w:sz w:val="24"/>
              </w:rPr>
              <w:t>0,053</w:t>
            </w:r>
          </w:p>
        </w:tc>
      </w:tr>
      <w:tr w:rsidR="00F12170" w:rsidRPr="007911BE" w14:paraId="1A7760C9" w14:textId="77777777" w:rsidTr="00B408C8">
        <w:trPr>
          <w:jc w:val="center"/>
        </w:trPr>
        <w:tc>
          <w:tcPr>
            <w:tcW w:w="0" w:type="auto"/>
            <w:vAlign w:val="center"/>
          </w:tcPr>
          <w:p w14:paraId="1F197AA4" w14:textId="77777777" w:rsidR="00F12170" w:rsidRPr="007911BE" w:rsidRDefault="00000000">
            <w:pPr>
              <w:ind w:firstLine="0"/>
              <w:jc w:val="left"/>
              <w:rPr>
                <w:lang w:val="ru-RU"/>
              </w:rPr>
            </w:pPr>
            <w:r w:rsidRPr="007911BE">
              <w:rPr>
                <w:sz w:val="24"/>
                <w:lang w:val="ru-RU"/>
              </w:rPr>
              <w:t>Создание не менее 1000 комнат матери и ребенка и групп кратковременного пребывания детей …</w:t>
            </w:r>
          </w:p>
        </w:tc>
        <w:tc>
          <w:tcPr>
            <w:tcW w:w="0" w:type="auto"/>
            <w:vAlign w:val="center"/>
          </w:tcPr>
          <w:p w14:paraId="2F829BFA" w14:textId="77777777" w:rsidR="00F12170" w:rsidRPr="007911BE" w:rsidRDefault="00000000">
            <w:pPr>
              <w:ind w:firstLine="0"/>
              <w:jc w:val="left"/>
            </w:pPr>
            <w:r w:rsidRPr="007911BE">
              <w:rPr>
                <w:sz w:val="24"/>
              </w:rPr>
              <w:t>3</w:t>
            </w:r>
          </w:p>
        </w:tc>
        <w:tc>
          <w:tcPr>
            <w:tcW w:w="0" w:type="auto"/>
            <w:vAlign w:val="center"/>
          </w:tcPr>
          <w:p w14:paraId="40A69AB7" w14:textId="77777777" w:rsidR="00F12170" w:rsidRPr="007911BE" w:rsidRDefault="00000000">
            <w:pPr>
              <w:ind w:firstLine="0"/>
              <w:jc w:val="left"/>
            </w:pPr>
            <w:r w:rsidRPr="007911BE">
              <w:rPr>
                <w:sz w:val="24"/>
              </w:rPr>
              <w:t>5</w:t>
            </w:r>
          </w:p>
        </w:tc>
        <w:tc>
          <w:tcPr>
            <w:tcW w:w="0" w:type="auto"/>
            <w:vAlign w:val="center"/>
          </w:tcPr>
          <w:p w14:paraId="528A309A" w14:textId="77777777" w:rsidR="00F12170" w:rsidRPr="007911BE" w:rsidRDefault="00000000">
            <w:pPr>
              <w:ind w:firstLine="0"/>
              <w:jc w:val="left"/>
            </w:pPr>
            <w:r w:rsidRPr="007911BE">
              <w:rPr>
                <w:sz w:val="24"/>
              </w:rPr>
              <w:t>0,047</w:t>
            </w:r>
          </w:p>
        </w:tc>
      </w:tr>
      <w:tr w:rsidR="00F12170" w:rsidRPr="007911BE" w14:paraId="0C9C423D" w14:textId="77777777" w:rsidTr="00B408C8">
        <w:trPr>
          <w:jc w:val="center"/>
        </w:trPr>
        <w:tc>
          <w:tcPr>
            <w:tcW w:w="0" w:type="auto"/>
            <w:vAlign w:val="center"/>
          </w:tcPr>
          <w:p w14:paraId="70C8B484" w14:textId="77777777" w:rsidR="00F12170" w:rsidRPr="007911BE" w:rsidRDefault="00000000">
            <w:pPr>
              <w:ind w:firstLine="0"/>
              <w:jc w:val="left"/>
              <w:rPr>
                <w:lang w:val="ru-RU"/>
              </w:rPr>
            </w:pPr>
            <w:r w:rsidRPr="007911BE">
              <w:rPr>
                <w:sz w:val="24"/>
                <w:lang w:val="ru-RU"/>
              </w:rPr>
              <w:t xml:space="preserve">Региональные меры поддержки многодетных семей и меры повышения рождаемости в развитие </w:t>
            </w:r>
            <w:proofErr w:type="spellStart"/>
            <w:r w:rsidRPr="007911BE">
              <w:rPr>
                <w:sz w:val="24"/>
                <w:lang w:val="ru-RU"/>
              </w:rPr>
              <w:t>Ука</w:t>
            </w:r>
            <w:proofErr w:type="spellEnd"/>
            <w:r w:rsidRPr="007911BE">
              <w:rPr>
                <w:sz w:val="24"/>
                <w:lang w:val="ru-RU"/>
              </w:rPr>
              <w:t>…</w:t>
            </w:r>
          </w:p>
        </w:tc>
        <w:tc>
          <w:tcPr>
            <w:tcW w:w="0" w:type="auto"/>
            <w:vAlign w:val="center"/>
          </w:tcPr>
          <w:p w14:paraId="5EC22051" w14:textId="77777777" w:rsidR="00F12170" w:rsidRPr="007911BE" w:rsidRDefault="00000000">
            <w:pPr>
              <w:ind w:firstLine="0"/>
              <w:jc w:val="left"/>
            </w:pPr>
            <w:r w:rsidRPr="007911BE">
              <w:rPr>
                <w:sz w:val="24"/>
              </w:rPr>
              <w:t>3</w:t>
            </w:r>
          </w:p>
        </w:tc>
        <w:tc>
          <w:tcPr>
            <w:tcW w:w="0" w:type="auto"/>
            <w:vAlign w:val="center"/>
          </w:tcPr>
          <w:p w14:paraId="585EA0B6" w14:textId="77777777" w:rsidR="00F12170" w:rsidRPr="007911BE" w:rsidRDefault="00000000">
            <w:pPr>
              <w:ind w:firstLine="0"/>
              <w:jc w:val="left"/>
            </w:pPr>
            <w:r w:rsidRPr="007911BE">
              <w:rPr>
                <w:sz w:val="24"/>
              </w:rPr>
              <w:t>5</w:t>
            </w:r>
          </w:p>
        </w:tc>
        <w:tc>
          <w:tcPr>
            <w:tcW w:w="0" w:type="auto"/>
            <w:vAlign w:val="center"/>
          </w:tcPr>
          <w:p w14:paraId="4148456D" w14:textId="77777777" w:rsidR="00F12170" w:rsidRPr="007911BE" w:rsidRDefault="00000000">
            <w:pPr>
              <w:ind w:firstLine="0"/>
              <w:jc w:val="left"/>
            </w:pPr>
            <w:r w:rsidRPr="007911BE">
              <w:rPr>
                <w:sz w:val="24"/>
              </w:rPr>
              <w:t>0,027</w:t>
            </w:r>
          </w:p>
        </w:tc>
      </w:tr>
      <w:tr w:rsidR="00F12170" w:rsidRPr="007911BE" w14:paraId="4F0C2272" w14:textId="77777777" w:rsidTr="00B408C8">
        <w:trPr>
          <w:jc w:val="center"/>
        </w:trPr>
        <w:tc>
          <w:tcPr>
            <w:tcW w:w="0" w:type="auto"/>
            <w:vAlign w:val="center"/>
          </w:tcPr>
          <w:p w14:paraId="61A5D741" w14:textId="77777777" w:rsidR="00F12170" w:rsidRPr="007911BE" w:rsidRDefault="00000000">
            <w:pPr>
              <w:ind w:firstLine="0"/>
              <w:jc w:val="left"/>
              <w:rPr>
                <w:lang w:val="ru-RU"/>
              </w:rPr>
            </w:pPr>
            <w:r w:rsidRPr="007911BE">
              <w:rPr>
                <w:sz w:val="24"/>
                <w:lang w:val="ru-RU"/>
              </w:rPr>
              <w:t>Оснащение театров, музеев, детских школ искусств, училищ, кинозалов</w:t>
            </w:r>
          </w:p>
        </w:tc>
        <w:tc>
          <w:tcPr>
            <w:tcW w:w="0" w:type="auto"/>
            <w:vAlign w:val="center"/>
          </w:tcPr>
          <w:p w14:paraId="323FC230" w14:textId="77777777" w:rsidR="00F12170" w:rsidRPr="007911BE" w:rsidRDefault="00000000">
            <w:pPr>
              <w:ind w:firstLine="0"/>
              <w:jc w:val="left"/>
            </w:pPr>
            <w:r w:rsidRPr="007911BE">
              <w:rPr>
                <w:sz w:val="24"/>
              </w:rPr>
              <w:t>3</w:t>
            </w:r>
          </w:p>
        </w:tc>
        <w:tc>
          <w:tcPr>
            <w:tcW w:w="0" w:type="auto"/>
            <w:vAlign w:val="center"/>
          </w:tcPr>
          <w:p w14:paraId="530982A7" w14:textId="77777777" w:rsidR="00F12170" w:rsidRPr="007911BE" w:rsidRDefault="00000000">
            <w:pPr>
              <w:ind w:firstLine="0"/>
              <w:jc w:val="left"/>
            </w:pPr>
            <w:r w:rsidRPr="007911BE">
              <w:rPr>
                <w:sz w:val="24"/>
              </w:rPr>
              <w:t>5</w:t>
            </w:r>
          </w:p>
        </w:tc>
        <w:tc>
          <w:tcPr>
            <w:tcW w:w="0" w:type="auto"/>
            <w:vAlign w:val="center"/>
          </w:tcPr>
          <w:p w14:paraId="2EE62AFE" w14:textId="77777777" w:rsidR="00F12170" w:rsidRPr="007911BE" w:rsidRDefault="00000000">
            <w:pPr>
              <w:ind w:firstLine="0"/>
              <w:jc w:val="left"/>
            </w:pPr>
            <w:r w:rsidRPr="007911BE">
              <w:rPr>
                <w:sz w:val="24"/>
              </w:rPr>
              <w:t>0,008</w:t>
            </w:r>
          </w:p>
        </w:tc>
      </w:tr>
      <w:tr w:rsidR="00F12170" w:rsidRPr="007911BE" w14:paraId="59346112" w14:textId="77777777" w:rsidTr="00B408C8">
        <w:trPr>
          <w:jc w:val="center"/>
        </w:trPr>
        <w:tc>
          <w:tcPr>
            <w:tcW w:w="0" w:type="auto"/>
            <w:vAlign w:val="center"/>
          </w:tcPr>
          <w:p w14:paraId="1F9256E4" w14:textId="77777777" w:rsidR="00F12170" w:rsidRPr="007911BE" w:rsidRDefault="00000000">
            <w:pPr>
              <w:ind w:firstLine="0"/>
              <w:jc w:val="left"/>
              <w:rPr>
                <w:lang w:val="ru-RU"/>
              </w:rPr>
            </w:pPr>
            <w:r w:rsidRPr="007911BE">
              <w:rPr>
                <w:sz w:val="24"/>
                <w:lang w:val="ru-RU"/>
              </w:rPr>
              <w:t>Оснащение перинатальных центров и родильных домов медицинскими изделиями</w:t>
            </w:r>
          </w:p>
        </w:tc>
        <w:tc>
          <w:tcPr>
            <w:tcW w:w="0" w:type="auto"/>
            <w:vAlign w:val="center"/>
          </w:tcPr>
          <w:p w14:paraId="4C1C3CBF" w14:textId="77777777" w:rsidR="00F12170" w:rsidRPr="007911BE" w:rsidRDefault="00000000">
            <w:pPr>
              <w:ind w:firstLine="0"/>
              <w:jc w:val="left"/>
            </w:pPr>
            <w:r w:rsidRPr="007911BE">
              <w:rPr>
                <w:sz w:val="24"/>
              </w:rPr>
              <w:t>3</w:t>
            </w:r>
          </w:p>
        </w:tc>
        <w:tc>
          <w:tcPr>
            <w:tcW w:w="0" w:type="auto"/>
            <w:vAlign w:val="center"/>
          </w:tcPr>
          <w:p w14:paraId="72535602" w14:textId="77777777" w:rsidR="00F12170" w:rsidRPr="007911BE" w:rsidRDefault="00000000">
            <w:pPr>
              <w:ind w:firstLine="0"/>
              <w:jc w:val="left"/>
            </w:pPr>
            <w:r w:rsidRPr="007911BE">
              <w:rPr>
                <w:sz w:val="24"/>
              </w:rPr>
              <w:t>4</w:t>
            </w:r>
          </w:p>
        </w:tc>
        <w:tc>
          <w:tcPr>
            <w:tcW w:w="0" w:type="auto"/>
            <w:vAlign w:val="center"/>
          </w:tcPr>
          <w:p w14:paraId="021776C7" w14:textId="77777777" w:rsidR="00F12170" w:rsidRPr="007911BE" w:rsidRDefault="00000000">
            <w:pPr>
              <w:ind w:firstLine="0"/>
              <w:jc w:val="left"/>
            </w:pPr>
            <w:r w:rsidRPr="007911BE">
              <w:rPr>
                <w:sz w:val="24"/>
              </w:rPr>
              <w:t>0,078</w:t>
            </w:r>
          </w:p>
        </w:tc>
      </w:tr>
      <w:tr w:rsidR="00F12170" w:rsidRPr="007911BE" w14:paraId="0729C401" w14:textId="77777777" w:rsidTr="00B408C8">
        <w:trPr>
          <w:jc w:val="center"/>
        </w:trPr>
        <w:tc>
          <w:tcPr>
            <w:tcW w:w="0" w:type="auto"/>
            <w:vAlign w:val="center"/>
          </w:tcPr>
          <w:p w14:paraId="497CD2E5" w14:textId="77777777" w:rsidR="00F12170" w:rsidRPr="007911BE" w:rsidRDefault="00000000">
            <w:pPr>
              <w:ind w:firstLine="0"/>
              <w:jc w:val="left"/>
              <w:rPr>
                <w:lang w:val="ru-RU"/>
              </w:rPr>
            </w:pPr>
            <w:r w:rsidRPr="007911BE">
              <w:rPr>
                <w:sz w:val="24"/>
                <w:lang w:val="ru-RU"/>
              </w:rPr>
              <w:t>Оснащение детских больниц медицинскими изделиями</w:t>
            </w:r>
          </w:p>
        </w:tc>
        <w:tc>
          <w:tcPr>
            <w:tcW w:w="0" w:type="auto"/>
            <w:vAlign w:val="center"/>
          </w:tcPr>
          <w:p w14:paraId="54B3867D" w14:textId="77777777" w:rsidR="00F12170" w:rsidRPr="007911BE" w:rsidRDefault="00000000">
            <w:pPr>
              <w:ind w:firstLine="0"/>
              <w:jc w:val="left"/>
            </w:pPr>
            <w:r w:rsidRPr="007911BE">
              <w:rPr>
                <w:sz w:val="24"/>
              </w:rPr>
              <w:t>2</w:t>
            </w:r>
          </w:p>
        </w:tc>
        <w:tc>
          <w:tcPr>
            <w:tcW w:w="0" w:type="auto"/>
            <w:vAlign w:val="center"/>
          </w:tcPr>
          <w:p w14:paraId="063B4773" w14:textId="77777777" w:rsidR="00F12170" w:rsidRPr="007911BE" w:rsidRDefault="00000000">
            <w:pPr>
              <w:ind w:firstLine="0"/>
              <w:jc w:val="left"/>
            </w:pPr>
            <w:r w:rsidRPr="007911BE">
              <w:rPr>
                <w:sz w:val="24"/>
              </w:rPr>
              <w:t>4</w:t>
            </w:r>
          </w:p>
        </w:tc>
        <w:tc>
          <w:tcPr>
            <w:tcW w:w="0" w:type="auto"/>
            <w:vAlign w:val="center"/>
          </w:tcPr>
          <w:p w14:paraId="2B30B8AE" w14:textId="77777777" w:rsidR="00F12170" w:rsidRPr="007911BE" w:rsidRDefault="00000000">
            <w:pPr>
              <w:ind w:firstLine="0"/>
              <w:jc w:val="left"/>
            </w:pPr>
            <w:r w:rsidRPr="007911BE">
              <w:rPr>
                <w:sz w:val="24"/>
              </w:rPr>
              <w:t>0,003</w:t>
            </w:r>
          </w:p>
        </w:tc>
      </w:tr>
      <w:tr w:rsidR="00F12170" w:rsidRPr="007911BE" w14:paraId="71FB456C" w14:textId="77777777" w:rsidTr="00B408C8">
        <w:trPr>
          <w:jc w:val="center"/>
        </w:trPr>
        <w:tc>
          <w:tcPr>
            <w:tcW w:w="0" w:type="auto"/>
            <w:vAlign w:val="center"/>
          </w:tcPr>
          <w:p w14:paraId="68511734" w14:textId="77777777" w:rsidR="00F12170" w:rsidRPr="007911BE" w:rsidRDefault="00000000">
            <w:pPr>
              <w:ind w:firstLine="0"/>
              <w:jc w:val="left"/>
            </w:pPr>
            <w:proofErr w:type="spellStart"/>
            <w:r w:rsidRPr="007911BE">
              <w:rPr>
                <w:sz w:val="24"/>
              </w:rPr>
              <w:t>Предоставление</w:t>
            </w:r>
            <w:proofErr w:type="spellEnd"/>
            <w:r w:rsidRPr="007911BE">
              <w:rPr>
                <w:sz w:val="24"/>
              </w:rPr>
              <w:t xml:space="preserve"> </w:t>
            </w:r>
            <w:proofErr w:type="spellStart"/>
            <w:r w:rsidRPr="007911BE">
              <w:rPr>
                <w:sz w:val="24"/>
              </w:rPr>
              <w:t>материнского</w:t>
            </w:r>
            <w:proofErr w:type="spellEnd"/>
            <w:r w:rsidRPr="007911BE">
              <w:rPr>
                <w:sz w:val="24"/>
              </w:rPr>
              <w:t xml:space="preserve"> </w:t>
            </w:r>
            <w:proofErr w:type="spellStart"/>
            <w:r w:rsidRPr="007911BE">
              <w:rPr>
                <w:sz w:val="24"/>
              </w:rPr>
              <w:t>капитала</w:t>
            </w:r>
            <w:proofErr w:type="spellEnd"/>
          </w:p>
        </w:tc>
        <w:tc>
          <w:tcPr>
            <w:tcW w:w="0" w:type="auto"/>
            <w:vAlign w:val="center"/>
          </w:tcPr>
          <w:p w14:paraId="09F4129D" w14:textId="77777777" w:rsidR="00F12170" w:rsidRPr="007911BE" w:rsidRDefault="00000000">
            <w:pPr>
              <w:ind w:firstLine="0"/>
              <w:jc w:val="left"/>
            </w:pPr>
            <w:r w:rsidRPr="007911BE">
              <w:rPr>
                <w:sz w:val="24"/>
              </w:rPr>
              <w:t>3</w:t>
            </w:r>
          </w:p>
        </w:tc>
        <w:tc>
          <w:tcPr>
            <w:tcW w:w="0" w:type="auto"/>
            <w:vAlign w:val="center"/>
          </w:tcPr>
          <w:p w14:paraId="737ADA03" w14:textId="77777777" w:rsidR="00F12170" w:rsidRPr="007911BE" w:rsidRDefault="00000000">
            <w:pPr>
              <w:ind w:firstLine="0"/>
              <w:jc w:val="left"/>
            </w:pPr>
            <w:r w:rsidRPr="007911BE">
              <w:rPr>
                <w:sz w:val="24"/>
              </w:rPr>
              <w:t>3</w:t>
            </w:r>
          </w:p>
        </w:tc>
        <w:tc>
          <w:tcPr>
            <w:tcW w:w="0" w:type="auto"/>
            <w:vAlign w:val="center"/>
          </w:tcPr>
          <w:p w14:paraId="4B0AA225" w14:textId="77777777" w:rsidR="00F12170" w:rsidRPr="007911BE" w:rsidRDefault="00000000">
            <w:pPr>
              <w:ind w:firstLine="0"/>
              <w:jc w:val="left"/>
            </w:pPr>
            <w:r w:rsidRPr="007911BE">
              <w:rPr>
                <w:sz w:val="24"/>
              </w:rPr>
              <w:t>0,050</w:t>
            </w:r>
          </w:p>
        </w:tc>
      </w:tr>
      <w:tr w:rsidR="00F12170" w:rsidRPr="007911BE" w14:paraId="611FD910" w14:textId="77777777" w:rsidTr="00B408C8">
        <w:trPr>
          <w:jc w:val="center"/>
        </w:trPr>
        <w:tc>
          <w:tcPr>
            <w:tcW w:w="0" w:type="auto"/>
            <w:vAlign w:val="center"/>
          </w:tcPr>
          <w:p w14:paraId="4FA33439" w14:textId="77777777" w:rsidR="00F12170" w:rsidRPr="007911BE" w:rsidRDefault="00000000">
            <w:pPr>
              <w:ind w:firstLine="0"/>
              <w:jc w:val="left"/>
              <w:rPr>
                <w:lang w:val="ru-RU"/>
              </w:rPr>
            </w:pPr>
            <w:r w:rsidRPr="007911BE">
              <w:rPr>
                <w:sz w:val="24"/>
                <w:lang w:val="ru-RU"/>
              </w:rPr>
              <w:t>Предоставление Единого пособия нуждающимся семьям</w:t>
            </w:r>
          </w:p>
        </w:tc>
        <w:tc>
          <w:tcPr>
            <w:tcW w:w="0" w:type="auto"/>
            <w:vAlign w:val="center"/>
          </w:tcPr>
          <w:p w14:paraId="43174F71" w14:textId="77777777" w:rsidR="00F12170" w:rsidRPr="007911BE" w:rsidRDefault="00000000">
            <w:pPr>
              <w:ind w:firstLine="0"/>
              <w:jc w:val="left"/>
            </w:pPr>
            <w:r w:rsidRPr="007911BE">
              <w:rPr>
                <w:sz w:val="24"/>
              </w:rPr>
              <w:t>2</w:t>
            </w:r>
          </w:p>
        </w:tc>
        <w:tc>
          <w:tcPr>
            <w:tcW w:w="0" w:type="auto"/>
            <w:vAlign w:val="center"/>
          </w:tcPr>
          <w:p w14:paraId="704F68A1" w14:textId="77777777" w:rsidR="00F12170" w:rsidRPr="007911BE" w:rsidRDefault="00000000">
            <w:pPr>
              <w:ind w:firstLine="0"/>
              <w:jc w:val="left"/>
            </w:pPr>
            <w:r w:rsidRPr="007911BE">
              <w:rPr>
                <w:sz w:val="24"/>
              </w:rPr>
              <w:t>3</w:t>
            </w:r>
          </w:p>
        </w:tc>
        <w:tc>
          <w:tcPr>
            <w:tcW w:w="0" w:type="auto"/>
            <w:vAlign w:val="center"/>
          </w:tcPr>
          <w:p w14:paraId="316DECBD" w14:textId="77777777" w:rsidR="00F12170" w:rsidRPr="007911BE" w:rsidRDefault="00000000">
            <w:pPr>
              <w:ind w:firstLine="0"/>
              <w:jc w:val="left"/>
            </w:pPr>
            <w:r w:rsidRPr="007911BE">
              <w:rPr>
                <w:sz w:val="24"/>
              </w:rPr>
              <w:t>0,024</w:t>
            </w:r>
          </w:p>
        </w:tc>
      </w:tr>
    </w:tbl>
    <w:p w14:paraId="1DD722D1" w14:textId="77777777" w:rsidR="00F12170" w:rsidRPr="007911BE" w:rsidRDefault="00000000">
      <w:pPr>
        <w:ind w:firstLine="0"/>
        <w:jc w:val="left"/>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матрице</w:t>
      </w:r>
      <w:proofErr w:type="spellEnd"/>
      <w:r w:rsidRPr="007911BE">
        <w:rPr>
          <w:i/>
          <w:sz w:val="24"/>
        </w:rPr>
        <w:t xml:space="preserve"> </w:t>
      </w:r>
      <w:proofErr w:type="spellStart"/>
      <w:r w:rsidRPr="007911BE">
        <w:rPr>
          <w:i/>
          <w:sz w:val="24"/>
        </w:rPr>
        <w:t>мероприятий</w:t>
      </w:r>
      <w:proofErr w:type="spellEnd"/>
    </w:p>
    <w:p w14:paraId="615F63E5" w14:textId="77777777" w:rsidR="00F12170" w:rsidRPr="007911BE" w:rsidRDefault="00585C06" w:rsidP="00585C06">
      <w:pPr>
        <w:pStyle w:val="21"/>
      </w:pPr>
      <w:bookmarkStart w:id="41" w:name="_Toc228134087"/>
      <w:r w:rsidRPr="007911BE">
        <w:t>8.3. Центральные показатели сети и управленческие узкие места</w:t>
      </w:r>
      <w:bookmarkEnd w:id="41"/>
    </w:p>
    <w:p w14:paraId="23883C55" w14:textId="77777777" w:rsidR="00F12170" w:rsidRPr="007911BE" w:rsidRDefault="00000000">
      <w:pPr>
        <w:rPr>
          <w:sz w:val="28"/>
          <w:szCs w:val="28"/>
          <w:lang w:val="ru-RU"/>
        </w:rPr>
      </w:pPr>
      <w:r w:rsidRPr="007911BE">
        <w:rPr>
          <w:sz w:val="28"/>
          <w:szCs w:val="28"/>
          <w:lang w:val="ru-RU"/>
        </w:rPr>
        <w:t xml:space="preserve">Сетевая матрица «мероприятия </w:t>
      </w:r>
      <w:r w:rsidR="00387CF6" w:rsidRPr="007911BE">
        <w:rPr>
          <w:sz w:val="28"/>
          <w:szCs w:val="28"/>
          <w:lang w:val="ru-RU"/>
        </w:rPr>
        <w:t xml:space="preserve">– </w:t>
      </w:r>
      <w:r w:rsidRPr="007911BE">
        <w:rPr>
          <w:sz w:val="28"/>
          <w:szCs w:val="28"/>
          <w:lang w:val="ru-RU"/>
        </w:rPr>
        <w:t xml:space="preserve"> показатели» показывает, что причинный центр проекта расположен в демографическом ядре, где измеримость и прогнозируемость пока остаются ограниченными. Наиболее центральным индикатором является суммарный коэффициент рождаемости (степень 11, взвешенная степень 13, посредническая центральность 0.297). Далее следуют увеличение числа посещений организаций культуры и уровень бедности среди многодетных семей. Это означает, что логика мероприятий </w:t>
      </w:r>
      <w:r w:rsidRPr="007911BE">
        <w:rPr>
          <w:sz w:val="28"/>
          <w:szCs w:val="28"/>
          <w:lang w:val="ru-RU"/>
        </w:rPr>
        <w:lastRenderedPageBreak/>
        <w:t>сходится прежде всего к тем результатам, которые наиболее чувствительны к внешним факторам и требуют особенно тщательной методической проверки.</w:t>
      </w:r>
    </w:p>
    <w:p w14:paraId="3C7F512F" w14:textId="77777777" w:rsidR="00F12170" w:rsidRPr="007911BE" w:rsidRDefault="00000000">
      <w:pPr>
        <w:rPr>
          <w:sz w:val="28"/>
          <w:szCs w:val="28"/>
          <w:lang w:val="ru-RU"/>
        </w:rPr>
      </w:pPr>
      <w:r w:rsidRPr="007911BE">
        <w:rPr>
          <w:sz w:val="28"/>
          <w:szCs w:val="28"/>
          <w:lang w:val="ru-RU"/>
        </w:rPr>
        <w:t>Для интерпретации структуры сети важно не только число связей, но и качество измерения центральных показателей. Высокая центральность должна рассматриваться вместе со статистической наблюдаемостью и длиной ряда. Иными словами, система управления должна понимать, где проект действительно опирается на измеримый результат, а где расходование средств связано с индикаторами, по которым пока доступна лишь ограниченная диагностическая информация.</w:t>
      </w:r>
    </w:p>
    <w:p w14:paraId="7B5A5CC6" w14:textId="77777777" w:rsidR="00F12170" w:rsidRPr="007911BE" w:rsidRDefault="00000000">
      <w:pPr>
        <w:spacing w:before="120" w:after="60"/>
        <w:rPr>
          <w:lang w:val="ru-RU"/>
        </w:rPr>
      </w:pPr>
      <w:r w:rsidRPr="007911BE">
        <w:rPr>
          <w:lang w:val="ru-RU"/>
        </w:rPr>
        <w:t xml:space="preserve">Таблица 22 </w:t>
      </w:r>
      <w:r w:rsidR="00387CF6" w:rsidRPr="007911BE">
        <w:rPr>
          <w:lang w:val="ru-RU"/>
        </w:rPr>
        <w:t xml:space="preserve">– </w:t>
      </w:r>
      <w:r w:rsidRPr="007911BE">
        <w:rPr>
          <w:lang w:val="ru-RU"/>
        </w:rPr>
        <w:t xml:space="preserve"> Наиболее центральные показатели в сети «мероприятия </w:t>
      </w:r>
      <w:r w:rsidR="00387CF6" w:rsidRPr="007911BE">
        <w:rPr>
          <w:lang w:val="ru-RU"/>
        </w:rPr>
        <w:t xml:space="preserve">– </w:t>
      </w:r>
      <w:r w:rsidRPr="007911BE">
        <w:rPr>
          <w:lang w:val="ru-RU"/>
        </w:rPr>
        <w:t xml:space="preserve"> показатели»</w:t>
      </w:r>
    </w:p>
    <w:tbl>
      <w:tblPr>
        <w:tblStyle w:val="aff0"/>
        <w:tblW w:w="0" w:type="auto"/>
        <w:jc w:val="center"/>
        <w:tblLook w:val="04A0" w:firstRow="1" w:lastRow="0" w:firstColumn="1" w:lastColumn="0" w:noHBand="0" w:noVBand="1"/>
      </w:tblPr>
      <w:tblGrid>
        <w:gridCol w:w="922"/>
        <w:gridCol w:w="4904"/>
        <w:gridCol w:w="897"/>
        <w:gridCol w:w="1339"/>
        <w:gridCol w:w="1793"/>
      </w:tblGrid>
      <w:tr w:rsidR="00F12170" w:rsidRPr="007911BE" w14:paraId="5E26D5DC" w14:textId="77777777" w:rsidTr="00B408C8">
        <w:trPr>
          <w:tblHeader/>
          <w:jc w:val="center"/>
        </w:trPr>
        <w:tc>
          <w:tcPr>
            <w:tcW w:w="0" w:type="auto"/>
            <w:shd w:val="clear" w:color="auto" w:fill="D9EAF7"/>
            <w:vAlign w:val="center"/>
          </w:tcPr>
          <w:p w14:paraId="54A61CED" w14:textId="77777777" w:rsidR="00F12170" w:rsidRPr="007911BE" w:rsidRDefault="00000000">
            <w:pPr>
              <w:ind w:firstLine="0"/>
              <w:jc w:val="center"/>
              <w:rPr>
                <w:sz w:val="18"/>
                <w:szCs w:val="28"/>
              </w:rPr>
            </w:pPr>
            <w:proofErr w:type="spellStart"/>
            <w:r w:rsidRPr="007911BE">
              <w:rPr>
                <w:b/>
                <w:sz w:val="18"/>
                <w:szCs w:val="28"/>
              </w:rPr>
              <w:t>Код</w:t>
            </w:r>
            <w:proofErr w:type="spellEnd"/>
          </w:p>
        </w:tc>
        <w:tc>
          <w:tcPr>
            <w:tcW w:w="0" w:type="auto"/>
            <w:shd w:val="clear" w:color="auto" w:fill="D9EAF7"/>
            <w:vAlign w:val="center"/>
          </w:tcPr>
          <w:p w14:paraId="03B099D3" w14:textId="77777777" w:rsidR="00F12170" w:rsidRPr="007911BE" w:rsidRDefault="00000000">
            <w:pPr>
              <w:ind w:firstLine="0"/>
              <w:jc w:val="center"/>
              <w:rPr>
                <w:sz w:val="18"/>
                <w:szCs w:val="28"/>
              </w:rPr>
            </w:pPr>
            <w:proofErr w:type="spellStart"/>
            <w:r w:rsidRPr="007911BE">
              <w:rPr>
                <w:b/>
                <w:sz w:val="18"/>
                <w:szCs w:val="28"/>
              </w:rPr>
              <w:t>Показатель</w:t>
            </w:r>
            <w:proofErr w:type="spellEnd"/>
          </w:p>
        </w:tc>
        <w:tc>
          <w:tcPr>
            <w:tcW w:w="0" w:type="auto"/>
            <w:shd w:val="clear" w:color="auto" w:fill="D9EAF7"/>
            <w:vAlign w:val="center"/>
          </w:tcPr>
          <w:p w14:paraId="2909F272" w14:textId="77777777" w:rsidR="00F12170" w:rsidRPr="007911BE" w:rsidRDefault="00000000">
            <w:pPr>
              <w:ind w:firstLine="0"/>
              <w:jc w:val="center"/>
              <w:rPr>
                <w:sz w:val="18"/>
                <w:szCs w:val="28"/>
              </w:rPr>
            </w:pPr>
            <w:proofErr w:type="spellStart"/>
            <w:r w:rsidRPr="007911BE">
              <w:rPr>
                <w:b/>
                <w:sz w:val="18"/>
                <w:szCs w:val="28"/>
              </w:rPr>
              <w:t>Степень</w:t>
            </w:r>
            <w:proofErr w:type="spellEnd"/>
          </w:p>
        </w:tc>
        <w:tc>
          <w:tcPr>
            <w:tcW w:w="0" w:type="auto"/>
            <w:shd w:val="clear" w:color="auto" w:fill="D9EAF7"/>
            <w:vAlign w:val="center"/>
          </w:tcPr>
          <w:p w14:paraId="7DA6BB21" w14:textId="77777777" w:rsidR="00F12170" w:rsidRPr="007911BE" w:rsidRDefault="00000000">
            <w:pPr>
              <w:ind w:firstLine="0"/>
              <w:jc w:val="center"/>
              <w:rPr>
                <w:sz w:val="18"/>
                <w:szCs w:val="28"/>
              </w:rPr>
            </w:pPr>
            <w:proofErr w:type="spellStart"/>
            <w:r w:rsidRPr="007911BE">
              <w:rPr>
                <w:b/>
                <w:sz w:val="18"/>
                <w:szCs w:val="28"/>
              </w:rPr>
              <w:t>Взвешенная</w:t>
            </w:r>
            <w:proofErr w:type="spellEnd"/>
            <w:r w:rsidRPr="007911BE">
              <w:rPr>
                <w:b/>
                <w:sz w:val="18"/>
                <w:szCs w:val="28"/>
              </w:rPr>
              <w:t xml:space="preserve"> </w:t>
            </w:r>
            <w:proofErr w:type="spellStart"/>
            <w:r w:rsidRPr="007911BE">
              <w:rPr>
                <w:b/>
                <w:sz w:val="18"/>
                <w:szCs w:val="28"/>
              </w:rPr>
              <w:t>степень</w:t>
            </w:r>
            <w:proofErr w:type="spellEnd"/>
          </w:p>
        </w:tc>
        <w:tc>
          <w:tcPr>
            <w:tcW w:w="0" w:type="auto"/>
            <w:shd w:val="clear" w:color="auto" w:fill="D9EAF7"/>
            <w:vAlign w:val="center"/>
          </w:tcPr>
          <w:p w14:paraId="0065D847" w14:textId="77777777" w:rsidR="00F12170" w:rsidRPr="007911BE" w:rsidRDefault="00000000">
            <w:pPr>
              <w:ind w:firstLine="0"/>
              <w:jc w:val="center"/>
              <w:rPr>
                <w:sz w:val="18"/>
                <w:szCs w:val="28"/>
              </w:rPr>
            </w:pPr>
            <w:proofErr w:type="spellStart"/>
            <w:r w:rsidRPr="007911BE">
              <w:rPr>
                <w:b/>
                <w:sz w:val="18"/>
                <w:szCs w:val="28"/>
              </w:rPr>
              <w:t>Посредническая</w:t>
            </w:r>
            <w:proofErr w:type="spellEnd"/>
            <w:r w:rsidRPr="007911BE">
              <w:rPr>
                <w:b/>
                <w:sz w:val="18"/>
                <w:szCs w:val="28"/>
              </w:rPr>
              <w:t xml:space="preserve"> </w:t>
            </w:r>
            <w:proofErr w:type="spellStart"/>
            <w:r w:rsidRPr="007911BE">
              <w:rPr>
                <w:b/>
                <w:sz w:val="18"/>
                <w:szCs w:val="28"/>
              </w:rPr>
              <w:t>центральность</w:t>
            </w:r>
            <w:proofErr w:type="spellEnd"/>
          </w:p>
        </w:tc>
      </w:tr>
      <w:tr w:rsidR="00F12170" w:rsidRPr="007911BE" w14:paraId="58A1EA6C" w14:textId="77777777" w:rsidTr="00B408C8">
        <w:trPr>
          <w:jc w:val="center"/>
        </w:trPr>
        <w:tc>
          <w:tcPr>
            <w:tcW w:w="0" w:type="auto"/>
            <w:vAlign w:val="center"/>
          </w:tcPr>
          <w:p w14:paraId="12E7505D" w14:textId="77777777" w:rsidR="00F12170" w:rsidRPr="007911BE" w:rsidRDefault="00000000">
            <w:pPr>
              <w:ind w:firstLine="0"/>
              <w:jc w:val="left"/>
              <w:rPr>
                <w:sz w:val="18"/>
                <w:szCs w:val="28"/>
              </w:rPr>
            </w:pPr>
            <w:r w:rsidRPr="007911BE">
              <w:rPr>
                <w:sz w:val="18"/>
                <w:szCs w:val="28"/>
              </w:rPr>
              <w:t>2.14.Я.2</w:t>
            </w:r>
          </w:p>
        </w:tc>
        <w:tc>
          <w:tcPr>
            <w:tcW w:w="0" w:type="auto"/>
            <w:vAlign w:val="center"/>
          </w:tcPr>
          <w:p w14:paraId="4F02AFD0" w14:textId="77777777" w:rsidR="00F12170" w:rsidRPr="007911BE" w:rsidRDefault="00000000">
            <w:pPr>
              <w:ind w:firstLine="0"/>
              <w:jc w:val="left"/>
              <w:rPr>
                <w:sz w:val="18"/>
                <w:szCs w:val="28"/>
              </w:rPr>
            </w:pPr>
            <w:proofErr w:type="spellStart"/>
            <w:r w:rsidRPr="007911BE">
              <w:rPr>
                <w:sz w:val="18"/>
                <w:szCs w:val="28"/>
              </w:rPr>
              <w:t>Суммарный</w:t>
            </w:r>
            <w:proofErr w:type="spellEnd"/>
            <w:r w:rsidRPr="007911BE">
              <w:rPr>
                <w:sz w:val="18"/>
                <w:szCs w:val="28"/>
              </w:rPr>
              <w:t xml:space="preserve"> </w:t>
            </w:r>
            <w:proofErr w:type="spellStart"/>
            <w:r w:rsidRPr="007911BE">
              <w:rPr>
                <w:sz w:val="18"/>
                <w:szCs w:val="28"/>
              </w:rPr>
              <w:t>коэффициент</w:t>
            </w:r>
            <w:proofErr w:type="spellEnd"/>
            <w:r w:rsidRPr="007911BE">
              <w:rPr>
                <w:sz w:val="18"/>
                <w:szCs w:val="28"/>
              </w:rPr>
              <w:t xml:space="preserve"> </w:t>
            </w:r>
            <w:proofErr w:type="spellStart"/>
            <w:r w:rsidRPr="007911BE">
              <w:rPr>
                <w:sz w:val="18"/>
                <w:szCs w:val="28"/>
              </w:rPr>
              <w:t>рождаемости</w:t>
            </w:r>
            <w:proofErr w:type="spellEnd"/>
            <w:r w:rsidRPr="007911BE">
              <w:rPr>
                <w:sz w:val="18"/>
                <w:szCs w:val="28"/>
              </w:rPr>
              <w:t xml:space="preserve"> (Я1)</w:t>
            </w:r>
          </w:p>
        </w:tc>
        <w:tc>
          <w:tcPr>
            <w:tcW w:w="0" w:type="auto"/>
            <w:vAlign w:val="center"/>
          </w:tcPr>
          <w:p w14:paraId="351FA8F6" w14:textId="77777777" w:rsidR="00F12170" w:rsidRPr="007911BE" w:rsidRDefault="00000000">
            <w:pPr>
              <w:ind w:firstLine="0"/>
              <w:jc w:val="center"/>
              <w:rPr>
                <w:sz w:val="18"/>
                <w:szCs w:val="28"/>
              </w:rPr>
            </w:pPr>
            <w:r w:rsidRPr="007911BE">
              <w:rPr>
                <w:sz w:val="18"/>
                <w:szCs w:val="28"/>
              </w:rPr>
              <w:t>11</w:t>
            </w:r>
          </w:p>
        </w:tc>
        <w:tc>
          <w:tcPr>
            <w:tcW w:w="0" w:type="auto"/>
            <w:vAlign w:val="center"/>
          </w:tcPr>
          <w:p w14:paraId="1AA1BC83" w14:textId="77777777" w:rsidR="00F12170" w:rsidRPr="007911BE" w:rsidRDefault="00000000">
            <w:pPr>
              <w:ind w:firstLine="0"/>
              <w:jc w:val="center"/>
              <w:rPr>
                <w:sz w:val="18"/>
                <w:szCs w:val="28"/>
              </w:rPr>
            </w:pPr>
            <w:r w:rsidRPr="007911BE">
              <w:rPr>
                <w:sz w:val="18"/>
                <w:szCs w:val="28"/>
              </w:rPr>
              <w:t>13</w:t>
            </w:r>
          </w:p>
        </w:tc>
        <w:tc>
          <w:tcPr>
            <w:tcW w:w="0" w:type="auto"/>
            <w:vAlign w:val="center"/>
          </w:tcPr>
          <w:p w14:paraId="49C9AA95" w14:textId="77777777" w:rsidR="00F12170" w:rsidRPr="007911BE" w:rsidRDefault="00000000">
            <w:pPr>
              <w:ind w:firstLine="0"/>
              <w:jc w:val="center"/>
              <w:rPr>
                <w:sz w:val="18"/>
                <w:szCs w:val="28"/>
              </w:rPr>
            </w:pPr>
            <w:r w:rsidRPr="007911BE">
              <w:rPr>
                <w:sz w:val="18"/>
                <w:szCs w:val="28"/>
              </w:rPr>
              <w:t>0.3</w:t>
            </w:r>
          </w:p>
        </w:tc>
      </w:tr>
      <w:tr w:rsidR="00F12170" w:rsidRPr="007911BE" w14:paraId="7B023FF6" w14:textId="77777777" w:rsidTr="00B408C8">
        <w:trPr>
          <w:jc w:val="center"/>
        </w:trPr>
        <w:tc>
          <w:tcPr>
            <w:tcW w:w="0" w:type="auto"/>
            <w:vAlign w:val="center"/>
          </w:tcPr>
          <w:p w14:paraId="56AB1856" w14:textId="77777777" w:rsidR="00F12170" w:rsidRPr="007911BE" w:rsidRDefault="00000000">
            <w:pPr>
              <w:ind w:firstLine="0"/>
              <w:jc w:val="left"/>
              <w:rPr>
                <w:sz w:val="18"/>
                <w:szCs w:val="28"/>
              </w:rPr>
            </w:pPr>
            <w:r w:rsidRPr="007911BE">
              <w:rPr>
                <w:sz w:val="18"/>
                <w:szCs w:val="28"/>
              </w:rPr>
              <w:t>2.14.Я5.2</w:t>
            </w:r>
          </w:p>
        </w:tc>
        <w:tc>
          <w:tcPr>
            <w:tcW w:w="0" w:type="auto"/>
            <w:vAlign w:val="center"/>
          </w:tcPr>
          <w:p w14:paraId="7CD172AE" w14:textId="77777777" w:rsidR="00F12170" w:rsidRPr="007911BE" w:rsidRDefault="00000000">
            <w:pPr>
              <w:ind w:firstLine="0"/>
              <w:jc w:val="left"/>
              <w:rPr>
                <w:sz w:val="18"/>
                <w:szCs w:val="28"/>
                <w:lang w:val="ru-RU"/>
              </w:rPr>
            </w:pPr>
            <w:r w:rsidRPr="007911BE">
              <w:rPr>
                <w:sz w:val="18"/>
                <w:szCs w:val="28"/>
                <w:lang w:val="ru-RU"/>
              </w:rPr>
              <w:t>Увеличение числа посещений организаций культуры по отношению к 2023 году</w:t>
            </w:r>
          </w:p>
        </w:tc>
        <w:tc>
          <w:tcPr>
            <w:tcW w:w="0" w:type="auto"/>
            <w:vAlign w:val="center"/>
          </w:tcPr>
          <w:p w14:paraId="0A297C71" w14:textId="77777777" w:rsidR="00F12170" w:rsidRPr="007911BE" w:rsidRDefault="00000000">
            <w:pPr>
              <w:ind w:firstLine="0"/>
              <w:jc w:val="center"/>
              <w:rPr>
                <w:sz w:val="18"/>
                <w:szCs w:val="28"/>
              </w:rPr>
            </w:pPr>
            <w:r w:rsidRPr="007911BE">
              <w:rPr>
                <w:sz w:val="18"/>
                <w:szCs w:val="28"/>
              </w:rPr>
              <w:t>7</w:t>
            </w:r>
          </w:p>
        </w:tc>
        <w:tc>
          <w:tcPr>
            <w:tcW w:w="0" w:type="auto"/>
            <w:vAlign w:val="center"/>
          </w:tcPr>
          <w:p w14:paraId="7497BF02" w14:textId="77777777" w:rsidR="00F12170" w:rsidRPr="007911BE" w:rsidRDefault="00000000">
            <w:pPr>
              <w:ind w:firstLine="0"/>
              <w:jc w:val="center"/>
              <w:rPr>
                <w:sz w:val="18"/>
                <w:szCs w:val="28"/>
              </w:rPr>
            </w:pPr>
            <w:r w:rsidRPr="007911BE">
              <w:rPr>
                <w:sz w:val="18"/>
                <w:szCs w:val="28"/>
              </w:rPr>
              <w:t>13</w:t>
            </w:r>
          </w:p>
        </w:tc>
        <w:tc>
          <w:tcPr>
            <w:tcW w:w="0" w:type="auto"/>
            <w:vAlign w:val="center"/>
          </w:tcPr>
          <w:p w14:paraId="7C87A642" w14:textId="77777777" w:rsidR="00F12170" w:rsidRPr="007911BE" w:rsidRDefault="00000000">
            <w:pPr>
              <w:ind w:firstLine="0"/>
              <w:jc w:val="center"/>
              <w:rPr>
                <w:sz w:val="18"/>
                <w:szCs w:val="28"/>
              </w:rPr>
            </w:pPr>
            <w:r w:rsidRPr="007911BE">
              <w:rPr>
                <w:sz w:val="18"/>
                <w:szCs w:val="28"/>
              </w:rPr>
              <w:t>0.03</w:t>
            </w:r>
          </w:p>
        </w:tc>
      </w:tr>
      <w:tr w:rsidR="00F12170" w:rsidRPr="007911BE" w14:paraId="77A6856E" w14:textId="77777777" w:rsidTr="00B408C8">
        <w:trPr>
          <w:jc w:val="center"/>
        </w:trPr>
        <w:tc>
          <w:tcPr>
            <w:tcW w:w="0" w:type="auto"/>
            <w:vAlign w:val="center"/>
          </w:tcPr>
          <w:p w14:paraId="205CC8AA" w14:textId="77777777" w:rsidR="00F12170" w:rsidRPr="007911BE" w:rsidRDefault="00000000">
            <w:pPr>
              <w:ind w:firstLine="0"/>
              <w:jc w:val="left"/>
              <w:rPr>
                <w:sz w:val="18"/>
                <w:szCs w:val="28"/>
              </w:rPr>
            </w:pPr>
            <w:r w:rsidRPr="007911BE">
              <w:rPr>
                <w:sz w:val="18"/>
                <w:szCs w:val="28"/>
              </w:rPr>
              <w:t>2.14.Я.1</w:t>
            </w:r>
          </w:p>
        </w:tc>
        <w:tc>
          <w:tcPr>
            <w:tcW w:w="0" w:type="auto"/>
            <w:vAlign w:val="center"/>
          </w:tcPr>
          <w:p w14:paraId="228AE4D2" w14:textId="77777777" w:rsidR="00F12170" w:rsidRPr="007911BE" w:rsidRDefault="00000000">
            <w:pPr>
              <w:ind w:firstLine="0"/>
              <w:jc w:val="left"/>
              <w:rPr>
                <w:sz w:val="18"/>
                <w:szCs w:val="28"/>
                <w:lang w:val="ru-RU"/>
              </w:rPr>
            </w:pPr>
            <w:r w:rsidRPr="007911BE">
              <w:rPr>
                <w:sz w:val="18"/>
                <w:szCs w:val="28"/>
                <w:lang w:val="ru-RU"/>
              </w:rPr>
              <w:t>Уровень бедности среди многодетных семей</w:t>
            </w:r>
          </w:p>
        </w:tc>
        <w:tc>
          <w:tcPr>
            <w:tcW w:w="0" w:type="auto"/>
            <w:vAlign w:val="center"/>
          </w:tcPr>
          <w:p w14:paraId="45791592" w14:textId="77777777" w:rsidR="00F12170" w:rsidRPr="007911BE" w:rsidRDefault="00000000">
            <w:pPr>
              <w:ind w:firstLine="0"/>
              <w:jc w:val="center"/>
              <w:rPr>
                <w:sz w:val="18"/>
                <w:szCs w:val="28"/>
              </w:rPr>
            </w:pPr>
            <w:r w:rsidRPr="007911BE">
              <w:rPr>
                <w:sz w:val="18"/>
                <w:szCs w:val="28"/>
              </w:rPr>
              <w:t>7</w:t>
            </w:r>
          </w:p>
        </w:tc>
        <w:tc>
          <w:tcPr>
            <w:tcW w:w="0" w:type="auto"/>
            <w:vAlign w:val="center"/>
          </w:tcPr>
          <w:p w14:paraId="513D4E3E" w14:textId="77777777" w:rsidR="00F12170" w:rsidRPr="007911BE" w:rsidRDefault="00000000">
            <w:pPr>
              <w:ind w:firstLine="0"/>
              <w:jc w:val="center"/>
              <w:rPr>
                <w:sz w:val="18"/>
                <w:szCs w:val="28"/>
              </w:rPr>
            </w:pPr>
            <w:r w:rsidRPr="007911BE">
              <w:rPr>
                <w:sz w:val="18"/>
                <w:szCs w:val="28"/>
              </w:rPr>
              <w:t>8</w:t>
            </w:r>
          </w:p>
        </w:tc>
        <w:tc>
          <w:tcPr>
            <w:tcW w:w="0" w:type="auto"/>
            <w:vAlign w:val="center"/>
          </w:tcPr>
          <w:p w14:paraId="37EF6FF3" w14:textId="77777777" w:rsidR="00F12170" w:rsidRPr="007911BE" w:rsidRDefault="00000000">
            <w:pPr>
              <w:ind w:firstLine="0"/>
              <w:jc w:val="center"/>
              <w:rPr>
                <w:sz w:val="18"/>
                <w:szCs w:val="28"/>
              </w:rPr>
            </w:pPr>
            <w:r w:rsidRPr="007911BE">
              <w:rPr>
                <w:sz w:val="18"/>
                <w:szCs w:val="28"/>
              </w:rPr>
              <w:t>0.15</w:t>
            </w:r>
          </w:p>
        </w:tc>
      </w:tr>
      <w:tr w:rsidR="00F12170" w:rsidRPr="007911BE" w14:paraId="1323883F" w14:textId="77777777" w:rsidTr="00B408C8">
        <w:trPr>
          <w:jc w:val="center"/>
        </w:trPr>
        <w:tc>
          <w:tcPr>
            <w:tcW w:w="0" w:type="auto"/>
            <w:vAlign w:val="center"/>
          </w:tcPr>
          <w:p w14:paraId="4A59CA17" w14:textId="77777777" w:rsidR="00F12170" w:rsidRPr="007911BE" w:rsidRDefault="00000000">
            <w:pPr>
              <w:ind w:firstLine="0"/>
              <w:jc w:val="left"/>
              <w:rPr>
                <w:sz w:val="18"/>
                <w:szCs w:val="28"/>
              </w:rPr>
            </w:pPr>
            <w:r w:rsidRPr="007911BE">
              <w:rPr>
                <w:sz w:val="18"/>
                <w:szCs w:val="28"/>
              </w:rPr>
              <w:t>2.14.Я3.3</w:t>
            </w:r>
          </w:p>
        </w:tc>
        <w:tc>
          <w:tcPr>
            <w:tcW w:w="0" w:type="auto"/>
            <w:vAlign w:val="center"/>
          </w:tcPr>
          <w:p w14:paraId="71AABB61" w14:textId="77777777" w:rsidR="00F12170" w:rsidRPr="007911BE" w:rsidRDefault="00000000">
            <w:pPr>
              <w:ind w:firstLine="0"/>
              <w:jc w:val="left"/>
              <w:rPr>
                <w:sz w:val="18"/>
                <w:szCs w:val="28"/>
              </w:rPr>
            </w:pPr>
            <w:proofErr w:type="spellStart"/>
            <w:r w:rsidRPr="007911BE">
              <w:rPr>
                <w:sz w:val="18"/>
                <w:szCs w:val="28"/>
              </w:rPr>
              <w:t>Младенческая</w:t>
            </w:r>
            <w:proofErr w:type="spellEnd"/>
            <w:r w:rsidRPr="007911BE">
              <w:rPr>
                <w:sz w:val="18"/>
                <w:szCs w:val="28"/>
              </w:rPr>
              <w:t xml:space="preserve"> </w:t>
            </w:r>
            <w:proofErr w:type="spellStart"/>
            <w:r w:rsidRPr="007911BE">
              <w:rPr>
                <w:sz w:val="18"/>
                <w:szCs w:val="28"/>
              </w:rPr>
              <w:t>смертность</w:t>
            </w:r>
            <w:proofErr w:type="spellEnd"/>
          </w:p>
        </w:tc>
        <w:tc>
          <w:tcPr>
            <w:tcW w:w="0" w:type="auto"/>
            <w:vAlign w:val="center"/>
          </w:tcPr>
          <w:p w14:paraId="3DE36F13" w14:textId="77777777" w:rsidR="00F12170" w:rsidRPr="007911BE" w:rsidRDefault="00000000">
            <w:pPr>
              <w:ind w:firstLine="0"/>
              <w:jc w:val="center"/>
              <w:rPr>
                <w:sz w:val="18"/>
                <w:szCs w:val="28"/>
              </w:rPr>
            </w:pPr>
            <w:r w:rsidRPr="007911BE">
              <w:rPr>
                <w:sz w:val="18"/>
                <w:szCs w:val="28"/>
              </w:rPr>
              <w:t>4</w:t>
            </w:r>
          </w:p>
        </w:tc>
        <w:tc>
          <w:tcPr>
            <w:tcW w:w="0" w:type="auto"/>
            <w:vAlign w:val="center"/>
          </w:tcPr>
          <w:p w14:paraId="59290909" w14:textId="77777777" w:rsidR="00F12170" w:rsidRPr="007911BE" w:rsidRDefault="00000000">
            <w:pPr>
              <w:ind w:firstLine="0"/>
              <w:jc w:val="center"/>
              <w:rPr>
                <w:sz w:val="18"/>
                <w:szCs w:val="28"/>
              </w:rPr>
            </w:pPr>
            <w:r w:rsidRPr="007911BE">
              <w:rPr>
                <w:sz w:val="18"/>
                <w:szCs w:val="28"/>
              </w:rPr>
              <w:t>7</w:t>
            </w:r>
          </w:p>
        </w:tc>
        <w:tc>
          <w:tcPr>
            <w:tcW w:w="0" w:type="auto"/>
            <w:vAlign w:val="center"/>
          </w:tcPr>
          <w:p w14:paraId="164C9602" w14:textId="77777777" w:rsidR="00F12170" w:rsidRPr="007911BE" w:rsidRDefault="00000000">
            <w:pPr>
              <w:ind w:firstLine="0"/>
              <w:jc w:val="center"/>
              <w:rPr>
                <w:sz w:val="18"/>
                <w:szCs w:val="28"/>
              </w:rPr>
            </w:pPr>
            <w:r w:rsidRPr="007911BE">
              <w:rPr>
                <w:sz w:val="18"/>
                <w:szCs w:val="28"/>
              </w:rPr>
              <w:t>0.05</w:t>
            </w:r>
          </w:p>
        </w:tc>
      </w:tr>
      <w:tr w:rsidR="00F12170" w:rsidRPr="007911BE" w14:paraId="2B4203CE" w14:textId="77777777" w:rsidTr="00B408C8">
        <w:trPr>
          <w:jc w:val="center"/>
        </w:trPr>
        <w:tc>
          <w:tcPr>
            <w:tcW w:w="0" w:type="auto"/>
            <w:vAlign w:val="center"/>
          </w:tcPr>
          <w:p w14:paraId="552E913B" w14:textId="77777777" w:rsidR="00F12170" w:rsidRPr="007911BE" w:rsidRDefault="00000000">
            <w:pPr>
              <w:ind w:firstLine="0"/>
              <w:jc w:val="left"/>
              <w:rPr>
                <w:sz w:val="18"/>
                <w:szCs w:val="28"/>
              </w:rPr>
            </w:pPr>
            <w:r w:rsidRPr="007911BE">
              <w:rPr>
                <w:sz w:val="18"/>
                <w:szCs w:val="28"/>
              </w:rPr>
              <w:t>2.14.Я.3</w:t>
            </w:r>
          </w:p>
        </w:tc>
        <w:tc>
          <w:tcPr>
            <w:tcW w:w="0" w:type="auto"/>
            <w:vAlign w:val="center"/>
          </w:tcPr>
          <w:p w14:paraId="7686750C" w14:textId="77777777" w:rsidR="00F12170" w:rsidRPr="007911BE" w:rsidRDefault="00000000">
            <w:pPr>
              <w:ind w:firstLine="0"/>
              <w:jc w:val="left"/>
              <w:rPr>
                <w:sz w:val="18"/>
                <w:szCs w:val="28"/>
                <w:lang w:val="ru-RU"/>
              </w:rPr>
            </w:pPr>
            <w:r w:rsidRPr="007911BE">
              <w:rPr>
                <w:sz w:val="18"/>
                <w:szCs w:val="28"/>
                <w:lang w:val="ru-RU"/>
              </w:rPr>
              <w:t>Суммарный коэффициент рождаемости третьих и последующих детей (Я2)</w:t>
            </w:r>
          </w:p>
        </w:tc>
        <w:tc>
          <w:tcPr>
            <w:tcW w:w="0" w:type="auto"/>
            <w:vAlign w:val="center"/>
          </w:tcPr>
          <w:p w14:paraId="1F454DCA" w14:textId="77777777" w:rsidR="00F12170" w:rsidRPr="007911BE" w:rsidRDefault="00000000">
            <w:pPr>
              <w:ind w:firstLine="0"/>
              <w:jc w:val="center"/>
              <w:rPr>
                <w:sz w:val="18"/>
                <w:szCs w:val="28"/>
              </w:rPr>
            </w:pPr>
            <w:r w:rsidRPr="007911BE">
              <w:rPr>
                <w:sz w:val="18"/>
                <w:szCs w:val="28"/>
              </w:rPr>
              <w:t>5</w:t>
            </w:r>
          </w:p>
        </w:tc>
        <w:tc>
          <w:tcPr>
            <w:tcW w:w="0" w:type="auto"/>
            <w:vAlign w:val="center"/>
          </w:tcPr>
          <w:p w14:paraId="40C5FEBF" w14:textId="77777777" w:rsidR="00F12170" w:rsidRPr="007911BE" w:rsidRDefault="00000000">
            <w:pPr>
              <w:ind w:firstLine="0"/>
              <w:jc w:val="center"/>
              <w:rPr>
                <w:sz w:val="18"/>
                <w:szCs w:val="28"/>
              </w:rPr>
            </w:pPr>
            <w:r w:rsidRPr="007911BE">
              <w:rPr>
                <w:sz w:val="18"/>
                <w:szCs w:val="28"/>
              </w:rPr>
              <w:t>7</w:t>
            </w:r>
          </w:p>
        </w:tc>
        <w:tc>
          <w:tcPr>
            <w:tcW w:w="0" w:type="auto"/>
            <w:vAlign w:val="center"/>
          </w:tcPr>
          <w:p w14:paraId="06CAC05A" w14:textId="77777777" w:rsidR="00F12170" w:rsidRPr="007911BE" w:rsidRDefault="00000000">
            <w:pPr>
              <w:ind w:firstLine="0"/>
              <w:jc w:val="center"/>
              <w:rPr>
                <w:sz w:val="18"/>
                <w:szCs w:val="28"/>
              </w:rPr>
            </w:pPr>
            <w:r w:rsidRPr="007911BE">
              <w:rPr>
                <w:sz w:val="18"/>
                <w:szCs w:val="28"/>
              </w:rPr>
              <w:t>0.03</w:t>
            </w:r>
          </w:p>
        </w:tc>
      </w:tr>
      <w:tr w:rsidR="00F12170" w:rsidRPr="007911BE" w14:paraId="467FE503" w14:textId="77777777" w:rsidTr="00B408C8">
        <w:trPr>
          <w:jc w:val="center"/>
        </w:trPr>
        <w:tc>
          <w:tcPr>
            <w:tcW w:w="0" w:type="auto"/>
            <w:vAlign w:val="center"/>
          </w:tcPr>
          <w:p w14:paraId="1E98B7C6" w14:textId="77777777" w:rsidR="00F12170" w:rsidRPr="007911BE" w:rsidRDefault="00000000">
            <w:pPr>
              <w:ind w:firstLine="0"/>
              <w:jc w:val="left"/>
              <w:rPr>
                <w:sz w:val="18"/>
                <w:szCs w:val="28"/>
              </w:rPr>
            </w:pPr>
            <w:r w:rsidRPr="007911BE">
              <w:rPr>
                <w:sz w:val="18"/>
                <w:szCs w:val="28"/>
              </w:rPr>
              <w:t>2.14.Я3.4</w:t>
            </w:r>
          </w:p>
        </w:tc>
        <w:tc>
          <w:tcPr>
            <w:tcW w:w="0" w:type="auto"/>
            <w:vAlign w:val="center"/>
          </w:tcPr>
          <w:p w14:paraId="63CEFAC6" w14:textId="77777777" w:rsidR="00F12170" w:rsidRPr="007911BE" w:rsidRDefault="00000000">
            <w:pPr>
              <w:ind w:firstLine="0"/>
              <w:jc w:val="left"/>
              <w:rPr>
                <w:sz w:val="18"/>
                <w:szCs w:val="28"/>
                <w:lang w:val="ru-RU"/>
              </w:rPr>
            </w:pPr>
            <w:r w:rsidRPr="007911BE">
              <w:rPr>
                <w:sz w:val="18"/>
                <w:szCs w:val="28"/>
                <w:lang w:val="ru-RU"/>
              </w:rPr>
              <w:t>Доля взятых под диспансерное наблюдение детей в возрасте 0–17 лет с впервые в жизни установленными диагнозами, от общего проведения профилактических медицинских осмотров</w:t>
            </w:r>
          </w:p>
        </w:tc>
        <w:tc>
          <w:tcPr>
            <w:tcW w:w="0" w:type="auto"/>
            <w:vAlign w:val="center"/>
          </w:tcPr>
          <w:p w14:paraId="16776196" w14:textId="77777777" w:rsidR="00F12170" w:rsidRPr="007911BE" w:rsidRDefault="00000000">
            <w:pPr>
              <w:ind w:firstLine="0"/>
              <w:jc w:val="center"/>
              <w:rPr>
                <w:sz w:val="18"/>
                <w:szCs w:val="28"/>
              </w:rPr>
            </w:pPr>
            <w:r w:rsidRPr="007911BE">
              <w:rPr>
                <w:sz w:val="18"/>
                <w:szCs w:val="28"/>
              </w:rPr>
              <w:t>3</w:t>
            </w:r>
          </w:p>
        </w:tc>
        <w:tc>
          <w:tcPr>
            <w:tcW w:w="0" w:type="auto"/>
            <w:vAlign w:val="center"/>
          </w:tcPr>
          <w:p w14:paraId="7CE7814B" w14:textId="77777777" w:rsidR="00F12170" w:rsidRPr="007911BE" w:rsidRDefault="00000000">
            <w:pPr>
              <w:ind w:firstLine="0"/>
              <w:jc w:val="center"/>
              <w:rPr>
                <w:sz w:val="18"/>
                <w:szCs w:val="28"/>
              </w:rPr>
            </w:pPr>
            <w:r w:rsidRPr="007911BE">
              <w:rPr>
                <w:sz w:val="18"/>
                <w:szCs w:val="28"/>
              </w:rPr>
              <w:t>6</w:t>
            </w:r>
          </w:p>
        </w:tc>
        <w:tc>
          <w:tcPr>
            <w:tcW w:w="0" w:type="auto"/>
            <w:vAlign w:val="center"/>
          </w:tcPr>
          <w:p w14:paraId="5858173A" w14:textId="77777777" w:rsidR="00F12170" w:rsidRPr="007911BE" w:rsidRDefault="00000000">
            <w:pPr>
              <w:ind w:firstLine="0"/>
              <w:jc w:val="center"/>
              <w:rPr>
                <w:sz w:val="18"/>
                <w:szCs w:val="28"/>
              </w:rPr>
            </w:pPr>
            <w:r w:rsidRPr="007911BE">
              <w:rPr>
                <w:sz w:val="18"/>
                <w:szCs w:val="28"/>
              </w:rPr>
              <w:t>0</w:t>
            </w:r>
          </w:p>
        </w:tc>
      </w:tr>
      <w:tr w:rsidR="00F12170" w:rsidRPr="007911BE" w14:paraId="5231CA25" w14:textId="77777777" w:rsidTr="00B408C8">
        <w:trPr>
          <w:jc w:val="center"/>
        </w:trPr>
        <w:tc>
          <w:tcPr>
            <w:tcW w:w="0" w:type="auto"/>
            <w:vAlign w:val="center"/>
          </w:tcPr>
          <w:p w14:paraId="33816EDF" w14:textId="77777777" w:rsidR="00F12170" w:rsidRPr="007911BE" w:rsidRDefault="00000000">
            <w:pPr>
              <w:ind w:firstLine="0"/>
              <w:jc w:val="left"/>
              <w:rPr>
                <w:sz w:val="18"/>
                <w:szCs w:val="28"/>
              </w:rPr>
            </w:pPr>
            <w:r w:rsidRPr="007911BE">
              <w:rPr>
                <w:sz w:val="18"/>
                <w:szCs w:val="28"/>
              </w:rPr>
              <w:t>2.14.Я3.2</w:t>
            </w:r>
          </w:p>
        </w:tc>
        <w:tc>
          <w:tcPr>
            <w:tcW w:w="0" w:type="auto"/>
            <w:vAlign w:val="center"/>
          </w:tcPr>
          <w:p w14:paraId="07871F22" w14:textId="77777777" w:rsidR="00F12170" w:rsidRPr="007911BE" w:rsidRDefault="00000000">
            <w:pPr>
              <w:ind w:firstLine="0"/>
              <w:jc w:val="left"/>
              <w:rPr>
                <w:sz w:val="18"/>
                <w:szCs w:val="28"/>
                <w:lang w:val="ru-RU"/>
              </w:rPr>
            </w:pPr>
            <w:r w:rsidRPr="007911BE">
              <w:rPr>
                <w:sz w:val="18"/>
                <w:szCs w:val="28"/>
                <w:lang w:val="ru-RU"/>
              </w:rPr>
              <w:t>Доля женщин, проживающих в сельской местности, поселках городского типа и малых городах, получивших медицинскую помощь в женских консультациях, расположенных в сельской местности, поселках городского типа и малых городах</w:t>
            </w:r>
          </w:p>
        </w:tc>
        <w:tc>
          <w:tcPr>
            <w:tcW w:w="0" w:type="auto"/>
            <w:vAlign w:val="center"/>
          </w:tcPr>
          <w:p w14:paraId="65C1FEB7" w14:textId="77777777" w:rsidR="00F12170" w:rsidRPr="007911BE" w:rsidRDefault="00000000">
            <w:pPr>
              <w:ind w:firstLine="0"/>
              <w:jc w:val="center"/>
              <w:rPr>
                <w:sz w:val="18"/>
                <w:szCs w:val="28"/>
              </w:rPr>
            </w:pPr>
            <w:r w:rsidRPr="007911BE">
              <w:rPr>
                <w:sz w:val="18"/>
                <w:szCs w:val="28"/>
              </w:rPr>
              <w:t>3</w:t>
            </w:r>
          </w:p>
        </w:tc>
        <w:tc>
          <w:tcPr>
            <w:tcW w:w="0" w:type="auto"/>
            <w:vAlign w:val="center"/>
          </w:tcPr>
          <w:p w14:paraId="5E55A87E" w14:textId="77777777" w:rsidR="00F12170" w:rsidRPr="007911BE" w:rsidRDefault="00000000">
            <w:pPr>
              <w:ind w:firstLine="0"/>
              <w:jc w:val="center"/>
              <w:rPr>
                <w:sz w:val="18"/>
                <w:szCs w:val="28"/>
              </w:rPr>
            </w:pPr>
            <w:r w:rsidRPr="007911BE">
              <w:rPr>
                <w:sz w:val="18"/>
                <w:szCs w:val="28"/>
              </w:rPr>
              <w:t>5</w:t>
            </w:r>
          </w:p>
        </w:tc>
        <w:tc>
          <w:tcPr>
            <w:tcW w:w="0" w:type="auto"/>
            <w:vAlign w:val="center"/>
          </w:tcPr>
          <w:p w14:paraId="172DC6D6" w14:textId="77777777" w:rsidR="00F12170" w:rsidRPr="007911BE" w:rsidRDefault="00000000">
            <w:pPr>
              <w:ind w:firstLine="0"/>
              <w:jc w:val="center"/>
              <w:rPr>
                <w:sz w:val="18"/>
                <w:szCs w:val="28"/>
              </w:rPr>
            </w:pPr>
            <w:r w:rsidRPr="007911BE">
              <w:rPr>
                <w:sz w:val="18"/>
                <w:szCs w:val="28"/>
              </w:rPr>
              <w:t>0.01</w:t>
            </w:r>
          </w:p>
        </w:tc>
      </w:tr>
      <w:tr w:rsidR="00F12170" w:rsidRPr="007911BE" w14:paraId="6F30B7FA" w14:textId="77777777" w:rsidTr="00B408C8">
        <w:trPr>
          <w:jc w:val="center"/>
        </w:trPr>
        <w:tc>
          <w:tcPr>
            <w:tcW w:w="0" w:type="auto"/>
            <w:vAlign w:val="center"/>
          </w:tcPr>
          <w:p w14:paraId="5B24D571" w14:textId="77777777" w:rsidR="00F12170" w:rsidRPr="007911BE" w:rsidRDefault="00000000">
            <w:pPr>
              <w:ind w:firstLine="0"/>
              <w:jc w:val="left"/>
              <w:rPr>
                <w:sz w:val="18"/>
                <w:szCs w:val="28"/>
              </w:rPr>
            </w:pPr>
            <w:r w:rsidRPr="007911BE">
              <w:rPr>
                <w:sz w:val="18"/>
                <w:szCs w:val="28"/>
              </w:rPr>
              <w:t>2.14.Я.4</w:t>
            </w:r>
          </w:p>
        </w:tc>
        <w:tc>
          <w:tcPr>
            <w:tcW w:w="0" w:type="auto"/>
            <w:vAlign w:val="center"/>
          </w:tcPr>
          <w:p w14:paraId="2F1D2E63" w14:textId="77777777" w:rsidR="00F12170" w:rsidRPr="007911BE" w:rsidRDefault="00000000">
            <w:pPr>
              <w:ind w:firstLine="0"/>
              <w:jc w:val="left"/>
              <w:rPr>
                <w:sz w:val="18"/>
                <w:szCs w:val="28"/>
                <w:lang w:val="ru-RU"/>
              </w:rPr>
            </w:pPr>
            <w:r w:rsidRPr="007911BE">
              <w:rPr>
                <w:sz w:val="18"/>
                <w:szCs w:val="28"/>
                <w:lang w:val="ru-RU"/>
              </w:rPr>
              <w:t>Доля пожилых граждан и инвалидов, получающих долговременный уход, от общего числа нуждающихся в таком уходе граждан (Я4)</w:t>
            </w:r>
          </w:p>
        </w:tc>
        <w:tc>
          <w:tcPr>
            <w:tcW w:w="0" w:type="auto"/>
            <w:vAlign w:val="center"/>
          </w:tcPr>
          <w:p w14:paraId="0D8959BE" w14:textId="77777777" w:rsidR="00F12170" w:rsidRPr="007911BE" w:rsidRDefault="00000000">
            <w:pPr>
              <w:ind w:firstLine="0"/>
              <w:jc w:val="center"/>
              <w:rPr>
                <w:sz w:val="18"/>
                <w:szCs w:val="28"/>
              </w:rPr>
            </w:pPr>
            <w:r w:rsidRPr="007911BE">
              <w:rPr>
                <w:sz w:val="18"/>
                <w:szCs w:val="28"/>
              </w:rPr>
              <w:t>4</w:t>
            </w:r>
          </w:p>
        </w:tc>
        <w:tc>
          <w:tcPr>
            <w:tcW w:w="0" w:type="auto"/>
            <w:vAlign w:val="center"/>
          </w:tcPr>
          <w:p w14:paraId="69449654" w14:textId="77777777" w:rsidR="00F12170" w:rsidRPr="007911BE" w:rsidRDefault="00000000">
            <w:pPr>
              <w:ind w:firstLine="0"/>
              <w:jc w:val="center"/>
              <w:rPr>
                <w:sz w:val="18"/>
                <w:szCs w:val="28"/>
              </w:rPr>
            </w:pPr>
            <w:r w:rsidRPr="007911BE">
              <w:rPr>
                <w:sz w:val="18"/>
                <w:szCs w:val="28"/>
              </w:rPr>
              <w:t>5</w:t>
            </w:r>
          </w:p>
        </w:tc>
        <w:tc>
          <w:tcPr>
            <w:tcW w:w="0" w:type="auto"/>
            <w:vAlign w:val="center"/>
          </w:tcPr>
          <w:p w14:paraId="0747F939" w14:textId="77777777" w:rsidR="00F12170" w:rsidRPr="007911BE" w:rsidRDefault="00000000">
            <w:pPr>
              <w:ind w:firstLine="0"/>
              <w:jc w:val="center"/>
              <w:rPr>
                <w:sz w:val="18"/>
                <w:szCs w:val="28"/>
              </w:rPr>
            </w:pPr>
            <w:r w:rsidRPr="007911BE">
              <w:rPr>
                <w:sz w:val="18"/>
                <w:szCs w:val="28"/>
              </w:rPr>
              <w:t>0.01</w:t>
            </w:r>
          </w:p>
        </w:tc>
      </w:tr>
      <w:tr w:rsidR="00F12170" w:rsidRPr="007911BE" w14:paraId="77077075" w14:textId="77777777" w:rsidTr="00B408C8">
        <w:trPr>
          <w:jc w:val="center"/>
        </w:trPr>
        <w:tc>
          <w:tcPr>
            <w:tcW w:w="0" w:type="auto"/>
            <w:vAlign w:val="center"/>
          </w:tcPr>
          <w:p w14:paraId="3B0EDB78" w14:textId="77777777" w:rsidR="00F12170" w:rsidRPr="007911BE" w:rsidRDefault="00000000">
            <w:pPr>
              <w:ind w:firstLine="0"/>
              <w:jc w:val="left"/>
              <w:rPr>
                <w:sz w:val="18"/>
                <w:szCs w:val="28"/>
              </w:rPr>
            </w:pPr>
            <w:r w:rsidRPr="007911BE">
              <w:rPr>
                <w:sz w:val="18"/>
                <w:szCs w:val="28"/>
              </w:rPr>
              <w:t>2.14.Я5.1</w:t>
            </w:r>
          </w:p>
        </w:tc>
        <w:tc>
          <w:tcPr>
            <w:tcW w:w="0" w:type="auto"/>
            <w:vAlign w:val="center"/>
          </w:tcPr>
          <w:p w14:paraId="440668EE" w14:textId="77777777" w:rsidR="00F12170" w:rsidRPr="007911BE" w:rsidRDefault="00000000">
            <w:pPr>
              <w:ind w:firstLine="0"/>
              <w:jc w:val="left"/>
              <w:rPr>
                <w:sz w:val="18"/>
                <w:szCs w:val="28"/>
                <w:lang w:val="ru-RU"/>
              </w:rPr>
            </w:pPr>
            <w:r w:rsidRPr="007911BE">
              <w:rPr>
                <w:sz w:val="18"/>
                <w:szCs w:val="28"/>
                <w:lang w:val="ru-RU"/>
              </w:rPr>
              <w:t>Доля граждан, считающих семью главной ценностью</w:t>
            </w:r>
          </w:p>
        </w:tc>
        <w:tc>
          <w:tcPr>
            <w:tcW w:w="0" w:type="auto"/>
            <w:vAlign w:val="center"/>
          </w:tcPr>
          <w:p w14:paraId="44F4403D" w14:textId="77777777" w:rsidR="00F12170" w:rsidRPr="007911BE" w:rsidRDefault="00000000">
            <w:pPr>
              <w:ind w:firstLine="0"/>
              <w:jc w:val="center"/>
              <w:rPr>
                <w:sz w:val="18"/>
                <w:szCs w:val="28"/>
              </w:rPr>
            </w:pPr>
            <w:r w:rsidRPr="007911BE">
              <w:rPr>
                <w:sz w:val="18"/>
                <w:szCs w:val="28"/>
              </w:rPr>
              <w:t>3</w:t>
            </w:r>
          </w:p>
        </w:tc>
        <w:tc>
          <w:tcPr>
            <w:tcW w:w="0" w:type="auto"/>
            <w:vAlign w:val="center"/>
          </w:tcPr>
          <w:p w14:paraId="69512C77" w14:textId="77777777" w:rsidR="00F12170" w:rsidRPr="007911BE" w:rsidRDefault="00000000">
            <w:pPr>
              <w:ind w:firstLine="0"/>
              <w:jc w:val="center"/>
              <w:rPr>
                <w:sz w:val="18"/>
                <w:szCs w:val="28"/>
              </w:rPr>
            </w:pPr>
            <w:r w:rsidRPr="007911BE">
              <w:rPr>
                <w:sz w:val="18"/>
                <w:szCs w:val="28"/>
              </w:rPr>
              <w:t>5</w:t>
            </w:r>
          </w:p>
        </w:tc>
        <w:tc>
          <w:tcPr>
            <w:tcW w:w="0" w:type="auto"/>
            <w:vAlign w:val="center"/>
          </w:tcPr>
          <w:p w14:paraId="6A23B5EF" w14:textId="77777777" w:rsidR="00F12170" w:rsidRPr="007911BE" w:rsidRDefault="00000000">
            <w:pPr>
              <w:ind w:firstLine="0"/>
              <w:jc w:val="center"/>
              <w:rPr>
                <w:sz w:val="18"/>
                <w:szCs w:val="28"/>
              </w:rPr>
            </w:pPr>
            <w:r w:rsidRPr="007911BE">
              <w:rPr>
                <w:sz w:val="18"/>
                <w:szCs w:val="28"/>
              </w:rPr>
              <w:t>0.01</w:t>
            </w:r>
          </w:p>
        </w:tc>
      </w:tr>
      <w:tr w:rsidR="00F12170" w:rsidRPr="007911BE" w14:paraId="7E5FFE6E" w14:textId="77777777" w:rsidTr="00B408C8">
        <w:trPr>
          <w:jc w:val="center"/>
        </w:trPr>
        <w:tc>
          <w:tcPr>
            <w:tcW w:w="0" w:type="auto"/>
            <w:vAlign w:val="center"/>
          </w:tcPr>
          <w:p w14:paraId="73722226" w14:textId="77777777" w:rsidR="00F12170" w:rsidRPr="007911BE" w:rsidRDefault="00000000">
            <w:pPr>
              <w:ind w:firstLine="0"/>
              <w:jc w:val="left"/>
              <w:rPr>
                <w:sz w:val="18"/>
                <w:szCs w:val="28"/>
              </w:rPr>
            </w:pPr>
            <w:r w:rsidRPr="007911BE">
              <w:rPr>
                <w:sz w:val="18"/>
                <w:szCs w:val="28"/>
              </w:rPr>
              <w:t>2.14.Я.6</w:t>
            </w:r>
          </w:p>
        </w:tc>
        <w:tc>
          <w:tcPr>
            <w:tcW w:w="0" w:type="auto"/>
            <w:vAlign w:val="center"/>
          </w:tcPr>
          <w:p w14:paraId="7C951080" w14:textId="77777777" w:rsidR="00F12170" w:rsidRPr="007911BE" w:rsidRDefault="00000000">
            <w:pPr>
              <w:ind w:firstLine="0"/>
              <w:jc w:val="left"/>
              <w:rPr>
                <w:sz w:val="18"/>
                <w:szCs w:val="28"/>
                <w:lang w:val="ru-RU"/>
              </w:rPr>
            </w:pPr>
            <w:r w:rsidRPr="007911BE">
              <w:rPr>
                <w:sz w:val="18"/>
                <w:szCs w:val="28"/>
                <w:lang w:val="ru-RU"/>
              </w:rPr>
              <w:t>Уровень удовлетворенности граждан работой государственных и муниципальных организаций культуры, искусства и народного творчества (Я5)</w:t>
            </w:r>
          </w:p>
        </w:tc>
        <w:tc>
          <w:tcPr>
            <w:tcW w:w="0" w:type="auto"/>
            <w:vAlign w:val="center"/>
          </w:tcPr>
          <w:p w14:paraId="7DA6F2B6" w14:textId="77777777" w:rsidR="00F12170" w:rsidRPr="007911BE" w:rsidRDefault="00000000">
            <w:pPr>
              <w:ind w:firstLine="0"/>
              <w:jc w:val="center"/>
              <w:rPr>
                <w:sz w:val="18"/>
                <w:szCs w:val="28"/>
              </w:rPr>
            </w:pPr>
            <w:r w:rsidRPr="007911BE">
              <w:rPr>
                <w:sz w:val="18"/>
                <w:szCs w:val="28"/>
              </w:rPr>
              <w:t>5</w:t>
            </w:r>
          </w:p>
        </w:tc>
        <w:tc>
          <w:tcPr>
            <w:tcW w:w="0" w:type="auto"/>
            <w:vAlign w:val="center"/>
          </w:tcPr>
          <w:p w14:paraId="08BA25D5" w14:textId="77777777" w:rsidR="00F12170" w:rsidRPr="007911BE" w:rsidRDefault="00000000">
            <w:pPr>
              <w:ind w:firstLine="0"/>
              <w:jc w:val="center"/>
              <w:rPr>
                <w:sz w:val="18"/>
                <w:szCs w:val="28"/>
              </w:rPr>
            </w:pPr>
            <w:r w:rsidRPr="007911BE">
              <w:rPr>
                <w:sz w:val="18"/>
                <w:szCs w:val="28"/>
              </w:rPr>
              <w:t>5</w:t>
            </w:r>
          </w:p>
        </w:tc>
        <w:tc>
          <w:tcPr>
            <w:tcW w:w="0" w:type="auto"/>
            <w:vAlign w:val="center"/>
          </w:tcPr>
          <w:p w14:paraId="684A1DA4" w14:textId="77777777" w:rsidR="00F12170" w:rsidRPr="007911BE" w:rsidRDefault="00000000">
            <w:pPr>
              <w:ind w:firstLine="0"/>
              <w:jc w:val="center"/>
              <w:rPr>
                <w:sz w:val="18"/>
                <w:szCs w:val="28"/>
              </w:rPr>
            </w:pPr>
            <w:r w:rsidRPr="007911BE">
              <w:rPr>
                <w:sz w:val="18"/>
                <w:szCs w:val="28"/>
              </w:rPr>
              <w:t>0.01</w:t>
            </w:r>
          </w:p>
        </w:tc>
      </w:tr>
      <w:tr w:rsidR="00F12170" w:rsidRPr="007911BE" w14:paraId="3D4D3097" w14:textId="77777777" w:rsidTr="00B408C8">
        <w:trPr>
          <w:jc w:val="center"/>
        </w:trPr>
        <w:tc>
          <w:tcPr>
            <w:tcW w:w="0" w:type="auto"/>
            <w:vAlign w:val="center"/>
          </w:tcPr>
          <w:p w14:paraId="43B0CAB5" w14:textId="77777777" w:rsidR="00F12170" w:rsidRPr="007911BE" w:rsidRDefault="00000000">
            <w:pPr>
              <w:ind w:firstLine="0"/>
              <w:jc w:val="left"/>
              <w:rPr>
                <w:sz w:val="18"/>
                <w:szCs w:val="28"/>
              </w:rPr>
            </w:pPr>
            <w:r w:rsidRPr="007911BE">
              <w:rPr>
                <w:sz w:val="18"/>
                <w:szCs w:val="28"/>
              </w:rPr>
              <w:t>2.14.Я3.1</w:t>
            </w:r>
          </w:p>
        </w:tc>
        <w:tc>
          <w:tcPr>
            <w:tcW w:w="0" w:type="auto"/>
            <w:vAlign w:val="center"/>
          </w:tcPr>
          <w:p w14:paraId="705D4842" w14:textId="77777777" w:rsidR="00F12170" w:rsidRPr="007911BE" w:rsidRDefault="00000000">
            <w:pPr>
              <w:ind w:firstLine="0"/>
              <w:jc w:val="left"/>
              <w:rPr>
                <w:sz w:val="18"/>
                <w:szCs w:val="28"/>
                <w:lang w:val="ru-RU"/>
              </w:rPr>
            </w:pPr>
            <w:r w:rsidRPr="007911BE">
              <w:rPr>
                <w:sz w:val="18"/>
                <w:szCs w:val="28"/>
                <w:lang w:val="ru-RU"/>
              </w:rPr>
              <w:t>Охват граждан репродуктивного возраста (18–49 лет) диспансеризацией с целью оценки репродуктивного здоровья</w:t>
            </w:r>
          </w:p>
        </w:tc>
        <w:tc>
          <w:tcPr>
            <w:tcW w:w="0" w:type="auto"/>
            <w:vAlign w:val="center"/>
          </w:tcPr>
          <w:p w14:paraId="45AA0942" w14:textId="77777777" w:rsidR="00F12170" w:rsidRPr="007911BE" w:rsidRDefault="00000000">
            <w:pPr>
              <w:ind w:firstLine="0"/>
              <w:jc w:val="center"/>
              <w:rPr>
                <w:sz w:val="18"/>
                <w:szCs w:val="28"/>
              </w:rPr>
            </w:pPr>
            <w:r w:rsidRPr="007911BE">
              <w:rPr>
                <w:sz w:val="18"/>
                <w:szCs w:val="28"/>
              </w:rPr>
              <w:t>3</w:t>
            </w:r>
          </w:p>
        </w:tc>
        <w:tc>
          <w:tcPr>
            <w:tcW w:w="0" w:type="auto"/>
            <w:vAlign w:val="center"/>
          </w:tcPr>
          <w:p w14:paraId="2731F76E" w14:textId="77777777" w:rsidR="00F12170" w:rsidRPr="007911BE" w:rsidRDefault="00000000">
            <w:pPr>
              <w:ind w:firstLine="0"/>
              <w:jc w:val="center"/>
              <w:rPr>
                <w:sz w:val="18"/>
                <w:szCs w:val="28"/>
              </w:rPr>
            </w:pPr>
            <w:r w:rsidRPr="007911BE">
              <w:rPr>
                <w:sz w:val="18"/>
                <w:szCs w:val="28"/>
              </w:rPr>
              <w:t>4</w:t>
            </w:r>
          </w:p>
        </w:tc>
        <w:tc>
          <w:tcPr>
            <w:tcW w:w="0" w:type="auto"/>
            <w:vAlign w:val="center"/>
          </w:tcPr>
          <w:p w14:paraId="42EDF141" w14:textId="77777777" w:rsidR="00F12170" w:rsidRPr="007911BE" w:rsidRDefault="00000000">
            <w:pPr>
              <w:ind w:firstLine="0"/>
              <w:jc w:val="center"/>
              <w:rPr>
                <w:sz w:val="18"/>
                <w:szCs w:val="28"/>
              </w:rPr>
            </w:pPr>
            <w:r w:rsidRPr="007911BE">
              <w:rPr>
                <w:sz w:val="18"/>
                <w:szCs w:val="28"/>
              </w:rPr>
              <w:t>0.01</w:t>
            </w:r>
          </w:p>
        </w:tc>
      </w:tr>
      <w:tr w:rsidR="00F12170" w:rsidRPr="007911BE" w14:paraId="195F7099" w14:textId="77777777" w:rsidTr="00B408C8">
        <w:trPr>
          <w:jc w:val="center"/>
        </w:trPr>
        <w:tc>
          <w:tcPr>
            <w:tcW w:w="0" w:type="auto"/>
            <w:vAlign w:val="center"/>
          </w:tcPr>
          <w:p w14:paraId="554DF2DC" w14:textId="77777777" w:rsidR="00F12170" w:rsidRPr="007911BE" w:rsidRDefault="00000000">
            <w:pPr>
              <w:ind w:firstLine="0"/>
              <w:jc w:val="left"/>
              <w:rPr>
                <w:sz w:val="18"/>
                <w:szCs w:val="28"/>
              </w:rPr>
            </w:pPr>
            <w:r w:rsidRPr="007911BE">
              <w:rPr>
                <w:sz w:val="18"/>
                <w:szCs w:val="28"/>
              </w:rPr>
              <w:t>2.14.Я3.5</w:t>
            </w:r>
          </w:p>
        </w:tc>
        <w:tc>
          <w:tcPr>
            <w:tcW w:w="0" w:type="auto"/>
            <w:vAlign w:val="center"/>
          </w:tcPr>
          <w:p w14:paraId="2A6AD23E" w14:textId="77777777" w:rsidR="00F12170" w:rsidRPr="007911BE" w:rsidRDefault="00000000">
            <w:pPr>
              <w:ind w:firstLine="0"/>
              <w:jc w:val="left"/>
              <w:rPr>
                <w:sz w:val="18"/>
                <w:szCs w:val="28"/>
                <w:lang w:val="ru-RU"/>
              </w:rPr>
            </w:pPr>
            <w:r w:rsidRPr="007911BE">
              <w:rPr>
                <w:sz w:val="18"/>
                <w:szCs w:val="28"/>
                <w:lang w:val="ru-RU"/>
              </w:rPr>
              <w:t>Доля беременных женщин, обратившихся в медицинские организации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0" w:type="auto"/>
            <w:vAlign w:val="center"/>
          </w:tcPr>
          <w:p w14:paraId="5F1052B6" w14:textId="77777777" w:rsidR="00F12170" w:rsidRPr="007911BE" w:rsidRDefault="00000000">
            <w:pPr>
              <w:ind w:firstLine="0"/>
              <w:jc w:val="center"/>
              <w:rPr>
                <w:sz w:val="18"/>
                <w:szCs w:val="28"/>
              </w:rPr>
            </w:pPr>
            <w:r w:rsidRPr="007911BE">
              <w:rPr>
                <w:sz w:val="18"/>
                <w:szCs w:val="28"/>
              </w:rPr>
              <w:t>2</w:t>
            </w:r>
          </w:p>
        </w:tc>
        <w:tc>
          <w:tcPr>
            <w:tcW w:w="0" w:type="auto"/>
            <w:vAlign w:val="center"/>
          </w:tcPr>
          <w:p w14:paraId="1042072E" w14:textId="77777777" w:rsidR="00F12170" w:rsidRPr="007911BE" w:rsidRDefault="00000000">
            <w:pPr>
              <w:ind w:firstLine="0"/>
              <w:jc w:val="center"/>
              <w:rPr>
                <w:sz w:val="18"/>
                <w:szCs w:val="28"/>
              </w:rPr>
            </w:pPr>
            <w:r w:rsidRPr="007911BE">
              <w:rPr>
                <w:sz w:val="18"/>
                <w:szCs w:val="28"/>
              </w:rPr>
              <w:t>4</w:t>
            </w:r>
          </w:p>
        </w:tc>
        <w:tc>
          <w:tcPr>
            <w:tcW w:w="0" w:type="auto"/>
            <w:vAlign w:val="center"/>
          </w:tcPr>
          <w:p w14:paraId="501A3B3D" w14:textId="77777777" w:rsidR="00F12170" w:rsidRPr="007911BE" w:rsidRDefault="00000000">
            <w:pPr>
              <w:ind w:firstLine="0"/>
              <w:jc w:val="center"/>
              <w:rPr>
                <w:sz w:val="18"/>
                <w:szCs w:val="28"/>
              </w:rPr>
            </w:pPr>
            <w:r w:rsidRPr="007911BE">
              <w:rPr>
                <w:sz w:val="18"/>
                <w:szCs w:val="28"/>
              </w:rPr>
              <w:t>0.01</w:t>
            </w:r>
          </w:p>
        </w:tc>
      </w:tr>
    </w:tbl>
    <w:p w14:paraId="7D6F6476" w14:textId="77777777" w:rsidR="00F12170" w:rsidRPr="007911BE" w:rsidRDefault="00000000">
      <w:pPr>
        <w:spacing w:after="120"/>
        <w:jc w:val="left"/>
        <w:rPr>
          <w:lang w:val="ru-RU"/>
        </w:rPr>
      </w:pPr>
      <w:r w:rsidRPr="007911BE">
        <w:rPr>
          <w:lang w:val="ru-RU"/>
        </w:rPr>
        <w:t>Источник: расчёты автора по матрице мероприятий и показателей национального проекта.</w:t>
      </w:r>
    </w:p>
    <w:p w14:paraId="356DFCA0" w14:textId="77777777" w:rsidR="00F12170" w:rsidRPr="007911BE" w:rsidRDefault="00000000" w:rsidP="00585C06">
      <w:pPr>
        <w:pStyle w:val="21"/>
      </w:pPr>
      <w:bookmarkStart w:id="42" w:name="_Toc228134088"/>
      <w:r w:rsidRPr="007911BE">
        <w:t>8.</w:t>
      </w:r>
      <w:r w:rsidR="00585C06" w:rsidRPr="007911BE">
        <w:t>4</w:t>
      </w:r>
      <w:r w:rsidRPr="007911BE">
        <w:t>. Выводы и рекомендации</w:t>
      </w:r>
      <w:bookmarkEnd w:id="42"/>
    </w:p>
    <w:p w14:paraId="57816668" w14:textId="77777777" w:rsidR="00F12170" w:rsidRPr="007911BE" w:rsidRDefault="00000000">
      <w:pPr>
        <w:rPr>
          <w:sz w:val="28"/>
          <w:szCs w:val="28"/>
          <w:lang w:val="ru-RU"/>
        </w:rPr>
      </w:pPr>
      <w:r w:rsidRPr="007911BE">
        <w:rPr>
          <w:sz w:val="28"/>
          <w:lang w:val="ru-RU"/>
        </w:rPr>
        <w:t xml:space="preserve">Рекомендуется ввести обязательную карточку мероприятия. В ней должны быть указаны: целевая группа, механизм воздействия, ожидаемый непосредственный результат, ожидаемый промежуточный результат, конечный показатель, источник данных, периодичность, лаг </w:t>
      </w:r>
      <w:r w:rsidRPr="007911BE">
        <w:rPr>
          <w:sz w:val="28"/>
          <w:szCs w:val="28"/>
          <w:lang w:val="ru-RU"/>
        </w:rPr>
        <w:t>эффекта, бюджет, региональная привязка и способ оценки причинного эффекта. Это позволит отделить мероприятия, которые реально управляют показателем, от мероприятий, которые лишь тематически связаны с ним.</w:t>
      </w:r>
    </w:p>
    <w:p w14:paraId="1A428D48" w14:textId="77777777" w:rsidR="00F12170" w:rsidRPr="007911BE" w:rsidRDefault="00000000">
      <w:pPr>
        <w:rPr>
          <w:sz w:val="28"/>
          <w:szCs w:val="28"/>
          <w:lang w:val="ru-RU"/>
        </w:rPr>
      </w:pPr>
      <w:r w:rsidRPr="007911BE">
        <w:rPr>
          <w:sz w:val="28"/>
          <w:szCs w:val="28"/>
          <w:lang w:val="ru-RU"/>
        </w:rPr>
        <w:t xml:space="preserve">В паспорт проекта следует добавить промежуточные показатели для групп мер. Для ипотечных мер </w:t>
      </w:r>
      <w:r w:rsidR="00387CF6" w:rsidRPr="007911BE">
        <w:rPr>
          <w:sz w:val="28"/>
          <w:szCs w:val="28"/>
          <w:lang w:val="ru-RU"/>
        </w:rPr>
        <w:t xml:space="preserve">– </w:t>
      </w:r>
      <w:r w:rsidRPr="007911BE">
        <w:rPr>
          <w:sz w:val="28"/>
          <w:szCs w:val="28"/>
          <w:lang w:val="ru-RU"/>
        </w:rPr>
        <w:t xml:space="preserve"> доступность жилья, долговая нагрузка, доля семей, улучшивших жилищные условия без чрезмерного кредитного риска. Для </w:t>
      </w:r>
      <w:r w:rsidRPr="007911BE">
        <w:rPr>
          <w:sz w:val="28"/>
          <w:szCs w:val="28"/>
          <w:lang w:val="ru-RU"/>
        </w:rPr>
        <w:lastRenderedPageBreak/>
        <w:t xml:space="preserve">медицинских мер </w:t>
      </w:r>
      <w:r w:rsidR="00387CF6" w:rsidRPr="007911BE">
        <w:rPr>
          <w:sz w:val="28"/>
          <w:szCs w:val="28"/>
          <w:lang w:val="ru-RU"/>
        </w:rPr>
        <w:t xml:space="preserve">– </w:t>
      </w:r>
      <w:r w:rsidRPr="007911BE">
        <w:rPr>
          <w:sz w:val="28"/>
          <w:szCs w:val="28"/>
          <w:lang w:val="ru-RU"/>
        </w:rPr>
        <w:t xml:space="preserve"> доступность маршрута, время ожидания, охват мужского и женского репродуктивного здоровья, результативность ЭКО. Для студенческих семей </w:t>
      </w:r>
      <w:r w:rsidR="00387CF6" w:rsidRPr="007911BE">
        <w:rPr>
          <w:sz w:val="28"/>
          <w:szCs w:val="28"/>
          <w:lang w:val="ru-RU"/>
        </w:rPr>
        <w:t xml:space="preserve">– </w:t>
      </w:r>
      <w:r w:rsidRPr="007911BE">
        <w:rPr>
          <w:sz w:val="28"/>
          <w:szCs w:val="28"/>
          <w:lang w:val="ru-RU"/>
        </w:rPr>
        <w:t xml:space="preserve"> фактическое число получателей, доступность комнат матери и ребёнка, академическая сохранность, занятость и продолжение обучения.</w:t>
      </w:r>
    </w:p>
    <w:p w14:paraId="0632D369" w14:textId="77777777" w:rsidR="00F12170" w:rsidRPr="007911BE" w:rsidRDefault="00000000" w:rsidP="00585C06">
      <w:pPr>
        <w:pStyle w:val="1"/>
      </w:pPr>
      <w:bookmarkStart w:id="43" w:name="_Toc228134089"/>
      <w:r w:rsidRPr="007911BE">
        <w:t>9. Лингвистическая, смысловая и нарративная экспертиза</w:t>
      </w:r>
      <w:bookmarkEnd w:id="43"/>
    </w:p>
    <w:p w14:paraId="66E504DC" w14:textId="77777777" w:rsidR="00F12170" w:rsidRPr="007911BE" w:rsidRDefault="00000000" w:rsidP="00585C06">
      <w:pPr>
        <w:pStyle w:val="21"/>
      </w:pPr>
      <w:bookmarkStart w:id="44" w:name="_Toc228134090"/>
      <w:r w:rsidRPr="007911BE">
        <w:t>9.1. Методика</w:t>
      </w:r>
      <w:bookmarkEnd w:id="44"/>
    </w:p>
    <w:p w14:paraId="7AF86215" w14:textId="77777777" w:rsidR="00F12170" w:rsidRPr="007911BE" w:rsidRDefault="00000000">
      <w:pPr>
        <w:rPr>
          <w:sz w:val="28"/>
          <w:szCs w:val="28"/>
          <w:lang w:val="ru-RU"/>
        </w:rPr>
      </w:pPr>
      <w:r w:rsidRPr="007911BE">
        <w:rPr>
          <w:sz w:val="28"/>
          <w:szCs w:val="28"/>
          <w:lang w:val="ru-RU"/>
        </w:rPr>
        <w:t>Лингвистическая экспертиза выполнена по корпусу основных документов проекта: паспорту национального проекта, презентации, стратегии семейной и демографической политики до 2036 года и стратегии по старшему поколению. Сначала тексты были приведены к сопоставимому виду, чтобы можно было сравнивать не абсолютный объём документа, а частоту смысловых тем на сопоставимом основании.</w:t>
      </w:r>
    </w:p>
    <w:p w14:paraId="25D7AAA1" w14:textId="77777777" w:rsidR="00F12170" w:rsidRPr="007911BE" w:rsidRDefault="00000000">
      <w:pPr>
        <w:rPr>
          <w:sz w:val="28"/>
          <w:szCs w:val="28"/>
          <w:lang w:val="ru-RU"/>
        </w:rPr>
      </w:pPr>
      <w:r w:rsidRPr="007911BE">
        <w:rPr>
          <w:sz w:val="28"/>
          <w:szCs w:val="28"/>
          <w:lang w:val="ru-RU"/>
        </w:rPr>
        <w:t xml:space="preserve">Частотный анализ использовался как базовый слой: он показывает, какие слова и темы чаще всего встречаются в документах. Однако сам по себе он недостаточен, потому что длинный документ почти всегда «перекрикивает» короткий. Поэтому дополнительно применялся метод </w:t>
      </w:r>
      <w:r w:rsidRPr="007911BE">
        <w:rPr>
          <w:sz w:val="28"/>
          <w:szCs w:val="28"/>
        </w:rPr>
        <w:t>TF</w:t>
      </w:r>
      <w:r w:rsidRPr="007911BE">
        <w:rPr>
          <w:sz w:val="28"/>
          <w:szCs w:val="28"/>
          <w:lang w:val="ru-RU"/>
        </w:rPr>
        <w:t>-</w:t>
      </w:r>
      <w:r w:rsidRPr="007911BE">
        <w:rPr>
          <w:sz w:val="28"/>
          <w:szCs w:val="28"/>
        </w:rPr>
        <w:t>IDF</w:t>
      </w:r>
      <w:r w:rsidRPr="007911BE">
        <w:rPr>
          <w:sz w:val="28"/>
          <w:szCs w:val="28"/>
          <w:lang w:val="ru-RU"/>
        </w:rPr>
        <w:t>, который помогает выделить не просто частые, а отличительные слова и темы каждого документа. Иначе говоря, метод показывает, чем один документ содержательно отличается от другого.</w:t>
      </w:r>
    </w:p>
    <w:p w14:paraId="5DB9A4A6" w14:textId="77777777" w:rsidR="00F12170" w:rsidRPr="007911BE" w:rsidRDefault="00000000">
      <w:pPr>
        <w:rPr>
          <w:sz w:val="28"/>
          <w:szCs w:val="28"/>
          <w:lang w:val="ru-RU"/>
        </w:rPr>
      </w:pPr>
      <w:r w:rsidRPr="007911BE">
        <w:rPr>
          <w:sz w:val="28"/>
          <w:szCs w:val="28"/>
          <w:lang w:val="ru-RU"/>
        </w:rPr>
        <w:t xml:space="preserve">Фреймовый анализ группировал лексику не по отдельным словам, а по смысловым блокам: </w:t>
      </w:r>
      <w:proofErr w:type="spellStart"/>
      <w:r w:rsidRPr="007911BE">
        <w:rPr>
          <w:sz w:val="28"/>
          <w:szCs w:val="28"/>
          <w:lang w:val="ru-RU"/>
        </w:rPr>
        <w:t>пронатальность</w:t>
      </w:r>
      <w:proofErr w:type="spellEnd"/>
      <w:r w:rsidRPr="007911BE">
        <w:rPr>
          <w:sz w:val="28"/>
          <w:szCs w:val="28"/>
          <w:lang w:val="ru-RU"/>
        </w:rPr>
        <w:t>, доходы и поддержка, репродуктивное здоровье, инфраструктура и услуги, культура и ценности, старшее поколение и уход, управление и реализация, права и доступность, труд и образование. Это позволяет увидеть, какие стороны семейной политики реально доминируют в языке проекта, а какие присутствуют только эпизодически.</w:t>
      </w:r>
    </w:p>
    <w:p w14:paraId="35EE5D0E" w14:textId="77777777" w:rsidR="00F12170" w:rsidRPr="007911BE" w:rsidRDefault="00000000">
      <w:pPr>
        <w:rPr>
          <w:sz w:val="28"/>
          <w:szCs w:val="28"/>
          <w:lang w:val="ru-RU"/>
        </w:rPr>
      </w:pPr>
      <w:r w:rsidRPr="007911BE">
        <w:rPr>
          <w:sz w:val="28"/>
          <w:szCs w:val="28"/>
          <w:lang w:val="ru-RU"/>
        </w:rPr>
        <w:t>Наконец, тематическое сходство документов оценивалось по близости словаря и смыслового профиля. Для управленческого чтения это важно потому, что позволяет ответить на очень практический вопрос: действительно ли паспорт проекта, презентация и стратегические документы говорят на одном языке и описывают одну и ту же логику изменений, или между ними существует смысловой разрыв.</w:t>
      </w:r>
    </w:p>
    <w:p w14:paraId="1474B961" w14:textId="77777777" w:rsidR="00F12170" w:rsidRPr="007911BE" w:rsidRDefault="00000000">
      <w:pPr>
        <w:ind w:firstLine="0"/>
        <w:jc w:val="left"/>
        <w:rPr>
          <w:lang w:val="ru-RU"/>
        </w:rPr>
      </w:pPr>
      <w:r w:rsidRPr="007911BE">
        <w:rPr>
          <w:lang w:val="ru-RU"/>
        </w:rPr>
        <w:t xml:space="preserve">Таблица 23 </w:t>
      </w:r>
      <w:r w:rsidR="00387CF6" w:rsidRPr="007911BE">
        <w:rPr>
          <w:lang w:val="ru-RU"/>
        </w:rPr>
        <w:t xml:space="preserve">– </w:t>
      </w:r>
      <w:r w:rsidRPr="007911BE">
        <w:rPr>
          <w:lang w:val="ru-RU"/>
        </w:rPr>
        <w:t xml:space="preserve"> Фреймовый профиль стратегических документов, упоминаний на 1000 слов</w:t>
      </w:r>
    </w:p>
    <w:tbl>
      <w:tblPr>
        <w:tblStyle w:val="aff0"/>
        <w:tblW w:w="0" w:type="auto"/>
        <w:jc w:val="center"/>
        <w:tblLook w:val="04A0" w:firstRow="1" w:lastRow="0" w:firstColumn="1" w:lastColumn="0" w:noHBand="0" w:noVBand="1"/>
      </w:tblPr>
      <w:tblGrid>
        <w:gridCol w:w="1848"/>
        <w:gridCol w:w="2024"/>
        <w:gridCol w:w="2290"/>
        <w:gridCol w:w="1827"/>
        <w:gridCol w:w="1866"/>
      </w:tblGrid>
      <w:tr w:rsidR="00F12170" w:rsidRPr="007911BE" w14:paraId="294C4D03" w14:textId="77777777">
        <w:trPr>
          <w:jc w:val="center"/>
        </w:trPr>
        <w:tc>
          <w:tcPr>
            <w:tcW w:w="1871" w:type="dxa"/>
            <w:vAlign w:val="center"/>
          </w:tcPr>
          <w:p w14:paraId="5CF8892A" w14:textId="77777777" w:rsidR="00F12170" w:rsidRPr="007911BE" w:rsidRDefault="00000000">
            <w:pPr>
              <w:ind w:firstLine="0"/>
              <w:jc w:val="center"/>
            </w:pPr>
            <w:proofErr w:type="spellStart"/>
            <w:r w:rsidRPr="007911BE">
              <w:rPr>
                <w:b/>
                <w:sz w:val="24"/>
              </w:rPr>
              <w:t>Документ</w:t>
            </w:r>
            <w:proofErr w:type="spellEnd"/>
          </w:p>
        </w:tc>
        <w:tc>
          <w:tcPr>
            <w:tcW w:w="1871" w:type="dxa"/>
            <w:vAlign w:val="center"/>
          </w:tcPr>
          <w:p w14:paraId="45B302AC" w14:textId="77777777" w:rsidR="00F12170" w:rsidRPr="007911BE" w:rsidRDefault="00000000">
            <w:pPr>
              <w:ind w:firstLine="0"/>
              <w:jc w:val="center"/>
            </w:pPr>
            <w:proofErr w:type="spellStart"/>
            <w:r w:rsidRPr="007911BE">
              <w:rPr>
                <w:b/>
                <w:sz w:val="24"/>
              </w:rPr>
              <w:t>Пронатальность</w:t>
            </w:r>
            <w:proofErr w:type="spellEnd"/>
          </w:p>
        </w:tc>
        <w:tc>
          <w:tcPr>
            <w:tcW w:w="1871" w:type="dxa"/>
            <w:vAlign w:val="center"/>
          </w:tcPr>
          <w:p w14:paraId="7F7A6855" w14:textId="77777777" w:rsidR="00F12170" w:rsidRPr="007911BE" w:rsidRDefault="00000000">
            <w:pPr>
              <w:ind w:firstLine="0"/>
              <w:jc w:val="center"/>
            </w:pPr>
            <w:proofErr w:type="spellStart"/>
            <w:r w:rsidRPr="007911BE">
              <w:rPr>
                <w:b/>
                <w:sz w:val="24"/>
              </w:rPr>
              <w:t>Доходы</w:t>
            </w:r>
            <w:proofErr w:type="spellEnd"/>
            <w:r w:rsidRPr="007911BE">
              <w:rPr>
                <w:b/>
                <w:sz w:val="24"/>
              </w:rPr>
              <w:t>/</w:t>
            </w:r>
            <w:proofErr w:type="spellStart"/>
            <w:r w:rsidRPr="007911BE">
              <w:rPr>
                <w:b/>
                <w:sz w:val="24"/>
              </w:rPr>
              <w:t>поддержка</w:t>
            </w:r>
            <w:proofErr w:type="spellEnd"/>
          </w:p>
        </w:tc>
        <w:tc>
          <w:tcPr>
            <w:tcW w:w="1871" w:type="dxa"/>
            <w:vAlign w:val="center"/>
          </w:tcPr>
          <w:p w14:paraId="16017BA5" w14:textId="77777777" w:rsidR="00F12170" w:rsidRPr="007911BE" w:rsidRDefault="00000000">
            <w:pPr>
              <w:ind w:firstLine="0"/>
              <w:jc w:val="center"/>
            </w:pPr>
            <w:proofErr w:type="spellStart"/>
            <w:r w:rsidRPr="007911BE">
              <w:rPr>
                <w:b/>
                <w:sz w:val="24"/>
              </w:rPr>
              <w:t>Здоровье</w:t>
            </w:r>
            <w:proofErr w:type="spellEnd"/>
          </w:p>
        </w:tc>
        <w:tc>
          <w:tcPr>
            <w:tcW w:w="1871" w:type="dxa"/>
            <w:vAlign w:val="center"/>
          </w:tcPr>
          <w:p w14:paraId="51F118AC" w14:textId="77777777" w:rsidR="00F12170" w:rsidRPr="007911BE" w:rsidRDefault="00000000">
            <w:pPr>
              <w:ind w:firstLine="0"/>
              <w:jc w:val="center"/>
            </w:pPr>
            <w:proofErr w:type="spellStart"/>
            <w:r w:rsidRPr="007911BE">
              <w:rPr>
                <w:b/>
                <w:sz w:val="24"/>
              </w:rPr>
              <w:t>Старение</w:t>
            </w:r>
            <w:proofErr w:type="spellEnd"/>
            <w:r w:rsidRPr="007911BE">
              <w:rPr>
                <w:b/>
                <w:sz w:val="24"/>
              </w:rPr>
              <w:t>/</w:t>
            </w:r>
            <w:proofErr w:type="spellStart"/>
            <w:r w:rsidRPr="007911BE">
              <w:rPr>
                <w:b/>
                <w:sz w:val="24"/>
              </w:rPr>
              <w:t>уход</w:t>
            </w:r>
            <w:proofErr w:type="spellEnd"/>
          </w:p>
        </w:tc>
      </w:tr>
      <w:tr w:rsidR="00F12170" w:rsidRPr="007911BE" w14:paraId="3085616F" w14:textId="77777777">
        <w:trPr>
          <w:jc w:val="center"/>
        </w:trPr>
        <w:tc>
          <w:tcPr>
            <w:tcW w:w="1871" w:type="dxa"/>
            <w:vAlign w:val="center"/>
          </w:tcPr>
          <w:p w14:paraId="6F332D5A" w14:textId="77777777" w:rsidR="00F12170" w:rsidRPr="007911BE" w:rsidRDefault="00000000">
            <w:pPr>
              <w:ind w:firstLine="0"/>
              <w:jc w:val="left"/>
            </w:pPr>
            <w:proofErr w:type="spellStart"/>
            <w:r w:rsidRPr="007911BE">
              <w:rPr>
                <w:sz w:val="24"/>
              </w:rPr>
              <w:t>Презентация</w:t>
            </w:r>
            <w:proofErr w:type="spellEnd"/>
            <w:r w:rsidRPr="007911BE">
              <w:rPr>
                <w:sz w:val="24"/>
              </w:rPr>
              <w:t xml:space="preserve"> НП</w:t>
            </w:r>
          </w:p>
        </w:tc>
        <w:tc>
          <w:tcPr>
            <w:tcW w:w="1871" w:type="dxa"/>
            <w:vAlign w:val="center"/>
          </w:tcPr>
          <w:p w14:paraId="195FB78E" w14:textId="77777777" w:rsidR="00F12170" w:rsidRPr="007911BE" w:rsidRDefault="00000000">
            <w:pPr>
              <w:ind w:firstLine="0"/>
              <w:jc w:val="left"/>
            </w:pPr>
            <w:r w:rsidRPr="007911BE">
              <w:rPr>
                <w:sz w:val="24"/>
              </w:rPr>
              <w:t>14,29</w:t>
            </w:r>
          </w:p>
        </w:tc>
        <w:tc>
          <w:tcPr>
            <w:tcW w:w="1871" w:type="dxa"/>
            <w:vAlign w:val="center"/>
          </w:tcPr>
          <w:p w14:paraId="08117EC2" w14:textId="77777777" w:rsidR="00F12170" w:rsidRPr="007911BE" w:rsidRDefault="00000000">
            <w:pPr>
              <w:ind w:firstLine="0"/>
              <w:jc w:val="left"/>
            </w:pPr>
            <w:r w:rsidRPr="007911BE">
              <w:rPr>
                <w:sz w:val="24"/>
              </w:rPr>
              <w:t>18,57</w:t>
            </w:r>
          </w:p>
        </w:tc>
        <w:tc>
          <w:tcPr>
            <w:tcW w:w="1871" w:type="dxa"/>
            <w:vAlign w:val="center"/>
          </w:tcPr>
          <w:p w14:paraId="2238867C" w14:textId="77777777" w:rsidR="00F12170" w:rsidRPr="007911BE" w:rsidRDefault="00000000">
            <w:pPr>
              <w:ind w:firstLine="0"/>
              <w:jc w:val="left"/>
            </w:pPr>
            <w:r w:rsidRPr="007911BE">
              <w:rPr>
                <w:sz w:val="24"/>
              </w:rPr>
              <w:t>5,71</w:t>
            </w:r>
          </w:p>
        </w:tc>
        <w:tc>
          <w:tcPr>
            <w:tcW w:w="1871" w:type="dxa"/>
            <w:vAlign w:val="center"/>
          </w:tcPr>
          <w:p w14:paraId="6D8C0AC0" w14:textId="77777777" w:rsidR="00F12170" w:rsidRPr="007911BE" w:rsidRDefault="00000000">
            <w:pPr>
              <w:ind w:firstLine="0"/>
              <w:jc w:val="left"/>
            </w:pPr>
            <w:r w:rsidRPr="007911BE">
              <w:rPr>
                <w:sz w:val="24"/>
              </w:rPr>
              <w:t>10,00</w:t>
            </w:r>
          </w:p>
        </w:tc>
      </w:tr>
      <w:tr w:rsidR="00F12170" w:rsidRPr="007911BE" w14:paraId="6B072D22" w14:textId="77777777">
        <w:trPr>
          <w:jc w:val="center"/>
        </w:trPr>
        <w:tc>
          <w:tcPr>
            <w:tcW w:w="1871" w:type="dxa"/>
            <w:vAlign w:val="center"/>
          </w:tcPr>
          <w:p w14:paraId="07F7B891" w14:textId="77777777" w:rsidR="00F12170" w:rsidRPr="007911BE" w:rsidRDefault="00000000">
            <w:pPr>
              <w:ind w:firstLine="0"/>
              <w:jc w:val="left"/>
            </w:pPr>
            <w:proofErr w:type="spellStart"/>
            <w:r w:rsidRPr="007911BE">
              <w:rPr>
                <w:sz w:val="24"/>
              </w:rPr>
              <w:t>Паспорт</w:t>
            </w:r>
            <w:proofErr w:type="spellEnd"/>
            <w:r w:rsidRPr="007911BE">
              <w:rPr>
                <w:sz w:val="24"/>
              </w:rPr>
              <w:t xml:space="preserve"> НП</w:t>
            </w:r>
          </w:p>
        </w:tc>
        <w:tc>
          <w:tcPr>
            <w:tcW w:w="1871" w:type="dxa"/>
            <w:vAlign w:val="center"/>
          </w:tcPr>
          <w:p w14:paraId="457052F7" w14:textId="77777777" w:rsidR="00F12170" w:rsidRPr="007911BE" w:rsidRDefault="00000000">
            <w:pPr>
              <w:ind w:firstLine="0"/>
              <w:jc w:val="left"/>
            </w:pPr>
            <w:r w:rsidRPr="007911BE">
              <w:rPr>
                <w:sz w:val="24"/>
              </w:rPr>
              <w:t>7,78</w:t>
            </w:r>
          </w:p>
        </w:tc>
        <w:tc>
          <w:tcPr>
            <w:tcW w:w="1871" w:type="dxa"/>
            <w:vAlign w:val="center"/>
          </w:tcPr>
          <w:p w14:paraId="012BA1BB" w14:textId="77777777" w:rsidR="00F12170" w:rsidRPr="007911BE" w:rsidRDefault="00000000">
            <w:pPr>
              <w:ind w:firstLine="0"/>
              <w:jc w:val="left"/>
            </w:pPr>
            <w:r w:rsidRPr="007911BE">
              <w:rPr>
                <w:sz w:val="24"/>
              </w:rPr>
              <w:t>14,15</w:t>
            </w:r>
          </w:p>
        </w:tc>
        <w:tc>
          <w:tcPr>
            <w:tcW w:w="1871" w:type="dxa"/>
            <w:vAlign w:val="center"/>
          </w:tcPr>
          <w:p w14:paraId="01E827CD" w14:textId="77777777" w:rsidR="00F12170" w:rsidRPr="007911BE" w:rsidRDefault="00000000">
            <w:pPr>
              <w:ind w:firstLine="0"/>
              <w:jc w:val="left"/>
            </w:pPr>
            <w:r w:rsidRPr="007911BE">
              <w:rPr>
                <w:sz w:val="24"/>
              </w:rPr>
              <w:t>0,00</w:t>
            </w:r>
          </w:p>
        </w:tc>
        <w:tc>
          <w:tcPr>
            <w:tcW w:w="1871" w:type="dxa"/>
            <w:vAlign w:val="center"/>
          </w:tcPr>
          <w:p w14:paraId="424BA509" w14:textId="77777777" w:rsidR="00F12170" w:rsidRPr="007911BE" w:rsidRDefault="00000000">
            <w:pPr>
              <w:ind w:firstLine="0"/>
              <w:jc w:val="left"/>
            </w:pPr>
            <w:r w:rsidRPr="007911BE">
              <w:rPr>
                <w:sz w:val="24"/>
              </w:rPr>
              <w:t>5,66</w:t>
            </w:r>
          </w:p>
        </w:tc>
      </w:tr>
      <w:tr w:rsidR="00F12170" w:rsidRPr="007911BE" w14:paraId="4D7F5581" w14:textId="77777777">
        <w:trPr>
          <w:jc w:val="center"/>
        </w:trPr>
        <w:tc>
          <w:tcPr>
            <w:tcW w:w="1871" w:type="dxa"/>
            <w:vAlign w:val="center"/>
          </w:tcPr>
          <w:p w14:paraId="0D5B614C" w14:textId="77777777" w:rsidR="00F12170" w:rsidRPr="007911BE" w:rsidRDefault="00000000">
            <w:pPr>
              <w:ind w:firstLine="0"/>
              <w:jc w:val="left"/>
            </w:pPr>
            <w:r w:rsidRPr="007911BE">
              <w:rPr>
                <w:sz w:val="24"/>
              </w:rPr>
              <w:t>Стратегия-2036</w:t>
            </w:r>
          </w:p>
        </w:tc>
        <w:tc>
          <w:tcPr>
            <w:tcW w:w="1871" w:type="dxa"/>
            <w:vAlign w:val="center"/>
          </w:tcPr>
          <w:p w14:paraId="05B0627A" w14:textId="77777777" w:rsidR="00F12170" w:rsidRPr="007911BE" w:rsidRDefault="00000000">
            <w:pPr>
              <w:ind w:firstLine="0"/>
              <w:jc w:val="left"/>
            </w:pPr>
            <w:r w:rsidRPr="007911BE">
              <w:rPr>
                <w:sz w:val="24"/>
              </w:rPr>
              <w:t>10,74</w:t>
            </w:r>
          </w:p>
        </w:tc>
        <w:tc>
          <w:tcPr>
            <w:tcW w:w="1871" w:type="dxa"/>
            <w:vAlign w:val="center"/>
          </w:tcPr>
          <w:p w14:paraId="5ABE88D5" w14:textId="77777777" w:rsidR="00F12170" w:rsidRPr="007911BE" w:rsidRDefault="00000000">
            <w:pPr>
              <w:ind w:firstLine="0"/>
              <w:jc w:val="left"/>
            </w:pPr>
            <w:r w:rsidRPr="007911BE">
              <w:rPr>
                <w:sz w:val="24"/>
              </w:rPr>
              <w:t>20,73</w:t>
            </w:r>
          </w:p>
        </w:tc>
        <w:tc>
          <w:tcPr>
            <w:tcW w:w="1871" w:type="dxa"/>
            <w:vAlign w:val="center"/>
          </w:tcPr>
          <w:p w14:paraId="5A943B27" w14:textId="77777777" w:rsidR="00F12170" w:rsidRPr="007911BE" w:rsidRDefault="00000000">
            <w:pPr>
              <w:ind w:firstLine="0"/>
              <w:jc w:val="left"/>
            </w:pPr>
            <w:r w:rsidRPr="007911BE">
              <w:rPr>
                <w:sz w:val="24"/>
              </w:rPr>
              <w:t>5,20</w:t>
            </w:r>
          </w:p>
        </w:tc>
        <w:tc>
          <w:tcPr>
            <w:tcW w:w="1871" w:type="dxa"/>
            <w:vAlign w:val="center"/>
          </w:tcPr>
          <w:p w14:paraId="03AE36F7" w14:textId="77777777" w:rsidR="00F12170" w:rsidRPr="007911BE" w:rsidRDefault="00000000">
            <w:pPr>
              <w:ind w:firstLine="0"/>
              <w:jc w:val="left"/>
            </w:pPr>
            <w:r w:rsidRPr="007911BE">
              <w:rPr>
                <w:sz w:val="24"/>
              </w:rPr>
              <w:t>0,99</w:t>
            </w:r>
          </w:p>
        </w:tc>
      </w:tr>
      <w:tr w:rsidR="00F12170" w:rsidRPr="007911BE" w14:paraId="1F596B31" w14:textId="77777777">
        <w:trPr>
          <w:jc w:val="center"/>
        </w:trPr>
        <w:tc>
          <w:tcPr>
            <w:tcW w:w="1871" w:type="dxa"/>
            <w:vAlign w:val="center"/>
          </w:tcPr>
          <w:p w14:paraId="29002369" w14:textId="77777777" w:rsidR="00F12170" w:rsidRPr="007911BE" w:rsidRDefault="00000000">
            <w:pPr>
              <w:ind w:firstLine="0"/>
              <w:jc w:val="left"/>
            </w:pPr>
            <w:proofErr w:type="spellStart"/>
            <w:r w:rsidRPr="007911BE">
              <w:rPr>
                <w:sz w:val="24"/>
              </w:rPr>
              <w:t>Стратегия</w:t>
            </w:r>
            <w:proofErr w:type="spellEnd"/>
            <w:r w:rsidRPr="007911BE">
              <w:rPr>
                <w:sz w:val="24"/>
              </w:rPr>
              <w:t xml:space="preserve"> </w:t>
            </w:r>
            <w:proofErr w:type="spellStart"/>
            <w:r w:rsidRPr="007911BE">
              <w:rPr>
                <w:sz w:val="24"/>
              </w:rPr>
              <w:t>старшего</w:t>
            </w:r>
            <w:proofErr w:type="spellEnd"/>
            <w:r w:rsidRPr="007911BE">
              <w:rPr>
                <w:sz w:val="24"/>
              </w:rPr>
              <w:t xml:space="preserve"> </w:t>
            </w:r>
            <w:proofErr w:type="spellStart"/>
            <w:r w:rsidRPr="007911BE">
              <w:rPr>
                <w:sz w:val="24"/>
              </w:rPr>
              <w:t>поколения</w:t>
            </w:r>
            <w:proofErr w:type="spellEnd"/>
          </w:p>
        </w:tc>
        <w:tc>
          <w:tcPr>
            <w:tcW w:w="1871" w:type="dxa"/>
            <w:vAlign w:val="center"/>
          </w:tcPr>
          <w:p w14:paraId="055B3C0E" w14:textId="77777777" w:rsidR="00F12170" w:rsidRPr="007911BE" w:rsidRDefault="00000000">
            <w:pPr>
              <w:ind w:firstLine="0"/>
              <w:jc w:val="left"/>
            </w:pPr>
            <w:r w:rsidRPr="007911BE">
              <w:rPr>
                <w:sz w:val="24"/>
              </w:rPr>
              <w:t>0,00</w:t>
            </w:r>
          </w:p>
        </w:tc>
        <w:tc>
          <w:tcPr>
            <w:tcW w:w="1871" w:type="dxa"/>
            <w:vAlign w:val="center"/>
          </w:tcPr>
          <w:p w14:paraId="181B8E73" w14:textId="77777777" w:rsidR="00F12170" w:rsidRPr="007911BE" w:rsidRDefault="00000000">
            <w:pPr>
              <w:ind w:firstLine="0"/>
              <w:jc w:val="left"/>
            </w:pPr>
            <w:r w:rsidRPr="007911BE">
              <w:rPr>
                <w:sz w:val="24"/>
              </w:rPr>
              <w:t>18,43</w:t>
            </w:r>
          </w:p>
        </w:tc>
        <w:tc>
          <w:tcPr>
            <w:tcW w:w="1871" w:type="dxa"/>
            <w:vAlign w:val="center"/>
          </w:tcPr>
          <w:p w14:paraId="74348F71" w14:textId="77777777" w:rsidR="00F12170" w:rsidRPr="007911BE" w:rsidRDefault="00000000">
            <w:pPr>
              <w:ind w:firstLine="0"/>
              <w:jc w:val="left"/>
            </w:pPr>
            <w:r w:rsidRPr="007911BE">
              <w:rPr>
                <w:sz w:val="24"/>
              </w:rPr>
              <w:t>2,75</w:t>
            </w:r>
          </w:p>
        </w:tc>
        <w:tc>
          <w:tcPr>
            <w:tcW w:w="1871" w:type="dxa"/>
            <w:vAlign w:val="center"/>
          </w:tcPr>
          <w:p w14:paraId="1F6FCEB3" w14:textId="77777777" w:rsidR="00F12170" w:rsidRPr="007911BE" w:rsidRDefault="00000000">
            <w:pPr>
              <w:ind w:firstLine="0"/>
              <w:jc w:val="left"/>
            </w:pPr>
            <w:r w:rsidRPr="007911BE">
              <w:rPr>
                <w:sz w:val="24"/>
              </w:rPr>
              <w:t>22,26</w:t>
            </w:r>
          </w:p>
        </w:tc>
      </w:tr>
    </w:tbl>
    <w:p w14:paraId="4471F930" w14:textId="77777777" w:rsidR="00F12170" w:rsidRPr="007911BE" w:rsidRDefault="00000000">
      <w:pPr>
        <w:ind w:firstLine="0"/>
        <w:jc w:val="left"/>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корпусу</w:t>
      </w:r>
      <w:proofErr w:type="spellEnd"/>
      <w:r w:rsidRPr="007911BE">
        <w:rPr>
          <w:i/>
          <w:sz w:val="24"/>
        </w:rPr>
        <w:t xml:space="preserve"> </w:t>
      </w:r>
      <w:proofErr w:type="spellStart"/>
      <w:r w:rsidRPr="007911BE">
        <w:rPr>
          <w:i/>
          <w:sz w:val="24"/>
        </w:rPr>
        <w:t>документов</w:t>
      </w:r>
      <w:proofErr w:type="spellEnd"/>
    </w:p>
    <w:p w14:paraId="63717DBA" w14:textId="77777777" w:rsidR="00F12170" w:rsidRPr="007911BE" w:rsidRDefault="00000000">
      <w:pPr>
        <w:ind w:firstLine="0"/>
        <w:jc w:val="center"/>
      </w:pPr>
      <w:r w:rsidRPr="007911BE">
        <w:rPr>
          <w:noProof/>
        </w:rPr>
        <w:lastRenderedPageBreak/>
        <w:drawing>
          <wp:inline distT="0" distB="0" distL="0" distR="0" wp14:anchorId="70759FBA" wp14:editId="6B7D883F">
            <wp:extent cx="5580000" cy="300383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_frame_heatmap.png"/>
                    <pic:cNvPicPr/>
                  </pic:nvPicPr>
                  <pic:blipFill>
                    <a:blip r:embed="rId40"/>
                    <a:stretch>
                      <a:fillRect/>
                    </a:stretch>
                  </pic:blipFill>
                  <pic:spPr>
                    <a:xfrm>
                      <a:off x="0" y="0"/>
                      <a:ext cx="5580000" cy="3003832"/>
                    </a:xfrm>
                    <a:prstGeom prst="rect">
                      <a:avLst/>
                    </a:prstGeom>
                  </pic:spPr>
                </pic:pic>
              </a:graphicData>
            </a:graphic>
          </wp:inline>
        </w:drawing>
      </w:r>
    </w:p>
    <w:p w14:paraId="13F139DD" w14:textId="77777777" w:rsidR="00F12170" w:rsidRPr="007911BE" w:rsidRDefault="00000000">
      <w:pPr>
        <w:ind w:firstLine="0"/>
        <w:jc w:val="center"/>
        <w:rPr>
          <w:lang w:val="ru-RU"/>
        </w:rPr>
      </w:pPr>
      <w:r w:rsidRPr="007911BE">
        <w:rPr>
          <w:lang w:val="ru-RU"/>
        </w:rPr>
        <w:t xml:space="preserve">Рисунок 33 </w:t>
      </w:r>
      <w:r w:rsidR="00387CF6" w:rsidRPr="007911BE">
        <w:rPr>
          <w:lang w:val="ru-RU"/>
        </w:rPr>
        <w:t xml:space="preserve">– </w:t>
      </w:r>
      <w:r w:rsidRPr="007911BE">
        <w:rPr>
          <w:lang w:val="ru-RU"/>
        </w:rPr>
        <w:t xml:space="preserve"> Фреймовый профиль стратегических документов</w:t>
      </w:r>
    </w:p>
    <w:p w14:paraId="28459F57" w14:textId="77777777" w:rsidR="00F12170" w:rsidRPr="007911BE" w:rsidRDefault="00000000">
      <w:pPr>
        <w:ind w:firstLine="0"/>
        <w:jc w:val="center"/>
        <w:rPr>
          <w:lang w:val="ru-RU"/>
        </w:rPr>
      </w:pPr>
      <w:r w:rsidRPr="007911BE">
        <w:rPr>
          <w:i/>
          <w:sz w:val="24"/>
          <w:lang w:val="ru-RU"/>
        </w:rPr>
        <w:t>Источник: расчёты автоматизированного лингвистического анализа по корпусу документов</w:t>
      </w:r>
    </w:p>
    <w:p w14:paraId="11FE8E19" w14:textId="77777777" w:rsidR="00F12170" w:rsidRPr="007911BE" w:rsidRDefault="00000000" w:rsidP="00585C06">
      <w:pPr>
        <w:pStyle w:val="21"/>
      </w:pPr>
      <w:bookmarkStart w:id="45" w:name="_Toc228134091"/>
      <w:r w:rsidRPr="007911BE">
        <w:t>9.2. Результаты</w:t>
      </w:r>
      <w:bookmarkEnd w:id="45"/>
    </w:p>
    <w:p w14:paraId="6D9DFF1D" w14:textId="77777777" w:rsidR="00F12170" w:rsidRPr="007911BE" w:rsidRDefault="00000000">
      <w:pPr>
        <w:rPr>
          <w:lang w:val="ru-RU"/>
        </w:rPr>
      </w:pPr>
      <w:r w:rsidRPr="007911BE">
        <w:rPr>
          <w:sz w:val="28"/>
          <w:lang w:val="ru-RU"/>
        </w:rPr>
        <w:t xml:space="preserve">Текстовая экспертиза показывает, что нацпроект и связанные стратегии строятся вокруг сильных фреймов поддержки семьи, многодетности, традиционных семейных ценностей, репродуктивного здоровья и управленческой координации. В презентации особенно выражены конкретные мероприятия и инфраструктурные непосредственные результаты, а в стратегии до 2036 года </w:t>
      </w:r>
      <w:r w:rsidR="00387CF6" w:rsidRPr="007911BE">
        <w:rPr>
          <w:sz w:val="28"/>
          <w:lang w:val="ru-RU"/>
        </w:rPr>
        <w:t xml:space="preserve">– </w:t>
      </w:r>
      <w:r w:rsidRPr="007911BE">
        <w:rPr>
          <w:sz w:val="28"/>
          <w:lang w:val="ru-RU"/>
        </w:rPr>
        <w:t xml:space="preserve"> широкий причинный контекст демографической ситуации.</w:t>
      </w:r>
    </w:p>
    <w:p w14:paraId="6150F7EA" w14:textId="77777777" w:rsidR="00F12170" w:rsidRPr="007911BE" w:rsidRDefault="00000000">
      <w:pPr>
        <w:rPr>
          <w:lang w:val="ru-RU"/>
        </w:rPr>
      </w:pPr>
      <w:r w:rsidRPr="007911BE">
        <w:rPr>
          <w:sz w:val="28"/>
          <w:lang w:val="ru-RU"/>
        </w:rPr>
        <w:t xml:space="preserve">Одновременно выявлены зоны смыслового </w:t>
      </w:r>
      <w:proofErr w:type="spellStart"/>
      <w:r w:rsidRPr="007911BE">
        <w:rPr>
          <w:sz w:val="28"/>
          <w:lang w:val="ru-RU"/>
        </w:rPr>
        <w:t>недопредставления</w:t>
      </w:r>
      <w:proofErr w:type="spellEnd"/>
      <w:r w:rsidRPr="007911BE">
        <w:rPr>
          <w:sz w:val="28"/>
          <w:lang w:val="ru-RU"/>
        </w:rPr>
        <w:t xml:space="preserve">. Слабо </w:t>
      </w:r>
      <w:proofErr w:type="spellStart"/>
      <w:r w:rsidRPr="007911BE">
        <w:rPr>
          <w:sz w:val="28"/>
          <w:lang w:val="ru-RU"/>
        </w:rPr>
        <w:t>операционализированы</w:t>
      </w:r>
      <w:proofErr w:type="spellEnd"/>
      <w:r w:rsidRPr="007911BE">
        <w:rPr>
          <w:sz w:val="28"/>
          <w:lang w:val="ru-RU"/>
        </w:rPr>
        <w:t xml:space="preserve"> мужское репродуктивное здоровье, участие отцов, распределение неоплачиваемого ухода, карьерные потери родителей, арендное жильё, долговая нагрузка и психологическая неопределённость молодых семей. В текстах присутствует </w:t>
      </w:r>
      <w:proofErr w:type="spellStart"/>
      <w:r w:rsidRPr="007911BE">
        <w:rPr>
          <w:sz w:val="28"/>
          <w:lang w:val="ru-RU"/>
        </w:rPr>
        <w:t>пронатальный</w:t>
      </w:r>
      <w:proofErr w:type="spellEnd"/>
      <w:r w:rsidRPr="007911BE">
        <w:rPr>
          <w:sz w:val="28"/>
          <w:lang w:val="ru-RU"/>
        </w:rPr>
        <w:t xml:space="preserve"> нарратив, но он должен быть дополнен нарративом репродуктивной субъектности: государственная политика должна не только призывать к рождению детей, но и устранять реальные барьеры, мешающие людям иметь желаемое число детей. Такой подход соответствует современной международной рамке </w:t>
      </w:r>
      <w:r w:rsidRPr="007911BE">
        <w:rPr>
          <w:sz w:val="28"/>
        </w:rPr>
        <w:t>UNFPA</w:t>
      </w:r>
      <w:r w:rsidRPr="007911BE">
        <w:rPr>
          <w:sz w:val="28"/>
          <w:lang w:val="ru-RU"/>
        </w:rPr>
        <w:t xml:space="preserve"> о репродуктивной субъектности [11].</w:t>
      </w:r>
    </w:p>
    <w:p w14:paraId="7A43B9ED" w14:textId="77777777" w:rsidR="00F12170" w:rsidRPr="007911BE" w:rsidRDefault="00000000">
      <w:pPr>
        <w:ind w:firstLine="0"/>
        <w:jc w:val="center"/>
      </w:pPr>
      <w:r w:rsidRPr="007911BE">
        <w:rPr>
          <w:noProof/>
        </w:rPr>
        <w:lastRenderedPageBreak/>
        <w:drawing>
          <wp:inline distT="0" distB="0" distL="0" distR="0" wp14:anchorId="49E0C575" wp14:editId="4F03FAFC">
            <wp:extent cx="5580000" cy="446581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_similarity_heatmap.png"/>
                    <pic:cNvPicPr/>
                  </pic:nvPicPr>
                  <pic:blipFill>
                    <a:blip r:embed="rId41"/>
                    <a:stretch>
                      <a:fillRect/>
                    </a:stretch>
                  </pic:blipFill>
                  <pic:spPr>
                    <a:xfrm>
                      <a:off x="0" y="0"/>
                      <a:ext cx="5580000" cy="4465812"/>
                    </a:xfrm>
                    <a:prstGeom prst="rect">
                      <a:avLst/>
                    </a:prstGeom>
                  </pic:spPr>
                </pic:pic>
              </a:graphicData>
            </a:graphic>
          </wp:inline>
        </w:drawing>
      </w:r>
    </w:p>
    <w:p w14:paraId="1340A4D9" w14:textId="77777777" w:rsidR="00F12170" w:rsidRPr="007911BE" w:rsidRDefault="00000000">
      <w:pPr>
        <w:ind w:firstLine="0"/>
        <w:jc w:val="center"/>
        <w:rPr>
          <w:lang w:val="ru-RU"/>
        </w:rPr>
      </w:pPr>
      <w:r w:rsidRPr="007911BE">
        <w:rPr>
          <w:lang w:val="ru-RU"/>
        </w:rPr>
        <w:t xml:space="preserve">Рисунок 34 </w:t>
      </w:r>
      <w:r w:rsidR="00387CF6" w:rsidRPr="007911BE">
        <w:rPr>
          <w:lang w:val="ru-RU"/>
        </w:rPr>
        <w:t xml:space="preserve">– </w:t>
      </w:r>
      <w:r w:rsidRPr="007911BE">
        <w:rPr>
          <w:lang w:val="ru-RU"/>
        </w:rPr>
        <w:t xml:space="preserve"> Схожесть документов по методу </w:t>
      </w:r>
      <w:r w:rsidRPr="007911BE">
        <w:t>TF</w:t>
      </w:r>
      <w:r w:rsidRPr="007911BE">
        <w:rPr>
          <w:lang w:val="ru-RU"/>
        </w:rPr>
        <w:t>-</w:t>
      </w:r>
      <w:r w:rsidRPr="007911BE">
        <w:t>IDF</w:t>
      </w:r>
      <w:r w:rsidRPr="007911BE">
        <w:rPr>
          <w:lang w:val="ru-RU"/>
        </w:rPr>
        <w:t xml:space="preserve"> документов корпуса</w:t>
      </w:r>
    </w:p>
    <w:p w14:paraId="3200D41A" w14:textId="77777777" w:rsidR="00F12170" w:rsidRPr="007911BE" w:rsidRDefault="00000000">
      <w:pPr>
        <w:ind w:firstLine="0"/>
        <w:jc w:val="center"/>
        <w:rPr>
          <w:lang w:val="ru-RU"/>
        </w:rPr>
      </w:pPr>
      <w:r w:rsidRPr="007911BE">
        <w:rPr>
          <w:i/>
          <w:sz w:val="24"/>
          <w:lang w:val="ru-RU"/>
        </w:rPr>
        <w:t>Источник: расчёты автоматизированного лингвистического анализа по корпусу документов</w:t>
      </w:r>
    </w:p>
    <w:p w14:paraId="64D5B6EB" w14:textId="77777777" w:rsidR="00F12170" w:rsidRPr="007911BE" w:rsidRDefault="00000000">
      <w:pPr>
        <w:ind w:firstLine="0"/>
        <w:jc w:val="center"/>
      </w:pPr>
      <w:r w:rsidRPr="007911BE">
        <w:rPr>
          <w:noProof/>
        </w:rPr>
        <w:drawing>
          <wp:inline distT="0" distB="0" distL="0" distR="0" wp14:anchorId="66C07B73" wp14:editId="014CC5D2">
            <wp:extent cx="5580000" cy="33254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rrative_blocks_heatmap.png"/>
                    <pic:cNvPicPr/>
                  </pic:nvPicPr>
                  <pic:blipFill>
                    <a:blip r:embed="rId42"/>
                    <a:stretch>
                      <a:fillRect/>
                    </a:stretch>
                  </pic:blipFill>
                  <pic:spPr>
                    <a:xfrm>
                      <a:off x="0" y="0"/>
                      <a:ext cx="5580000" cy="3325455"/>
                    </a:xfrm>
                    <a:prstGeom prst="rect">
                      <a:avLst/>
                    </a:prstGeom>
                  </pic:spPr>
                </pic:pic>
              </a:graphicData>
            </a:graphic>
          </wp:inline>
        </w:drawing>
      </w:r>
    </w:p>
    <w:p w14:paraId="75D74E87" w14:textId="77777777" w:rsidR="00F12170" w:rsidRPr="007911BE" w:rsidRDefault="00000000">
      <w:pPr>
        <w:ind w:firstLine="0"/>
        <w:jc w:val="center"/>
        <w:rPr>
          <w:lang w:val="ru-RU"/>
        </w:rPr>
      </w:pPr>
      <w:r w:rsidRPr="007911BE">
        <w:rPr>
          <w:lang w:val="ru-RU"/>
        </w:rPr>
        <w:t xml:space="preserve">Рисунок 35 </w:t>
      </w:r>
      <w:r w:rsidR="00387CF6" w:rsidRPr="007911BE">
        <w:rPr>
          <w:lang w:val="ru-RU"/>
        </w:rPr>
        <w:t xml:space="preserve">– </w:t>
      </w:r>
      <w:r w:rsidRPr="007911BE">
        <w:rPr>
          <w:lang w:val="ru-RU"/>
        </w:rPr>
        <w:t xml:space="preserve"> Нарративные блоки в документах</w:t>
      </w:r>
    </w:p>
    <w:p w14:paraId="5FEC863B" w14:textId="77777777" w:rsidR="00F12170" w:rsidRPr="007911BE" w:rsidRDefault="00000000">
      <w:pPr>
        <w:ind w:firstLine="0"/>
        <w:jc w:val="center"/>
        <w:rPr>
          <w:lang w:val="ru-RU"/>
        </w:rPr>
      </w:pPr>
      <w:r w:rsidRPr="007911BE">
        <w:rPr>
          <w:i/>
          <w:sz w:val="24"/>
          <w:lang w:val="ru-RU"/>
        </w:rPr>
        <w:t>Источник: расчёты автоматизированного лингвистического анализа по корпусу документов</w:t>
      </w:r>
    </w:p>
    <w:p w14:paraId="0FE66293" w14:textId="77777777" w:rsidR="00F12170" w:rsidRPr="007911BE" w:rsidRDefault="00585C06" w:rsidP="00585C06">
      <w:pPr>
        <w:pStyle w:val="21"/>
      </w:pPr>
      <w:bookmarkStart w:id="46" w:name="_Toc228134092"/>
      <w:r w:rsidRPr="007911BE">
        <w:lastRenderedPageBreak/>
        <w:t>9.3. Фреймовая и тематическая дифференциация документов</w:t>
      </w:r>
      <w:bookmarkEnd w:id="46"/>
    </w:p>
    <w:p w14:paraId="14604C6A" w14:textId="77777777" w:rsidR="00F12170" w:rsidRPr="007911BE" w:rsidRDefault="00000000">
      <w:pPr>
        <w:rPr>
          <w:sz w:val="28"/>
          <w:szCs w:val="28"/>
          <w:lang w:val="ru-RU"/>
        </w:rPr>
      </w:pPr>
      <w:r w:rsidRPr="007911BE">
        <w:rPr>
          <w:sz w:val="28"/>
          <w:szCs w:val="28"/>
          <w:lang w:val="ru-RU"/>
        </w:rPr>
        <w:t>Лингвистическая и смысловая экспертиза показывает, что паспорт и презентация нацпроекта демонстрируют повышенную концентрацию на управленческо-программной лексике и на теме доходов и поддержки, тогда как собственно блок здоровья и репродукции в паспорте выражен слабо. По частоте фреймов на 1000 слов презентация максимально насыщена рамкой «управление/реализация» (28.6), паспорт практически не артикулирует тему «здоровье/репродукция» (0.0), стратегия до 2036 года наиболее насыщена рамкой «доходы/поддержка» (20.7), а стратегия по старшему поколению, как и ожидалось, максимально концентрируется на теме «старение/уход» (22.3).</w:t>
      </w:r>
    </w:p>
    <w:p w14:paraId="4D603C06" w14:textId="77777777" w:rsidR="00F12170" w:rsidRPr="007911BE" w:rsidRDefault="00000000">
      <w:pPr>
        <w:rPr>
          <w:sz w:val="28"/>
          <w:szCs w:val="28"/>
          <w:lang w:val="ru-RU"/>
        </w:rPr>
      </w:pPr>
      <w:r w:rsidRPr="007911BE">
        <w:rPr>
          <w:sz w:val="28"/>
          <w:szCs w:val="28"/>
          <w:lang w:val="ru-RU"/>
        </w:rPr>
        <w:t>Матричное сходство документов показывает, что наиболее близки друг к другу две стратегии (</w:t>
      </w:r>
      <w:r w:rsidRPr="007911BE">
        <w:rPr>
          <w:sz w:val="28"/>
          <w:szCs w:val="28"/>
        </w:rPr>
        <w:t>TF</w:t>
      </w:r>
      <w:r w:rsidRPr="007911BE">
        <w:rPr>
          <w:sz w:val="28"/>
          <w:szCs w:val="28"/>
          <w:lang w:val="ru-RU"/>
        </w:rPr>
        <w:t>-</w:t>
      </w:r>
      <w:r w:rsidRPr="007911BE">
        <w:rPr>
          <w:sz w:val="28"/>
          <w:szCs w:val="28"/>
        </w:rPr>
        <w:t>IDF</w:t>
      </w:r>
      <w:r w:rsidRPr="007911BE">
        <w:rPr>
          <w:sz w:val="28"/>
          <w:szCs w:val="28"/>
          <w:lang w:val="ru-RU"/>
        </w:rPr>
        <w:t xml:space="preserve"> сходство 0.490), тогда как паспорт нацпроекта тематически заметно более изолирован от презентации и стратегических документов. На уровне корпуса в числе самых частотных слов и словоформ доминируют «граждан», «старшего», «поколения», «детей», «семей», «реализации», «жизни» и «населения»; в анализе совместной встречаемости лидируют пары «регион </w:t>
      </w:r>
      <w:r w:rsidR="00387CF6" w:rsidRPr="007911BE">
        <w:rPr>
          <w:sz w:val="28"/>
          <w:szCs w:val="28"/>
          <w:lang w:val="ru-RU"/>
        </w:rPr>
        <w:t xml:space="preserve">– </w:t>
      </w:r>
      <w:r w:rsidRPr="007911BE">
        <w:rPr>
          <w:sz w:val="28"/>
          <w:szCs w:val="28"/>
          <w:lang w:val="ru-RU"/>
        </w:rPr>
        <w:t xml:space="preserve"> занятость» (45), «старшее поколение </w:t>
      </w:r>
      <w:r w:rsidR="00387CF6" w:rsidRPr="007911BE">
        <w:rPr>
          <w:sz w:val="28"/>
          <w:szCs w:val="28"/>
          <w:lang w:val="ru-RU"/>
        </w:rPr>
        <w:t xml:space="preserve">– </w:t>
      </w:r>
      <w:r w:rsidRPr="007911BE">
        <w:rPr>
          <w:sz w:val="28"/>
          <w:szCs w:val="28"/>
          <w:lang w:val="ru-RU"/>
        </w:rPr>
        <w:t xml:space="preserve"> регион» (41) и «семья </w:t>
      </w:r>
      <w:r w:rsidR="00387CF6" w:rsidRPr="007911BE">
        <w:rPr>
          <w:sz w:val="28"/>
          <w:szCs w:val="28"/>
          <w:lang w:val="ru-RU"/>
        </w:rPr>
        <w:t xml:space="preserve">– </w:t>
      </w:r>
      <w:r w:rsidRPr="007911BE">
        <w:rPr>
          <w:sz w:val="28"/>
          <w:szCs w:val="28"/>
          <w:lang w:val="ru-RU"/>
        </w:rPr>
        <w:t xml:space="preserve"> дети» (39). Содержательно это означает, что проектный корпус сильнее прописывает управленческий и социально-поддерживающий контур, чем логику репродуктивного здоровья, семейной инфраструктуры и правовой субъектности семьи.</w:t>
      </w:r>
    </w:p>
    <w:p w14:paraId="7FEB90E3" w14:textId="77777777" w:rsidR="00F12170" w:rsidRPr="007911BE" w:rsidRDefault="00000000" w:rsidP="00B408C8">
      <w:pPr>
        <w:spacing w:before="120" w:after="60"/>
        <w:ind w:firstLine="0"/>
        <w:rPr>
          <w:lang w:val="ru-RU"/>
        </w:rPr>
      </w:pPr>
      <w:r w:rsidRPr="007911BE">
        <w:rPr>
          <w:lang w:val="ru-RU"/>
        </w:rPr>
        <w:t xml:space="preserve">Таблица 24 </w:t>
      </w:r>
      <w:r w:rsidR="00387CF6" w:rsidRPr="007911BE">
        <w:rPr>
          <w:lang w:val="ru-RU"/>
        </w:rPr>
        <w:t xml:space="preserve">– </w:t>
      </w:r>
      <w:r w:rsidRPr="007911BE">
        <w:rPr>
          <w:lang w:val="ru-RU"/>
        </w:rPr>
        <w:t xml:space="preserve"> Фреймовый профиль документов (упоминаний на 1000 слов)</w:t>
      </w:r>
    </w:p>
    <w:tbl>
      <w:tblPr>
        <w:tblStyle w:val="aff0"/>
        <w:tblW w:w="0" w:type="auto"/>
        <w:jc w:val="center"/>
        <w:tblLook w:val="04A0" w:firstRow="1" w:lastRow="0" w:firstColumn="1" w:lastColumn="0" w:noHBand="0" w:noVBand="1"/>
      </w:tblPr>
      <w:tblGrid>
        <w:gridCol w:w="827"/>
        <w:gridCol w:w="524"/>
        <w:gridCol w:w="827"/>
        <w:gridCol w:w="917"/>
        <w:gridCol w:w="1051"/>
        <w:gridCol w:w="1172"/>
        <w:gridCol w:w="932"/>
        <w:gridCol w:w="751"/>
        <w:gridCol w:w="1110"/>
        <w:gridCol w:w="870"/>
        <w:gridCol w:w="874"/>
      </w:tblGrid>
      <w:tr w:rsidR="00F12170" w:rsidRPr="007911BE" w14:paraId="36825815" w14:textId="77777777" w:rsidTr="00B408C8">
        <w:trPr>
          <w:tblHeader/>
          <w:jc w:val="center"/>
        </w:trPr>
        <w:tc>
          <w:tcPr>
            <w:tcW w:w="0" w:type="auto"/>
            <w:shd w:val="clear" w:color="auto" w:fill="D9EAF7"/>
            <w:vAlign w:val="center"/>
          </w:tcPr>
          <w:p w14:paraId="0B224516" w14:textId="77777777" w:rsidR="00F12170" w:rsidRPr="007911BE" w:rsidRDefault="00000000">
            <w:pPr>
              <w:ind w:firstLine="0"/>
              <w:jc w:val="center"/>
              <w:rPr>
                <w:sz w:val="12"/>
              </w:rPr>
            </w:pPr>
            <w:proofErr w:type="spellStart"/>
            <w:r w:rsidRPr="007911BE">
              <w:rPr>
                <w:b/>
                <w:sz w:val="12"/>
              </w:rPr>
              <w:t>Документ</w:t>
            </w:r>
            <w:proofErr w:type="spellEnd"/>
          </w:p>
        </w:tc>
        <w:tc>
          <w:tcPr>
            <w:tcW w:w="0" w:type="auto"/>
            <w:shd w:val="clear" w:color="auto" w:fill="D9EAF7"/>
            <w:vAlign w:val="center"/>
          </w:tcPr>
          <w:p w14:paraId="3CC110C5" w14:textId="77777777" w:rsidR="00F12170" w:rsidRPr="007911BE" w:rsidRDefault="00000000">
            <w:pPr>
              <w:ind w:firstLine="0"/>
              <w:jc w:val="center"/>
              <w:rPr>
                <w:sz w:val="12"/>
              </w:rPr>
            </w:pPr>
            <w:proofErr w:type="spellStart"/>
            <w:r w:rsidRPr="007911BE">
              <w:rPr>
                <w:b/>
                <w:sz w:val="12"/>
              </w:rPr>
              <w:t>Токенов</w:t>
            </w:r>
            <w:proofErr w:type="spellEnd"/>
          </w:p>
        </w:tc>
        <w:tc>
          <w:tcPr>
            <w:tcW w:w="0" w:type="auto"/>
            <w:shd w:val="clear" w:color="auto" w:fill="D9EAF7"/>
            <w:vAlign w:val="center"/>
          </w:tcPr>
          <w:p w14:paraId="55AD1CBF" w14:textId="77777777" w:rsidR="00F12170" w:rsidRPr="007911BE" w:rsidRDefault="00000000">
            <w:pPr>
              <w:ind w:firstLine="0"/>
              <w:jc w:val="center"/>
              <w:rPr>
                <w:sz w:val="12"/>
              </w:rPr>
            </w:pPr>
            <w:proofErr w:type="spellStart"/>
            <w:r w:rsidRPr="007911BE">
              <w:rPr>
                <w:b/>
                <w:sz w:val="12"/>
              </w:rPr>
              <w:t>Пронатальность</w:t>
            </w:r>
            <w:proofErr w:type="spellEnd"/>
          </w:p>
        </w:tc>
        <w:tc>
          <w:tcPr>
            <w:tcW w:w="0" w:type="auto"/>
            <w:shd w:val="clear" w:color="auto" w:fill="D9EAF7"/>
            <w:vAlign w:val="center"/>
          </w:tcPr>
          <w:p w14:paraId="6D34BAA7" w14:textId="77777777" w:rsidR="00F12170" w:rsidRPr="007911BE" w:rsidRDefault="00000000">
            <w:pPr>
              <w:ind w:firstLine="0"/>
              <w:jc w:val="center"/>
              <w:rPr>
                <w:sz w:val="12"/>
              </w:rPr>
            </w:pPr>
            <w:proofErr w:type="spellStart"/>
            <w:r w:rsidRPr="007911BE">
              <w:rPr>
                <w:b/>
                <w:sz w:val="12"/>
              </w:rPr>
              <w:t>Доходы</w:t>
            </w:r>
            <w:proofErr w:type="spellEnd"/>
            <w:r w:rsidRPr="007911BE">
              <w:rPr>
                <w:b/>
                <w:sz w:val="12"/>
              </w:rPr>
              <w:t>/</w:t>
            </w:r>
            <w:proofErr w:type="spellStart"/>
            <w:r w:rsidRPr="007911BE">
              <w:rPr>
                <w:b/>
                <w:sz w:val="12"/>
              </w:rPr>
              <w:t>поддержка</w:t>
            </w:r>
            <w:proofErr w:type="spellEnd"/>
          </w:p>
        </w:tc>
        <w:tc>
          <w:tcPr>
            <w:tcW w:w="0" w:type="auto"/>
            <w:shd w:val="clear" w:color="auto" w:fill="D9EAF7"/>
            <w:vAlign w:val="center"/>
          </w:tcPr>
          <w:p w14:paraId="1AE98EC2" w14:textId="77777777" w:rsidR="00F12170" w:rsidRPr="007911BE" w:rsidRDefault="00000000">
            <w:pPr>
              <w:ind w:firstLine="0"/>
              <w:jc w:val="center"/>
              <w:rPr>
                <w:sz w:val="12"/>
              </w:rPr>
            </w:pPr>
            <w:proofErr w:type="spellStart"/>
            <w:r w:rsidRPr="007911BE">
              <w:rPr>
                <w:b/>
                <w:sz w:val="12"/>
              </w:rPr>
              <w:t>Здоровье</w:t>
            </w:r>
            <w:proofErr w:type="spellEnd"/>
            <w:r w:rsidRPr="007911BE">
              <w:rPr>
                <w:b/>
                <w:sz w:val="12"/>
              </w:rPr>
              <w:t>/</w:t>
            </w:r>
            <w:proofErr w:type="spellStart"/>
            <w:r w:rsidRPr="007911BE">
              <w:rPr>
                <w:b/>
                <w:sz w:val="12"/>
              </w:rPr>
              <w:t>репродукция</w:t>
            </w:r>
            <w:proofErr w:type="spellEnd"/>
          </w:p>
        </w:tc>
        <w:tc>
          <w:tcPr>
            <w:tcW w:w="0" w:type="auto"/>
            <w:shd w:val="clear" w:color="auto" w:fill="D9EAF7"/>
            <w:vAlign w:val="center"/>
          </w:tcPr>
          <w:p w14:paraId="0D166625" w14:textId="77777777" w:rsidR="00F12170" w:rsidRPr="007911BE" w:rsidRDefault="00000000">
            <w:pPr>
              <w:ind w:firstLine="0"/>
              <w:jc w:val="center"/>
              <w:rPr>
                <w:sz w:val="12"/>
              </w:rPr>
            </w:pPr>
            <w:proofErr w:type="spellStart"/>
            <w:r w:rsidRPr="007911BE">
              <w:rPr>
                <w:b/>
                <w:sz w:val="12"/>
              </w:rPr>
              <w:t>Инфраструктура</w:t>
            </w:r>
            <w:proofErr w:type="spellEnd"/>
            <w:r w:rsidRPr="007911BE">
              <w:rPr>
                <w:b/>
                <w:sz w:val="12"/>
              </w:rPr>
              <w:t>/</w:t>
            </w:r>
            <w:proofErr w:type="spellStart"/>
            <w:r w:rsidRPr="007911BE">
              <w:rPr>
                <w:b/>
                <w:sz w:val="12"/>
              </w:rPr>
              <w:t>сервисы</w:t>
            </w:r>
            <w:proofErr w:type="spellEnd"/>
          </w:p>
        </w:tc>
        <w:tc>
          <w:tcPr>
            <w:tcW w:w="0" w:type="auto"/>
            <w:shd w:val="clear" w:color="auto" w:fill="D9EAF7"/>
            <w:vAlign w:val="center"/>
          </w:tcPr>
          <w:p w14:paraId="2F595FBA" w14:textId="77777777" w:rsidR="00F12170" w:rsidRPr="007911BE" w:rsidRDefault="00000000">
            <w:pPr>
              <w:ind w:firstLine="0"/>
              <w:jc w:val="center"/>
              <w:rPr>
                <w:sz w:val="12"/>
              </w:rPr>
            </w:pPr>
            <w:proofErr w:type="spellStart"/>
            <w:r w:rsidRPr="007911BE">
              <w:rPr>
                <w:b/>
                <w:sz w:val="12"/>
              </w:rPr>
              <w:t>Культура</w:t>
            </w:r>
            <w:proofErr w:type="spellEnd"/>
            <w:r w:rsidRPr="007911BE">
              <w:rPr>
                <w:b/>
                <w:sz w:val="12"/>
              </w:rPr>
              <w:t>/</w:t>
            </w:r>
            <w:proofErr w:type="spellStart"/>
            <w:r w:rsidRPr="007911BE">
              <w:rPr>
                <w:b/>
                <w:sz w:val="12"/>
              </w:rPr>
              <w:t>ценности</w:t>
            </w:r>
            <w:proofErr w:type="spellEnd"/>
          </w:p>
        </w:tc>
        <w:tc>
          <w:tcPr>
            <w:tcW w:w="0" w:type="auto"/>
            <w:shd w:val="clear" w:color="auto" w:fill="D9EAF7"/>
            <w:vAlign w:val="center"/>
          </w:tcPr>
          <w:p w14:paraId="12BA2496" w14:textId="77777777" w:rsidR="00F12170" w:rsidRPr="007911BE" w:rsidRDefault="00000000">
            <w:pPr>
              <w:ind w:firstLine="0"/>
              <w:jc w:val="center"/>
              <w:rPr>
                <w:sz w:val="12"/>
              </w:rPr>
            </w:pPr>
            <w:proofErr w:type="spellStart"/>
            <w:r w:rsidRPr="007911BE">
              <w:rPr>
                <w:b/>
                <w:sz w:val="12"/>
              </w:rPr>
              <w:t>Старение</w:t>
            </w:r>
            <w:proofErr w:type="spellEnd"/>
            <w:r w:rsidRPr="007911BE">
              <w:rPr>
                <w:b/>
                <w:sz w:val="12"/>
              </w:rPr>
              <w:t>/</w:t>
            </w:r>
            <w:proofErr w:type="spellStart"/>
            <w:r w:rsidRPr="007911BE">
              <w:rPr>
                <w:b/>
                <w:sz w:val="12"/>
              </w:rPr>
              <w:t>уход</w:t>
            </w:r>
            <w:proofErr w:type="spellEnd"/>
          </w:p>
        </w:tc>
        <w:tc>
          <w:tcPr>
            <w:tcW w:w="0" w:type="auto"/>
            <w:shd w:val="clear" w:color="auto" w:fill="D9EAF7"/>
            <w:vAlign w:val="center"/>
          </w:tcPr>
          <w:p w14:paraId="0A1A42F2" w14:textId="77777777" w:rsidR="00F12170" w:rsidRPr="007911BE" w:rsidRDefault="00000000">
            <w:pPr>
              <w:ind w:firstLine="0"/>
              <w:jc w:val="center"/>
              <w:rPr>
                <w:sz w:val="12"/>
              </w:rPr>
            </w:pPr>
            <w:proofErr w:type="spellStart"/>
            <w:r w:rsidRPr="007911BE">
              <w:rPr>
                <w:b/>
                <w:sz w:val="12"/>
              </w:rPr>
              <w:t>Управление</w:t>
            </w:r>
            <w:proofErr w:type="spellEnd"/>
            <w:r w:rsidRPr="007911BE">
              <w:rPr>
                <w:b/>
                <w:sz w:val="12"/>
              </w:rPr>
              <w:t>/</w:t>
            </w:r>
            <w:proofErr w:type="spellStart"/>
            <w:r w:rsidRPr="007911BE">
              <w:rPr>
                <w:b/>
                <w:sz w:val="12"/>
              </w:rPr>
              <w:t>реализация</w:t>
            </w:r>
            <w:proofErr w:type="spellEnd"/>
          </w:p>
        </w:tc>
        <w:tc>
          <w:tcPr>
            <w:tcW w:w="0" w:type="auto"/>
            <w:shd w:val="clear" w:color="auto" w:fill="D9EAF7"/>
            <w:vAlign w:val="center"/>
          </w:tcPr>
          <w:p w14:paraId="2C86F716" w14:textId="77777777" w:rsidR="00F12170" w:rsidRPr="007911BE" w:rsidRDefault="00000000">
            <w:pPr>
              <w:ind w:firstLine="0"/>
              <w:jc w:val="center"/>
              <w:rPr>
                <w:sz w:val="12"/>
              </w:rPr>
            </w:pPr>
            <w:proofErr w:type="spellStart"/>
            <w:r w:rsidRPr="007911BE">
              <w:rPr>
                <w:b/>
                <w:sz w:val="12"/>
              </w:rPr>
              <w:t>Права</w:t>
            </w:r>
            <w:proofErr w:type="spellEnd"/>
            <w:r w:rsidRPr="007911BE">
              <w:rPr>
                <w:b/>
                <w:sz w:val="12"/>
              </w:rPr>
              <w:t>/</w:t>
            </w:r>
            <w:proofErr w:type="spellStart"/>
            <w:r w:rsidRPr="007911BE">
              <w:rPr>
                <w:b/>
                <w:sz w:val="12"/>
              </w:rPr>
              <w:t>автономия</w:t>
            </w:r>
            <w:proofErr w:type="spellEnd"/>
          </w:p>
        </w:tc>
        <w:tc>
          <w:tcPr>
            <w:tcW w:w="0" w:type="auto"/>
            <w:shd w:val="clear" w:color="auto" w:fill="D9EAF7"/>
            <w:vAlign w:val="center"/>
          </w:tcPr>
          <w:p w14:paraId="50C1D12C" w14:textId="77777777" w:rsidR="00F12170" w:rsidRPr="007911BE" w:rsidRDefault="00000000">
            <w:pPr>
              <w:ind w:firstLine="0"/>
              <w:jc w:val="center"/>
              <w:rPr>
                <w:sz w:val="12"/>
              </w:rPr>
            </w:pPr>
            <w:proofErr w:type="spellStart"/>
            <w:r w:rsidRPr="007911BE">
              <w:rPr>
                <w:b/>
                <w:sz w:val="12"/>
              </w:rPr>
              <w:t>Труд</w:t>
            </w:r>
            <w:proofErr w:type="spellEnd"/>
            <w:r w:rsidRPr="007911BE">
              <w:rPr>
                <w:b/>
                <w:sz w:val="12"/>
              </w:rPr>
              <w:t>/</w:t>
            </w:r>
            <w:proofErr w:type="spellStart"/>
            <w:r w:rsidRPr="007911BE">
              <w:rPr>
                <w:b/>
                <w:sz w:val="12"/>
              </w:rPr>
              <w:t>образование</w:t>
            </w:r>
            <w:proofErr w:type="spellEnd"/>
          </w:p>
        </w:tc>
      </w:tr>
      <w:tr w:rsidR="00F12170" w:rsidRPr="007911BE" w14:paraId="59C5E13C" w14:textId="77777777" w:rsidTr="00B408C8">
        <w:trPr>
          <w:jc w:val="center"/>
        </w:trPr>
        <w:tc>
          <w:tcPr>
            <w:tcW w:w="0" w:type="auto"/>
            <w:vAlign w:val="center"/>
          </w:tcPr>
          <w:p w14:paraId="4179E1F7" w14:textId="77777777" w:rsidR="00F12170" w:rsidRPr="007911BE" w:rsidRDefault="00000000">
            <w:pPr>
              <w:ind w:firstLine="0"/>
              <w:jc w:val="left"/>
              <w:rPr>
                <w:sz w:val="12"/>
                <w:lang w:val="ru-RU"/>
              </w:rPr>
            </w:pPr>
            <w:r w:rsidRPr="007911BE">
              <w:rPr>
                <w:sz w:val="12"/>
                <w:lang w:val="ru-RU"/>
              </w:rPr>
              <w:t>Презентация национального проекта Семья.</w:t>
            </w:r>
            <w:r w:rsidRPr="007911BE">
              <w:rPr>
                <w:sz w:val="12"/>
              </w:rPr>
              <w:t>pdf</w:t>
            </w:r>
          </w:p>
        </w:tc>
        <w:tc>
          <w:tcPr>
            <w:tcW w:w="0" w:type="auto"/>
            <w:vAlign w:val="center"/>
          </w:tcPr>
          <w:p w14:paraId="7BDE8D61" w14:textId="77777777" w:rsidR="00F12170" w:rsidRPr="007911BE" w:rsidRDefault="00000000">
            <w:pPr>
              <w:ind w:firstLine="0"/>
              <w:jc w:val="center"/>
              <w:rPr>
                <w:sz w:val="12"/>
              </w:rPr>
            </w:pPr>
            <w:r w:rsidRPr="007911BE">
              <w:rPr>
                <w:sz w:val="12"/>
              </w:rPr>
              <w:t>700</w:t>
            </w:r>
          </w:p>
        </w:tc>
        <w:tc>
          <w:tcPr>
            <w:tcW w:w="0" w:type="auto"/>
            <w:vAlign w:val="center"/>
          </w:tcPr>
          <w:p w14:paraId="23E2BB79" w14:textId="77777777" w:rsidR="00F12170" w:rsidRPr="007911BE" w:rsidRDefault="00000000">
            <w:pPr>
              <w:ind w:firstLine="0"/>
              <w:jc w:val="center"/>
              <w:rPr>
                <w:sz w:val="12"/>
              </w:rPr>
            </w:pPr>
            <w:r w:rsidRPr="007911BE">
              <w:rPr>
                <w:sz w:val="12"/>
              </w:rPr>
              <w:t>14.29</w:t>
            </w:r>
          </w:p>
        </w:tc>
        <w:tc>
          <w:tcPr>
            <w:tcW w:w="0" w:type="auto"/>
            <w:vAlign w:val="center"/>
          </w:tcPr>
          <w:p w14:paraId="4C3EE6E6" w14:textId="77777777" w:rsidR="00F12170" w:rsidRPr="007911BE" w:rsidRDefault="00000000">
            <w:pPr>
              <w:ind w:firstLine="0"/>
              <w:jc w:val="center"/>
              <w:rPr>
                <w:sz w:val="12"/>
              </w:rPr>
            </w:pPr>
            <w:r w:rsidRPr="007911BE">
              <w:rPr>
                <w:sz w:val="12"/>
              </w:rPr>
              <w:t>18.57</w:t>
            </w:r>
          </w:p>
        </w:tc>
        <w:tc>
          <w:tcPr>
            <w:tcW w:w="0" w:type="auto"/>
            <w:vAlign w:val="center"/>
          </w:tcPr>
          <w:p w14:paraId="242CEC82" w14:textId="77777777" w:rsidR="00F12170" w:rsidRPr="007911BE" w:rsidRDefault="00000000">
            <w:pPr>
              <w:ind w:firstLine="0"/>
              <w:jc w:val="center"/>
              <w:rPr>
                <w:sz w:val="12"/>
              </w:rPr>
            </w:pPr>
            <w:r w:rsidRPr="007911BE">
              <w:rPr>
                <w:sz w:val="12"/>
              </w:rPr>
              <w:t>5.71</w:t>
            </w:r>
          </w:p>
        </w:tc>
        <w:tc>
          <w:tcPr>
            <w:tcW w:w="0" w:type="auto"/>
            <w:vAlign w:val="center"/>
          </w:tcPr>
          <w:p w14:paraId="6A7A00BB" w14:textId="77777777" w:rsidR="00F12170" w:rsidRPr="007911BE" w:rsidRDefault="00000000">
            <w:pPr>
              <w:ind w:firstLine="0"/>
              <w:jc w:val="center"/>
              <w:rPr>
                <w:sz w:val="12"/>
              </w:rPr>
            </w:pPr>
            <w:r w:rsidRPr="007911BE">
              <w:rPr>
                <w:sz w:val="12"/>
              </w:rPr>
              <w:t>11.43</w:t>
            </w:r>
          </w:p>
        </w:tc>
        <w:tc>
          <w:tcPr>
            <w:tcW w:w="0" w:type="auto"/>
            <w:vAlign w:val="center"/>
          </w:tcPr>
          <w:p w14:paraId="657AE70A" w14:textId="77777777" w:rsidR="00F12170" w:rsidRPr="007911BE" w:rsidRDefault="00000000">
            <w:pPr>
              <w:ind w:firstLine="0"/>
              <w:jc w:val="center"/>
              <w:rPr>
                <w:sz w:val="12"/>
              </w:rPr>
            </w:pPr>
            <w:r w:rsidRPr="007911BE">
              <w:rPr>
                <w:sz w:val="12"/>
              </w:rPr>
              <w:t>18.57</w:t>
            </w:r>
          </w:p>
        </w:tc>
        <w:tc>
          <w:tcPr>
            <w:tcW w:w="0" w:type="auto"/>
            <w:vAlign w:val="center"/>
          </w:tcPr>
          <w:p w14:paraId="36FE540F" w14:textId="77777777" w:rsidR="00F12170" w:rsidRPr="007911BE" w:rsidRDefault="00000000">
            <w:pPr>
              <w:ind w:firstLine="0"/>
              <w:jc w:val="center"/>
              <w:rPr>
                <w:sz w:val="12"/>
              </w:rPr>
            </w:pPr>
            <w:r w:rsidRPr="007911BE">
              <w:rPr>
                <w:sz w:val="12"/>
              </w:rPr>
              <w:t>10</w:t>
            </w:r>
          </w:p>
        </w:tc>
        <w:tc>
          <w:tcPr>
            <w:tcW w:w="0" w:type="auto"/>
            <w:vAlign w:val="center"/>
          </w:tcPr>
          <w:p w14:paraId="55EB8CBA" w14:textId="77777777" w:rsidR="00F12170" w:rsidRPr="007911BE" w:rsidRDefault="00000000">
            <w:pPr>
              <w:ind w:firstLine="0"/>
              <w:jc w:val="center"/>
              <w:rPr>
                <w:sz w:val="12"/>
              </w:rPr>
            </w:pPr>
            <w:r w:rsidRPr="007911BE">
              <w:rPr>
                <w:sz w:val="12"/>
              </w:rPr>
              <w:t>28.57</w:t>
            </w:r>
          </w:p>
        </w:tc>
        <w:tc>
          <w:tcPr>
            <w:tcW w:w="0" w:type="auto"/>
            <w:vAlign w:val="center"/>
          </w:tcPr>
          <w:p w14:paraId="4882AE23" w14:textId="77777777" w:rsidR="00F12170" w:rsidRPr="007911BE" w:rsidRDefault="00000000">
            <w:pPr>
              <w:ind w:firstLine="0"/>
              <w:jc w:val="center"/>
              <w:rPr>
                <w:sz w:val="12"/>
              </w:rPr>
            </w:pPr>
            <w:r w:rsidRPr="007911BE">
              <w:rPr>
                <w:sz w:val="12"/>
              </w:rPr>
              <w:t>10</w:t>
            </w:r>
          </w:p>
        </w:tc>
        <w:tc>
          <w:tcPr>
            <w:tcW w:w="0" w:type="auto"/>
            <w:vAlign w:val="center"/>
          </w:tcPr>
          <w:p w14:paraId="585F4423" w14:textId="77777777" w:rsidR="00F12170" w:rsidRPr="007911BE" w:rsidRDefault="00000000">
            <w:pPr>
              <w:ind w:firstLine="0"/>
              <w:jc w:val="center"/>
              <w:rPr>
                <w:sz w:val="12"/>
              </w:rPr>
            </w:pPr>
            <w:r w:rsidRPr="007911BE">
              <w:rPr>
                <w:sz w:val="12"/>
              </w:rPr>
              <w:t>7.14</w:t>
            </w:r>
          </w:p>
        </w:tc>
      </w:tr>
      <w:tr w:rsidR="00F12170" w:rsidRPr="007911BE" w14:paraId="32D35EA4" w14:textId="77777777" w:rsidTr="00B408C8">
        <w:trPr>
          <w:jc w:val="center"/>
        </w:trPr>
        <w:tc>
          <w:tcPr>
            <w:tcW w:w="0" w:type="auto"/>
            <w:vAlign w:val="center"/>
          </w:tcPr>
          <w:p w14:paraId="175E9191" w14:textId="77777777" w:rsidR="00F12170" w:rsidRPr="007911BE" w:rsidRDefault="00000000">
            <w:pPr>
              <w:ind w:firstLine="0"/>
              <w:jc w:val="left"/>
              <w:rPr>
                <w:sz w:val="12"/>
                <w:lang w:val="ru-RU"/>
              </w:rPr>
            </w:pPr>
            <w:r w:rsidRPr="007911BE">
              <w:rPr>
                <w:sz w:val="12"/>
                <w:lang w:val="ru-RU"/>
              </w:rPr>
              <w:t>Паспорт-национального-проекта-Семья.</w:t>
            </w:r>
            <w:r w:rsidRPr="007911BE">
              <w:rPr>
                <w:sz w:val="12"/>
              </w:rPr>
              <w:t>pdf</w:t>
            </w:r>
          </w:p>
        </w:tc>
        <w:tc>
          <w:tcPr>
            <w:tcW w:w="0" w:type="auto"/>
            <w:vAlign w:val="center"/>
          </w:tcPr>
          <w:p w14:paraId="22032831" w14:textId="77777777" w:rsidR="00F12170" w:rsidRPr="007911BE" w:rsidRDefault="00000000">
            <w:pPr>
              <w:ind w:firstLine="0"/>
              <w:jc w:val="center"/>
              <w:rPr>
                <w:sz w:val="12"/>
              </w:rPr>
            </w:pPr>
            <w:r w:rsidRPr="007911BE">
              <w:rPr>
                <w:sz w:val="12"/>
              </w:rPr>
              <w:t>2827</w:t>
            </w:r>
          </w:p>
        </w:tc>
        <w:tc>
          <w:tcPr>
            <w:tcW w:w="0" w:type="auto"/>
            <w:vAlign w:val="center"/>
          </w:tcPr>
          <w:p w14:paraId="6E29A256" w14:textId="77777777" w:rsidR="00F12170" w:rsidRPr="007911BE" w:rsidRDefault="00000000">
            <w:pPr>
              <w:ind w:firstLine="0"/>
              <w:jc w:val="center"/>
              <w:rPr>
                <w:sz w:val="12"/>
              </w:rPr>
            </w:pPr>
            <w:r w:rsidRPr="007911BE">
              <w:rPr>
                <w:sz w:val="12"/>
              </w:rPr>
              <w:t>7.78</w:t>
            </w:r>
          </w:p>
        </w:tc>
        <w:tc>
          <w:tcPr>
            <w:tcW w:w="0" w:type="auto"/>
            <w:vAlign w:val="center"/>
          </w:tcPr>
          <w:p w14:paraId="4E45A278" w14:textId="77777777" w:rsidR="00F12170" w:rsidRPr="007911BE" w:rsidRDefault="00000000">
            <w:pPr>
              <w:ind w:firstLine="0"/>
              <w:jc w:val="center"/>
              <w:rPr>
                <w:sz w:val="12"/>
              </w:rPr>
            </w:pPr>
            <w:r w:rsidRPr="007911BE">
              <w:rPr>
                <w:sz w:val="12"/>
              </w:rPr>
              <w:t>14.15</w:t>
            </w:r>
          </w:p>
        </w:tc>
        <w:tc>
          <w:tcPr>
            <w:tcW w:w="0" w:type="auto"/>
            <w:vAlign w:val="center"/>
          </w:tcPr>
          <w:p w14:paraId="6076BEB7" w14:textId="77777777" w:rsidR="00F12170" w:rsidRPr="007911BE" w:rsidRDefault="00000000">
            <w:pPr>
              <w:ind w:firstLine="0"/>
              <w:jc w:val="center"/>
              <w:rPr>
                <w:sz w:val="12"/>
              </w:rPr>
            </w:pPr>
            <w:r w:rsidRPr="007911BE">
              <w:rPr>
                <w:sz w:val="12"/>
              </w:rPr>
              <w:t>0</w:t>
            </w:r>
          </w:p>
        </w:tc>
        <w:tc>
          <w:tcPr>
            <w:tcW w:w="0" w:type="auto"/>
            <w:vAlign w:val="center"/>
          </w:tcPr>
          <w:p w14:paraId="467F6C9D" w14:textId="77777777" w:rsidR="00F12170" w:rsidRPr="007911BE" w:rsidRDefault="00000000">
            <w:pPr>
              <w:ind w:firstLine="0"/>
              <w:jc w:val="center"/>
              <w:rPr>
                <w:sz w:val="12"/>
              </w:rPr>
            </w:pPr>
            <w:r w:rsidRPr="007911BE">
              <w:rPr>
                <w:sz w:val="12"/>
              </w:rPr>
              <w:t>2.83</w:t>
            </w:r>
          </w:p>
        </w:tc>
        <w:tc>
          <w:tcPr>
            <w:tcW w:w="0" w:type="auto"/>
            <w:vAlign w:val="center"/>
          </w:tcPr>
          <w:p w14:paraId="21769FB9" w14:textId="77777777" w:rsidR="00F12170" w:rsidRPr="007911BE" w:rsidRDefault="00000000">
            <w:pPr>
              <w:ind w:firstLine="0"/>
              <w:jc w:val="center"/>
              <w:rPr>
                <w:sz w:val="12"/>
              </w:rPr>
            </w:pPr>
            <w:r w:rsidRPr="007911BE">
              <w:rPr>
                <w:sz w:val="12"/>
              </w:rPr>
              <w:t>8.84</w:t>
            </w:r>
          </w:p>
        </w:tc>
        <w:tc>
          <w:tcPr>
            <w:tcW w:w="0" w:type="auto"/>
            <w:vAlign w:val="center"/>
          </w:tcPr>
          <w:p w14:paraId="5EDA4A22" w14:textId="77777777" w:rsidR="00F12170" w:rsidRPr="007911BE" w:rsidRDefault="00000000">
            <w:pPr>
              <w:ind w:firstLine="0"/>
              <w:jc w:val="center"/>
              <w:rPr>
                <w:sz w:val="12"/>
              </w:rPr>
            </w:pPr>
            <w:r w:rsidRPr="007911BE">
              <w:rPr>
                <w:sz w:val="12"/>
              </w:rPr>
              <w:t>5.66</w:t>
            </w:r>
          </w:p>
        </w:tc>
        <w:tc>
          <w:tcPr>
            <w:tcW w:w="0" w:type="auto"/>
            <w:vAlign w:val="center"/>
          </w:tcPr>
          <w:p w14:paraId="775AD097" w14:textId="77777777" w:rsidR="00F12170" w:rsidRPr="007911BE" w:rsidRDefault="00000000">
            <w:pPr>
              <w:ind w:firstLine="0"/>
              <w:jc w:val="center"/>
              <w:rPr>
                <w:sz w:val="12"/>
              </w:rPr>
            </w:pPr>
            <w:r w:rsidRPr="007911BE">
              <w:rPr>
                <w:sz w:val="12"/>
              </w:rPr>
              <w:t>16.27</w:t>
            </w:r>
          </w:p>
        </w:tc>
        <w:tc>
          <w:tcPr>
            <w:tcW w:w="0" w:type="auto"/>
            <w:vAlign w:val="center"/>
          </w:tcPr>
          <w:p w14:paraId="720133AD" w14:textId="77777777" w:rsidR="00F12170" w:rsidRPr="007911BE" w:rsidRDefault="00000000">
            <w:pPr>
              <w:ind w:firstLine="0"/>
              <w:jc w:val="center"/>
              <w:rPr>
                <w:sz w:val="12"/>
              </w:rPr>
            </w:pPr>
            <w:r w:rsidRPr="007911BE">
              <w:rPr>
                <w:sz w:val="12"/>
              </w:rPr>
              <w:t>8.49</w:t>
            </w:r>
          </w:p>
        </w:tc>
        <w:tc>
          <w:tcPr>
            <w:tcW w:w="0" w:type="auto"/>
            <w:vAlign w:val="center"/>
          </w:tcPr>
          <w:p w14:paraId="332879BF" w14:textId="77777777" w:rsidR="00F12170" w:rsidRPr="007911BE" w:rsidRDefault="00000000">
            <w:pPr>
              <w:ind w:firstLine="0"/>
              <w:jc w:val="center"/>
              <w:rPr>
                <w:sz w:val="12"/>
              </w:rPr>
            </w:pPr>
            <w:r w:rsidRPr="007911BE">
              <w:rPr>
                <w:sz w:val="12"/>
              </w:rPr>
              <w:t>8.49</w:t>
            </w:r>
          </w:p>
        </w:tc>
      </w:tr>
      <w:tr w:rsidR="00F12170" w:rsidRPr="007911BE" w14:paraId="0A9B690F" w14:textId="77777777" w:rsidTr="00B408C8">
        <w:trPr>
          <w:jc w:val="center"/>
        </w:trPr>
        <w:tc>
          <w:tcPr>
            <w:tcW w:w="0" w:type="auto"/>
            <w:vAlign w:val="center"/>
          </w:tcPr>
          <w:p w14:paraId="71E293A4" w14:textId="77777777" w:rsidR="00F12170" w:rsidRPr="007911BE" w:rsidRDefault="00000000">
            <w:pPr>
              <w:ind w:firstLine="0"/>
              <w:jc w:val="left"/>
              <w:rPr>
                <w:sz w:val="12"/>
                <w:lang w:val="ru-RU"/>
              </w:rPr>
            </w:pPr>
            <w:r w:rsidRPr="007911BE">
              <w:rPr>
                <w:sz w:val="12"/>
                <w:lang w:val="ru-RU"/>
              </w:rPr>
              <w:t>Стратегия действий по реализации семейной и демографической политики до 2036 года.</w:t>
            </w:r>
            <w:r w:rsidRPr="007911BE">
              <w:rPr>
                <w:sz w:val="12"/>
              </w:rPr>
              <w:t>pdf</w:t>
            </w:r>
          </w:p>
        </w:tc>
        <w:tc>
          <w:tcPr>
            <w:tcW w:w="0" w:type="auto"/>
            <w:vAlign w:val="center"/>
          </w:tcPr>
          <w:p w14:paraId="1C46E128" w14:textId="77777777" w:rsidR="00F12170" w:rsidRPr="007911BE" w:rsidRDefault="00000000">
            <w:pPr>
              <w:ind w:firstLine="0"/>
              <w:jc w:val="center"/>
              <w:rPr>
                <w:sz w:val="12"/>
              </w:rPr>
            </w:pPr>
            <w:r w:rsidRPr="007911BE">
              <w:rPr>
                <w:sz w:val="12"/>
              </w:rPr>
              <w:t>12109</w:t>
            </w:r>
          </w:p>
        </w:tc>
        <w:tc>
          <w:tcPr>
            <w:tcW w:w="0" w:type="auto"/>
            <w:vAlign w:val="center"/>
          </w:tcPr>
          <w:p w14:paraId="663888A1" w14:textId="77777777" w:rsidR="00F12170" w:rsidRPr="007911BE" w:rsidRDefault="00000000">
            <w:pPr>
              <w:ind w:firstLine="0"/>
              <w:jc w:val="center"/>
              <w:rPr>
                <w:sz w:val="12"/>
              </w:rPr>
            </w:pPr>
            <w:r w:rsidRPr="007911BE">
              <w:rPr>
                <w:sz w:val="12"/>
              </w:rPr>
              <w:t>10.74</w:t>
            </w:r>
          </w:p>
        </w:tc>
        <w:tc>
          <w:tcPr>
            <w:tcW w:w="0" w:type="auto"/>
            <w:vAlign w:val="center"/>
          </w:tcPr>
          <w:p w14:paraId="21DE852C" w14:textId="77777777" w:rsidR="00F12170" w:rsidRPr="007911BE" w:rsidRDefault="00000000">
            <w:pPr>
              <w:ind w:firstLine="0"/>
              <w:jc w:val="center"/>
              <w:rPr>
                <w:sz w:val="12"/>
              </w:rPr>
            </w:pPr>
            <w:r w:rsidRPr="007911BE">
              <w:rPr>
                <w:sz w:val="12"/>
              </w:rPr>
              <w:t>20.73</w:t>
            </w:r>
          </w:p>
        </w:tc>
        <w:tc>
          <w:tcPr>
            <w:tcW w:w="0" w:type="auto"/>
            <w:vAlign w:val="center"/>
          </w:tcPr>
          <w:p w14:paraId="70A7A60C" w14:textId="77777777" w:rsidR="00F12170" w:rsidRPr="007911BE" w:rsidRDefault="00000000">
            <w:pPr>
              <w:ind w:firstLine="0"/>
              <w:jc w:val="center"/>
              <w:rPr>
                <w:sz w:val="12"/>
              </w:rPr>
            </w:pPr>
            <w:r w:rsidRPr="007911BE">
              <w:rPr>
                <w:sz w:val="12"/>
              </w:rPr>
              <w:t>5.2</w:t>
            </w:r>
          </w:p>
        </w:tc>
        <w:tc>
          <w:tcPr>
            <w:tcW w:w="0" w:type="auto"/>
            <w:vAlign w:val="center"/>
          </w:tcPr>
          <w:p w14:paraId="6A9A1BFC" w14:textId="77777777" w:rsidR="00F12170" w:rsidRPr="007911BE" w:rsidRDefault="00000000">
            <w:pPr>
              <w:ind w:firstLine="0"/>
              <w:jc w:val="center"/>
              <w:rPr>
                <w:sz w:val="12"/>
              </w:rPr>
            </w:pPr>
            <w:r w:rsidRPr="007911BE">
              <w:rPr>
                <w:sz w:val="12"/>
              </w:rPr>
              <w:t>3.39</w:t>
            </w:r>
          </w:p>
        </w:tc>
        <w:tc>
          <w:tcPr>
            <w:tcW w:w="0" w:type="auto"/>
            <w:vAlign w:val="center"/>
          </w:tcPr>
          <w:p w14:paraId="353075AE" w14:textId="77777777" w:rsidR="00F12170" w:rsidRPr="007911BE" w:rsidRDefault="00000000">
            <w:pPr>
              <w:ind w:firstLine="0"/>
              <w:jc w:val="center"/>
              <w:rPr>
                <w:sz w:val="12"/>
              </w:rPr>
            </w:pPr>
            <w:r w:rsidRPr="007911BE">
              <w:rPr>
                <w:sz w:val="12"/>
              </w:rPr>
              <w:t>4.21</w:t>
            </w:r>
          </w:p>
        </w:tc>
        <w:tc>
          <w:tcPr>
            <w:tcW w:w="0" w:type="auto"/>
            <w:vAlign w:val="center"/>
          </w:tcPr>
          <w:p w14:paraId="1F1F539A" w14:textId="77777777" w:rsidR="00F12170" w:rsidRPr="007911BE" w:rsidRDefault="00000000">
            <w:pPr>
              <w:ind w:firstLine="0"/>
              <w:jc w:val="center"/>
              <w:rPr>
                <w:sz w:val="12"/>
              </w:rPr>
            </w:pPr>
            <w:r w:rsidRPr="007911BE">
              <w:rPr>
                <w:sz w:val="12"/>
              </w:rPr>
              <w:t>0.99</w:t>
            </w:r>
          </w:p>
        </w:tc>
        <w:tc>
          <w:tcPr>
            <w:tcW w:w="0" w:type="auto"/>
            <w:vAlign w:val="center"/>
          </w:tcPr>
          <w:p w14:paraId="0FD7080D" w14:textId="77777777" w:rsidR="00F12170" w:rsidRPr="007911BE" w:rsidRDefault="00000000">
            <w:pPr>
              <w:ind w:firstLine="0"/>
              <w:jc w:val="center"/>
              <w:rPr>
                <w:sz w:val="12"/>
              </w:rPr>
            </w:pPr>
            <w:r w:rsidRPr="007911BE">
              <w:rPr>
                <w:sz w:val="12"/>
              </w:rPr>
              <w:t>15.77</w:t>
            </w:r>
          </w:p>
        </w:tc>
        <w:tc>
          <w:tcPr>
            <w:tcW w:w="0" w:type="auto"/>
            <w:vAlign w:val="center"/>
          </w:tcPr>
          <w:p w14:paraId="475C8AAD" w14:textId="77777777" w:rsidR="00F12170" w:rsidRPr="007911BE" w:rsidRDefault="00000000">
            <w:pPr>
              <w:ind w:firstLine="0"/>
              <w:jc w:val="center"/>
              <w:rPr>
                <w:sz w:val="12"/>
              </w:rPr>
            </w:pPr>
            <w:r w:rsidRPr="007911BE">
              <w:rPr>
                <w:sz w:val="12"/>
              </w:rPr>
              <w:t>15.61</w:t>
            </w:r>
          </w:p>
        </w:tc>
        <w:tc>
          <w:tcPr>
            <w:tcW w:w="0" w:type="auto"/>
            <w:vAlign w:val="center"/>
          </w:tcPr>
          <w:p w14:paraId="4440F247" w14:textId="77777777" w:rsidR="00F12170" w:rsidRPr="007911BE" w:rsidRDefault="00000000">
            <w:pPr>
              <w:ind w:firstLine="0"/>
              <w:jc w:val="center"/>
              <w:rPr>
                <w:sz w:val="12"/>
              </w:rPr>
            </w:pPr>
            <w:r w:rsidRPr="007911BE">
              <w:rPr>
                <w:sz w:val="12"/>
              </w:rPr>
              <w:t>7.02</w:t>
            </w:r>
          </w:p>
        </w:tc>
      </w:tr>
      <w:tr w:rsidR="00F12170" w:rsidRPr="007911BE" w14:paraId="655A4CE5" w14:textId="77777777" w:rsidTr="00B408C8">
        <w:trPr>
          <w:jc w:val="center"/>
        </w:trPr>
        <w:tc>
          <w:tcPr>
            <w:tcW w:w="0" w:type="auto"/>
            <w:vAlign w:val="center"/>
          </w:tcPr>
          <w:p w14:paraId="071A2112" w14:textId="77777777" w:rsidR="00F12170" w:rsidRPr="007911BE" w:rsidRDefault="00000000">
            <w:pPr>
              <w:ind w:firstLine="0"/>
              <w:jc w:val="left"/>
              <w:rPr>
                <w:sz w:val="12"/>
                <w:lang w:val="ru-RU"/>
              </w:rPr>
            </w:pPr>
            <w:r w:rsidRPr="007911BE">
              <w:rPr>
                <w:sz w:val="12"/>
                <w:lang w:val="ru-RU"/>
              </w:rPr>
              <w:t>Стратегия действий в интересах граждан старшего поколения до 2030 года.</w:t>
            </w:r>
            <w:r w:rsidRPr="007911BE">
              <w:rPr>
                <w:sz w:val="12"/>
              </w:rPr>
              <w:t>pdf</w:t>
            </w:r>
          </w:p>
        </w:tc>
        <w:tc>
          <w:tcPr>
            <w:tcW w:w="0" w:type="auto"/>
            <w:vAlign w:val="center"/>
          </w:tcPr>
          <w:p w14:paraId="107360FF" w14:textId="77777777" w:rsidR="00F12170" w:rsidRPr="007911BE" w:rsidRDefault="00000000">
            <w:pPr>
              <w:ind w:firstLine="0"/>
              <w:jc w:val="center"/>
              <w:rPr>
                <w:sz w:val="12"/>
              </w:rPr>
            </w:pPr>
            <w:r w:rsidRPr="007911BE">
              <w:rPr>
                <w:sz w:val="12"/>
              </w:rPr>
              <w:t>10198</w:t>
            </w:r>
          </w:p>
        </w:tc>
        <w:tc>
          <w:tcPr>
            <w:tcW w:w="0" w:type="auto"/>
            <w:vAlign w:val="center"/>
          </w:tcPr>
          <w:p w14:paraId="355CC59E" w14:textId="77777777" w:rsidR="00F12170" w:rsidRPr="007911BE" w:rsidRDefault="00000000">
            <w:pPr>
              <w:ind w:firstLine="0"/>
              <w:jc w:val="center"/>
              <w:rPr>
                <w:sz w:val="12"/>
              </w:rPr>
            </w:pPr>
            <w:r w:rsidRPr="007911BE">
              <w:rPr>
                <w:sz w:val="12"/>
              </w:rPr>
              <w:t>0</w:t>
            </w:r>
          </w:p>
        </w:tc>
        <w:tc>
          <w:tcPr>
            <w:tcW w:w="0" w:type="auto"/>
            <w:vAlign w:val="center"/>
          </w:tcPr>
          <w:p w14:paraId="431613F7" w14:textId="77777777" w:rsidR="00F12170" w:rsidRPr="007911BE" w:rsidRDefault="00000000">
            <w:pPr>
              <w:ind w:firstLine="0"/>
              <w:jc w:val="center"/>
              <w:rPr>
                <w:sz w:val="12"/>
              </w:rPr>
            </w:pPr>
            <w:r w:rsidRPr="007911BE">
              <w:rPr>
                <w:sz w:val="12"/>
              </w:rPr>
              <w:t>18.43</w:t>
            </w:r>
          </w:p>
        </w:tc>
        <w:tc>
          <w:tcPr>
            <w:tcW w:w="0" w:type="auto"/>
            <w:vAlign w:val="center"/>
          </w:tcPr>
          <w:p w14:paraId="4108D534" w14:textId="77777777" w:rsidR="00F12170" w:rsidRPr="007911BE" w:rsidRDefault="00000000">
            <w:pPr>
              <w:ind w:firstLine="0"/>
              <w:jc w:val="center"/>
              <w:rPr>
                <w:sz w:val="12"/>
              </w:rPr>
            </w:pPr>
            <w:r w:rsidRPr="007911BE">
              <w:rPr>
                <w:sz w:val="12"/>
              </w:rPr>
              <w:t>2.75</w:t>
            </w:r>
          </w:p>
        </w:tc>
        <w:tc>
          <w:tcPr>
            <w:tcW w:w="0" w:type="auto"/>
            <w:vAlign w:val="center"/>
          </w:tcPr>
          <w:p w14:paraId="0AE80A01" w14:textId="77777777" w:rsidR="00F12170" w:rsidRPr="007911BE" w:rsidRDefault="00000000">
            <w:pPr>
              <w:ind w:firstLine="0"/>
              <w:jc w:val="center"/>
              <w:rPr>
                <w:sz w:val="12"/>
              </w:rPr>
            </w:pPr>
            <w:r w:rsidRPr="007911BE">
              <w:rPr>
                <w:sz w:val="12"/>
              </w:rPr>
              <w:t>3.82</w:t>
            </w:r>
          </w:p>
        </w:tc>
        <w:tc>
          <w:tcPr>
            <w:tcW w:w="0" w:type="auto"/>
            <w:vAlign w:val="center"/>
          </w:tcPr>
          <w:p w14:paraId="02D4813D" w14:textId="77777777" w:rsidR="00F12170" w:rsidRPr="007911BE" w:rsidRDefault="00000000">
            <w:pPr>
              <w:ind w:firstLine="0"/>
              <w:jc w:val="center"/>
              <w:rPr>
                <w:sz w:val="12"/>
              </w:rPr>
            </w:pPr>
            <w:r w:rsidRPr="007911BE">
              <w:rPr>
                <w:sz w:val="12"/>
              </w:rPr>
              <w:t>3.73</w:t>
            </w:r>
          </w:p>
        </w:tc>
        <w:tc>
          <w:tcPr>
            <w:tcW w:w="0" w:type="auto"/>
            <w:vAlign w:val="center"/>
          </w:tcPr>
          <w:p w14:paraId="2D6EAF78" w14:textId="77777777" w:rsidR="00F12170" w:rsidRPr="007911BE" w:rsidRDefault="00000000">
            <w:pPr>
              <w:ind w:firstLine="0"/>
              <w:jc w:val="center"/>
              <w:rPr>
                <w:sz w:val="12"/>
              </w:rPr>
            </w:pPr>
            <w:r w:rsidRPr="007911BE">
              <w:rPr>
                <w:sz w:val="12"/>
              </w:rPr>
              <w:t>22.26</w:t>
            </w:r>
          </w:p>
        </w:tc>
        <w:tc>
          <w:tcPr>
            <w:tcW w:w="0" w:type="auto"/>
            <w:vAlign w:val="center"/>
          </w:tcPr>
          <w:p w14:paraId="0A4E4BD1" w14:textId="77777777" w:rsidR="00F12170" w:rsidRPr="007911BE" w:rsidRDefault="00000000">
            <w:pPr>
              <w:ind w:firstLine="0"/>
              <w:jc w:val="center"/>
              <w:rPr>
                <w:sz w:val="12"/>
              </w:rPr>
            </w:pPr>
            <w:r w:rsidRPr="007911BE">
              <w:rPr>
                <w:sz w:val="12"/>
              </w:rPr>
              <w:t>12.26</w:t>
            </w:r>
          </w:p>
        </w:tc>
        <w:tc>
          <w:tcPr>
            <w:tcW w:w="0" w:type="auto"/>
            <w:vAlign w:val="center"/>
          </w:tcPr>
          <w:p w14:paraId="78BF4466" w14:textId="77777777" w:rsidR="00F12170" w:rsidRPr="007911BE" w:rsidRDefault="00000000">
            <w:pPr>
              <w:ind w:firstLine="0"/>
              <w:jc w:val="center"/>
              <w:rPr>
                <w:sz w:val="12"/>
              </w:rPr>
            </w:pPr>
            <w:r w:rsidRPr="007911BE">
              <w:rPr>
                <w:sz w:val="12"/>
              </w:rPr>
              <w:t>13.34</w:t>
            </w:r>
          </w:p>
        </w:tc>
        <w:tc>
          <w:tcPr>
            <w:tcW w:w="0" w:type="auto"/>
            <w:vAlign w:val="center"/>
          </w:tcPr>
          <w:p w14:paraId="5CAFF517" w14:textId="77777777" w:rsidR="00F12170" w:rsidRPr="007911BE" w:rsidRDefault="00000000">
            <w:pPr>
              <w:ind w:firstLine="0"/>
              <w:jc w:val="center"/>
              <w:rPr>
                <w:sz w:val="12"/>
              </w:rPr>
            </w:pPr>
            <w:r w:rsidRPr="007911BE">
              <w:rPr>
                <w:sz w:val="12"/>
              </w:rPr>
              <w:t>5.88</w:t>
            </w:r>
          </w:p>
        </w:tc>
      </w:tr>
    </w:tbl>
    <w:p w14:paraId="5444C95A" w14:textId="77777777" w:rsidR="00F12170" w:rsidRPr="007911BE" w:rsidRDefault="00000000" w:rsidP="00B408C8">
      <w:pPr>
        <w:spacing w:after="120"/>
        <w:ind w:firstLine="0"/>
        <w:jc w:val="left"/>
        <w:rPr>
          <w:lang w:val="ru-RU"/>
        </w:rPr>
      </w:pPr>
      <w:r w:rsidRPr="007911BE">
        <w:rPr>
          <w:lang w:val="ru-RU"/>
        </w:rPr>
        <w:t>Источник: расчёты автора по корпусу стратегических и проектных документов.</w:t>
      </w:r>
    </w:p>
    <w:p w14:paraId="6DED6B91" w14:textId="77777777" w:rsidR="00F12170" w:rsidRPr="007911BE" w:rsidRDefault="00000000" w:rsidP="00B408C8">
      <w:pPr>
        <w:spacing w:before="120" w:after="60"/>
        <w:ind w:firstLine="0"/>
        <w:rPr>
          <w:lang w:val="ru-RU"/>
        </w:rPr>
      </w:pPr>
      <w:r w:rsidRPr="007911BE">
        <w:rPr>
          <w:lang w:val="ru-RU"/>
        </w:rPr>
        <w:t xml:space="preserve">Таблица 25 </w:t>
      </w:r>
      <w:r w:rsidR="00387CF6" w:rsidRPr="007911BE">
        <w:rPr>
          <w:lang w:val="ru-RU"/>
        </w:rPr>
        <w:t xml:space="preserve">– </w:t>
      </w:r>
      <w:r w:rsidRPr="007911BE">
        <w:rPr>
          <w:lang w:val="ru-RU"/>
        </w:rPr>
        <w:t xml:space="preserve"> Попарное тематическое сходство документов корпуса</w:t>
      </w:r>
    </w:p>
    <w:tbl>
      <w:tblPr>
        <w:tblStyle w:val="aff0"/>
        <w:tblW w:w="0" w:type="auto"/>
        <w:jc w:val="center"/>
        <w:tblLook w:val="04A0" w:firstRow="1" w:lastRow="0" w:firstColumn="1" w:lastColumn="0" w:noHBand="0" w:noVBand="1"/>
      </w:tblPr>
      <w:tblGrid>
        <w:gridCol w:w="3974"/>
        <w:gridCol w:w="4560"/>
        <w:gridCol w:w="1321"/>
      </w:tblGrid>
      <w:tr w:rsidR="00F12170" w:rsidRPr="007911BE" w14:paraId="77043182" w14:textId="77777777" w:rsidTr="00B408C8">
        <w:trPr>
          <w:tblHeader/>
          <w:jc w:val="center"/>
        </w:trPr>
        <w:tc>
          <w:tcPr>
            <w:tcW w:w="0" w:type="auto"/>
            <w:shd w:val="clear" w:color="auto" w:fill="D9EAF7"/>
            <w:vAlign w:val="center"/>
          </w:tcPr>
          <w:p w14:paraId="48448CC4" w14:textId="77777777" w:rsidR="00F12170" w:rsidRPr="007911BE" w:rsidRDefault="00000000">
            <w:pPr>
              <w:ind w:firstLine="0"/>
              <w:jc w:val="center"/>
              <w:rPr>
                <w:sz w:val="20"/>
                <w:szCs w:val="32"/>
              </w:rPr>
            </w:pPr>
            <w:proofErr w:type="spellStart"/>
            <w:r w:rsidRPr="007911BE">
              <w:rPr>
                <w:b/>
                <w:sz w:val="20"/>
                <w:szCs w:val="32"/>
              </w:rPr>
              <w:t>Документ</w:t>
            </w:r>
            <w:proofErr w:type="spellEnd"/>
            <w:r w:rsidRPr="007911BE">
              <w:rPr>
                <w:b/>
                <w:sz w:val="20"/>
                <w:szCs w:val="32"/>
              </w:rPr>
              <w:t xml:space="preserve"> 1</w:t>
            </w:r>
          </w:p>
        </w:tc>
        <w:tc>
          <w:tcPr>
            <w:tcW w:w="0" w:type="auto"/>
            <w:shd w:val="clear" w:color="auto" w:fill="D9EAF7"/>
            <w:vAlign w:val="center"/>
          </w:tcPr>
          <w:p w14:paraId="08D9150C" w14:textId="77777777" w:rsidR="00F12170" w:rsidRPr="007911BE" w:rsidRDefault="00000000">
            <w:pPr>
              <w:ind w:firstLine="0"/>
              <w:jc w:val="center"/>
              <w:rPr>
                <w:sz w:val="20"/>
                <w:szCs w:val="32"/>
              </w:rPr>
            </w:pPr>
            <w:proofErr w:type="spellStart"/>
            <w:r w:rsidRPr="007911BE">
              <w:rPr>
                <w:b/>
                <w:sz w:val="20"/>
                <w:szCs w:val="32"/>
              </w:rPr>
              <w:t>Документ</w:t>
            </w:r>
            <w:proofErr w:type="spellEnd"/>
            <w:r w:rsidRPr="007911BE">
              <w:rPr>
                <w:b/>
                <w:sz w:val="20"/>
                <w:szCs w:val="32"/>
              </w:rPr>
              <w:t xml:space="preserve"> 2</w:t>
            </w:r>
          </w:p>
        </w:tc>
        <w:tc>
          <w:tcPr>
            <w:tcW w:w="0" w:type="auto"/>
            <w:shd w:val="clear" w:color="auto" w:fill="D9EAF7"/>
            <w:vAlign w:val="center"/>
          </w:tcPr>
          <w:p w14:paraId="0B0918AC" w14:textId="77777777" w:rsidR="00F12170" w:rsidRPr="007911BE" w:rsidRDefault="00000000">
            <w:pPr>
              <w:ind w:firstLine="0"/>
              <w:jc w:val="center"/>
              <w:rPr>
                <w:sz w:val="20"/>
                <w:szCs w:val="32"/>
              </w:rPr>
            </w:pPr>
            <w:r w:rsidRPr="007911BE">
              <w:rPr>
                <w:b/>
                <w:sz w:val="20"/>
                <w:szCs w:val="32"/>
              </w:rPr>
              <w:t xml:space="preserve">TF-IDF </w:t>
            </w:r>
            <w:proofErr w:type="spellStart"/>
            <w:r w:rsidRPr="007911BE">
              <w:rPr>
                <w:b/>
                <w:sz w:val="20"/>
                <w:szCs w:val="32"/>
              </w:rPr>
              <w:t>сходство</w:t>
            </w:r>
            <w:proofErr w:type="spellEnd"/>
          </w:p>
        </w:tc>
      </w:tr>
      <w:tr w:rsidR="00F12170" w:rsidRPr="007911BE" w14:paraId="1CD8E631" w14:textId="77777777" w:rsidTr="00B408C8">
        <w:trPr>
          <w:jc w:val="center"/>
        </w:trPr>
        <w:tc>
          <w:tcPr>
            <w:tcW w:w="0" w:type="auto"/>
            <w:vAlign w:val="center"/>
          </w:tcPr>
          <w:p w14:paraId="76EC3CD0" w14:textId="77777777" w:rsidR="00F12170" w:rsidRPr="007911BE" w:rsidRDefault="00000000">
            <w:pPr>
              <w:ind w:firstLine="0"/>
              <w:jc w:val="left"/>
              <w:rPr>
                <w:sz w:val="20"/>
                <w:szCs w:val="32"/>
                <w:lang w:val="ru-RU"/>
              </w:rPr>
            </w:pPr>
            <w:r w:rsidRPr="007911BE">
              <w:rPr>
                <w:sz w:val="20"/>
                <w:szCs w:val="32"/>
                <w:lang w:val="ru-RU"/>
              </w:rPr>
              <w:t>Стратегия действий в интересах граждан старшего поколения до 2030 года.</w:t>
            </w:r>
            <w:r w:rsidRPr="007911BE">
              <w:rPr>
                <w:sz w:val="20"/>
                <w:szCs w:val="32"/>
              </w:rPr>
              <w:t>pdf</w:t>
            </w:r>
          </w:p>
        </w:tc>
        <w:tc>
          <w:tcPr>
            <w:tcW w:w="0" w:type="auto"/>
            <w:vAlign w:val="center"/>
          </w:tcPr>
          <w:p w14:paraId="5FE5E9AD" w14:textId="77777777" w:rsidR="00F12170" w:rsidRPr="007911BE" w:rsidRDefault="00000000">
            <w:pPr>
              <w:ind w:firstLine="0"/>
              <w:jc w:val="left"/>
              <w:rPr>
                <w:sz w:val="20"/>
                <w:szCs w:val="32"/>
                <w:lang w:val="ru-RU"/>
              </w:rPr>
            </w:pPr>
            <w:r w:rsidRPr="007911BE">
              <w:rPr>
                <w:sz w:val="20"/>
                <w:szCs w:val="32"/>
                <w:lang w:val="ru-RU"/>
              </w:rPr>
              <w:t>Стратегия действий по реализации семейной и демографической политики до 2036 года.</w:t>
            </w:r>
            <w:r w:rsidRPr="007911BE">
              <w:rPr>
                <w:sz w:val="20"/>
                <w:szCs w:val="32"/>
              </w:rPr>
              <w:t>pdf</w:t>
            </w:r>
          </w:p>
        </w:tc>
        <w:tc>
          <w:tcPr>
            <w:tcW w:w="0" w:type="auto"/>
            <w:vAlign w:val="center"/>
          </w:tcPr>
          <w:p w14:paraId="12428444" w14:textId="77777777" w:rsidR="00F12170" w:rsidRPr="007911BE" w:rsidRDefault="00000000">
            <w:pPr>
              <w:ind w:firstLine="0"/>
              <w:jc w:val="center"/>
              <w:rPr>
                <w:sz w:val="20"/>
                <w:szCs w:val="32"/>
              </w:rPr>
            </w:pPr>
            <w:r w:rsidRPr="007911BE">
              <w:rPr>
                <w:sz w:val="20"/>
                <w:szCs w:val="32"/>
              </w:rPr>
              <w:t>0.49</w:t>
            </w:r>
          </w:p>
        </w:tc>
      </w:tr>
      <w:tr w:rsidR="00F12170" w:rsidRPr="007911BE" w14:paraId="3094A042" w14:textId="77777777" w:rsidTr="00B408C8">
        <w:trPr>
          <w:jc w:val="center"/>
        </w:trPr>
        <w:tc>
          <w:tcPr>
            <w:tcW w:w="0" w:type="auto"/>
            <w:vAlign w:val="center"/>
          </w:tcPr>
          <w:p w14:paraId="4803B633" w14:textId="77777777" w:rsidR="00F12170" w:rsidRPr="007911BE" w:rsidRDefault="00000000">
            <w:pPr>
              <w:ind w:firstLine="0"/>
              <w:jc w:val="left"/>
              <w:rPr>
                <w:sz w:val="20"/>
                <w:szCs w:val="32"/>
                <w:lang w:val="ru-RU"/>
              </w:rPr>
            </w:pPr>
            <w:r w:rsidRPr="007911BE">
              <w:rPr>
                <w:sz w:val="20"/>
                <w:szCs w:val="32"/>
                <w:lang w:val="ru-RU"/>
              </w:rPr>
              <w:t>Презентация национального проекта Семья.</w:t>
            </w:r>
            <w:r w:rsidRPr="007911BE">
              <w:rPr>
                <w:sz w:val="20"/>
                <w:szCs w:val="32"/>
              </w:rPr>
              <w:t>pdf</w:t>
            </w:r>
          </w:p>
        </w:tc>
        <w:tc>
          <w:tcPr>
            <w:tcW w:w="0" w:type="auto"/>
            <w:vAlign w:val="center"/>
          </w:tcPr>
          <w:p w14:paraId="5171988B" w14:textId="77777777" w:rsidR="00F12170" w:rsidRPr="007911BE" w:rsidRDefault="00000000">
            <w:pPr>
              <w:ind w:firstLine="0"/>
              <w:jc w:val="left"/>
              <w:rPr>
                <w:sz w:val="20"/>
                <w:szCs w:val="32"/>
                <w:lang w:val="ru-RU"/>
              </w:rPr>
            </w:pPr>
            <w:r w:rsidRPr="007911BE">
              <w:rPr>
                <w:sz w:val="20"/>
                <w:szCs w:val="32"/>
                <w:lang w:val="ru-RU"/>
              </w:rPr>
              <w:t>Стратегия действий по реализации семейной и демографической политики до 2036 года.</w:t>
            </w:r>
            <w:r w:rsidRPr="007911BE">
              <w:rPr>
                <w:sz w:val="20"/>
                <w:szCs w:val="32"/>
              </w:rPr>
              <w:t>pdf</w:t>
            </w:r>
          </w:p>
        </w:tc>
        <w:tc>
          <w:tcPr>
            <w:tcW w:w="0" w:type="auto"/>
            <w:vAlign w:val="center"/>
          </w:tcPr>
          <w:p w14:paraId="0DF5FA6B" w14:textId="77777777" w:rsidR="00F12170" w:rsidRPr="007911BE" w:rsidRDefault="00000000">
            <w:pPr>
              <w:ind w:firstLine="0"/>
              <w:jc w:val="center"/>
              <w:rPr>
                <w:sz w:val="20"/>
                <w:szCs w:val="32"/>
              </w:rPr>
            </w:pPr>
            <w:r w:rsidRPr="007911BE">
              <w:rPr>
                <w:sz w:val="20"/>
                <w:szCs w:val="32"/>
              </w:rPr>
              <w:t>0.25</w:t>
            </w:r>
          </w:p>
        </w:tc>
      </w:tr>
      <w:tr w:rsidR="00F12170" w:rsidRPr="007911BE" w14:paraId="0EAB658D" w14:textId="77777777" w:rsidTr="00B408C8">
        <w:trPr>
          <w:jc w:val="center"/>
        </w:trPr>
        <w:tc>
          <w:tcPr>
            <w:tcW w:w="0" w:type="auto"/>
            <w:vAlign w:val="center"/>
          </w:tcPr>
          <w:p w14:paraId="50D4BF18" w14:textId="77777777" w:rsidR="00F12170" w:rsidRPr="007911BE" w:rsidRDefault="00000000">
            <w:pPr>
              <w:ind w:firstLine="0"/>
              <w:jc w:val="left"/>
              <w:rPr>
                <w:sz w:val="20"/>
                <w:szCs w:val="32"/>
                <w:lang w:val="ru-RU"/>
              </w:rPr>
            </w:pPr>
            <w:r w:rsidRPr="007911BE">
              <w:rPr>
                <w:sz w:val="20"/>
                <w:szCs w:val="32"/>
                <w:lang w:val="ru-RU"/>
              </w:rPr>
              <w:t>Презентация национального проекта Семья.</w:t>
            </w:r>
            <w:r w:rsidRPr="007911BE">
              <w:rPr>
                <w:sz w:val="20"/>
                <w:szCs w:val="32"/>
              </w:rPr>
              <w:t>pdf</w:t>
            </w:r>
          </w:p>
        </w:tc>
        <w:tc>
          <w:tcPr>
            <w:tcW w:w="0" w:type="auto"/>
            <w:vAlign w:val="center"/>
          </w:tcPr>
          <w:p w14:paraId="0CB3E1A0" w14:textId="77777777" w:rsidR="00F12170" w:rsidRPr="007911BE" w:rsidRDefault="00000000">
            <w:pPr>
              <w:ind w:firstLine="0"/>
              <w:jc w:val="left"/>
              <w:rPr>
                <w:sz w:val="20"/>
                <w:szCs w:val="32"/>
                <w:lang w:val="ru-RU"/>
              </w:rPr>
            </w:pPr>
            <w:r w:rsidRPr="007911BE">
              <w:rPr>
                <w:sz w:val="20"/>
                <w:szCs w:val="32"/>
                <w:lang w:val="ru-RU"/>
              </w:rPr>
              <w:t>Стратегия действий в интересах граждан старшего поколения до 2030 года.</w:t>
            </w:r>
            <w:r w:rsidRPr="007911BE">
              <w:rPr>
                <w:sz w:val="20"/>
                <w:szCs w:val="32"/>
              </w:rPr>
              <w:t>pdf</w:t>
            </w:r>
          </w:p>
        </w:tc>
        <w:tc>
          <w:tcPr>
            <w:tcW w:w="0" w:type="auto"/>
            <w:vAlign w:val="center"/>
          </w:tcPr>
          <w:p w14:paraId="6BE36BCC" w14:textId="77777777" w:rsidR="00F12170" w:rsidRPr="007911BE" w:rsidRDefault="00000000">
            <w:pPr>
              <w:ind w:firstLine="0"/>
              <w:jc w:val="center"/>
              <w:rPr>
                <w:sz w:val="20"/>
                <w:szCs w:val="32"/>
              </w:rPr>
            </w:pPr>
            <w:r w:rsidRPr="007911BE">
              <w:rPr>
                <w:sz w:val="20"/>
                <w:szCs w:val="32"/>
              </w:rPr>
              <w:t>0.21</w:t>
            </w:r>
          </w:p>
        </w:tc>
      </w:tr>
      <w:tr w:rsidR="00F12170" w:rsidRPr="007911BE" w14:paraId="5CD78C7B" w14:textId="77777777" w:rsidTr="00B408C8">
        <w:trPr>
          <w:jc w:val="center"/>
        </w:trPr>
        <w:tc>
          <w:tcPr>
            <w:tcW w:w="0" w:type="auto"/>
            <w:vAlign w:val="center"/>
          </w:tcPr>
          <w:p w14:paraId="60639030" w14:textId="77777777" w:rsidR="00F12170" w:rsidRPr="007911BE" w:rsidRDefault="00000000">
            <w:pPr>
              <w:ind w:firstLine="0"/>
              <w:jc w:val="left"/>
              <w:rPr>
                <w:sz w:val="20"/>
                <w:szCs w:val="32"/>
                <w:lang w:val="ru-RU"/>
              </w:rPr>
            </w:pPr>
            <w:r w:rsidRPr="007911BE">
              <w:rPr>
                <w:sz w:val="20"/>
                <w:szCs w:val="32"/>
                <w:lang w:val="ru-RU"/>
              </w:rPr>
              <w:t>Паспорт-национального-проекта-Семья.</w:t>
            </w:r>
            <w:r w:rsidRPr="007911BE">
              <w:rPr>
                <w:sz w:val="20"/>
                <w:szCs w:val="32"/>
              </w:rPr>
              <w:t>pdf</w:t>
            </w:r>
          </w:p>
        </w:tc>
        <w:tc>
          <w:tcPr>
            <w:tcW w:w="0" w:type="auto"/>
            <w:vAlign w:val="center"/>
          </w:tcPr>
          <w:p w14:paraId="669F6397" w14:textId="77777777" w:rsidR="00F12170" w:rsidRPr="007911BE" w:rsidRDefault="00000000">
            <w:pPr>
              <w:ind w:firstLine="0"/>
              <w:jc w:val="left"/>
              <w:rPr>
                <w:sz w:val="20"/>
                <w:szCs w:val="32"/>
                <w:lang w:val="ru-RU"/>
              </w:rPr>
            </w:pPr>
            <w:r w:rsidRPr="007911BE">
              <w:rPr>
                <w:sz w:val="20"/>
                <w:szCs w:val="32"/>
                <w:lang w:val="ru-RU"/>
              </w:rPr>
              <w:t>Стратегия действий по реализации семейной и демографической политики до 2036 года.</w:t>
            </w:r>
            <w:r w:rsidRPr="007911BE">
              <w:rPr>
                <w:sz w:val="20"/>
                <w:szCs w:val="32"/>
              </w:rPr>
              <w:t>pdf</w:t>
            </w:r>
          </w:p>
        </w:tc>
        <w:tc>
          <w:tcPr>
            <w:tcW w:w="0" w:type="auto"/>
            <w:vAlign w:val="center"/>
          </w:tcPr>
          <w:p w14:paraId="0BBC961D" w14:textId="77777777" w:rsidR="00F12170" w:rsidRPr="007911BE" w:rsidRDefault="00000000">
            <w:pPr>
              <w:ind w:firstLine="0"/>
              <w:jc w:val="center"/>
              <w:rPr>
                <w:sz w:val="20"/>
                <w:szCs w:val="32"/>
              </w:rPr>
            </w:pPr>
            <w:r w:rsidRPr="007911BE">
              <w:rPr>
                <w:sz w:val="20"/>
                <w:szCs w:val="32"/>
              </w:rPr>
              <w:t>0.17</w:t>
            </w:r>
          </w:p>
        </w:tc>
      </w:tr>
      <w:tr w:rsidR="00F12170" w:rsidRPr="007911BE" w14:paraId="096EF354" w14:textId="77777777" w:rsidTr="00B408C8">
        <w:trPr>
          <w:jc w:val="center"/>
        </w:trPr>
        <w:tc>
          <w:tcPr>
            <w:tcW w:w="0" w:type="auto"/>
            <w:vAlign w:val="center"/>
          </w:tcPr>
          <w:p w14:paraId="5435427E" w14:textId="77777777" w:rsidR="00F12170" w:rsidRPr="007911BE" w:rsidRDefault="00000000">
            <w:pPr>
              <w:ind w:firstLine="0"/>
              <w:jc w:val="left"/>
              <w:rPr>
                <w:sz w:val="20"/>
                <w:szCs w:val="32"/>
                <w:lang w:val="ru-RU"/>
              </w:rPr>
            </w:pPr>
            <w:r w:rsidRPr="007911BE">
              <w:rPr>
                <w:sz w:val="20"/>
                <w:szCs w:val="32"/>
                <w:lang w:val="ru-RU"/>
              </w:rPr>
              <w:lastRenderedPageBreak/>
              <w:t>Паспорт-национального-проекта-Семья.</w:t>
            </w:r>
            <w:r w:rsidRPr="007911BE">
              <w:rPr>
                <w:sz w:val="20"/>
                <w:szCs w:val="32"/>
              </w:rPr>
              <w:t>pdf</w:t>
            </w:r>
          </w:p>
        </w:tc>
        <w:tc>
          <w:tcPr>
            <w:tcW w:w="0" w:type="auto"/>
            <w:vAlign w:val="center"/>
          </w:tcPr>
          <w:p w14:paraId="1A44C6A0" w14:textId="77777777" w:rsidR="00F12170" w:rsidRPr="007911BE" w:rsidRDefault="00000000">
            <w:pPr>
              <w:ind w:firstLine="0"/>
              <w:jc w:val="left"/>
              <w:rPr>
                <w:sz w:val="20"/>
                <w:szCs w:val="32"/>
                <w:lang w:val="ru-RU"/>
              </w:rPr>
            </w:pPr>
            <w:r w:rsidRPr="007911BE">
              <w:rPr>
                <w:sz w:val="20"/>
                <w:szCs w:val="32"/>
                <w:lang w:val="ru-RU"/>
              </w:rPr>
              <w:t>Стратегия действий в интересах граждан старшего поколения до 2030 года.</w:t>
            </w:r>
            <w:r w:rsidRPr="007911BE">
              <w:rPr>
                <w:sz w:val="20"/>
                <w:szCs w:val="32"/>
              </w:rPr>
              <w:t>pdf</w:t>
            </w:r>
          </w:p>
        </w:tc>
        <w:tc>
          <w:tcPr>
            <w:tcW w:w="0" w:type="auto"/>
            <w:vAlign w:val="center"/>
          </w:tcPr>
          <w:p w14:paraId="5B849C59" w14:textId="77777777" w:rsidR="00F12170" w:rsidRPr="007911BE" w:rsidRDefault="00000000">
            <w:pPr>
              <w:ind w:firstLine="0"/>
              <w:jc w:val="center"/>
              <w:rPr>
                <w:sz w:val="20"/>
                <w:szCs w:val="32"/>
              </w:rPr>
            </w:pPr>
            <w:r w:rsidRPr="007911BE">
              <w:rPr>
                <w:sz w:val="20"/>
                <w:szCs w:val="32"/>
              </w:rPr>
              <w:t>0.12</w:t>
            </w:r>
          </w:p>
        </w:tc>
      </w:tr>
      <w:tr w:rsidR="00F12170" w:rsidRPr="007911BE" w14:paraId="2A0FC31B" w14:textId="77777777" w:rsidTr="00B408C8">
        <w:trPr>
          <w:jc w:val="center"/>
        </w:trPr>
        <w:tc>
          <w:tcPr>
            <w:tcW w:w="0" w:type="auto"/>
            <w:vAlign w:val="center"/>
          </w:tcPr>
          <w:p w14:paraId="00798DB3" w14:textId="77777777" w:rsidR="00F12170" w:rsidRPr="007911BE" w:rsidRDefault="00000000">
            <w:pPr>
              <w:ind w:firstLine="0"/>
              <w:jc w:val="left"/>
              <w:rPr>
                <w:sz w:val="20"/>
                <w:szCs w:val="32"/>
                <w:lang w:val="ru-RU"/>
              </w:rPr>
            </w:pPr>
            <w:r w:rsidRPr="007911BE">
              <w:rPr>
                <w:sz w:val="20"/>
                <w:szCs w:val="32"/>
                <w:lang w:val="ru-RU"/>
              </w:rPr>
              <w:t>Паспорт-национального-проекта-Семья.</w:t>
            </w:r>
            <w:r w:rsidRPr="007911BE">
              <w:rPr>
                <w:sz w:val="20"/>
                <w:szCs w:val="32"/>
              </w:rPr>
              <w:t>pdf</w:t>
            </w:r>
          </w:p>
        </w:tc>
        <w:tc>
          <w:tcPr>
            <w:tcW w:w="0" w:type="auto"/>
            <w:vAlign w:val="center"/>
          </w:tcPr>
          <w:p w14:paraId="523DB7A3" w14:textId="77777777" w:rsidR="00F12170" w:rsidRPr="007911BE" w:rsidRDefault="00000000">
            <w:pPr>
              <w:ind w:firstLine="0"/>
              <w:jc w:val="left"/>
              <w:rPr>
                <w:sz w:val="20"/>
                <w:szCs w:val="32"/>
                <w:lang w:val="ru-RU"/>
              </w:rPr>
            </w:pPr>
            <w:r w:rsidRPr="007911BE">
              <w:rPr>
                <w:sz w:val="20"/>
                <w:szCs w:val="32"/>
                <w:lang w:val="ru-RU"/>
              </w:rPr>
              <w:t>Презентация национального проекта Семья.</w:t>
            </w:r>
            <w:r w:rsidRPr="007911BE">
              <w:rPr>
                <w:sz w:val="20"/>
                <w:szCs w:val="32"/>
              </w:rPr>
              <w:t>pdf</w:t>
            </w:r>
          </w:p>
        </w:tc>
        <w:tc>
          <w:tcPr>
            <w:tcW w:w="0" w:type="auto"/>
            <w:vAlign w:val="center"/>
          </w:tcPr>
          <w:p w14:paraId="24BAB71E" w14:textId="77777777" w:rsidR="00F12170" w:rsidRPr="007911BE" w:rsidRDefault="00000000">
            <w:pPr>
              <w:ind w:firstLine="0"/>
              <w:jc w:val="center"/>
              <w:rPr>
                <w:sz w:val="20"/>
                <w:szCs w:val="32"/>
              </w:rPr>
            </w:pPr>
            <w:r w:rsidRPr="007911BE">
              <w:rPr>
                <w:sz w:val="20"/>
                <w:szCs w:val="32"/>
              </w:rPr>
              <w:t>0.09</w:t>
            </w:r>
          </w:p>
        </w:tc>
      </w:tr>
    </w:tbl>
    <w:p w14:paraId="39BCA80B" w14:textId="77777777" w:rsidR="00F12170" w:rsidRPr="007911BE" w:rsidRDefault="00000000">
      <w:pPr>
        <w:spacing w:after="120"/>
        <w:jc w:val="left"/>
        <w:rPr>
          <w:lang w:val="ru-RU"/>
        </w:rPr>
      </w:pPr>
      <w:r w:rsidRPr="007911BE">
        <w:rPr>
          <w:lang w:val="ru-RU"/>
        </w:rPr>
        <w:t>Источник: расчёты автора по корпусу стратегических и проектных документов.</w:t>
      </w:r>
    </w:p>
    <w:p w14:paraId="1587818B" w14:textId="77777777" w:rsidR="00F12170" w:rsidRPr="007911BE" w:rsidRDefault="00000000">
      <w:pPr>
        <w:jc w:val="center"/>
      </w:pPr>
      <w:r w:rsidRPr="007911BE">
        <w:rPr>
          <w:noProof/>
        </w:rPr>
        <w:drawing>
          <wp:inline distT="0" distB="0" distL="0" distR="0" wp14:anchorId="794DB0FF" wp14:editId="348C312E">
            <wp:extent cx="5688000" cy="173917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_similarity_dendrogram.png"/>
                    <pic:cNvPicPr/>
                  </pic:nvPicPr>
                  <pic:blipFill>
                    <a:blip r:embed="rId43"/>
                    <a:stretch>
                      <a:fillRect/>
                    </a:stretch>
                  </pic:blipFill>
                  <pic:spPr>
                    <a:xfrm>
                      <a:off x="0" y="0"/>
                      <a:ext cx="5688000" cy="1739178"/>
                    </a:xfrm>
                    <a:prstGeom prst="rect">
                      <a:avLst/>
                    </a:prstGeom>
                  </pic:spPr>
                </pic:pic>
              </a:graphicData>
            </a:graphic>
          </wp:inline>
        </w:drawing>
      </w:r>
    </w:p>
    <w:p w14:paraId="0A817948" w14:textId="77777777" w:rsidR="00B408C8" w:rsidRPr="007911BE" w:rsidRDefault="00B408C8" w:rsidP="00B408C8">
      <w:pPr>
        <w:spacing w:before="120" w:after="60"/>
        <w:ind w:firstLine="0"/>
        <w:rPr>
          <w:lang w:val="ru-RU"/>
        </w:rPr>
      </w:pPr>
      <w:r w:rsidRPr="007911BE">
        <w:rPr>
          <w:lang w:val="ru-RU"/>
        </w:rPr>
        <w:t xml:space="preserve">Рисунок 36 </w:t>
      </w:r>
      <w:r w:rsidR="00387CF6" w:rsidRPr="007911BE">
        <w:rPr>
          <w:lang w:val="ru-RU"/>
        </w:rPr>
        <w:t xml:space="preserve">– </w:t>
      </w:r>
      <w:r w:rsidRPr="007911BE">
        <w:rPr>
          <w:lang w:val="ru-RU"/>
        </w:rPr>
        <w:t xml:space="preserve"> </w:t>
      </w:r>
      <w:proofErr w:type="spellStart"/>
      <w:r w:rsidRPr="007911BE">
        <w:rPr>
          <w:lang w:val="ru-RU"/>
        </w:rPr>
        <w:t>Дендрограмма</w:t>
      </w:r>
      <w:proofErr w:type="spellEnd"/>
      <w:r w:rsidRPr="007911BE">
        <w:rPr>
          <w:lang w:val="ru-RU"/>
        </w:rPr>
        <w:t xml:space="preserve"> тематической близости документов</w:t>
      </w:r>
    </w:p>
    <w:p w14:paraId="24167315" w14:textId="77777777" w:rsidR="00F12170" w:rsidRPr="007911BE" w:rsidRDefault="00000000" w:rsidP="00B408C8">
      <w:pPr>
        <w:spacing w:after="120"/>
        <w:ind w:firstLine="0"/>
        <w:jc w:val="left"/>
        <w:rPr>
          <w:lang w:val="ru-RU"/>
        </w:rPr>
      </w:pPr>
      <w:r w:rsidRPr="007911BE">
        <w:rPr>
          <w:lang w:val="ru-RU"/>
        </w:rPr>
        <w:t>Источник: расчёты автора по корпусу стратегических и проектных документов.</w:t>
      </w:r>
    </w:p>
    <w:p w14:paraId="0C49C1C0" w14:textId="77777777" w:rsidR="00F12170" w:rsidRPr="007911BE" w:rsidRDefault="00000000" w:rsidP="00585C06">
      <w:pPr>
        <w:pStyle w:val="21"/>
      </w:pPr>
      <w:bookmarkStart w:id="47" w:name="_Toc228134093"/>
      <w:r w:rsidRPr="007911BE">
        <w:t>9.</w:t>
      </w:r>
      <w:r w:rsidR="00585C06" w:rsidRPr="007911BE">
        <w:t>4</w:t>
      </w:r>
      <w:r w:rsidRPr="007911BE">
        <w:t>. Выводы и рекомендации</w:t>
      </w:r>
      <w:bookmarkEnd w:id="47"/>
    </w:p>
    <w:p w14:paraId="049AA36B" w14:textId="77777777" w:rsidR="00F12170" w:rsidRPr="007911BE" w:rsidRDefault="00000000">
      <w:pPr>
        <w:rPr>
          <w:lang w:val="ru-RU"/>
        </w:rPr>
      </w:pPr>
      <w:r w:rsidRPr="007911BE">
        <w:rPr>
          <w:sz w:val="28"/>
          <w:lang w:val="ru-RU"/>
        </w:rPr>
        <w:t xml:space="preserve">Рекомендуется изменить коммуникационную рамку нацпроекта: от декларативного призыва к многодетности к доказательному устранению барьеров желаемой рождаемости. Это не ослабляет </w:t>
      </w:r>
      <w:proofErr w:type="spellStart"/>
      <w:r w:rsidRPr="007911BE">
        <w:rPr>
          <w:sz w:val="28"/>
          <w:lang w:val="ru-RU"/>
        </w:rPr>
        <w:t>пронатальную</w:t>
      </w:r>
      <w:proofErr w:type="spellEnd"/>
      <w:r w:rsidRPr="007911BE">
        <w:rPr>
          <w:sz w:val="28"/>
          <w:lang w:val="ru-RU"/>
        </w:rPr>
        <w:t xml:space="preserve"> направленность, а делает её более эффективной и социально приемлемой. В публичной коммуникации следует показывать не абстрактную «ценность семьи», а конкретные жизненные траектории: жильё, работа, здоровье, образование, уход, безопасность, время родителей, участие отцов.</w:t>
      </w:r>
    </w:p>
    <w:p w14:paraId="3B7BE9FB" w14:textId="77777777" w:rsidR="00F12170" w:rsidRPr="007911BE" w:rsidRDefault="00000000">
      <w:pPr>
        <w:rPr>
          <w:lang w:val="ru-RU"/>
        </w:rPr>
      </w:pPr>
      <w:r w:rsidRPr="007911BE">
        <w:rPr>
          <w:sz w:val="28"/>
          <w:lang w:val="ru-RU"/>
        </w:rPr>
        <w:t xml:space="preserve">В показатели блока «Семейные ценности» следует добавить не только долю граждан, считающих семью главной ценностью, но и показатели репродуктивных намерений, ожидаемого числа детей, доверия к мерам поддержки, восприятия стабильности будущего, готовности работодателей к </w:t>
      </w:r>
      <w:proofErr w:type="spellStart"/>
      <w:r w:rsidRPr="007911BE">
        <w:rPr>
          <w:sz w:val="28"/>
          <w:lang w:val="ru-RU"/>
        </w:rPr>
        <w:t>семейно</w:t>
      </w:r>
      <w:proofErr w:type="spellEnd"/>
      <w:r w:rsidRPr="007911BE">
        <w:rPr>
          <w:sz w:val="28"/>
          <w:lang w:val="ru-RU"/>
        </w:rPr>
        <w:t xml:space="preserve"> ориентированным практикам. Это позволит уйти от символического измерения ценностей к управлению реальными поведенческими факторами.</w:t>
      </w:r>
    </w:p>
    <w:p w14:paraId="1BCC1F2C" w14:textId="77777777" w:rsidR="00F12170" w:rsidRPr="007911BE" w:rsidRDefault="00000000" w:rsidP="00585C06">
      <w:pPr>
        <w:pStyle w:val="1"/>
      </w:pPr>
      <w:bookmarkStart w:id="48" w:name="_Toc228134094"/>
      <w:r w:rsidRPr="007911BE">
        <w:t>10. Охват сфер жизнедеятельности и системная достаточность нацпроекта</w:t>
      </w:r>
      <w:bookmarkEnd w:id="48"/>
    </w:p>
    <w:p w14:paraId="00D49E6D" w14:textId="77777777" w:rsidR="00F12170" w:rsidRPr="007911BE" w:rsidRDefault="00000000" w:rsidP="00585C06">
      <w:pPr>
        <w:pStyle w:val="21"/>
      </w:pPr>
      <w:bookmarkStart w:id="49" w:name="_Toc228134095"/>
      <w:r w:rsidRPr="007911BE">
        <w:t>10.1. Методика</w:t>
      </w:r>
      <w:bookmarkEnd w:id="49"/>
    </w:p>
    <w:p w14:paraId="77CE5AFD" w14:textId="77777777" w:rsidR="00F12170" w:rsidRPr="007911BE" w:rsidRDefault="00000000">
      <w:pPr>
        <w:rPr>
          <w:sz w:val="28"/>
          <w:szCs w:val="28"/>
          <w:lang w:val="ru-RU"/>
        </w:rPr>
      </w:pPr>
      <w:r w:rsidRPr="007911BE">
        <w:rPr>
          <w:sz w:val="28"/>
          <w:szCs w:val="28"/>
          <w:lang w:val="ru-RU"/>
        </w:rPr>
        <w:t>Для оценки системной достаточности были выделены основные сферы жизнедеятельности, влияющие на рождаемость и на качество жизни семьи: доходы, жильё, занятость, детская инфраструктура, репродуктивное здоровье, первые, вторые и третьи рождения, семейные ценности, сельские территории, уход за старшими, миграция, отцовство, психологическое благополучие и административная доступность. Такой перечень нужен, чтобы проверить, покрывает ли проект реальные причины демографического поведения, а не только его отдельные проявления.</w:t>
      </w:r>
    </w:p>
    <w:p w14:paraId="4285A03C" w14:textId="77777777" w:rsidR="00F12170" w:rsidRPr="007911BE" w:rsidRDefault="00000000">
      <w:pPr>
        <w:rPr>
          <w:sz w:val="28"/>
          <w:szCs w:val="28"/>
          <w:lang w:val="ru-RU"/>
        </w:rPr>
      </w:pPr>
      <w:r w:rsidRPr="007911BE">
        <w:rPr>
          <w:sz w:val="28"/>
          <w:szCs w:val="28"/>
          <w:lang w:val="ru-RU"/>
        </w:rPr>
        <w:lastRenderedPageBreak/>
        <w:t xml:space="preserve">Каждая сфера оценивалась по шкале от 0 до 4. Ноль означает фактическое отсутствие темы в проекте. Единица </w:t>
      </w:r>
      <w:r w:rsidR="00387CF6" w:rsidRPr="007911BE">
        <w:rPr>
          <w:sz w:val="28"/>
          <w:szCs w:val="28"/>
          <w:lang w:val="ru-RU"/>
        </w:rPr>
        <w:t xml:space="preserve">– </w:t>
      </w:r>
      <w:r w:rsidRPr="007911BE">
        <w:rPr>
          <w:sz w:val="28"/>
          <w:szCs w:val="28"/>
          <w:lang w:val="ru-RU"/>
        </w:rPr>
        <w:t xml:space="preserve"> тема названа, но остаётся декларацией. Двойка </w:t>
      </w:r>
      <w:r w:rsidR="00387CF6" w:rsidRPr="007911BE">
        <w:rPr>
          <w:sz w:val="28"/>
          <w:szCs w:val="28"/>
          <w:lang w:val="ru-RU"/>
        </w:rPr>
        <w:t xml:space="preserve">– </w:t>
      </w:r>
      <w:r w:rsidRPr="007911BE">
        <w:rPr>
          <w:sz w:val="28"/>
          <w:szCs w:val="28"/>
          <w:lang w:val="ru-RU"/>
        </w:rPr>
        <w:t xml:space="preserve"> есть отдельные меры. Тройка </w:t>
      </w:r>
      <w:r w:rsidR="00387CF6" w:rsidRPr="007911BE">
        <w:rPr>
          <w:sz w:val="28"/>
          <w:szCs w:val="28"/>
          <w:lang w:val="ru-RU"/>
        </w:rPr>
        <w:t xml:space="preserve">– </w:t>
      </w:r>
      <w:r w:rsidRPr="007911BE">
        <w:rPr>
          <w:sz w:val="28"/>
          <w:szCs w:val="28"/>
          <w:lang w:val="ru-RU"/>
        </w:rPr>
        <w:t xml:space="preserve"> есть меры и показатели. Четвёрка </w:t>
      </w:r>
      <w:r w:rsidR="00387CF6" w:rsidRPr="007911BE">
        <w:rPr>
          <w:sz w:val="28"/>
          <w:szCs w:val="28"/>
          <w:lang w:val="ru-RU"/>
        </w:rPr>
        <w:t xml:space="preserve">– </w:t>
      </w:r>
      <w:r w:rsidRPr="007911BE">
        <w:rPr>
          <w:sz w:val="28"/>
          <w:szCs w:val="28"/>
          <w:lang w:val="ru-RU"/>
        </w:rPr>
        <w:t xml:space="preserve"> есть меры, показатели, данные, региональная детализация и возможность оценивать эффект. Такая шкала позволяет видеть не просто наличие темы в тексте, а степень её реальной управленческой проработки.</w:t>
      </w:r>
    </w:p>
    <w:p w14:paraId="1B60FAA3" w14:textId="77777777" w:rsidR="00F12170" w:rsidRPr="007911BE" w:rsidRDefault="00000000">
      <w:pPr>
        <w:rPr>
          <w:sz w:val="28"/>
          <w:szCs w:val="28"/>
          <w:lang w:val="ru-RU"/>
        </w:rPr>
      </w:pPr>
      <w:r w:rsidRPr="007911BE">
        <w:rPr>
          <w:sz w:val="28"/>
          <w:szCs w:val="28"/>
          <w:lang w:val="ru-RU"/>
        </w:rPr>
        <w:t xml:space="preserve">Оценка проводилась </w:t>
      </w:r>
      <w:proofErr w:type="spellStart"/>
      <w:r w:rsidRPr="007911BE">
        <w:rPr>
          <w:sz w:val="28"/>
          <w:szCs w:val="28"/>
          <w:lang w:val="ru-RU"/>
        </w:rPr>
        <w:t>экспертно</w:t>
      </w:r>
      <w:proofErr w:type="spellEnd"/>
      <w:r w:rsidRPr="007911BE">
        <w:rPr>
          <w:sz w:val="28"/>
          <w:szCs w:val="28"/>
          <w:lang w:val="ru-RU"/>
        </w:rPr>
        <w:t xml:space="preserve">, но по формализованным правилам. Это означает, что каждому баллу соответствовали конкретные признаки, а не общее впечатление от документа. В результате раздел показывает, где проект уже обладает достаточной глубиной, а где тема присутствует лишь в символическом или частично </w:t>
      </w:r>
      <w:proofErr w:type="spellStart"/>
      <w:r w:rsidRPr="007911BE">
        <w:rPr>
          <w:sz w:val="28"/>
          <w:szCs w:val="28"/>
          <w:lang w:val="ru-RU"/>
        </w:rPr>
        <w:t>операциональном</w:t>
      </w:r>
      <w:proofErr w:type="spellEnd"/>
      <w:r w:rsidRPr="007911BE">
        <w:rPr>
          <w:sz w:val="28"/>
          <w:szCs w:val="28"/>
          <w:lang w:val="ru-RU"/>
        </w:rPr>
        <w:t xml:space="preserve"> виде.</w:t>
      </w:r>
    </w:p>
    <w:p w14:paraId="727BF4B6" w14:textId="77777777" w:rsidR="00B408C8" w:rsidRPr="007911BE" w:rsidRDefault="00B408C8" w:rsidP="00B408C8">
      <w:pPr>
        <w:ind w:firstLine="0"/>
        <w:jc w:val="center"/>
        <w:rPr>
          <w:sz w:val="28"/>
          <w:szCs w:val="28"/>
          <w:lang w:val="ru-RU"/>
        </w:rPr>
      </w:pPr>
      <w:r w:rsidRPr="007911BE">
        <w:rPr>
          <w:noProof/>
        </w:rPr>
        <w:drawing>
          <wp:inline distT="0" distB="0" distL="0" distR="0" wp14:anchorId="02A165D8" wp14:editId="04CCBF34">
            <wp:extent cx="5580000" cy="45012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erminants_coverage_heatmap.png"/>
                    <pic:cNvPicPr/>
                  </pic:nvPicPr>
                  <pic:blipFill>
                    <a:blip r:embed="rId44"/>
                    <a:stretch>
                      <a:fillRect/>
                    </a:stretch>
                  </pic:blipFill>
                  <pic:spPr>
                    <a:xfrm>
                      <a:off x="0" y="0"/>
                      <a:ext cx="5580000" cy="4501265"/>
                    </a:xfrm>
                    <a:prstGeom prst="rect">
                      <a:avLst/>
                    </a:prstGeom>
                  </pic:spPr>
                </pic:pic>
              </a:graphicData>
            </a:graphic>
          </wp:inline>
        </w:drawing>
      </w:r>
    </w:p>
    <w:p w14:paraId="1867DE7C" w14:textId="77777777" w:rsidR="00F12170" w:rsidRPr="007911BE" w:rsidRDefault="00000000">
      <w:pPr>
        <w:ind w:firstLine="0"/>
        <w:jc w:val="center"/>
        <w:rPr>
          <w:lang w:val="ru-RU"/>
        </w:rPr>
      </w:pPr>
      <w:r w:rsidRPr="007911BE">
        <w:rPr>
          <w:lang w:val="ru-RU"/>
        </w:rPr>
        <w:t xml:space="preserve">Рисунок 37 </w:t>
      </w:r>
      <w:r w:rsidR="00387CF6" w:rsidRPr="007911BE">
        <w:rPr>
          <w:lang w:val="ru-RU"/>
        </w:rPr>
        <w:t xml:space="preserve">– </w:t>
      </w:r>
      <w:r w:rsidRPr="007911BE">
        <w:rPr>
          <w:lang w:val="ru-RU"/>
        </w:rPr>
        <w:t xml:space="preserve"> Охват сфер жизнедеятельности, влияющих на демографию</w:t>
      </w:r>
    </w:p>
    <w:p w14:paraId="63CEF1F8" w14:textId="77777777" w:rsidR="00F12170" w:rsidRPr="007911BE" w:rsidRDefault="00000000">
      <w:pPr>
        <w:ind w:firstLine="0"/>
        <w:jc w:val="center"/>
        <w:rPr>
          <w:lang w:val="ru-RU"/>
        </w:rPr>
      </w:pPr>
      <w:r w:rsidRPr="007911BE">
        <w:rPr>
          <w:i/>
          <w:sz w:val="24"/>
          <w:lang w:val="ru-RU"/>
        </w:rPr>
        <w:t>Источник: экспертная оценка на основе паспорта, стратегий и базы показателей</w:t>
      </w:r>
    </w:p>
    <w:p w14:paraId="15259668" w14:textId="77777777" w:rsidR="00F12170" w:rsidRPr="007911BE" w:rsidRDefault="00000000">
      <w:pPr>
        <w:ind w:firstLine="0"/>
        <w:jc w:val="left"/>
      </w:pPr>
      <w:proofErr w:type="spellStart"/>
      <w:r w:rsidRPr="007911BE">
        <w:t>Таблица</w:t>
      </w:r>
      <w:proofErr w:type="spellEnd"/>
      <w:r w:rsidRPr="007911BE">
        <w:t xml:space="preserve"> 26 </w:t>
      </w:r>
      <w:r w:rsidR="00387CF6" w:rsidRPr="007911BE">
        <w:t xml:space="preserve">– </w:t>
      </w:r>
      <w:r w:rsidRPr="007911BE">
        <w:t xml:space="preserve"> </w:t>
      </w:r>
      <w:proofErr w:type="spellStart"/>
      <w:r w:rsidRPr="007911BE">
        <w:t>Матрица</w:t>
      </w:r>
      <w:proofErr w:type="spellEnd"/>
      <w:r w:rsidRPr="007911BE">
        <w:t xml:space="preserve"> </w:t>
      </w:r>
      <w:proofErr w:type="spellStart"/>
      <w:r w:rsidRPr="007911BE">
        <w:t>охвата</w:t>
      </w:r>
      <w:proofErr w:type="spellEnd"/>
      <w:r w:rsidRPr="007911BE">
        <w:t xml:space="preserve"> </w:t>
      </w:r>
      <w:proofErr w:type="spellStart"/>
      <w:r w:rsidRPr="007911BE">
        <w:t>сфер</w:t>
      </w:r>
      <w:proofErr w:type="spellEnd"/>
      <w:r w:rsidRPr="007911BE">
        <w:t xml:space="preserve"> </w:t>
      </w:r>
      <w:proofErr w:type="spellStart"/>
      <w:r w:rsidRPr="007911BE">
        <w:t>жизнедеятельности</w:t>
      </w:r>
      <w:proofErr w:type="spellEnd"/>
    </w:p>
    <w:tbl>
      <w:tblPr>
        <w:tblStyle w:val="aff0"/>
        <w:tblW w:w="0" w:type="auto"/>
        <w:jc w:val="center"/>
        <w:tblLook w:val="04A0" w:firstRow="1" w:lastRow="0" w:firstColumn="1" w:lastColumn="0" w:noHBand="0" w:noVBand="1"/>
      </w:tblPr>
      <w:tblGrid>
        <w:gridCol w:w="3108"/>
        <w:gridCol w:w="1216"/>
        <w:gridCol w:w="5531"/>
      </w:tblGrid>
      <w:tr w:rsidR="00F12170" w:rsidRPr="007911BE" w14:paraId="628D34D4" w14:textId="77777777" w:rsidTr="00B408C8">
        <w:trPr>
          <w:tblHeader/>
          <w:jc w:val="center"/>
        </w:trPr>
        <w:tc>
          <w:tcPr>
            <w:tcW w:w="0" w:type="auto"/>
            <w:vAlign w:val="center"/>
          </w:tcPr>
          <w:p w14:paraId="5E07C90E" w14:textId="77777777" w:rsidR="00F12170" w:rsidRPr="007911BE" w:rsidRDefault="00000000">
            <w:pPr>
              <w:ind w:firstLine="0"/>
              <w:jc w:val="center"/>
            </w:pPr>
            <w:proofErr w:type="spellStart"/>
            <w:r w:rsidRPr="007911BE">
              <w:rPr>
                <w:b/>
                <w:sz w:val="24"/>
              </w:rPr>
              <w:t>Сфера</w:t>
            </w:r>
            <w:proofErr w:type="spellEnd"/>
          </w:p>
        </w:tc>
        <w:tc>
          <w:tcPr>
            <w:tcW w:w="0" w:type="auto"/>
            <w:vAlign w:val="center"/>
          </w:tcPr>
          <w:p w14:paraId="6BB8FD8B" w14:textId="77777777" w:rsidR="00F12170" w:rsidRPr="007911BE" w:rsidRDefault="00000000" w:rsidP="00B408C8">
            <w:pPr>
              <w:ind w:firstLine="0"/>
              <w:jc w:val="center"/>
            </w:pPr>
            <w:proofErr w:type="spellStart"/>
            <w:r w:rsidRPr="007911BE">
              <w:rPr>
                <w:b/>
                <w:sz w:val="24"/>
              </w:rPr>
              <w:t>Оценка</w:t>
            </w:r>
            <w:proofErr w:type="spellEnd"/>
            <w:r w:rsidRPr="007911BE">
              <w:rPr>
                <w:b/>
                <w:sz w:val="24"/>
              </w:rPr>
              <w:t xml:space="preserve"> 0–4</w:t>
            </w:r>
          </w:p>
        </w:tc>
        <w:tc>
          <w:tcPr>
            <w:tcW w:w="0" w:type="auto"/>
            <w:vAlign w:val="center"/>
          </w:tcPr>
          <w:p w14:paraId="32E3A712" w14:textId="77777777" w:rsidR="00F12170" w:rsidRPr="007911BE" w:rsidRDefault="00000000">
            <w:pPr>
              <w:ind w:firstLine="0"/>
              <w:jc w:val="center"/>
            </w:pPr>
            <w:proofErr w:type="spellStart"/>
            <w:r w:rsidRPr="007911BE">
              <w:rPr>
                <w:b/>
                <w:sz w:val="24"/>
              </w:rPr>
              <w:t>Комментарий</w:t>
            </w:r>
            <w:proofErr w:type="spellEnd"/>
          </w:p>
        </w:tc>
      </w:tr>
      <w:tr w:rsidR="00F12170" w:rsidRPr="007911BE" w14:paraId="3A29F158" w14:textId="77777777" w:rsidTr="00B408C8">
        <w:trPr>
          <w:jc w:val="center"/>
        </w:trPr>
        <w:tc>
          <w:tcPr>
            <w:tcW w:w="0" w:type="auto"/>
            <w:vAlign w:val="center"/>
          </w:tcPr>
          <w:p w14:paraId="5E309A4E" w14:textId="77777777" w:rsidR="00F12170" w:rsidRPr="007911BE" w:rsidRDefault="00000000">
            <w:pPr>
              <w:ind w:firstLine="0"/>
              <w:jc w:val="left"/>
            </w:pPr>
            <w:proofErr w:type="spellStart"/>
            <w:r w:rsidRPr="007911BE">
              <w:rPr>
                <w:sz w:val="24"/>
              </w:rPr>
              <w:t>Доходы</w:t>
            </w:r>
            <w:proofErr w:type="spellEnd"/>
            <w:r w:rsidRPr="007911BE">
              <w:rPr>
                <w:sz w:val="24"/>
              </w:rPr>
              <w:t xml:space="preserve"> и </w:t>
            </w:r>
            <w:proofErr w:type="spellStart"/>
            <w:r w:rsidRPr="007911BE">
              <w:rPr>
                <w:sz w:val="24"/>
              </w:rPr>
              <w:t>бедность</w:t>
            </w:r>
            <w:proofErr w:type="spellEnd"/>
            <w:r w:rsidRPr="007911BE">
              <w:rPr>
                <w:sz w:val="24"/>
              </w:rPr>
              <w:t xml:space="preserve"> </w:t>
            </w:r>
            <w:proofErr w:type="spellStart"/>
            <w:r w:rsidRPr="007911BE">
              <w:rPr>
                <w:sz w:val="24"/>
              </w:rPr>
              <w:t>семей</w:t>
            </w:r>
            <w:proofErr w:type="spellEnd"/>
          </w:p>
        </w:tc>
        <w:tc>
          <w:tcPr>
            <w:tcW w:w="0" w:type="auto"/>
            <w:vAlign w:val="center"/>
          </w:tcPr>
          <w:p w14:paraId="099C94C1" w14:textId="77777777" w:rsidR="00F12170" w:rsidRPr="007911BE" w:rsidRDefault="00000000" w:rsidP="00B408C8">
            <w:pPr>
              <w:ind w:firstLine="0"/>
              <w:jc w:val="center"/>
            </w:pPr>
            <w:r w:rsidRPr="007911BE">
              <w:rPr>
                <w:sz w:val="24"/>
              </w:rPr>
              <w:t>3</w:t>
            </w:r>
          </w:p>
        </w:tc>
        <w:tc>
          <w:tcPr>
            <w:tcW w:w="0" w:type="auto"/>
            <w:vAlign w:val="center"/>
          </w:tcPr>
          <w:p w14:paraId="57037199" w14:textId="77777777" w:rsidR="00F12170" w:rsidRPr="007911BE" w:rsidRDefault="00000000">
            <w:pPr>
              <w:ind w:firstLine="0"/>
              <w:jc w:val="left"/>
              <w:rPr>
                <w:lang w:val="ru-RU"/>
              </w:rPr>
            </w:pPr>
            <w:r w:rsidRPr="007911BE">
              <w:rPr>
                <w:sz w:val="24"/>
                <w:lang w:val="ru-RU"/>
              </w:rPr>
              <w:t>Прямые трансферты и пособия сильны, но структурный рост доходов вынесен за пределы проекта</w:t>
            </w:r>
          </w:p>
        </w:tc>
      </w:tr>
      <w:tr w:rsidR="00F12170" w:rsidRPr="007911BE" w14:paraId="52F9CB2C" w14:textId="77777777" w:rsidTr="00B408C8">
        <w:trPr>
          <w:jc w:val="center"/>
        </w:trPr>
        <w:tc>
          <w:tcPr>
            <w:tcW w:w="0" w:type="auto"/>
            <w:vAlign w:val="center"/>
          </w:tcPr>
          <w:p w14:paraId="761C92FC" w14:textId="77777777" w:rsidR="00F12170" w:rsidRPr="007911BE" w:rsidRDefault="00000000">
            <w:pPr>
              <w:ind w:firstLine="0"/>
              <w:jc w:val="left"/>
            </w:pPr>
            <w:proofErr w:type="spellStart"/>
            <w:r w:rsidRPr="007911BE">
              <w:rPr>
                <w:sz w:val="24"/>
              </w:rPr>
              <w:t>Жильё</w:t>
            </w:r>
            <w:proofErr w:type="spellEnd"/>
            <w:r w:rsidRPr="007911BE">
              <w:rPr>
                <w:sz w:val="24"/>
              </w:rPr>
              <w:t xml:space="preserve"> и </w:t>
            </w:r>
            <w:proofErr w:type="spellStart"/>
            <w:r w:rsidRPr="007911BE">
              <w:rPr>
                <w:sz w:val="24"/>
              </w:rPr>
              <w:t>долговая</w:t>
            </w:r>
            <w:proofErr w:type="spellEnd"/>
            <w:r w:rsidRPr="007911BE">
              <w:rPr>
                <w:sz w:val="24"/>
              </w:rPr>
              <w:t xml:space="preserve"> </w:t>
            </w:r>
            <w:proofErr w:type="spellStart"/>
            <w:r w:rsidRPr="007911BE">
              <w:rPr>
                <w:sz w:val="24"/>
              </w:rPr>
              <w:t>нагрузка</w:t>
            </w:r>
            <w:proofErr w:type="spellEnd"/>
          </w:p>
        </w:tc>
        <w:tc>
          <w:tcPr>
            <w:tcW w:w="0" w:type="auto"/>
            <w:vAlign w:val="center"/>
          </w:tcPr>
          <w:p w14:paraId="413FBB78" w14:textId="77777777" w:rsidR="00F12170" w:rsidRPr="007911BE" w:rsidRDefault="00000000" w:rsidP="00B408C8">
            <w:pPr>
              <w:ind w:firstLine="0"/>
              <w:jc w:val="center"/>
            </w:pPr>
            <w:r w:rsidRPr="007911BE">
              <w:rPr>
                <w:sz w:val="24"/>
              </w:rPr>
              <w:t>2</w:t>
            </w:r>
          </w:p>
        </w:tc>
        <w:tc>
          <w:tcPr>
            <w:tcW w:w="0" w:type="auto"/>
            <w:vAlign w:val="center"/>
          </w:tcPr>
          <w:p w14:paraId="4507B00D" w14:textId="77777777" w:rsidR="00F12170" w:rsidRPr="007911BE" w:rsidRDefault="00000000">
            <w:pPr>
              <w:ind w:firstLine="0"/>
              <w:jc w:val="left"/>
              <w:rPr>
                <w:lang w:val="ru-RU"/>
              </w:rPr>
            </w:pPr>
            <w:r w:rsidRPr="007911BE">
              <w:rPr>
                <w:sz w:val="24"/>
                <w:lang w:val="ru-RU"/>
              </w:rPr>
              <w:t xml:space="preserve">Ипотечные инструменты есть, </w:t>
            </w:r>
            <w:proofErr w:type="spellStart"/>
            <w:r w:rsidRPr="007911BE">
              <w:rPr>
                <w:sz w:val="24"/>
                <w:lang w:val="ru-RU"/>
              </w:rPr>
              <w:t>неипотечные</w:t>
            </w:r>
            <w:proofErr w:type="spellEnd"/>
            <w:r w:rsidRPr="007911BE">
              <w:rPr>
                <w:sz w:val="24"/>
                <w:lang w:val="ru-RU"/>
              </w:rPr>
              <w:t xml:space="preserve"> механизмы слабее</w:t>
            </w:r>
          </w:p>
        </w:tc>
      </w:tr>
      <w:tr w:rsidR="00F12170" w:rsidRPr="007911BE" w14:paraId="3F993D37" w14:textId="77777777" w:rsidTr="00B408C8">
        <w:trPr>
          <w:jc w:val="center"/>
        </w:trPr>
        <w:tc>
          <w:tcPr>
            <w:tcW w:w="0" w:type="auto"/>
            <w:vAlign w:val="center"/>
          </w:tcPr>
          <w:p w14:paraId="53F438C4" w14:textId="77777777" w:rsidR="00F12170" w:rsidRPr="007911BE" w:rsidRDefault="00000000">
            <w:pPr>
              <w:ind w:firstLine="0"/>
              <w:jc w:val="left"/>
            </w:pPr>
            <w:proofErr w:type="spellStart"/>
            <w:r w:rsidRPr="007911BE">
              <w:rPr>
                <w:sz w:val="24"/>
              </w:rPr>
              <w:t>Занятость</w:t>
            </w:r>
            <w:proofErr w:type="spellEnd"/>
            <w:r w:rsidRPr="007911BE">
              <w:rPr>
                <w:sz w:val="24"/>
              </w:rPr>
              <w:t xml:space="preserve"> и </w:t>
            </w:r>
            <w:proofErr w:type="spellStart"/>
            <w:r w:rsidRPr="007911BE">
              <w:rPr>
                <w:sz w:val="24"/>
              </w:rPr>
              <w:t>совмещение</w:t>
            </w:r>
            <w:proofErr w:type="spellEnd"/>
            <w:r w:rsidRPr="007911BE">
              <w:rPr>
                <w:sz w:val="24"/>
              </w:rPr>
              <w:t xml:space="preserve"> </w:t>
            </w:r>
            <w:proofErr w:type="spellStart"/>
            <w:r w:rsidRPr="007911BE">
              <w:rPr>
                <w:sz w:val="24"/>
              </w:rPr>
              <w:t>ролей</w:t>
            </w:r>
            <w:proofErr w:type="spellEnd"/>
          </w:p>
        </w:tc>
        <w:tc>
          <w:tcPr>
            <w:tcW w:w="0" w:type="auto"/>
            <w:vAlign w:val="center"/>
          </w:tcPr>
          <w:p w14:paraId="5B32929D" w14:textId="77777777" w:rsidR="00F12170" w:rsidRPr="007911BE" w:rsidRDefault="00000000" w:rsidP="00B408C8">
            <w:pPr>
              <w:ind w:firstLine="0"/>
              <w:jc w:val="center"/>
            </w:pPr>
            <w:r w:rsidRPr="007911BE">
              <w:rPr>
                <w:sz w:val="24"/>
              </w:rPr>
              <w:t>2</w:t>
            </w:r>
          </w:p>
        </w:tc>
        <w:tc>
          <w:tcPr>
            <w:tcW w:w="0" w:type="auto"/>
            <w:vAlign w:val="center"/>
          </w:tcPr>
          <w:p w14:paraId="3E2F81F4" w14:textId="77777777" w:rsidR="00F12170" w:rsidRPr="007911BE" w:rsidRDefault="00000000">
            <w:pPr>
              <w:ind w:firstLine="0"/>
              <w:jc w:val="left"/>
              <w:rPr>
                <w:lang w:val="ru-RU"/>
              </w:rPr>
            </w:pPr>
            <w:r w:rsidRPr="007911BE">
              <w:rPr>
                <w:sz w:val="24"/>
                <w:lang w:val="ru-RU"/>
              </w:rPr>
              <w:t>Есть студенческие и образовательные меры; корпоративная политика слабо измерима</w:t>
            </w:r>
          </w:p>
        </w:tc>
      </w:tr>
      <w:tr w:rsidR="00F12170" w:rsidRPr="007911BE" w14:paraId="6106E590" w14:textId="77777777" w:rsidTr="00B408C8">
        <w:trPr>
          <w:jc w:val="center"/>
        </w:trPr>
        <w:tc>
          <w:tcPr>
            <w:tcW w:w="0" w:type="auto"/>
            <w:vAlign w:val="center"/>
          </w:tcPr>
          <w:p w14:paraId="74CE3D12" w14:textId="77777777" w:rsidR="00F12170" w:rsidRPr="007911BE" w:rsidRDefault="00000000">
            <w:pPr>
              <w:ind w:firstLine="0"/>
              <w:jc w:val="left"/>
            </w:pPr>
            <w:proofErr w:type="spellStart"/>
            <w:r w:rsidRPr="007911BE">
              <w:rPr>
                <w:sz w:val="24"/>
              </w:rPr>
              <w:t>Дошкольная</w:t>
            </w:r>
            <w:proofErr w:type="spellEnd"/>
            <w:r w:rsidRPr="007911BE">
              <w:rPr>
                <w:sz w:val="24"/>
              </w:rPr>
              <w:t xml:space="preserve"> и </w:t>
            </w:r>
            <w:proofErr w:type="spellStart"/>
            <w:r w:rsidRPr="007911BE">
              <w:rPr>
                <w:sz w:val="24"/>
              </w:rPr>
              <w:t>школьная</w:t>
            </w:r>
            <w:proofErr w:type="spellEnd"/>
            <w:r w:rsidRPr="007911BE">
              <w:rPr>
                <w:sz w:val="24"/>
              </w:rPr>
              <w:t xml:space="preserve"> </w:t>
            </w:r>
            <w:proofErr w:type="spellStart"/>
            <w:r w:rsidRPr="007911BE">
              <w:rPr>
                <w:sz w:val="24"/>
              </w:rPr>
              <w:t>инфраструктура</w:t>
            </w:r>
            <w:proofErr w:type="spellEnd"/>
          </w:p>
        </w:tc>
        <w:tc>
          <w:tcPr>
            <w:tcW w:w="0" w:type="auto"/>
            <w:vAlign w:val="center"/>
          </w:tcPr>
          <w:p w14:paraId="2709D06E" w14:textId="77777777" w:rsidR="00F12170" w:rsidRPr="007911BE" w:rsidRDefault="00000000" w:rsidP="00B408C8">
            <w:pPr>
              <w:ind w:firstLine="0"/>
              <w:jc w:val="center"/>
            </w:pPr>
            <w:r w:rsidRPr="007911BE">
              <w:rPr>
                <w:sz w:val="24"/>
              </w:rPr>
              <w:t>3</w:t>
            </w:r>
          </w:p>
        </w:tc>
        <w:tc>
          <w:tcPr>
            <w:tcW w:w="0" w:type="auto"/>
            <w:vAlign w:val="center"/>
          </w:tcPr>
          <w:p w14:paraId="3E8DCD39" w14:textId="77777777" w:rsidR="00F12170" w:rsidRPr="007911BE" w:rsidRDefault="00000000">
            <w:pPr>
              <w:ind w:firstLine="0"/>
              <w:jc w:val="left"/>
              <w:rPr>
                <w:lang w:val="ru-RU"/>
              </w:rPr>
            </w:pPr>
            <w:r w:rsidRPr="007911BE">
              <w:rPr>
                <w:sz w:val="24"/>
                <w:lang w:val="ru-RU"/>
              </w:rPr>
              <w:t>Детсады, ремонт и продленный день представлены, но данные неполны</w:t>
            </w:r>
          </w:p>
        </w:tc>
      </w:tr>
      <w:tr w:rsidR="00F12170" w:rsidRPr="007911BE" w14:paraId="76CC8679" w14:textId="77777777" w:rsidTr="00B408C8">
        <w:trPr>
          <w:jc w:val="center"/>
        </w:trPr>
        <w:tc>
          <w:tcPr>
            <w:tcW w:w="0" w:type="auto"/>
            <w:vAlign w:val="center"/>
          </w:tcPr>
          <w:p w14:paraId="60A1A7B1" w14:textId="77777777" w:rsidR="00F12170" w:rsidRPr="007911BE" w:rsidRDefault="00000000">
            <w:pPr>
              <w:ind w:firstLine="0"/>
              <w:jc w:val="left"/>
            </w:pPr>
            <w:proofErr w:type="spellStart"/>
            <w:r w:rsidRPr="007911BE">
              <w:rPr>
                <w:sz w:val="24"/>
              </w:rPr>
              <w:lastRenderedPageBreak/>
              <w:t>Репродуктивное</w:t>
            </w:r>
            <w:proofErr w:type="spellEnd"/>
            <w:r w:rsidRPr="007911BE">
              <w:rPr>
                <w:sz w:val="24"/>
              </w:rPr>
              <w:t xml:space="preserve"> </w:t>
            </w:r>
            <w:proofErr w:type="spellStart"/>
            <w:r w:rsidRPr="007911BE">
              <w:rPr>
                <w:sz w:val="24"/>
              </w:rPr>
              <w:t>здоровье</w:t>
            </w:r>
            <w:proofErr w:type="spellEnd"/>
          </w:p>
        </w:tc>
        <w:tc>
          <w:tcPr>
            <w:tcW w:w="0" w:type="auto"/>
            <w:vAlign w:val="center"/>
          </w:tcPr>
          <w:p w14:paraId="34AB1E19" w14:textId="77777777" w:rsidR="00F12170" w:rsidRPr="007911BE" w:rsidRDefault="00000000" w:rsidP="00B408C8">
            <w:pPr>
              <w:ind w:firstLine="0"/>
              <w:jc w:val="center"/>
            </w:pPr>
            <w:r w:rsidRPr="007911BE">
              <w:rPr>
                <w:sz w:val="24"/>
              </w:rPr>
              <w:t>3</w:t>
            </w:r>
          </w:p>
        </w:tc>
        <w:tc>
          <w:tcPr>
            <w:tcW w:w="0" w:type="auto"/>
            <w:vAlign w:val="center"/>
          </w:tcPr>
          <w:p w14:paraId="23AE7508" w14:textId="77777777" w:rsidR="00F12170" w:rsidRPr="007911BE" w:rsidRDefault="00000000">
            <w:pPr>
              <w:ind w:firstLine="0"/>
              <w:jc w:val="left"/>
              <w:rPr>
                <w:lang w:val="ru-RU"/>
              </w:rPr>
            </w:pPr>
            <w:r w:rsidRPr="007911BE">
              <w:rPr>
                <w:sz w:val="24"/>
                <w:lang w:val="ru-RU"/>
              </w:rPr>
              <w:t>Медицинский блок выражен, включая диспансеризацию и ЭКО</w:t>
            </w:r>
          </w:p>
        </w:tc>
      </w:tr>
      <w:tr w:rsidR="00F12170" w:rsidRPr="007911BE" w14:paraId="5510AFBB" w14:textId="77777777" w:rsidTr="00B408C8">
        <w:trPr>
          <w:jc w:val="center"/>
        </w:trPr>
        <w:tc>
          <w:tcPr>
            <w:tcW w:w="0" w:type="auto"/>
            <w:vAlign w:val="center"/>
          </w:tcPr>
          <w:p w14:paraId="1F4FD69B" w14:textId="77777777" w:rsidR="00F12170" w:rsidRPr="007911BE" w:rsidRDefault="00000000">
            <w:pPr>
              <w:ind w:firstLine="0"/>
              <w:jc w:val="left"/>
            </w:pPr>
            <w:proofErr w:type="spellStart"/>
            <w:r w:rsidRPr="007911BE">
              <w:rPr>
                <w:sz w:val="24"/>
              </w:rPr>
              <w:t>Рождение</w:t>
            </w:r>
            <w:proofErr w:type="spellEnd"/>
            <w:r w:rsidRPr="007911BE">
              <w:rPr>
                <w:sz w:val="24"/>
              </w:rPr>
              <w:t xml:space="preserve"> </w:t>
            </w:r>
            <w:proofErr w:type="spellStart"/>
            <w:r w:rsidRPr="007911BE">
              <w:rPr>
                <w:sz w:val="24"/>
              </w:rPr>
              <w:t>первого</w:t>
            </w:r>
            <w:proofErr w:type="spellEnd"/>
            <w:r w:rsidRPr="007911BE">
              <w:rPr>
                <w:sz w:val="24"/>
              </w:rPr>
              <w:t xml:space="preserve"> </w:t>
            </w:r>
            <w:proofErr w:type="spellStart"/>
            <w:r w:rsidRPr="007911BE">
              <w:rPr>
                <w:sz w:val="24"/>
              </w:rPr>
              <w:t>ребёнка</w:t>
            </w:r>
            <w:proofErr w:type="spellEnd"/>
          </w:p>
        </w:tc>
        <w:tc>
          <w:tcPr>
            <w:tcW w:w="0" w:type="auto"/>
            <w:vAlign w:val="center"/>
          </w:tcPr>
          <w:p w14:paraId="54E8BB85" w14:textId="77777777" w:rsidR="00F12170" w:rsidRPr="007911BE" w:rsidRDefault="00000000" w:rsidP="00B408C8">
            <w:pPr>
              <w:ind w:firstLine="0"/>
              <w:jc w:val="center"/>
            </w:pPr>
            <w:r w:rsidRPr="007911BE">
              <w:rPr>
                <w:sz w:val="24"/>
              </w:rPr>
              <w:t>1</w:t>
            </w:r>
          </w:p>
        </w:tc>
        <w:tc>
          <w:tcPr>
            <w:tcW w:w="0" w:type="auto"/>
            <w:vAlign w:val="center"/>
          </w:tcPr>
          <w:p w14:paraId="7F6EB488" w14:textId="77777777" w:rsidR="00F12170" w:rsidRPr="007911BE" w:rsidRDefault="00000000">
            <w:pPr>
              <w:ind w:firstLine="0"/>
              <w:jc w:val="left"/>
              <w:rPr>
                <w:lang w:val="ru-RU"/>
              </w:rPr>
            </w:pPr>
            <w:r w:rsidRPr="007911BE">
              <w:rPr>
                <w:sz w:val="24"/>
                <w:lang w:val="ru-RU"/>
              </w:rPr>
              <w:t>Фокус преимущественно на многодетности и семьях с детьми</w:t>
            </w:r>
          </w:p>
        </w:tc>
      </w:tr>
      <w:tr w:rsidR="00F12170" w:rsidRPr="007911BE" w14:paraId="67E3CF41" w14:textId="77777777" w:rsidTr="00B408C8">
        <w:trPr>
          <w:jc w:val="center"/>
        </w:trPr>
        <w:tc>
          <w:tcPr>
            <w:tcW w:w="0" w:type="auto"/>
            <w:vAlign w:val="center"/>
          </w:tcPr>
          <w:p w14:paraId="7C32692E" w14:textId="77777777" w:rsidR="00F12170" w:rsidRPr="007911BE" w:rsidRDefault="00000000">
            <w:pPr>
              <w:ind w:firstLine="0"/>
              <w:jc w:val="left"/>
            </w:pPr>
            <w:proofErr w:type="spellStart"/>
            <w:r w:rsidRPr="007911BE">
              <w:rPr>
                <w:sz w:val="24"/>
              </w:rPr>
              <w:t>Вторые</w:t>
            </w:r>
            <w:proofErr w:type="spellEnd"/>
            <w:r w:rsidRPr="007911BE">
              <w:rPr>
                <w:sz w:val="24"/>
              </w:rPr>
              <w:t xml:space="preserve"> </w:t>
            </w:r>
            <w:proofErr w:type="spellStart"/>
            <w:r w:rsidRPr="007911BE">
              <w:rPr>
                <w:sz w:val="24"/>
              </w:rPr>
              <w:t>рождения</w:t>
            </w:r>
            <w:proofErr w:type="spellEnd"/>
          </w:p>
        </w:tc>
        <w:tc>
          <w:tcPr>
            <w:tcW w:w="0" w:type="auto"/>
            <w:vAlign w:val="center"/>
          </w:tcPr>
          <w:p w14:paraId="34F9F828" w14:textId="77777777" w:rsidR="00F12170" w:rsidRPr="007911BE" w:rsidRDefault="00000000" w:rsidP="00B408C8">
            <w:pPr>
              <w:ind w:firstLine="0"/>
              <w:jc w:val="center"/>
            </w:pPr>
            <w:r w:rsidRPr="007911BE">
              <w:rPr>
                <w:sz w:val="24"/>
              </w:rPr>
              <w:t>1</w:t>
            </w:r>
          </w:p>
        </w:tc>
        <w:tc>
          <w:tcPr>
            <w:tcW w:w="0" w:type="auto"/>
            <w:vAlign w:val="center"/>
          </w:tcPr>
          <w:p w14:paraId="74B1E67A" w14:textId="77777777" w:rsidR="00F12170" w:rsidRPr="007911BE" w:rsidRDefault="00000000">
            <w:pPr>
              <w:ind w:firstLine="0"/>
              <w:jc w:val="left"/>
              <w:rPr>
                <w:lang w:val="ru-RU"/>
              </w:rPr>
            </w:pPr>
            <w:r w:rsidRPr="007911BE">
              <w:rPr>
                <w:sz w:val="24"/>
                <w:lang w:val="ru-RU"/>
              </w:rPr>
              <w:t>Нет самостоятельной системы показателей перехода от первого к второму ребенку</w:t>
            </w:r>
          </w:p>
        </w:tc>
      </w:tr>
      <w:tr w:rsidR="00F12170" w:rsidRPr="007911BE" w14:paraId="440D61B6" w14:textId="77777777" w:rsidTr="00B408C8">
        <w:trPr>
          <w:jc w:val="center"/>
        </w:trPr>
        <w:tc>
          <w:tcPr>
            <w:tcW w:w="0" w:type="auto"/>
            <w:vAlign w:val="center"/>
          </w:tcPr>
          <w:p w14:paraId="2992D10C" w14:textId="77777777" w:rsidR="00F12170" w:rsidRPr="007911BE" w:rsidRDefault="00000000">
            <w:pPr>
              <w:ind w:firstLine="0"/>
              <w:jc w:val="left"/>
            </w:pPr>
            <w:proofErr w:type="spellStart"/>
            <w:r w:rsidRPr="007911BE">
              <w:rPr>
                <w:sz w:val="24"/>
              </w:rPr>
              <w:t>Третьи</w:t>
            </w:r>
            <w:proofErr w:type="spellEnd"/>
            <w:r w:rsidRPr="007911BE">
              <w:rPr>
                <w:sz w:val="24"/>
              </w:rPr>
              <w:t xml:space="preserve"> и </w:t>
            </w:r>
            <w:proofErr w:type="spellStart"/>
            <w:r w:rsidRPr="007911BE">
              <w:rPr>
                <w:sz w:val="24"/>
              </w:rPr>
              <w:t>последующие</w:t>
            </w:r>
            <w:proofErr w:type="spellEnd"/>
            <w:r w:rsidRPr="007911BE">
              <w:rPr>
                <w:sz w:val="24"/>
              </w:rPr>
              <w:t xml:space="preserve"> </w:t>
            </w:r>
            <w:proofErr w:type="spellStart"/>
            <w:r w:rsidRPr="007911BE">
              <w:rPr>
                <w:sz w:val="24"/>
              </w:rPr>
              <w:t>рождения</w:t>
            </w:r>
            <w:proofErr w:type="spellEnd"/>
          </w:p>
        </w:tc>
        <w:tc>
          <w:tcPr>
            <w:tcW w:w="0" w:type="auto"/>
            <w:vAlign w:val="center"/>
          </w:tcPr>
          <w:p w14:paraId="006A8A70" w14:textId="77777777" w:rsidR="00F12170" w:rsidRPr="007911BE" w:rsidRDefault="00000000" w:rsidP="00B408C8">
            <w:pPr>
              <w:ind w:firstLine="0"/>
              <w:jc w:val="center"/>
            </w:pPr>
            <w:r w:rsidRPr="007911BE">
              <w:rPr>
                <w:sz w:val="24"/>
              </w:rPr>
              <w:t>4</w:t>
            </w:r>
          </w:p>
        </w:tc>
        <w:tc>
          <w:tcPr>
            <w:tcW w:w="0" w:type="auto"/>
            <w:vAlign w:val="center"/>
          </w:tcPr>
          <w:p w14:paraId="124D8C55" w14:textId="77777777" w:rsidR="00F12170" w:rsidRPr="007911BE" w:rsidRDefault="00000000">
            <w:pPr>
              <w:ind w:firstLine="0"/>
              <w:jc w:val="left"/>
              <w:rPr>
                <w:lang w:val="ru-RU"/>
              </w:rPr>
            </w:pPr>
            <w:r w:rsidRPr="007911BE">
              <w:rPr>
                <w:sz w:val="24"/>
                <w:lang w:val="ru-RU"/>
              </w:rPr>
              <w:t>Прямой целевой показатель и мероприятия для многодетных</w:t>
            </w:r>
          </w:p>
        </w:tc>
      </w:tr>
      <w:tr w:rsidR="00F12170" w:rsidRPr="007911BE" w14:paraId="1C3D523A" w14:textId="77777777" w:rsidTr="00B408C8">
        <w:trPr>
          <w:jc w:val="center"/>
        </w:trPr>
        <w:tc>
          <w:tcPr>
            <w:tcW w:w="0" w:type="auto"/>
            <w:vAlign w:val="center"/>
          </w:tcPr>
          <w:p w14:paraId="506A5760" w14:textId="77777777" w:rsidR="00F12170" w:rsidRPr="007911BE" w:rsidRDefault="00000000">
            <w:pPr>
              <w:ind w:firstLine="0"/>
              <w:jc w:val="left"/>
            </w:pPr>
            <w:proofErr w:type="spellStart"/>
            <w:r w:rsidRPr="007911BE">
              <w:rPr>
                <w:sz w:val="24"/>
              </w:rPr>
              <w:t>Семейные</w:t>
            </w:r>
            <w:proofErr w:type="spellEnd"/>
            <w:r w:rsidRPr="007911BE">
              <w:rPr>
                <w:sz w:val="24"/>
              </w:rPr>
              <w:t xml:space="preserve"> </w:t>
            </w:r>
            <w:proofErr w:type="spellStart"/>
            <w:r w:rsidRPr="007911BE">
              <w:rPr>
                <w:sz w:val="24"/>
              </w:rPr>
              <w:t>ценности</w:t>
            </w:r>
            <w:proofErr w:type="spellEnd"/>
          </w:p>
        </w:tc>
        <w:tc>
          <w:tcPr>
            <w:tcW w:w="0" w:type="auto"/>
            <w:vAlign w:val="center"/>
          </w:tcPr>
          <w:p w14:paraId="1AA6CE5A" w14:textId="77777777" w:rsidR="00F12170" w:rsidRPr="007911BE" w:rsidRDefault="00000000" w:rsidP="00B408C8">
            <w:pPr>
              <w:ind w:firstLine="0"/>
              <w:jc w:val="center"/>
            </w:pPr>
            <w:r w:rsidRPr="007911BE">
              <w:rPr>
                <w:sz w:val="24"/>
              </w:rPr>
              <w:t>3</w:t>
            </w:r>
          </w:p>
        </w:tc>
        <w:tc>
          <w:tcPr>
            <w:tcW w:w="0" w:type="auto"/>
            <w:vAlign w:val="center"/>
          </w:tcPr>
          <w:p w14:paraId="0C470952" w14:textId="77777777" w:rsidR="00F12170" w:rsidRPr="007911BE" w:rsidRDefault="00000000">
            <w:pPr>
              <w:ind w:firstLine="0"/>
              <w:jc w:val="left"/>
              <w:rPr>
                <w:lang w:val="ru-RU"/>
              </w:rPr>
            </w:pPr>
            <w:r w:rsidRPr="007911BE">
              <w:rPr>
                <w:sz w:val="24"/>
                <w:lang w:val="ru-RU"/>
              </w:rPr>
              <w:t>Сильный нарративный блок, причинная измеримость слабее</w:t>
            </w:r>
          </w:p>
        </w:tc>
      </w:tr>
      <w:tr w:rsidR="00F12170" w:rsidRPr="007911BE" w14:paraId="2259B58E" w14:textId="77777777" w:rsidTr="00B408C8">
        <w:trPr>
          <w:jc w:val="center"/>
        </w:trPr>
        <w:tc>
          <w:tcPr>
            <w:tcW w:w="0" w:type="auto"/>
            <w:vAlign w:val="center"/>
          </w:tcPr>
          <w:p w14:paraId="778840D3" w14:textId="77777777" w:rsidR="00F12170" w:rsidRPr="007911BE" w:rsidRDefault="00000000">
            <w:pPr>
              <w:ind w:firstLine="0"/>
              <w:jc w:val="left"/>
              <w:rPr>
                <w:lang w:val="ru-RU"/>
              </w:rPr>
            </w:pPr>
            <w:r w:rsidRPr="007911BE">
              <w:rPr>
                <w:sz w:val="24"/>
                <w:lang w:val="ru-RU"/>
              </w:rPr>
              <w:t>Сельские территории и малые города</w:t>
            </w:r>
          </w:p>
        </w:tc>
        <w:tc>
          <w:tcPr>
            <w:tcW w:w="0" w:type="auto"/>
            <w:vAlign w:val="center"/>
          </w:tcPr>
          <w:p w14:paraId="412BE2FA" w14:textId="77777777" w:rsidR="00F12170" w:rsidRPr="007911BE" w:rsidRDefault="00000000" w:rsidP="00B408C8">
            <w:pPr>
              <w:ind w:firstLine="0"/>
              <w:jc w:val="center"/>
            </w:pPr>
            <w:r w:rsidRPr="007911BE">
              <w:rPr>
                <w:sz w:val="24"/>
              </w:rPr>
              <w:t>2</w:t>
            </w:r>
          </w:p>
        </w:tc>
        <w:tc>
          <w:tcPr>
            <w:tcW w:w="0" w:type="auto"/>
            <w:vAlign w:val="center"/>
          </w:tcPr>
          <w:p w14:paraId="4BAF6244" w14:textId="77777777" w:rsidR="00F12170" w:rsidRPr="007911BE" w:rsidRDefault="00000000">
            <w:pPr>
              <w:ind w:firstLine="0"/>
              <w:jc w:val="left"/>
              <w:rPr>
                <w:lang w:val="ru-RU"/>
              </w:rPr>
            </w:pPr>
            <w:r w:rsidRPr="007911BE">
              <w:rPr>
                <w:sz w:val="24"/>
                <w:lang w:val="ru-RU"/>
              </w:rPr>
              <w:t>Упомянуты и частично поддержаны, но зависят от иных нацпроектов</w:t>
            </w:r>
          </w:p>
        </w:tc>
      </w:tr>
      <w:tr w:rsidR="00F12170" w:rsidRPr="007911BE" w14:paraId="7C3689F0" w14:textId="77777777" w:rsidTr="00B408C8">
        <w:trPr>
          <w:jc w:val="center"/>
        </w:trPr>
        <w:tc>
          <w:tcPr>
            <w:tcW w:w="0" w:type="auto"/>
            <w:vAlign w:val="center"/>
          </w:tcPr>
          <w:p w14:paraId="6696BCCF" w14:textId="77777777" w:rsidR="00F12170" w:rsidRPr="007911BE" w:rsidRDefault="00000000">
            <w:pPr>
              <w:ind w:firstLine="0"/>
              <w:jc w:val="left"/>
            </w:pPr>
            <w:proofErr w:type="spellStart"/>
            <w:r w:rsidRPr="007911BE">
              <w:rPr>
                <w:sz w:val="24"/>
              </w:rPr>
              <w:t>Уход</w:t>
            </w:r>
            <w:proofErr w:type="spellEnd"/>
            <w:r w:rsidRPr="007911BE">
              <w:rPr>
                <w:sz w:val="24"/>
              </w:rPr>
              <w:t xml:space="preserve"> </w:t>
            </w:r>
            <w:proofErr w:type="spellStart"/>
            <w:r w:rsidRPr="007911BE">
              <w:rPr>
                <w:sz w:val="24"/>
              </w:rPr>
              <w:t>за</w:t>
            </w:r>
            <w:proofErr w:type="spellEnd"/>
            <w:r w:rsidRPr="007911BE">
              <w:rPr>
                <w:sz w:val="24"/>
              </w:rPr>
              <w:t xml:space="preserve"> </w:t>
            </w:r>
            <w:proofErr w:type="spellStart"/>
            <w:r w:rsidRPr="007911BE">
              <w:rPr>
                <w:sz w:val="24"/>
              </w:rPr>
              <w:t>старшими</w:t>
            </w:r>
            <w:proofErr w:type="spellEnd"/>
          </w:p>
        </w:tc>
        <w:tc>
          <w:tcPr>
            <w:tcW w:w="0" w:type="auto"/>
            <w:vAlign w:val="center"/>
          </w:tcPr>
          <w:p w14:paraId="3FD64231" w14:textId="77777777" w:rsidR="00F12170" w:rsidRPr="007911BE" w:rsidRDefault="00000000" w:rsidP="00B408C8">
            <w:pPr>
              <w:ind w:firstLine="0"/>
              <w:jc w:val="center"/>
            </w:pPr>
            <w:r w:rsidRPr="007911BE">
              <w:rPr>
                <w:sz w:val="24"/>
              </w:rPr>
              <w:t>3</w:t>
            </w:r>
          </w:p>
        </w:tc>
        <w:tc>
          <w:tcPr>
            <w:tcW w:w="0" w:type="auto"/>
            <w:vAlign w:val="center"/>
          </w:tcPr>
          <w:p w14:paraId="19B62858" w14:textId="77777777" w:rsidR="00F12170" w:rsidRPr="007911BE" w:rsidRDefault="00000000">
            <w:pPr>
              <w:ind w:firstLine="0"/>
              <w:jc w:val="left"/>
              <w:rPr>
                <w:lang w:val="ru-RU"/>
              </w:rPr>
            </w:pPr>
            <w:r w:rsidRPr="007911BE">
              <w:rPr>
                <w:sz w:val="24"/>
                <w:lang w:val="ru-RU"/>
              </w:rPr>
              <w:t>Долговременный уход представлен, но эффект на рождаемость опосредован</w:t>
            </w:r>
          </w:p>
        </w:tc>
      </w:tr>
      <w:tr w:rsidR="00F12170" w:rsidRPr="007911BE" w14:paraId="3D39B5D7" w14:textId="77777777" w:rsidTr="00B408C8">
        <w:trPr>
          <w:jc w:val="center"/>
        </w:trPr>
        <w:tc>
          <w:tcPr>
            <w:tcW w:w="0" w:type="auto"/>
            <w:vAlign w:val="center"/>
          </w:tcPr>
          <w:p w14:paraId="5356B173" w14:textId="77777777" w:rsidR="00F12170" w:rsidRPr="007911BE" w:rsidRDefault="00000000">
            <w:pPr>
              <w:ind w:firstLine="0"/>
              <w:jc w:val="left"/>
            </w:pPr>
            <w:proofErr w:type="spellStart"/>
            <w:r w:rsidRPr="007911BE">
              <w:rPr>
                <w:sz w:val="24"/>
              </w:rPr>
              <w:t>Миграция</w:t>
            </w:r>
            <w:proofErr w:type="spellEnd"/>
            <w:r w:rsidRPr="007911BE">
              <w:rPr>
                <w:sz w:val="24"/>
              </w:rPr>
              <w:t xml:space="preserve"> и </w:t>
            </w:r>
            <w:proofErr w:type="spellStart"/>
            <w:r w:rsidRPr="007911BE">
              <w:rPr>
                <w:sz w:val="24"/>
              </w:rPr>
              <w:t>адаптация</w:t>
            </w:r>
            <w:proofErr w:type="spellEnd"/>
          </w:p>
        </w:tc>
        <w:tc>
          <w:tcPr>
            <w:tcW w:w="0" w:type="auto"/>
            <w:vAlign w:val="center"/>
          </w:tcPr>
          <w:p w14:paraId="3FE26CF5" w14:textId="77777777" w:rsidR="00F12170" w:rsidRPr="007911BE" w:rsidRDefault="00000000" w:rsidP="00B408C8">
            <w:pPr>
              <w:ind w:firstLine="0"/>
              <w:jc w:val="center"/>
            </w:pPr>
            <w:r w:rsidRPr="007911BE">
              <w:rPr>
                <w:sz w:val="24"/>
              </w:rPr>
              <w:t>1</w:t>
            </w:r>
          </w:p>
        </w:tc>
        <w:tc>
          <w:tcPr>
            <w:tcW w:w="0" w:type="auto"/>
            <w:vAlign w:val="center"/>
          </w:tcPr>
          <w:p w14:paraId="6C7AC739" w14:textId="77777777" w:rsidR="00F12170" w:rsidRPr="007911BE" w:rsidRDefault="00000000">
            <w:pPr>
              <w:ind w:firstLine="0"/>
              <w:jc w:val="left"/>
              <w:rPr>
                <w:lang w:val="ru-RU"/>
              </w:rPr>
            </w:pPr>
            <w:r w:rsidRPr="007911BE">
              <w:rPr>
                <w:sz w:val="24"/>
                <w:lang w:val="ru-RU"/>
              </w:rPr>
              <w:t>В стратегии присутствует, в нацпроекте выражено слабо</w:t>
            </w:r>
          </w:p>
        </w:tc>
      </w:tr>
      <w:tr w:rsidR="00F12170" w:rsidRPr="007911BE" w14:paraId="59A0EF31" w14:textId="77777777" w:rsidTr="00B408C8">
        <w:trPr>
          <w:jc w:val="center"/>
        </w:trPr>
        <w:tc>
          <w:tcPr>
            <w:tcW w:w="0" w:type="auto"/>
            <w:vAlign w:val="center"/>
          </w:tcPr>
          <w:p w14:paraId="6A01D4BE" w14:textId="77777777" w:rsidR="00F12170" w:rsidRPr="007911BE" w:rsidRDefault="00000000">
            <w:pPr>
              <w:ind w:firstLine="0"/>
              <w:jc w:val="left"/>
            </w:pPr>
            <w:proofErr w:type="spellStart"/>
            <w:r w:rsidRPr="007911BE">
              <w:rPr>
                <w:sz w:val="24"/>
              </w:rPr>
              <w:t>Мужское</w:t>
            </w:r>
            <w:proofErr w:type="spellEnd"/>
            <w:r w:rsidRPr="007911BE">
              <w:rPr>
                <w:sz w:val="24"/>
              </w:rPr>
              <w:t xml:space="preserve"> </w:t>
            </w:r>
            <w:proofErr w:type="spellStart"/>
            <w:r w:rsidRPr="007911BE">
              <w:rPr>
                <w:sz w:val="24"/>
              </w:rPr>
              <w:t>здоровье</w:t>
            </w:r>
            <w:proofErr w:type="spellEnd"/>
            <w:r w:rsidRPr="007911BE">
              <w:rPr>
                <w:sz w:val="24"/>
              </w:rPr>
              <w:t xml:space="preserve"> и </w:t>
            </w:r>
            <w:proofErr w:type="spellStart"/>
            <w:r w:rsidRPr="007911BE">
              <w:rPr>
                <w:sz w:val="24"/>
              </w:rPr>
              <w:t>отцовство</w:t>
            </w:r>
            <w:proofErr w:type="spellEnd"/>
          </w:p>
        </w:tc>
        <w:tc>
          <w:tcPr>
            <w:tcW w:w="0" w:type="auto"/>
            <w:vAlign w:val="center"/>
          </w:tcPr>
          <w:p w14:paraId="634B5C7B" w14:textId="77777777" w:rsidR="00F12170" w:rsidRPr="007911BE" w:rsidRDefault="00000000" w:rsidP="00B408C8">
            <w:pPr>
              <w:ind w:firstLine="0"/>
              <w:jc w:val="center"/>
            </w:pPr>
            <w:r w:rsidRPr="007911BE">
              <w:rPr>
                <w:sz w:val="24"/>
              </w:rPr>
              <w:t>1</w:t>
            </w:r>
          </w:p>
        </w:tc>
        <w:tc>
          <w:tcPr>
            <w:tcW w:w="0" w:type="auto"/>
            <w:vAlign w:val="center"/>
          </w:tcPr>
          <w:p w14:paraId="5D27C442" w14:textId="77777777" w:rsidR="00F12170" w:rsidRPr="007911BE" w:rsidRDefault="00000000">
            <w:pPr>
              <w:ind w:firstLine="0"/>
              <w:jc w:val="left"/>
              <w:rPr>
                <w:lang w:val="ru-RU"/>
              </w:rPr>
            </w:pPr>
            <w:r w:rsidRPr="007911BE">
              <w:rPr>
                <w:sz w:val="24"/>
                <w:lang w:val="ru-RU"/>
              </w:rPr>
              <w:t xml:space="preserve">Отцовство упомянуто, отдельная </w:t>
            </w:r>
            <w:proofErr w:type="spellStart"/>
            <w:r w:rsidRPr="007911BE">
              <w:rPr>
                <w:sz w:val="24"/>
                <w:lang w:val="ru-RU"/>
              </w:rPr>
              <w:t>операционализация</w:t>
            </w:r>
            <w:proofErr w:type="spellEnd"/>
            <w:r w:rsidRPr="007911BE">
              <w:rPr>
                <w:sz w:val="24"/>
                <w:lang w:val="ru-RU"/>
              </w:rPr>
              <w:t xml:space="preserve"> недостаточна</w:t>
            </w:r>
          </w:p>
        </w:tc>
      </w:tr>
      <w:tr w:rsidR="00F12170" w:rsidRPr="007911BE" w14:paraId="60A75F7C" w14:textId="77777777" w:rsidTr="00B408C8">
        <w:trPr>
          <w:jc w:val="center"/>
        </w:trPr>
        <w:tc>
          <w:tcPr>
            <w:tcW w:w="0" w:type="auto"/>
            <w:vAlign w:val="center"/>
          </w:tcPr>
          <w:p w14:paraId="0E051521" w14:textId="77777777" w:rsidR="00F12170" w:rsidRPr="007911BE" w:rsidRDefault="00000000">
            <w:pPr>
              <w:ind w:firstLine="0"/>
              <w:jc w:val="left"/>
            </w:pPr>
            <w:proofErr w:type="spellStart"/>
            <w:r w:rsidRPr="007911BE">
              <w:rPr>
                <w:sz w:val="24"/>
              </w:rPr>
              <w:t>Психологическое</w:t>
            </w:r>
            <w:proofErr w:type="spellEnd"/>
            <w:r w:rsidRPr="007911BE">
              <w:rPr>
                <w:sz w:val="24"/>
              </w:rPr>
              <w:t xml:space="preserve"> </w:t>
            </w:r>
            <w:proofErr w:type="spellStart"/>
            <w:r w:rsidRPr="007911BE">
              <w:rPr>
                <w:sz w:val="24"/>
              </w:rPr>
              <w:t>благополучие</w:t>
            </w:r>
            <w:proofErr w:type="spellEnd"/>
            <w:r w:rsidRPr="007911BE">
              <w:rPr>
                <w:sz w:val="24"/>
              </w:rPr>
              <w:t xml:space="preserve"> </w:t>
            </w:r>
            <w:proofErr w:type="spellStart"/>
            <w:r w:rsidRPr="007911BE">
              <w:rPr>
                <w:sz w:val="24"/>
              </w:rPr>
              <w:t>семьи</w:t>
            </w:r>
            <w:proofErr w:type="spellEnd"/>
          </w:p>
        </w:tc>
        <w:tc>
          <w:tcPr>
            <w:tcW w:w="0" w:type="auto"/>
            <w:vAlign w:val="center"/>
          </w:tcPr>
          <w:p w14:paraId="74083CCC" w14:textId="77777777" w:rsidR="00F12170" w:rsidRPr="007911BE" w:rsidRDefault="00000000" w:rsidP="00B408C8">
            <w:pPr>
              <w:ind w:firstLine="0"/>
              <w:jc w:val="center"/>
            </w:pPr>
            <w:r w:rsidRPr="007911BE">
              <w:rPr>
                <w:sz w:val="24"/>
              </w:rPr>
              <w:t>2</w:t>
            </w:r>
          </w:p>
        </w:tc>
        <w:tc>
          <w:tcPr>
            <w:tcW w:w="0" w:type="auto"/>
            <w:vAlign w:val="center"/>
          </w:tcPr>
          <w:p w14:paraId="7B114595" w14:textId="77777777" w:rsidR="00F12170" w:rsidRPr="007911BE" w:rsidRDefault="00000000">
            <w:pPr>
              <w:ind w:firstLine="0"/>
              <w:jc w:val="left"/>
              <w:rPr>
                <w:lang w:val="ru-RU"/>
              </w:rPr>
            </w:pPr>
            <w:r w:rsidRPr="007911BE">
              <w:rPr>
                <w:sz w:val="24"/>
                <w:lang w:val="ru-RU"/>
              </w:rPr>
              <w:t>Есть отдельные меры, но нет развитой системы показателей</w:t>
            </w:r>
          </w:p>
        </w:tc>
      </w:tr>
      <w:tr w:rsidR="00F12170" w:rsidRPr="007911BE" w14:paraId="2E2DED97" w14:textId="77777777" w:rsidTr="00B408C8">
        <w:trPr>
          <w:jc w:val="center"/>
        </w:trPr>
        <w:tc>
          <w:tcPr>
            <w:tcW w:w="0" w:type="auto"/>
            <w:vAlign w:val="center"/>
          </w:tcPr>
          <w:p w14:paraId="100709B7" w14:textId="77777777" w:rsidR="00F12170" w:rsidRPr="007911BE" w:rsidRDefault="00000000">
            <w:pPr>
              <w:ind w:firstLine="0"/>
              <w:jc w:val="left"/>
            </w:pPr>
            <w:proofErr w:type="spellStart"/>
            <w:r w:rsidRPr="007911BE">
              <w:rPr>
                <w:sz w:val="24"/>
              </w:rPr>
              <w:t>Административная</w:t>
            </w:r>
            <w:proofErr w:type="spellEnd"/>
            <w:r w:rsidRPr="007911BE">
              <w:rPr>
                <w:sz w:val="24"/>
              </w:rPr>
              <w:t xml:space="preserve"> </w:t>
            </w:r>
            <w:proofErr w:type="spellStart"/>
            <w:r w:rsidRPr="007911BE">
              <w:rPr>
                <w:sz w:val="24"/>
              </w:rPr>
              <w:t>доступность</w:t>
            </w:r>
            <w:proofErr w:type="spellEnd"/>
            <w:r w:rsidRPr="007911BE">
              <w:rPr>
                <w:sz w:val="24"/>
              </w:rPr>
              <w:t xml:space="preserve"> </w:t>
            </w:r>
            <w:proofErr w:type="spellStart"/>
            <w:r w:rsidRPr="007911BE">
              <w:rPr>
                <w:sz w:val="24"/>
              </w:rPr>
              <w:t>мер</w:t>
            </w:r>
            <w:proofErr w:type="spellEnd"/>
          </w:p>
        </w:tc>
        <w:tc>
          <w:tcPr>
            <w:tcW w:w="0" w:type="auto"/>
            <w:vAlign w:val="center"/>
          </w:tcPr>
          <w:p w14:paraId="790C7A02" w14:textId="77777777" w:rsidR="00F12170" w:rsidRPr="007911BE" w:rsidRDefault="00000000" w:rsidP="00B408C8">
            <w:pPr>
              <w:ind w:firstLine="0"/>
              <w:jc w:val="center"/>
            </w:pPr>
            <w:r w:rsidRPr="007911BE">
              <w:rPr>
                <w:sz w:val="24"/>
              </w:rPr>
              <w:t>3</w:t>
            </w:r>
          </w:p>
        </w:tc>
        <w:tc>
          <w:tcPr>
            <w:tcW w:w="0" w:type="auto"/>
            <w:vAlign w:val="center"/>
          </w:tcPr>
          <w:p w14:paraId="6EB19855" w14:textId="77777777" w:rsidR="00F12170" w:rsidRPr="007911BE" w:rsidRDefault="00000000">
            <w:pPr>
              <w:ind w:firstLine="0"/>
              <w:jc w:val="left"/>
              <w:rPr>
                <w:lang w:val="ru-RU"/>
              </w:rPr>
            </w:pPr>
            <w:r w:rsidRPr="007911BE">
              <w:rPr>
                <w:sz w:val="24"/>
                <w:lang w:val="ru-RU"/>
              </w:rPr>
              <w:t>Проактивность и цифровые сервисы представлены частично</w:t>
            </w:r>
          </w:p>
        </w:tc>
      </w:tr>
    </w:tbl>
    <w:p w14:paraId="3300854F" w14:textId="77777777" w:rsidR="00F12170" w:rsidRPr="007911BE" w:rsidRDefault="00000000">
      <w:pPr>
        <w:ind w:firstLine="0"/>
        <w:jc w:val="left"/>
        <w:rPr>
          <w:lang w:val="ru-RU"/>
        </w:rPr>
      </w:pPr>
      <w:r w:rsidRPr="007911BE">
        <w:rPr>
          <w:i/>
          <w:sz w:val="24"/>
          <w:lang w:val="ru-RU"/>
        </w:rPr>
        <w:t>Источник: экспертная оценка на основе документов и данных</w:t>
      </w:r>
    </w:p>
    <w:p w14:paraId="3606FE2B" w14:textId="77777777" w:rsidR="00F12170" w:rsidRPr="007911BE" w:rsidRDefault="00000000" w:rsidP="00585C06">
      <w:pPr>
        <w:pStyle w:val="21"/>
      </w:pPr>
      <w:bookmarkStart w:id="50" w:name="_Toc228134096"/>
      <w:r w:rsidRPr="007911BE">
        <w:t>10.2. Результаты</w:t>
      </w:r>
      <w:bookmarkEnd w:id="50"/>
    </w:p>
    <w:p w14:paraId="455182A0" w14:textId="77777777" w:rsidR="00F12170" w:rsidRPr="007911BE" w:rsidRDefault="00000000">
      <w:pPr>
        <w:rPr>
          <w:lang w:val="ru-RU"/>
        </w:rPr>
      </w:pPr>
      <w:r w:rsidRPr="007911BE">
        <w:rPr>
          <w:sz w:val="28"/>
          <w:lang w:val="ru-RU"/>
        </w:rPr>
        <w:t xml:space="preserve">Наиболее полно проект покрывает доходную поддержку семей, многодетность, репродуктивное здоровье, долговременный уход и административную проактивность мер. Средний уровень покрытия имеют жильё, занятость и совмещение ролей, дошкольная и школьная инфраструктура, семейные ценности, сельские территории и психологическая поддержка. Наиболее слабое покрытие обнаружено по первым и вторым рождениям, мужскому здоровью и отцовству, миграции и адаптации, а также по </w:t>
      </w:r>
      <w:proofErr w:type="spellStart"/>
      <w:r w:rsidRPr="007911BE">
        <w:rPr>
          <w:sz w:val="28"/>
          <w:lang w:val="ru-RU"/>
        </w:rPr>
        <w:t>неипотечным</w:t>
      </w:r>
      <w:proofErr w:type="spellEnd"/>
      <w:r w:rsidRPr="007911BE">
        <w:rPr>
          <w:sz w:val="28"/>
          <w:lang w:val="ru-RU"/>
        </w:rPr>
        <w:t xml:space="preserve"> жилищным механизмам.</w:t>
      </w:r>
    </w:p>
    <w:p w14:paraId="630D0725" w14:textId="77777777" w:rsidR="00F12170" w:rsidRPr="007911BE" w:rsidRDefault="00000000">
      <w:pPr>
        <w:rPr>
          <w:lang w:val="ru-RU"/>
        </w:rPr>
      </w:pPr>
      <w:r w:rsidRPr="007911BE">
        <w:rPr>
          <w:sz w:val="28"/>
          <w:lang w:val="ru-RU"/>
        </w:rPr>
        <w:t xml:space="preserve">Это означает, что проект может смягчить часть социальных барьеров и поддержать уже существующие семьи, но его способность изменить общую траекторию рождаемости зависит от факторов, часть которых лежит за пределами проекта. Стратегия до 2036 года прямо признаёт необходимость мероприятий во всех сферах, влияющих на рождаемость, включая экономическую, жилищную политику и пространственное развитие [3]. Следовательно, национальный проект «Семья» должен быть не единственным инструментом демографической политики, а координатором </w:t>
      </w:r>
      <w:proofErr w:type="spellStart"/>
      <w:r w:rsidRPr="007911BE">
        <w:rPr>
          <w:sz w:val="28"/>
          <w:lang w:val="ru-RU"/>
        </w:rPr>
        <w:t>межнацпроектного</w:t>
      </w:r>
      <w:proofErr w:type="spellEnd"/>
      <w:r w:rsidRPr="007911BE">
        <w:rPr>
          <w:sz w:val="28"/>
          <w:lang w:val="ru-RU"/>
        </w:rPr>
        <w:t xml:space="preserve"> демографического контура.</w:t>
      </w:r>
    </w:p>
    <w:p w14:paraId="05D7FA2D" w14:textId="77777777" w:rsidR="00F12170" w:rsidRPr="007911BE" w:rsidRDefault="00000000" w:rsidP="00585C06">
      <w:pPr>
        <w:pStyle w:val="21"/>
      </w:pPr>
      <w:bookmarkStart w:id="51" w:name="_Toc228134097"/>
      <w:r w:rsidRPr="007911BE">
        <w:t>10.3. Выводы и рекомендации</w:t>
      </w:r>
      <w:bookmarkEnd w:id="51"/>
    </w:p>
    <w:p w14:paraId="49A53AC2" w14:textId="77777777" w:rsidR="00F12170" w:rsidRPr="007911BE" w:rsidRDefault="00000000">
      <w:pPr>
        <w:rPr>
          <w:lang w:val="ru-RU"/>
        </w:rPr>
      </w:pPr>
      <w:r w:rsidRPr="007911BE">
        <w:rPr>
          <w:sz w:val="28"/>
          <w:lang w:val="ru-RU"/>
        </w:rPr>
        <w:t xml:space="preserve">Нацпроект в текущем виде следует оценивать как необходимый, но недостаточный инструмент решения демографической задачи. Он хорошо </w:t>
      </w:r>
      <w:r w:rsidRPr="007911BE">
        <w:rPr>
          <w:sz w:val="28"/>
          <w:lang w:val="ru-RU"/>
        </w:rPr>
        <w:lastRenderedPageBreak/>
        <w:t>поддерживает семьи с детьми, но недостаточно замыкает весь контур факторов, влияющих на решение о рождении первого и второго ребёнка. Если цель состоит в росте СКР до 1,6 к 2030 году и 1,8 к 2036 году, проект должен быть усилен мерами в жилье, занятости, городском и сельском развитии, мужском здоровье, отцовстве и снижении неопределённости молодых семей.</w:t>
      </w:r>
    </w:p>
    <w:p w14:paraId="62CBF6F9" w14:textId="77777777" w:rsidR="00F12170" w:rsidRPr="007911BE" w:rsidRDefault="00000000">
      <w:pPr>
        <w:rPr>
          <w:lang w:val="ru-RU"/>
        </w:rPr>
      </w:pPr>
      <w:r w:rsidRPr="007911BE">
        <w:rPr>
          <w:sz w:val="28"/>
          <w:lang w:val="ru-RU"/>
        </w:rPr>
        <w:t xml:space="preserve">Рекомендуется создать </w:t>
      </w:r>
      <w:proofErr w:type="spellStart"/>
      <w:r w:rsidRPr="007911BE">
        <w:rPr>
          <w:sz w:val="28"/>
          <w:lang w:val="ru-RU"/>
        </w:rPr>
        <w:t>межнацпроектный</w:t>
      </w:r>
      <w:proofErr w:type="spellEnd"/>
      <w:r w:rsidRPr="007911BE">
        <w:rPr>
          <w:sz w:val="28"/>
          <w:lang w:val="ru-RU"/>
        </w:rPr>
        <w:t xml:space="preserve"> демографический модуль, объединяющий «Семью», «Инфраструктуру для жизни», «Кадры», «Молодёжь и дети», «Продолжительную и активную жизнь», здравоохранение, транспорт и пространственное развитие. В этом модуле каждый проект должен иметь семейно-демографические показатели, а не только собственные отраслевые непосредственные результаты.</w:t>
      </w:r>
    </w:p>
    <w:p w14:paraId="45CE87C6" w14:textId="77777777" w:rsidR="00F12170" w:rsidRPr="007911BE" w:rsidRDefault="00000000" w:rsidP="00585C06">
      <w:pPr>
        <w:pStyle w:val="1"/>
      </w:pPr>
      <w:bookmarkStart w:id="52" w:name="_Toc228134098"/>
      <w:r w:rsidRPr="007911BE">
        <w:t>11. Сценарная, причинная и риск-ориентированная экспертиза</w:t>
      </w:r>
      <w:bookmarkEnd w:id="52"/>
    </w:p>
    <w:p w14:paraId="1F3B7E30" w14:textId="77777777" w:rsidR="00F12170" w:rsidRPr="007911BE" w:rsidRDefault="00000000" w:rsidP="00585C06">
      <w:pPr>
        <w:pStyle w:val="21"/>
      </w:pPr>
      <w:bookmarkStart w:id="53" w:name="_Toc228134099"/>
      <w:r w:rsidRPr="007911BE">
        <w:t>11.1. Методика</w:t>
      </w:r>
      <w:bookmarkEnd w:id="53"/>
    </w:p>
    <w:p w14:paraId="4864C750" w14:textId="77777777" w:rsidR="00F12170" w:rsidRPr="007911BE" w:rsidRDefault="00000000">
      <w:pPr>
        <w:rPr>
          <w:sz w:val="28"/>
          <w:szCs w:val="28"/>
          <w:lang w:val="ru-RU"/>
        </w:rPr>
      </w:pPr>
      <w:r w:rsidRPr="007911BE">
        <w:rPr>
          <w:sz w:val="28"/>
          <w:szCs w:val="28"/>
          <w:lang w:val="ru-RU"/>
        </w:rPr>
        <w:t xml:space="preserve">Сценарная экспертиза строилась в трёх контурах. Инерционный сценарий показывает, куда приведёт продолжение уже наблюдаемой динамики без дополнительного усиления мер. Проектный сценарий описывает ожидаемое движение при нормальной реализации мероприятий и финансирования. Стресс-сценарий учитывает ухудшение внешних условий </w:t>
      </w:r>
      <w:r w:rsidR="00387CF6" w:rsidRPr="007911BE">
        <w:rPr>
          <w:sz w:val="28"/>
          <w:szCs w:val="28"/>
          <w:lang w:val="ru-RU"/>
        </w:rPr>
        <w:t xml:space="preserve">– </w:t>
      </w:r>
      <w:r w:rsidRPr="007911BE">
        <w:rPr>
          <w:sz w:val="28"/>
          <w:szCs w:val="28"/>
          <w:lang w:val="ru-RU"/>
        </w:rPr>
        <w:t xml:space="preserve"> доходов, занятости, жилищной доступности, миграции, инфляции и бюджетных ограничений. Такая трёхконтурная рамка нужна, чтобы отличать эффект самого проекта от влияния внешней конъюнктуры.</w:t>
      </w:r>
    </w:p>
    <w:p w14:paraId="5D3F13AA" w14:textId="77777777" w:rsidR="00F12170" w:rsidRPr="007911BE" w:rsidRDefault="00000000">
      <w:pPr>
        <w:rPr>
          <w:sz w:val="28"/>
          <w:szCs w:val="28"/>
          <w:lang w:val="ru-RU"/>
        </w:rPr>
      </w:pPr>
      <w:r w:rsidRPr="007911BE">
        <w:rPr>
          <w:sz w:val="28"/>
          <w:szCs w:val="28"/>
          <w:lang w:val="ru-RU"/>
        </w:rPr>
        <w:t xml:space="preserve">Для причинной оценки предлагаются </w:t>
      </w:r>
      <w:proofErr w:type="spellStart"/>
      <w:r w:rsidRPr="007911BE">
        <w:rPr>
          <w:sz w:val="28"/>
          <w:szCs w:val="28"/>
          <w:lang w:val="ru-RU"/>
        </w:rPr>
        <w:t>квазиэкспериментальные</w:t>
      </w:r>
      <w:proofErr w:type="spellEnd"/>
      <w:r w:rsidRPr="007911BE">
        <w:rPr>
          <w:sz w:val="28"/>
          <w:szCs w:val="28"/>
          <w:lang w:val="ru-RU"/>
        </w:rPr>
        <w:t xml:space="preserve"> методы, то есть способы приблизиться к ответу на вопрос «что изменилось именно из-за меры», когда нельзя поставить классический эксперимент. Разность разностей сравнивает регионы, где мера была усилена, с регионами, где этого не произошло, и смотрит, как меняется разрыв между ними до и после вмешательства. Событийный анализ уточняет ту же логику по годам и позволяет увидеть, был ли эффект краткосрочным, отложенным или вовсе отсутствовал.</w:t>
      </w:r>
    </w:p>
    <w:p w14:paraId="57E24529" w14:textId="77777777" w:rsidR="00F12170" w:rsidRPr="007911BE" w:rsidRDefault="00000000">
      <w:pPr>
        <w:rPr>
          <w:sz w:val="28"/>
          <w:szCs w:val="28"/>
          <w:lang w:val="ru-RU"/>
        </w:rPr>
      </w:pPr>
      <w:r w:rsidRPr="007911BE">
        <w:rPr>
          <w:sz w:val="28"/>
          <w:szCs w:val="28"/>
          <w:lang w:val="ru-RU"/>
        </w:rPr>
        <w:t>Синтетический контроль полезен для отдельных регионов или уникальных программ: для региона-участника подбирается статистический «двойник» из комбинации других территорий, и затем сравнивается фактическая и ожидаемая траектория. Регрессионный дизайн на пороге применяется тогда, когда право на меру или объём поддержки зависят от порогового правила, например от значения показателя ниже заданного уровня.</w:t>
      </w:r>
    </w:p>
    <w:p w14:paraId="1E841F05" w14:textId="77777777" w:rsidR="00F12170" w:rsidRPr="007911BE" w:rsidRDefault="00000000">
      <w:pPr>
        <w:rPr>
          <w:sz w:val="28"/>
          <w:szCs w:val="28"/>
          <w:lang w:val="ru-RU"/>
        </w:rPr>
      </w:pPr>
      <w:r w:rsidRPr="007911BE">
        <w:rPr>
          <w:sz w:val="28"/>
          <w:szCs w:val="28"/>
          <w:lang w:val="ru-RU"/>
        </w:rPr>
        <w:t>Причинные леса и двойное машинное обучение нужны не для «искусственного интеллекта ради искусственного интеллекта», а для практического вопроса о неоднородности эффекта. Они помогают понять, где мера работает лучше: в мегаполисах или малых городах, в регионах с высокой бедностью или в более обеспеченных, при дефиците инфраструктуры или при её относительной развитости. Для национального проекта это важно, потому что единая федеральная мера редко даёт одинаковый результат во всех типах регионов.</w:t>
      </w:r>
    </w:p>
    <w:p w14:paraId="4DA6D696" w14:textId="77777777" w:rsidR="00F12170" w:rsidRPr="007911BE" w:rsidRDefault="00000000">
      <w:pPr>
        <w:rPr>
          <w:sz w:val="28"/>
          <w:szCs w:val="28"/>
          <w:lang w:val="ru-RU"/>
        </w:rPr>
      </w:pPr>
      <w:r w:rsidRPr="007911BE">
        <w:rPr>
          <w:sz w:val="28"/>
          <w:szCs w:val="28"/>
          <w:lang w:val="ru-RU"/>
        </w:rPr>
        <w:lastRenderedPageBreak/>
        <w:t>Таким образом, раздел 11 не оценивает уже состоявшийся эффект, а задаёт рабочую рамку для будущей независимой оценки. Чем раньше такой дизайн будет зафиксирован, тем выше вероятность, что по итогам проекта можно будет говорить не только о расходах и выполнении мероприятий, но и о реальном дополнительном результате.</w:t>
      </w:r>
    </w:p>
    <w:p w14:paraId="1483152E" w14:textId="77777777" w:rsidR="00B408C8" w:rsidRPr="007911BE" w:rsidRDefault="00B408C8">
      <w:pPr>
        <w:rPr>
          <w:sz w:val="28"/>
          <w:szCs w:val="28"/>
          <w:lang w:val="ru-RU"/>
        </w:rPr>
      </w:pPr>
    </w:p>
    <w:p w14:paraId="03D053A4" w14:textId="77777777" w:rsidR="00F12170" w:rsidRPr="007911BE" w:rsidRDefault="00000000">
      <w:pPr>
        <w:ind w:firstLine="0"/>
        <w:jc w:val="left"/>
        <w:rPr>
          <w:lang w:val="ru-RU"/>
        </w:rPr>
      </w:pPr>
      <w:r w:rsidRPr="007911BE">
        <w:rPr>
          <w:lang w:val="ru-RU"/>
        </w:rPr>
        <w:t xml:space="preserve">Таблица 27 </w:t>
      </w:r>
      <w:r w:rsidR="00387CF6" w:rsidRPr="007911BE">
        <w:rPr>
          <w:lang w:val="ru-RU"/>
        </w:rPr>
        <w:t xml:space="preserve">– </w:t>
      </w:r>
      <w:r w:rsidRPr="007911BE">
        <w:rPr>
          <w:lang w:val="ru-RU"/>
        </w:rPr>
        <w:t xml:space="preserve"> Предлагаемые дизайны причинной оценки мероприятий</w:t>
      </w:r>
    </w:p>
    <w:tbl>
      <w:tblPr>
        <w:tblStyle w:val="aff0"/>
        <w:tblW w:w="0" w:type="auto"/>
        <w:jc w:val="center"/>
        <w:tblLook w:val="04A0" w:firstRow="1" w:lastRow="0" w:firstColumn="1" w:lastColumn="0" w:noHBand="0" w:noVBand="1"/>
      </w:tblPr>
      <w:tblGrid>
        <w:gridCol w:w="2969"/>
        <w:gridCol w:w="3304"/>
        <w:gridCol w:w="3582"/>
      </w:tblGrid>
      <w:tr w:rsidR="00F12170" w:rsidRPr="007911BE" w14:paraId="661E4824" w14:textId="77777777" w:rsidTr="00B408C8">
        <w:trPr>
          <w:jc w:val="center"/>
        </w:trPr>
        <w:tc>
          <w:tcPr>
            <w:tcW w:w="0" w:type="auto"/>
            <w:vAlign w:val="center"/>
          </w:tcPr>
          <w:p w14:paraId="6A256A74" w14:textId="77777777" w:rsidR="00F12170" w:rsidRPr="007911BE" w:rsidRDefault="00000000">
            <w:pPr>
              <w:ind w:firstLine="0"/>
              <w:jc w:val="center"/>
            </w:pPr>
            <w:proofErr w:type="spellStart"/>
            <w:r w:rsidRPr="007911BE">
              <w:rPr>
                <w:b/>
                <w:sz w:val="24"/>
              </w:rPr>
              <w:t>Мера</w:t>
            </w:r>
            <w:proofErr w:type="spellEnd"/>
          </w:p>
        </w:tc>
        <w:tc>
          <w:tcPr>
            <w:tcW w:w="0" w:type="auto"/>
            <w:vAlign w:val="center"/>
          </w:tcPr>
          <w:p w14:paraId="3871E6F7" w14:textId="77777777" w:rsidR="00F12170" w:rsidRPr="007911BE" w:rsidRDefault="00000000">
            <w:pPr>
              <w:ind w:firstLine="0"/>
              <w:jc w:val="center"/>
            </w:pPr>
            <w:proofErr w:type="spellStart"/>
            <w:r w:rsidRPr="007911BE">
              <w:rPr>
                <w:b/>
                <w:sz w:val="24"/>
              </w:rPr>
              <w:t>Метод</w:t>
            </w:r>
            <w:proofErr w:type="spellEnd"/>
            <w:r w:rsidRPr="007911BE">
              <w:rPr>
                <w:b/>
                <w:sz w:val="24"/>
              </w:rPr>
              <w:t xml:space="preserve"> </w:t>
            </w:r>
            <w:proofErr w:type="spellStart"/>
            <w:r w:rsidRPr="007911BE">
              <w:rPr>
                <w:b/>
                <w:sz w:val="24"/>
              </w:rPr>
              <w:t>причинной</w:t>
            </w:r>
            <w:proofErr w:type="spellEnd"/>
            <w:r w:rsidRPr="007911BE">
              <w:rPr>
                <w:b/>
                <w:sz w:val="24"/>
              </w:rPr>
              <w:t xml:space="preserve"> </w:t>
            </w:r>
            <w:proofErr w:type="spellStart"/>
            <w:r w:rsidRPr="007911BE">
              <w:rPr>
                <w:b/>
                <w:sz w:val="24"/>
              </w:rPr>
              <w:t>оценки</w:t>
            </w:r>
            <w:proofErr w:type="spellEnd"/>
          </w:p>
        </w:tc>
        <w:tc>
          <w:tcPr>
            <w:tcW w:w="0" w:type="auto"/>
            <w:vAlign w:val="center"/>
          </w:tcPr>
          <w:p w14:paraId="04B6711E" w14:textId="77777777" w:rsidR="00F12170" w:rsidRPr="007911BE" w:rsidRDefault="00000000">
            <w:pPr>
              <w:ind w:firstLine="0"/>
              <w:jc w:val="center"/>
            </w:pPr>
            <w:proofErr w:type="spellStart"/>
            <w:r w:rsidRPr="007911BE">
              <w:rPr>
                <w:b/>
                <w:sz w:val="24"/>
              </w:rPr>
              <w:t>Требуемые</w:t>
            </w:r>
            <w:proofErr w:type="spellEnd"/>
            <w:r w:rsidRPr="007911BE">
              <w:rPr>
                <w:b/>
                <w:sz w:val="24"/>
              </w:rPr>
              <w:t xml:space="preserve"> </w:t>
            </w:r>
            <w:proofErr w:type="spellStart"/>
            <w:r w:rsidRPr="007911BE">
              <w:rPr>
                <w:b/>
                <w:sz w:val="24"/>
              </w:rPr>
              <w:t>данные</w:t>
            </w:r>
            <w:proofErr w:type="spellEnd"/>
          </w:p>
        </w:tc>
      </w:tr>
      <w:tr w:rsidR="00F12170" w:rsidRPr="007911BE" w14:paraId="4E081A3F" w14:textId="77777777" w:rsidTr="00B408C8">
        <w:trPr>
          <w:jc w:val="center"/>
        </w:trPr>
        <w:tc>
          <w:tcPr>
            <w:tcW w:w="0" w:type="auto"/>
            <w:vAlign w:val="center"/>
          </w:tcPr>
          <w:p w14:paraId="32C2686B" w14:textId="77777777" w:rsidR="00F12170" w:rsidRPr="007911BE" w:rsidRDefault="00000000">
            <w:pPr>
              <w:ind w:firstLine="0"/>
              <w:jc w:val="left"/>
              <w:rPr>
                <w:lang w:val="ru-RU"/>
              </w:rPr>
            </w:pPr>
            <w:r w:rsidRPr="007911BE">
              <w:rPr>
                <w:sz w:val="24"/>
                <w:lang w:val="ru-RU"/>
              </w:rPr>
              <w:t>Региональные программы повышения рождаемости в 41 регионе</w:t>
            </w:r>
          </w:p>
        </w:tc>
        <w:tc>
          <w:tcPr>
            <w:tcW w:w="0" w:type="auto"/>
            <w:vAlign w:val="center"/>
          </w:tcPr>
          <w:p w14:paraId="672C9474" w14:textId="77777777" w:rsidR="00F12170" w:rsidRPr="007911BE" w:rsidRDefault="00000000">
            <w:pPr>
              <w:ind w:firstLine="0"/>
              <w:jc w:val="left"/>
              <w:rPr>
                <w:lang w:val="ru-RU"/>
              </w:rPr>
            </w:pPr>
            <w:r w:rsidRPr="007911BE">
              <w:rPr>
                <w:lang w:val="ru-RU"/>
              </w:rPr>
              <w:t>разности разностей (</w:t>
            </w:r>
            <w:r w:rsidRPr="007911BE">
              <w:t>difference</w:t>
            </w:r>
            <w:r w:rsidRPr="007911BE">
              <w:rPr>
                <w:lang w:val="ru-RU"/>
              </w:rPr>
              <w:t>-</w:t>
            </w:r>
            <w:r w:rsidRPr="007911BE">
              <w:t>in</w:t>
            </w:r>
            <w:r w:rsidRPr="007911BE">
              <w:rPr>
                <w:lang w:val="ru-RU"/>
              </w:rPr>
              <w:t>-</w:t>
            </w:r>
            <w:r w:rsidRPr="007911BE">
              <w:t>differences</w:t>
            </w:r>
            <w:r w:rsidRPr="007911BE">
              <w:rPr>
                <w:lang w:val="ru-RU"/>
              </w:rPr>
              <w:t>), событийный анализ (</w:t>
            </w:r>
            <w:r w:rsidRPr="007911BE">
              <w:t>event</w:t>
            </w:r>
            <w:r w:rsidRPr="007911BE">
              <w:rPr>
                <w:lang w:val="ru-RU"/>
              </w:rPr>
              <w:t>-</w:t>
            </w:r>
            <w:r w:rsidRPr="007911BE">
              <w:t>study</w:t>
            </w:r>
            <w:r w:rsidRPr="007911BE">
              <w:rPr>
                <w:lang w:val="ru-RU"/>
              </w:rPr>
              <w:t>), синтетический контроль</w:t>
            </w:r>
          </w:p>
        </w:tc>
        <w:tc>
          <w:tcPr>
            <w:tcW w:w="0" w:type="auto"/>
            <w:vAlign w:val="center"/>
          </w:tcPr>
          <w:p w14:paraId="34482033" w14:textId="77777777" w:rsidR="00F12170" w:rsidRPr="007911BE" w:rsidRDefault="00000000">
            <w:pPr>
              <w:ind w:firstLine="0"/>
              <w:jc w:val="left"/>
              <w:rPr>
                <w:lang w:val="ru-RU"/>
              </w:rPr>
            </w:pPr>
            <w:r w:rsidRPr="007911BE">
              <w:rPr>
                <w:sz w:val="24"/>
                <w:lang w:val="ru-RU"/>
              </w:rPr>
              <w:t>разная интенсивность и сроки реализации; сопоставимые регионы контроля</w:t>
            </w:r>
          </w:p>
        </w:tc>
      </w:tr>
      <w:tr w:rsidR="00F12170" w:rsidRPr="007911BE" w14:paraId="775EA624" w14:textId="77777777" w:rsidTr="00B408C8">
        <w:trPr>
          <w:jc w:val="center"/>
        </w:trPr>
        <w:tc>
          <w:tcPr>
            <w:tcW w:w="0" w:type="auto"/>
            <w:vAlign w:val="center"/>
          </w:tcPr>
          <w:p w14:paraId="27E3B4EF" w14:textId="77777777" w:rsidR="00F12170" w:rsidRPr="007911BE" w:rsidRDefault="00000000">
            <w:pPr>
              <w:ind w:firstLine="0"/>
              <w:jc w:val="left"/>
              <w:rPr>
                <w:lang w:val="ru-RU"/>
              </w:rPr>
            </w:pPr>
            <w:r w:rsidRPr="007911BE">
              <w:rPr>
                <w:sz w:val="24"/>
                <w:lang w:val="ru-RU"/>
              </w:rPr>
              <w:t>Семейная ипотека и выплаты на погашение ипотеки</w:t>
            </w:r>
          </w:p>
        </w:tc>
        <w:tc>
          <w:tcPr>
            <w:tcW w:w="0" w:type="auto"/>
            <w:vAlign w:val="center"/>
          </w:tcPr>
          <w:p w14:paraId="65A10AB1" w14:textId="77777777" w:rsidR="00F12170" w:rsidRPr="007911BE" w:rsidRDefault="00000000">
            <w:pPr>
              <w:ind w:firstLine="0"/>
              <w:jc w:val="left"/>
            </w:pPr>
            <w:r w:rsidRPr="007911BE">
              <w:t xml:space="preserve">matching, </w:t>
            </w:r>
            <w:proofErr w:type="spellStart"/>
            <w:r w:rsidRPr="007911BE">
              <w:t>DiD</w:t>
            </w:r>
            <w:proofErr w:type="spellEnd"/>
            <w:r w:rsidRPr="007911BE">
              <w:t xml:space="preserve">, </w:t>
            </w:r>
            <w:proofErr w:type="spellStart"/>
            <w:r w:rsidRPr="007911BE">
              <w:t>событийный</w:t>
            </w:r>
            <w:proofErr w:type="spellEnd"/>
            <w:r w:rsidRPr="007911BE">
              <w:t xml:space="preserve"> </w:t>
            </w:r>
            <w:proofErr w:type="spellStart"/>
            <w:r w:rsidRPr="007911BE">
              <w:t>анализ</w:t>
            </w:r>
            <w:proofErr w:type="spellEnd"/>
            <w:r w:rsidRPr="007911BE">
              <w:t xml:space="preserve"> (event-study)</w:t>
            </w:r>
          </w:p>
        </w:tc>
        <w:tc>
          <w:tcPr>
            <w:tcW w:w="0" w:type="auto"/>
            <w:vAlign w:val="center"/>
          </w:tcPr>
          <w:p w14:paraId="6E240848" w14:textId="77777777" w:rsidR="00F12170" w:rsidRPr="007911BE" w:rsidRDefault="00000000">
            <w:pPr>
              <w:ind w:firstLine="0"/>
              <w:jc w:val="left"/>
              <w:rPr>
                <w:lang w:val="ru-RU"/>
              </w:rPr>
            </w:pPr>
            <w:r w:rsidRPr="007911BE">
              <w:rPr>
                <w:sz w:val="24"/>
                <w:lang w:val="ru-RU"/>
              </w:rPr>
              <w:t>данные о получателях, дате получения, жилищном статусе и рождениях</w:t>
            </w:r>
          </w:p>
        </w:tc>
      </w:tr>
      <w:tr w:rsidR="00F12170" w:rsidRPr="007911BE" w14:paraId="7DC4388C" w14:textId="77777777" w:rsidTr="00B408C8">
        <w:trPr>
          <w:jc w:val="center"/>
        </w:trPr>
        <w:tc>
          <w:tcPr>
            <w:tcW w:w="0" w:type="auto"/>
            <w:vAlign w:val="center"/>
          </w:tcPr>
          <w:p w14:paraId="0518BA2E" w14:textId="77777777" w:rsidR="00F12170" w:rsidRPr="007911BE" w:rsidRDefault="00000000">
            <w:pPr>
              <w:ind w:firstLine="0"/>
              <w:jc w:val="left"/>
            </w:pPr>
            <w:proofErr w:type="spellStart"/>
            <w:r w:rsidRPr="007911BE">
              <w:rPr>
                <w:sz w:val="24"/>
              </w:rPr>
              <w:t>Женские</w:t>
            </w:r>
            <w:proofErr w:type="spellEnd"/>
            <w:r w:rsidRPr="007911BE">
              <w:rPr>
                <w:sz w:val="24"/>
              </w:rPr>
              <w:t xml:space="preserve"> </w:t>
            </w:r>
            <w:proofErr w:type="spellStart"/>
            <w:r w:rsidRPr="007911BE">
              <w:rPr>
                <w:sz w:val="24"/>
              </w:rPr>
              <w:t>консультации</w:t>
            </w:r>
            <w:proofErr w:type="spellEnd"/>
            <w:r w:rsidRPr="007911BE">
              <w:rPr>
                <w:sz w:val="24"/>
              </w:rPr>
              <w:t xml:space="preserve"> и </w:t>
            </w:r>
            <w:proofErr w:type="spellStart"/>
            <w:r w:rsidRPr="007911BE">
              <w:rPr>
                <w:sz w:val="24"/>
              </w:rPr>
              <w:t>диспансеризация</w:t>
            </w:r>
            <w:proofErr w:type="spellEnd"/>
          </w:p>
        </w:tc>
        <w:tc>
          <w:tcPr>
            <w:tcW w:w="0" w:type="auto"/>
            <w:vAlign w:val="center"/>
          </w:tcPr>
          <w:p w14:paraId="20AB1702" w14:textId="77777777" w:rsidR="00F12170" w:rsidRPr="007911BE" w:rsidRDefault="00000000">
            <w:pPr>
              <w:ind w:firstLine="0"/>
              <w:jc w:val="left"/>
            </w:pPr>
            <w:proofErr w:type="spellStart"/>
            <w:r w:rsidRPr="007911BE">
              <w:t>событийный</w:t>
            </w:r>
            <w:proofErr w:type="spellEnd"/>
            <w:r w:rsidRPr="007911BE">
              <w:t xml:space="preserve"> </w:t>
            </w:r>
            <w:proofErr w:type="spellStart"/>
            <w:r w:rsidRPr="007911BE">
              <w:t>анализ</w:t>
            </w:r>
            <w:proofErr w:type="spellEnd"/>
            <w:r w:rsidRPr="007911BE">
              <w:t xml:space="preserve"> (event-study), dose-response, spatial </w:t>
            </w:r>
            <w:proofErr w:type="spellStart"/>
            <w:r w:rsidRPr="007911BE">
              <w:t>DiD</w:t>
            </w:r>
            <w:proofErr w:type="spellEnd"/>
          </w:p>
        </w:tc>
        <w:tc>
          <w:tcPr>
            <w:tcW w:w="0" w:type="auto"/>
            <w:vAlign w:val="center"/>
          </w:tcPr>
          <w:p w14:paraId="5E9E6637" w14:textId="77777777" w:rsidR="00F12170" w:rsidRPr="007911BE" w:rsidRDefault="00000000">
            <w:pPr>
              <w:ind w:firstLine="0"/>
              <w:jc w:val="left"/>
              <w:rPr>
                <w:lang w:val="ru-RU"/>
              </w:rPr>
            </w:pPr>
            <w:r w:rsidRPr="007911BE">
              <w:rPr>
                <w:lang w:val="ru-RU"/>
              </w:rPr>
              <w:t>дата открытия/оснащения, маршрутизация, охват, медицинские промежуточные результаты</w:t>
            </w:r>
          </w:p>
        </w:tc>
      </w:tr>
      <w:tr w:rsidR="00F12170" w:rsidRPr="007911BE" w14:paraId="0503DF44" w14:textId="77777777" w:rsidTr="00B408C8">
        <w:trPr>
          <w:jc w:val="center"/>
        </w:trPr>
        <w:tc>
          <w:tcPr>
            <w:tcW w:w="0" w:type="auto"/>
            <w:vAlign w:val="center"/>
          </w:tcPr>
          <w:p w14:paraId="6BBA5AA1" w14:textId="77777777" w:rsidR="00F12170" w:rsidRPr="007911BE" w:rsidRDefault="00000000">
            <w:pPr>
              <w:ind w:firstLine="0"/>
              <w:jc w:val="left"/>
              <w:rPr>
                <w:lang w:val="ru-RU"/>
              </w:rPr>
            </w:pPr>
            <w:r w:rsidRPr="007911BE">
              <w:rPr>
                <w:sz w:val="24"/>
                <w:lang w:val="ru-RU"/>
              </w:rPr>
              <w:t>Группы продлённого дня и комнаты матери и ребёнка</w:t>
            </w:r>
          </w:p>
        </w:tc>
        <w:tc>
          <w:tcPr>
            <w:tcW w:w="0" w:type="auto"/>
            <w:vAlign w:val="center"/>
          </w:tcPr>
          <w:p w14:paraId="6733B16C" w14:textId="77777777" w:rsidR="00F12170" w:rsidRPr="007911BE" w:rsidRDefault="00000000">
            <w:pPr>
              <w:ind w:firstLine="0"/>
              <w:jc w:val="left"/>
            </w:pPr>
            <w:proofErr w:type="spellStart"/>
            <w:r w:rsidRPr="007911BE">
              <w:t>разности</w:t>
            </w:r>
            <w:proofErr w:type="spellEnd"/>
            <w:r w:rsidRPr="007911BE">
              <w:t xml:space="preserve"> </w:t>
            </w:r>
            <w:proofErr w:type="spellStart"/>
            <w:r w:rsidRPr="007911BE">
              <w:t>разностей</w:t>
            </w:r>
            <w:proofErr w:type="spellEnd"/>
            <w:r w:rsidRPr="007911BE">
              <w:t xml:space="preserve">, </w:t>
            </w:r>
            <w:proofErr w:type="spellStart"/>
            <w:r w:rsidRPr="007911BE">
              <w:t>поэтапное</w:t>
            </w:r>
            <w:proofErr w:type="spellEnd"/>
            <w:r w:rsidRPr="007911BE">
              <w:t xml:space="preserve"> </w:t>
            </w:r>
            <w:proofErr w:type="spellStart"/>
            <w:r w:rsidRPr="007911BE">
              <w:t>внедрение</w:t>
            </w:r>
            <w:proofErr w:type="spellEnd"/>
          </w:p>
        </w:tc>
        <w:tc>
          <w:tcPr>
            <w:tcW w:w="0" w:type="auto"/>
            <w:vAlign w:val="center"/>
          </w:tcPr>
          <w:p w14:paraId="452A5B78" w14:textId="77777777" w:rsidR="00F12170" w:rsidRPr="007911BE" w:rsidRDefault="00000000">
            <w:pPr>
              <w:ind w:firstLine="0"/>
              <w:jc w:val="left"/>
              <w:rPr>
                <w:lang w:val="ru-RU"/>
              </w:rPr>
            </w:pPr>
            <w:r w:rsidRPr="007911BE">
              <w:rPr>
                <w:sz w:val="24"/>
                <w:lang w:val="ru-RU"/>
              </w:rPr>
              <w:t>пошаговое внедрение по территориям и вузам</w:t>
            </w:r>
          </w:p>
        </w:tc>
      </w:tr>
      <w:tr w:rsidR="00F12170" w:rsidRPr="007911BE" w14:paraId="2D70755B" w14:textId="77777777" w:rsidTr="00B408C8">
        <w:trPr>
          <w:jc w:val="center"/>
        </w:trPr>
        <w:tc>
          <w:tcPr>
            <w:tcW w:w="0" w:type="auto"/>
            <w:vAlign w:val="center"/>
          </w:tcPr>
          <w:p w14:paraId="0098F0EC" w14:textId="77777777" w:rsidR="00F12170" w:rsidRPr="007911BE" w:rsidRDefault="00000000">
            <w:pPr>
              <w:ind w:firstLine="0"/>
              <w:jc w:val="left"/>
            </w:pPr>
            <w:proofErr w:type="spellStart"/>
            <w:r w:rsidRPr="007911BE">
              <w:rPr>
                <w:sz w:val="24"/>
              </w:rPr>
              <w:t>Долговременный</w:t>
            </w:r>
            <w:proofErr w:type="spellEnd"/>
            <w:r w:rsidRPr="007911BE">
              <w:rPr>
                <w:sz w:val="24"/>
              </w:rPr>
              <w:t xml:space="preserve"> </w:t>
            </w:r>
            <w:proofErr w:type="spellStart"/>
            <w:r w:rsidRPr="007911BE">
              <w:rPr>
                <w:sz w:val="24"/>
              </w:rPr>
              <w:t>уход</w:t>
            </w:r>
            <w:proofErr w:type="spellEnd"/>
          </w:p>
        </w:tc>
        <w:tc>
          <w:tcPr>
            <w:tcW w:w="0" w:type="auto"/>
            <w:vAlign w:val="center"/>
          </w:tcPr>
          <w:p w14:paraId="065F5093" w14:textId="77777777" w:rsidR="00F12170" w:rsidRPr="007911BE" w:rsidRDefault="00000000">
            <w:pPr>
              <w:ind w:firstLine="0"/>
              <w:jc w:val="left"/>
            </w:pPr>
            <w:proofErr w:type="spellStart"/>
            <w:r w:rsidRPr="007911BE">
              <w:t>синтетический</w:t>
            </w:r>
            <w:proofErr w:type="spellEnd"/>
            <w:r w:rsidRPr="007911BE">
              <w:t xml:space="preserve"> </w:t>
            </w:r>
            <w:proofErr w:type="spellStart"/>
            <w:r w:rsidRPr="007911BE">
              <w:t>контроль</w:t>
            </w:r>
            <w:proofErr w:type="spellEnd"/>
            <w:r w:rsidRPr="007911BE">
              <w:t xml:space="preserve">, </w:t>
            </w:r>
            <w:proofErr w:type="spellStart"/>
            <w:r w:rsidRPr="007911BE">
              <w:t>DiD</w:t>
            </w:r>
            <w:proofErr w:type="spellEnd"/>
          </w:p>
        </w:tc>
        <w:tc>
          <w:tcPr>
            <w:tcW w:w="0" w:type="auto"/>
            <w:vAlign w:val="center"/>
          </w:tcPr>
          <w:p w14:paraId="11A2CBC8" w14:textId="77777777" w:rsidR="00F12170" w:rsidRPr="007911BE" w:rsidRDefault="00000000">
            <w:pPr>
              <w:ind w:firstLine="0"/>
              <w:jc w:val="left"/>
              <w:rPr>
                <w:lang w:val="ru-RU"/>
              </w:rPr>
            </w:pPr>
            <w:r w:rsidRPr="007911BE">
              <w:rPr>
                <w:sz w:val="24"/>
                <w:lang w:val="ru-RU"/>
              </w:rPr>
              <w:t>охват семей, трудовая активность ухаживающих родственников, качество жизни</w:t>
            </w:r>
          </w:p>
        </w:tc>
      </w:tr>
    </w:tbl>
    <w:p w14:paraId="4E52F962" w14:textId="77777777" w:rsidR="00F12170" w:rsidRPr="007911BE" w:rsidRDefault="00000000">
      <w:pPr>
        <w:ind w:firstLine="0"/>
        <w:jc w:val="left"/>
        <w:rPr>
          <w:lang w:val="ru-RU"/>
        </w:rPr>
      </w:pPr>
      <w:r w:rsidRPr="007911BE">
        <w:rPr>
          <w:i/>
          <w:sz w:val="24"/>
          <w:lang w:val="ru-RU"/>
        </w:rPr>
        <w:t>Источник: авторская методика на основе подходов Всемирного банка к оценке воздействия</w:t>
      </w:r>
    </w:p>
    <w:p w14:paraId="60360209" w14:textId="77777777" w:rsidR="00F12170" w:rsidRPr="007911BE" w:rsidRDefault="00000000" w:rsidP="00585C06">
      <w:pPr>
        <w:pStyle w:val="21"/>
      </w:pPr>
      <w:bookmarkStart w:id="54" w:name="_Toc228134100"/>
      <w:r w:rsidRPr="007911BE">
        <w:t>11.2. Результаты</w:t>
      </w:r>
      <w:bookmarkEnd w:id="54"/>
    </w:p>
    <w:p w14:paraId="12F90085" w14:textId="77777777" w:rsidR="00F12170" w:rsidRPr="007911BE" w:rsidRDefault="00000000">
      <w:pPr>
        <w:rPr>
          <w:lang w:val="ru-RU"/>
        </w:rPr>
      </w:pPr>
      <w:r w:rsidRPr="007911BE">
        <w:rPr>
          <w:sz w:val="28"/>
          <w:lang w:val="ru-RU"/>
        </w:rPr>
        <w:t>В текущем массиве данных уже можно оценивать динамику, картографию и некоторые прогнозы, но нельзя надёжно утверждать причинный эффект большинства мер. Причина состоит в том, что показатели пока не связаны с индивидуальными или муниципальными данными о получателях, сроках и интенсивности меры. Без этого рост или снижение показателя может быть следствием демографической волны, миграции, доходной динамики, региональных особенностей или статистической методики.</w:t>
      </w:r>
    </w:p>
    <w:p w14:paraId="75959B58" w14:textId="77777777" w:rsidR="00F12170" w:rsidRPr="007911BE" w:rsidRDefault="00000000">
      <w:pPr>
        <w:rPr>
          <w:sz w:val="28"/>
          <w:szCs w:val="28"/>
          <w:lang w:val="ru-RU"/>
        </w:rPr>
      </w:pPr>
      <w:r w:rsidRPr="007911BE">
        <w:rPr>
          <w:sz w:val="28"/>
          <w:szCs w:val="28"/>
          <w:lang w:val="ru-RU"/>
        </w:rPr>
        <w:t>Наиболее перспективный объект причинной оценки – региональные программы повышения рождаемости в субъектах, для которых формализовано предоставление дополнительных мер поддержки. При этом сам критерий «СКР ниже среднероссийского уровня» не следует трактовать как безусловный маркер демографического неблагополучия: межрегиональные различия периодных коэффициентов частично отражают различия в точности учёта миграции и календаря рождений. Поэтому дизайн оценки должен опираться не на один пороговый СКР, а на набор сопоставимых индикаторов и на динамику внутри региона.</w:t>
      </w:r>
    </w:p>
    <w:p w14:paraId="0775858B" w14:textId="77777777" w:rsidR="00F12170" w:rsidRPr="007911BE" w:rsidRDefault="00000000">
      <w:pPr>
        <w:ind w:firstLine="0"/>
        <w:jc w:val="center"/>
      </w:pPr>
      <w:r w:rsidRPr="007911BE">
        <w:rPr>
          <w:noProof/>
        </w:rPr>
        <w:lastRenderedPageBreak/>
        <w:drawing>
          <wp:inline distT="0" distB="0" distL="0" distR="0" wp14:anchorId="0147918C" wp14:editId="0494B674">
            <wp:extent cx="6089705" cy="7903029"/>
            <wp:effectExtent l="0" t="0" r="635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_similarity_network.png"/>
                    <pic:cNvPicPr/>
                  </pic:nvPicPr>
                  <pic:blipFill>
                    <a:blip r:embed="rId45"/>
                    <a:stretch>
                      <a:fillRect/>
                    </a:stretch>
                  </pic:blipFill>
                  <pic:spPr>
                    <a:xfrm>
                      <a:off x="0" y="0"/>
                      <a:ext cx="6105920" cy="7924072"/>
                    </a:xfrm>
                    <a:prstGeom prst="rect">
                      <a:avLst/>
                    </a:prstGeom>
                  </pic:spPr>
                </pic:pic>
              </a:graphicData>
            </a:graphic>
          </wp:inline>
        </w:drawing>
      </w:r>
    </w:p>
    <w:p w14:paraId="4290E1AA" w14:textId="77777777" w:rsidR="00F12170" w:rsidRPr="007911BE" w:rsidRDefault="00000000">
      <w:pPr>
        <w:ind w:firstLine="0"/>
        <w:jc w:val="center"/>
        <w:rPr>
          <w:lang w:val="ru-RU"/>
        </w:rPr>
      </w:pPr>
      <w:r w:rsidRPr="007911BE">
        <w:rPr>
          <w:lang w:val="ru-RU"/>
        </w:rPr>
        <w:t xml:space="preserve">Рисунок 38 </w:t>
      </w:r>
      <w:r w:rsidR="00387CF6" w:rsidRPr="007911BE">
        <w:rPr>
          <w:lang w:val="ru-RU"/>
        </w:rPr>
        <w:t xml:space="preserve">– </w:t>
      </w:r>
      <w:r w:rsidRPr="007911BE">
        <w:rPr>
          <w:lang w:val="ru-RU"/>
        </w:rPr>
        <w:t xml:space="preserve"> Сеть межрегиональной схожести по профилю показателей</w:t>
      </w:r>
    </w:p>
    <w:p w14:paraId="4B2E0B20" w14:textId="77777777" w:rsidR="00F12170" w:rsidRPr="007911BE" w:rsidRDefault="00000000">
      <w:pPr>
        <w:ind w:firstLine="0"/>
        <w:jc w:val="center"/>
      </w:pPr>
      <w:proofErr w:type="spellStart"/>
      <w:r w:rsidRPr="007911BE">
        <w:rPr>
          <w:i/>
          <w:sz w:val="24"/>
        </w:rPr>
        <w:t>Источник</w:t>
      </w:r>
      <w:proofErr w:type="spellEnd"/>
      <w:r w:rsidRPr="007911BE">
        <w:rPr>
          <w:i/>
          <w:sz w:val="24"/>
        </w:rPr>
        <w:t xml:space="preserve">: </w:t>
      </w:r>
      <w:proofErr w:type="spellStart"/>
      <w:r w:rsidRPr="007911BE">
        <w:rPr>
          <w:i/>
          <w:sz w:val="24"/>
        </w:rPr>
        <w:t>расчёты</w:t>
      </w:r>
      <w:proofErr w:type="spellEnd"/>
      <w:r w:rsidRPr="007911BE">
        <w:rPr>
          <w:i/>
          <w:sz w:val="24"/>
        </w:rPr>
        <w:t xml:space="preserve"> </w:t>
      </w:r>
      <w:proofErr w:type="spellStart"/>
      <w:r w:rsidRPr="007911BE">
        <w:rPr>
          <w:i/>
          <w:sz w:val="24"/>
        </w:rPr>
        <w:t>по</w:t>
      </w:r>
      <w:proofErr w:type="spellEnd"/>
      <w:r w:rsidRPr="007911BE">
        <w:rPr>
          <w:i/>
          <w:sz w:val="24"/>
        </w:rPr>
        <w:t xml:space="preserve"> </w:t>
      </w:r>
      <w:proofErr w:type="spellStart"/>
      <w:r w:rsidRPr="007911BE">
        <w:rPr>
          <w:i/>
          <w:sz w:val="24"/>
        </w:rPr>
        <w:t>базе</w:t>
      </w:r>
      <w:proofErr w:type="spellEnd"/>
      <w:r w:rsidRPr="007911BE">
        <w:rPr>
          <w:i/>
          <w:sz w:val="24"/>
        </w:rPr>
        <w:t xml:space="preserve"> ЕМИСС</w:t>
      </w:r>
    </w:p>
    <w:p w14:paraId="406DB8B2" w14:textId="77777777" w:rsidR="00F12170" w:rsidRPr="007911BE" w:rsidRDefault="00000000">
      <w:pPr>
        <w:ind w:firstLine="0"/>
        <w:jc w:val="center"/>
      </w:pPr>
      <w:r w:rsidRPr="007911BE">
        <w:rPr>
          <w:noProof/>
        </w:rPr>
        <w:lastRenderedPageBreak/>
        <w:drawing>
          <wp:inline distT="0" distB="0" distL="0" distR="0" wp14:anchorId="7E3C4ED5" wp14:editId="6AA93913">
            <wp:extent cx="5580000" cy="44572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al_outlier_scores_top20.png"/>
                    <pic:cNvPicPr/>
                  </pic:nvPicPr>
                  <pic:blipFill>
                    <a:blip r:embed="rId46"/>
                    <a:stretch>
                      <a:fillRect/>
                    </a:stretch>
                  </pic:blipFill>
                  <pic:spPr>
                    <a:xfrm>
                      <a:off x="0" y="0"/>
                      <a:ext cx="5580000" cy="4457230"/>
                    </a:xfrm>
                    <a:prstGeom prst="rect">
                      <a:avLst/>
                    </a:prstGeom>
                  </pic:spPr>
                </pic:pic>
              </a:graphicData>
            </a:graphic>
          </wp:inline>
        </w:drawing>
      </w:r>
    </w:p>
    <w:p w14:paraId="4C5357FC" w14:textId="77777777" w:rsidR="00F12170" w:rsidRPr="007911BE" w:rsidRDefault="00000000">
      <w:pPr>
        <w:ind w:firstLine="0"/>
        <w:jc w:val="center"/>
        <w:rPr>
          <w:lang w:val="ru-RU"/>
        </w:rPr>
      </w:pPr>
      <w:r w:rsidRPr="007911BE">
        <w:rPr>
          <w:lang w:val="ru-RU"/>
        </w:rPr>
        <w:t xml:space="preserve">Рисунок 39 </w:t>
      </w:r>
      <w:r w:rsidR="00387CF6" w:rsidRPr="007911BE">
        <w:rPr>
          <w:lang w:val="ru-RU"/>
        </w:rPr>
        <w:t xml:space="preserve">– </w:t>
      </w:r>
      <w:r w:rsidRPr="007911BE">
        <w:rPr>
          <w:lang w:val="ru-RU"/>
        </w:rPr>
        <w:t xml:space="preserve"> Наиболее нетипичные регионы по профилю показателей</w:t>
      </w:r>
    </w:p>
    <w:p w14:paraId="346337CA" w14:textId="77777777" w:rsidR="00F12170" w:rsidRPr="007911BE" w:rsidRDefault="00000000">
      <w:pPr>
        <w:ind w:firstLine="0"/>
        <w:jc w:val="center"/>
        <w:rPr>
          <w:lang w:val="ru-RU"/>
        </w:rPr>
      </w:pPr>
      <w:r w:rsidRPr="007911BE">
        <w:rPr>
          <w:i/>
          <w:sz w:val="24"/>
          <w:lang w:val="ru-RU"/>
        </w:rPr>
        <w:t>Источник: расчёты по базе ЕМИСС</w:t>
      </w:r>
    </w:p>
    <w:p w14:paraId="5D6000AB" w14:textId="77777777" w:rsidR="00F12170" w:rsidRPr="007911BE" w:rsidRDefault="00000000" w:rsidP="00585C06">
      <w:pPr>
        <w:pStyle w:val="21"/>
      </w:pPr>
      <w:bookmarkStart w:id="55" w:name="_Toc228134101"/>
      <w:r w:rsidRPr="007911BE">
        <w:t>11.3. Выводы и рекомендации</w:t>
      </w:r>
      <w:bookmarkEnd w:id="55"/>
    </w:p>
    <w:p w14:paraId="47069A7B" w14:textId="77777777" w:rsidR="00F12170" w:rsidRPr="007911BE" w:rsidRDefault="00000000">
      <w:pPr>
        <w:rPr>
          <w:lang w:val="ru-RU"/>
        </w:rPr>
      </w:pPr>
      <w:r w:rsidRPr="007911BE">
        <w:rPr>
          <w:sz w:val="28"/>
          <w:lang w:val="ru-RU"/>
        </w:rPr>
        <w:t xml:space="preserve">Рекомендуется уже в 2026 году утвердить план независимой причинной оценки национального проекта. В него должны войти: реестр мер, минимальный набор </w:t>
      </w:r>
      <w:proofErr w:type="spellStart"/>
      <w:r w:rsidRPr="007911BE">
        <w:rPr>
          <w:sz w:val="28"/>
          <w:lang w:val="ru-RU"/>
        </w:rPr>
        <w:t>микроданных</w:t>
      </w:r>
      <w:proofErr w:type="spellEnd"/>
      <w:r w:rsidRPr="007911BE">
        <w:rPr>
          <w:sz w:val="28"/>
          <w:lang w:val="ru-RU"/>
        </w:rPr>
        <w:t xml:space="preserve">, правила конфиденциальности, перечень контрольных переменных, дизайн для каждой меры, </w:t>
      </w:r>
      <w:proofErr w:type="spellStart"/>
      <w:r w:rsidRPr="007911BE">
        <w:rPr>
          <w:sz w:val="28"/>
          <w:lang w:val="ru-RU"/>
        </w:rPr>
        <w:t>предрегистрация</w:t>
      </w:r>
      <w:proofErr w:type="spellEnd"/>
      <w:r w:rsidRPr="007911BE">
        <w:rPr>
          <w:sz w:val="28"/>
          <w:lang w:val="ru-RU"/>
        </w:rPr>
        <w:t xml:space="preserve"> гипотез и график публикации результатов. Без этого экспертиза будет ограничена описательным мониторингом.</w:t>
      </w:r>
    </w:p>
    <w:p w14:paraId="63612BE9" w14:textId="77777777" w:rsidR="00F12170" w:rsidRPr="007911BE" w:rsidRDefault="00000000">
      <w:pPr>
        <w:rPr>
          <w:lang w:val="ru-RU"/>
        </w:rPr>
      </w:pPr>
      <w:r w:rsidRPr="007911BE">
        <w:rPr>
          <w:sz w:val="28"/>
          <w:lang w:val="ru-RU"/>
        </w:rPr>
        <w:t>Следует также создать реестр демографических рисков проекта. Ключевые риски: дальнейшее сокращение женщин репродуктивного возраста, рост возраста первого рождения, высокая стоимость жилья, закредитованность семей, региональный инфраструктурный дефицит, низкая измеримость ряда показателей, слабая вовлечённость работодателей, недостаточный фокус на первых и вторых рождениях, ограниченность причинной оценки.</w:t>
      </w:r>
    </w:p>
    <w:p w14:paraId="21DE7192" w14:textId="77777777" w:rsidR="00F12170" w:rsidRPr="007911BE" w:rsidRDefault="00000000" w:rsidP="00585C06">
      <w:pPr>
        <w:pStyle w:val="1"/>
      </w:pPr>
      <w:bookmarkStart w:id="56" w:name="_Toc228134102"/>
      <w:r w:rsidRPr="007911BE">
        <w:t>12. Пакет предложений по корректировке национального проекта</w:t>
      </w:r>
      <w:bookmarkEnd w:id="56"/>
    </w:p>
    <w:p w14:paraId="6DB7C567" w14:textId="77777777" w:rsidR="00F12170" w:rsidRPr="007911BE" w:rsidRDefault="00000000" w:rsidP="00585C06">
      <w:pPr>
        <w:pStyle w:val="21"/>
      </w:pPr>
      <w:bookmarkStart w:id="57" w:name="_Toc228134103"/>
      <w:r w:rsidRPr="007911BE">
        <w:t>12.1. Методика</w:t>
      </w:r>
      <w:bookmarkEnd w:id="57"/>
    </w:p>
    <w:p w14:paraId="3E1CF8AE" w14:textId="77777777" w:rsidR="00F12170" w:rsidRPr="007911BE" w:rsidRDefault="00000000">
      <w:pPr>
        <w:rPr>
          <w:sz w:val="28"/>
          <w:szCs w:val="28"/>
          <w:lang w:val="ru-RU"/>
        </w:rPr>
      </w:pPr>
      <w:r w:rsidRPr="007911BE">
        <w:rPr>
          <w:sz w:val="28"/>
          <w:szCs w:val="28"/>
          <w:lang w:val="ru-RU"/>
        </w:rPr>
        <w:t xml:space="preserve">Пакет предложений формировался по принципу управленческой применимости. Это означает, что рекомендации отбирались не по степени радикальности, а по сочетанию четырёх критериев: ожидаемого эффекта, </w:t>
      </w:r>
      <w:r w:rsidRPr="007911BE">
        <w:rPr>
          <w:sz w:val="28"/>
          <w:szCs w:val="28"/>
          <w:lang w:val="ru-RU"/>
        </w:rPr>
        <w:lastRenderedPageBreak/>
        <w:t>реализуемости в действующем нормативном контуре, связи с выявленными проблемами мониторинга и возможности внедрения в горизонте текущего цикла проекта.</w:t>
      </w:r>
    </w:p>
    <w:p w14:paraId="787CF337" w14:textId="77777777" w:rsidR="00F12170" w:rsidRPr="007911BE" w:rsidRDefault="00000000">
      <w:pPr>
        <w:rPr>
          <w:sz w:val="28"/>
          <w:szCs w:val="28"/>
          <w:lang w:val="ru-RU"/>
        </w:rPr>
      </w:pPr>
      <w:r w:rsidRPr="007911BE">
        <w:rPr>
          <w:sz w:val="28"/>
          <w:szCs w:val="28"/>
          <w:lang w:val="ru-RU"/>
        </w:rPr>
        <w:t>Каждая рекомендация отнесена к одному из уровней управления: паспорт проекта, показатели, мероприятия, бюджет и данные/оценка эффекта. Такой формат нужен для практического использования отчёта: он позволяет видеть, какой именно элемент проектной архитектуры требуется менять, а не ограничиваться общим пожеланием «усилить работу».</w:t>
      </w:r>
    </w:p>
    <w:p w14:paraId="6C8B742C" w14:textId="77777777" w:rsidR="00F12170" w:rsidRPr="007911BE" w:rsidRDefault="00000000" w:rsidP="00585C06">
      <w:pPr>
        <w:pStyle w:val="21"/>
      </w:pPr>
      <w:bookmarkStart w:id="58" w:name="_Toc228134104"/>
      <w:r w:rsidRPr="007911BE">
        <w:t>12.2. Результаты: приоритетные изменения</w:t>
      </w:r>
      <w:bookmarkEnd w:id="58"/>
    </w:p>
    <w:p w14:paraId="3CF4AB1B" w14:textId="77777777" w:rsidR="00F12170" w:rsidRPr="007911BE" w:rsidRDefault="00000000">
      <w:pPr>
        <w:ind w:firstLine="0"/>
        <w:jc w:val="left"/>
        <w:rPr>
          <w:lang w:val="ru-RU"/>
        </w:rPr>
      </w:pPr>
      <w:r w:rsidRPr="007911BE">
        <w:rPr>
          <w:lang w:val="ru-RU"/>
        </w:rPr>
        <w:t xml:space="preserve">Таблица 28 </w:t>
      </w:r>
      <w:r w:rsidR="00387CF6" w:rsidRPr="007911BE">
        <w:rPr>
          <w:lang w:val="ru-RU"/>
        </w:rPr>
        <w:t xml:space="preserve">– </w:t>
      </w:r>
      <w:r w:rsidRPr="007911BE">
        <w:rPr>
          <w:lang w:val="ru-RU"/>
        </w:rPr>
        <w:t xml:space="preserve"> Основной пакет предложений по корректировке национального проекта</w:t>
      </w:r>
    </w:p>
    <w:tbl>
      <w:tblPr>
        <w:tblStyle w:val="aff0"/>
        <w:tblW w:w="0" w:type="auto"/>
        <w:jc w:val="center"/>
        <w:tblLook w:val="04A0" w:firstRow="1" w:lastRow="0" w:firstColumn="1" w:lastColumn="0" w:noHBand="0" w:noVBand="1"/>
      </w:tblPr>
      <w:tblGrid>
        <w:gridCol w:w="1812"/>
        <w:gridCol w:w="6633"/>
        <w:gridCol w:w="1409"/>
      </w:tblGrid>
      <w:tr w:rsidR="00F12170" w:rsidRPr="007911BE" w14:paraId="15E5C1F6" w14:textId="77777777" w:rsidTr="00B408C8">
        <w:trPr>
          <w:jc w:val="center"/>
        </w:trPr>
        <w:tc>
          <w:tcPr>
            <w:tcW w:w="0" w:type="auto"/>
            <w:vAlign w:val="center"/>
          </w:tcPr>
          <w:p w14:paraId="1154ECAC" w14:textId="77777777" w:rsidR="00F12170" w:rsidRPr="007911BE" w:rsidRDefault="00000000">
            <w:pPr>
              <w:ind w:firstLine="0"/>
              <w:jc w:val="center"/>
              <w:rPr>
                <w:sz w:val="24"/>
                <w:szCs w:val="24"/>
              </w:rPr>
            </w:pPr>
            <w:proofErr w:type="spellStart"/>
            <w:r w:rsidRPr="007911BE">
              <w:rPr>
                <w:b/>
                <w:sz w:val="24"/>
                <w:szCs w:val="24"/>
              </w:rPr>
              <w:t>Уровень</w:t>
            </w:r>
            <w:proofErr w:type="spellEnd"/>
          </w:p>
        </w:tc>
        <w:tc>
          <w:tcPr>
            <w:tcW w:w="0" w:type="auto"/>
            <w:vAlign w:val="center"/>
          </w:tcPr>
          <w:p w14:paraId="02084F5D" w14:textId="77777777" w:rsidR="00F12170" w:rsidRPr="007911BE" w:rsidRDefault="00000000">
            <w:pPr>
              <w:ind w:firstLine="0"/>
              <w:jc w:val="center"/>
              <w:rPr>
                <w:sz w:val="24"/>
                <w:szCs w:val="24"/>
              </w:rPr>
            </w:pPr>
            <w:proofErr w:type="spellStart"/>
            <w:r w:rsidRPr="007911BE">
              <w:rPr>
                <w:b/>
                <w:sz w:val="24"/>
                <w:szCs w:val="24"/>
              </w:rPr>
              <w:t>Предложение</w:t>
            </w:r>
            <w:proofErr w:type="spellEnd"/>
          </w:p>
        </w:tc>
        <w:tc>
          <w:tcPr>
            <w:tcW w:w="0" w:type="auto"/>
            <w:vAlign w:val="center"/>
          </w:tcPr>
          <w:p w14:paraId="13D96433" w14:textId="77777777" w:rsidR="00F12170" w:rsidRPr="007911BE" w:rsidRDefault="00000000">
            <w:pPr>
              <w:ind w:firstLine="0"/>
              <w:jc w:val="center"/>
              <w:rPr>
                <w:sz w:val="24"/>
                <w:szCs w:val="24"/>
              </w:rPr>
            </w:pPr>
            <w:proofErr w:type="spellStart"/>
            <w:r w:rsidRPr="007911BE">
              <w:rPr>
                <w:b/>
                <w:sz w:val="24"/>
                <w:szCs w:val="24"/>
              </w:rPr>
              <w:t>Приоритет</w:t>
            </w:r>
            <w:proofErr w:type="spellEnd"/>
          </w:p>
        </w:tc>
      </w:tr>
      <w:tr w:rsidR="00F12170" w:rsidRPr="007911BE" w14:paraId="0C44CFE2" w14:textId="77777777" w:rsidTr="00B408C8">
        <w:trPr>
          <w:jc w:val="center"/>
        </w:trPr>
        <w:tc>
          <w:tcPr>
            <w:tcW w:w="0" w:type="auto"/>
            <w:vAlign w:val="center"/>
          </w:tcPr>
          <w:p w14:paraId="2A4EC526" w14:textId="77777777" w:rsidR="00F12170" w:rsidRPr="007911BE" w:rsidRDefault="00000000">
            <w:pPr>
              <w:ind w:firstLine="0"/>
              <w:jc w:val="left"/>
              <w:rPr>
                <w:sz w:val="24"/>
                <w:szCs w:val="24"/>
              </w:rPr>
            </w:pPr>
            <w:proofErr w:type="spellStart"/>
            <w:r w:rsidRPr="007911BE">
              <w:rPr>
                <w:sz w:val="24"/>
                <w:szCs w:val="24"/>
              </w:rPr>
              <w:t>Паспорт</w:t>
            </w:r>
            <w:proofErr w:type="spellEnd"/>
            <w:r w:rsidRPr="007911BE">
              <w:rPr>
                <w:sz w:val="24"/>
                <w:szCs w:val="24"/>
              </w:rPr>
              <w:t xml:space="preserve"> </w:t>
            </w:r>
            <w:proofErr w:type="spellStart"/>
            <w:r w:rsidRPr="007911BE">
              <w:rPr>
                <w:sz w:val="24"/>
                <w:szCs w:val="24"/>
              </w:rPr>
              <w:t>проекта</w:t>
            </w:r>
            <w:proofErr w:type="spellEnd"/>
          </w:p>
        </w:tc>
        <w:tc>
          <w:tcPr>
            <w:tcW w:w="0" w:type="auto"/>
            <w:vAlign w:val="center"/>
          </w:tcPr>
          <w:p w14:paraId="2AEE00EC" w14:textId="77777777" w:rsidR="00F12170" w:rsidRPr="007911BE" w:rsidRDefault="00000000">
            <w:pPr>
              <w:ind w:firstLine="0"/>
              <w:jc w:val="left"/>
              <w:rPr>
                <w:sz w:val="24"/>
                <w:szCs w:val="24"/>
                <w:lang w:val="ru-RU"/>
              </w:rPr>
            </w:pPr>
            <w:r w:rsidRPr="007911BE">
              <w:rPr>
                <w:sz w:val="24"/>
                <w:szCs w:val="24"/>
                <w:lang w:val="ru-RU"/>
              </w:rPr>
              <w:t xml:space="preserve">Ввести логическую модель «мероприятие </w:t>
            </w:r>
            <w:r w:rsidR="00387CF6" w:rsidRPr="007911BE">
              <w:rPr>
                <w:sz w:val="24"/>
                <w:szCs w:val="24"/>
                <w:lang w:val="ru-RU"/>
              </w:rPr>
              <w:t xml:space="preserve">– </w:t>
            </w:r>
            <w:r w:rsidRPr="007911BE">
              <w:rPr>
                <w:sz w:val="24"/>
                <w:szCs w:val="24"/>
                <w:lang w:val="ru-RU"/>
              </w:rPr>
              <w:t xml:space="preserve"> результат </w:t>
            </w:r>
            <w:r w:rsidR="00387CF6" w:rsidRPr="007911BE">
              <w:rPr>
                <w:sz w:val="24"/>
                <w:szCs w:val="24"/>
                <w:lang w:val="ru-RU"/>
              </w:rPr>
              <w:t xml:space="preserve">– </w:t>
            </w:r>
            <w:r w:rsidRPr="007911BE">
              <w:rPr>
                <w:sz w:val="24"/>
                <w:szCs w:val="24"/>
                <w:lang w:val="ru-RU"/>
              </w:rPr>
              <w:t xml:space="preserve"> показатель </w:t>
            </w:r>
            <w:r w:rsidR="00387CF6" w:rsidRPr="007911BE">
              <w:rPr>
                <w:sz w:val="24"/>
                <w:szCs w:val="24"/>
                <w:lang w:val="ru-RU"/>
              </w:rPr>
              <w:t xml:space="preserve">– </w:t>
            </w:r>
            <w:r w:rsidRPr="007911BE">
              <w:rPr>
                <w:sz w:val="24"/>
                <w:szCs w:val="24"/>
                <w:lang w:val="ru-RU"/>
              </w:rPr>
              <w:t xml:space="preserve"> данные </w:t>
            </w:r>
            <w:r w:rsidR="00387CF6" w:rsidRPr="007911BE">
              <w:rPr>
                <w:sz w:val="24"/>
                <w:szCs w:val="24"/>
                <w:lang w:val="ru-RU"/>
              </w:rPr>
              <w:t xml:space="preserve">– </w:t>
            </w:r>
            <w:r w:rsidRPr="007911BE">
              <w:rPr>
                <w:sz w:val="24"/>
                <w:szCs w:val="24"/>
                <w:lang w:val="ru-RU"/>
              </w:rPr>
              <w:t xml:space="preserve"> бюджет» для каждого федерального проекта</w:t>
            </w:r>
          </w:p>
        </w:tc>
        <w:tc>
          <w:tcPr>
            <w:tcW w:w="0" w:type="auto"/>
            <w:vAlign w:val="center"/>
          </w:tcPr>
          <w:p w14:paraId="07A62778" w14:textId="77777777" w:rsidR="00F12170" w:rsidRPr="007911BE" w:rsidRDefault="00000000">
            <w:pPr>
              <w:ind w:firstLine="0"/>
              <w:jc w:val="left"/>
              <w:rPr>
                <w:sz w:val="24"/>
                <w:szCs w:val="24"/>
              </w:rPr>
            </w:pPr>
            <w:proofErr w:type="spellStart"/>
            <w:r w:rsidRPr="007911BE">
              <w:rPr>
                <w:sz w:val="24"/>
                <w:szCs w:val="24"/>
              </w:rPr>
              <w:t>Высокий</w:t>
            </w:r>
            <w:proofErr w:type="spellEnd"/>
          </w:p>
        </w:tc>
      </w:tr>
      <w:tr w:rsidR="00F12170" w:rsidRPr="007911BE" w14:paraId="4E152B36" w14:textId="77777777" w:rsidTr="00B408C8">
        <w:trPr>
          <w:jc w:val="center"/>
        </w:trPr>
        <w:tc>
          <w:tcPr>
            <w:tcW w:w="0" w:type="auto"/>
            <w:vAlign w:val="center"/>
          </w:tcPr>
          <w:p w14:paraId="46E7C7CD" w14:textId="77777777" w:rsidR="00201AF2" w:rsidRPr="007911BE" w:rsidRDefault="00000000" w:rsidP="003A1BDC">
            <w:pPr>
              <w:ind w:firstLine="0"/>
              <w:rPr>
                <w:sz w:val="24"/>
                <w:szCs w:val="36"/>
              </w:rPr>
            </w:pPr>
            <w:r w:rsidRPr="007911BE">
              <w:rPr>
                <w:sz w:val="24"/>
                <w:szCs w:val="36"/>
              </w:rPr>
              <w:t>Показатели</w:t>
            </w:r>
          </w:p>
        </w:tc>
        <w:tc>
          <w:tcPr>
            <w:tcW w:w="0" w:type="auto"/>
            <w:vAlign w:val="center"/>
          </w:tcPr>
          <w:p w14:paraId="44E8CDE0" w14:textId="77777777" w:rsidR="00201AF2" w:rsidRPr="007911BE" w:rsidRDefault="00000000" w:rsidP="003A1BDC">
            <w:pPr>
              <w:ind w:firstLine="0"/>
              <w:rPr>
                <w:sz w:val="24"/>
                <w:szCs w:val="36"/>
                <w:lang w:val="ru-RU"/>
              </w:rPr>
            </w:pPr>
            <w:r w:rsidRPr="007911BE">
              <w:rPr>
                <w:sz w:val="24"/>
                <w:szCs w:val="36"/>
                <w:lang w:val="ru-RU"/>
              </w:rPr>
              <w:t>Добавить СКР1, СКР2, СКР3, СКР3+, средний возраст при первом рождении, долю женщин 30–39 лет без детей, ожидаемое/желаемое число детей; переходы к следующему рождению считать по поколенческим или панельным данным, а не по отношению текущих СКР</w:t>
            </w:r>
          </w:p>
        </w:tc>
        <w:tc>
          <w:tcPr>
            <w:tcW w:w="0" w:type="auto"/>
            <w:vAlign w:val="center"/>
          </w:tcPr>
          <w:p w14:paraId="322EF260" w14:textId="5CD57A64" w:rsidR="00201AF2" w:rsidRPr="007911BE" w:rsidRDefault="003A1BDC" w:rsidP="003A1BDC">
            <w:pPr>
              <w:ind w:firstLine="0"/>
            </w:pPr>
            <w:proofErr w:type="spellStart"/>
            <w:r w:rsidRPr="007911BE">
              <w:rPr>
                <w:sz w:val="24"/>
                <w:szCs w:val="24"/>
              </w:rPr>
              <w:t>Высокий</w:t>
            </w:r>
            <w:proofErr w:type="spellEnd"/>
          </w:p>
        </w:tc>
      </w:tr>
      <w:tr w:rsidR="00F12170" w:rsidRPr="007911BE" w14:paraId="4A3F053D" w14:textId="77777777" w:rsidTr="00B408C8">
        <w:trPr>
          <w:jc w:val="center"/>
        </w:trPr>
        <w:tc>
          <w:tcPr>
            <w:tcW w:w="0" w:type="auto"/>
            <w:vAlign w:val="center"/>
          </w:tcPr>
          <w:p w14:paraId="1D278465" w14:textId="77777777" w:rsidR="00F12170" w:rsidRPr="007911BE" w:rsidRDefault="00000000">
            <w:pPr>
              <w:ind w:firstLine="0"/>
              <w:jc w:val="left"/>
              <w:rPr>
                <w:sz w:val="24"/>
                <w:szCs w:val="24"/>
              </w:rPr>
            </w:pPr>
            <w:proofErr w:type="spellStart"/>
            <w:r w:rsidRPr="007911BE">
              <w:rPr>
                <w:sz w:val="24"/>
                <w:szCs w:val="24"/>
              </w:rPr>
              <w:t>Данные</w:t>
            </w:r>
            <w:proofErr w:type="spellEnd"/>
          </w:p>
        </w:tc>
        <w:tc>
          <w:tcPr>
            <w:tcW w:w="0" w:type="auto"/>
            <w:vAlign w:val="center"/>
          </w:tcPr>
          <w:p w14:paraId="100EDF00" w14:textId="77777777" w:rsidR="00F12170" w:rsidRPr="007911BE" w:rsidRDefault="00000000">
            <w:pPr>
              <w:ind w:firstLine="0"/>
              <w:jc w:val="left"/>
              <w:rPr>
                <w:sz w:val="24"/>
                <w:szCs w:val="24"/>
                <w:lang w:val="ru-RU"/>
              </w:rPr>
            </w:pPr>
            <w:r w:rsidRPr="007911BE">
              <w:rPr>
                <w:sz w:val="24"/>
                <w:szCs w:val="24"/>
                <w:lang w:val="ru-RU"/>
              </w:rPr>
              <w:t>Обеспечить региональную декомпозицию по 89 субъектам для всех управляемых показателей</w:t>
            </w:r>
          </w:p>
        </w:tc>
        <w:tc>
          <w:tcPr>
            <w:tcW w:w="0" w:type="auto"/>
            <w:vAlign w:val="center"/>
          </w:tcPr>
          <w:p w14:paraId="258DC158" w14:textId="77777777" w:rsidR="00F12170" w:rsidRPr="007911BE" w:rsidRDefault="00000000">
            <w:pPr>
              <w:ind w:firstLine="0"/>
              <w:jc w:val="left"/>
              <w:rPr>
                <w:sz w:val="24"/>
                <w:szCs w:val="24"/>
              </w:rPr>
            </w:pPr>
            <w:proofErr w:type="spellStart"/>
            <w:r w:rsidRPr="007911BE">
              <w:rPr>
                <w:sz w:val="24"/>
                <w:szCs w:val="24"/>
              </w:rPr>
              <w:t>Высокий</w:t>
            </w:r>
            <w:proofErr w:type="spellEnd"/>
          </w:p>
        </w:tc>
      </w:tr>
      <w:tr w:rsidR="00F12170" w:rsidRPr="007911BE" w14:paraId="366A4141" w14:textId="77777777" w:rsidTr="00B408C8">
        <w:trPr>
          <w:jc w:val="center"/>
        </w:trPr>
        <w:tc>
          <w:tcPr>
            <w:tcW w:w="0" w:type="auto"/>
            <w:vAlign w:val="center"/>
          </w:tcPr>
          <w:p w14:paraId="6EB8DECE" w14:textId="77777777" w:rsidR="00F12170" w:rsidRPr="007911BE" w:rsidRDefault="00000000">
            <w:pPr>
              <w:ind w:firstLine="0"/>
              <w:jc w:val="left"/>
              <w:rPr>
                <w:sz w:val="24"/>
                <w:szCs w:val="24"/>
              </w:rPr>
            </w:pPr>
            <w:proofErr w:type="spellStart"/>
            <w:r w:rsidRPr="007911BE">
              <w:rPr>
                <w:sz w:val="24"/>
                <w:szCs w:val="24"/>
              </w:rPr>
              <w:t>Территории</w:t>
            </w:r>
            <w:proofErr w:type="spellEnd"/>
          </w:p>
        </w:tc>
        <w:tc>
          <w:tcPr>
            <w:tcW w:w="0" w:type="auto"/>
            <w:vAlign w:val="center"/>
          </w:tcPr>
          <w:p w14:paraId="45488962" w14:textId="77777777" w:rsidR="00F12170" w:rsidRPr="007911BE" w:rsidRDefault="00000000">
            <w:pPr>
              <w:ind w:firstLine="0"/>
              <w:jc w:val="left"/>
              <w:rPr>
                <w:sz w:val="24"/>
                <w:szCs w:val="24"/>
                <w:lang w:val="ru-RU"/>
              </w:rPr>
            </w:pPr>
            <w:r w:rsidRPr="007911BE">
              <w:rPr>
                <w:sz w:val="24"/>
                <w:szCs w:val="24"/>
                <w:lang w:val="ru-RU"/>
              </w:rPr>
              <w:t>Утвердить типовые региональные пакеты мер по кластерам демографической ситуации</w:t>
            </w:r>
          </w:p>
        </w:tc>
        <w:tc>
          <w:tcPr>
            <w:tcW w:w="0" w:type="auto"/>
            <w:vAlign w:val="center"/>
          </w:tcPr>
          <w:p w14:paraId="0ACB5AE2" w14:textId="77777777" w:rsidR="00F12170" w:rsidRPr="007911BE" w:rsidRDefault="00000000">
            <w:pPr>
              <w:ind w:firstLine="0"/>
              <w:jc w:val="left"/>
              <w:rPr>
                <w:sz w:val="24"/>
                <w:szCs w:val="24"/>
              </w:rPr>
            </w:pPr>
            <w:proofErr w:type="spellStart"/>
            <w:r w:rsidRPr="007911BE">
              <w:rPr>
                <w:sz w:val="24"/>
                <w:szCs w:val="24"/>
              </w:rPr>
              <w:t>Высокий</w:t>
            </w:r>
            <w:proofErr w:type="spellEnd"/>
          </w:p>
        </w:tc>
      </w:tr>
      <w:tr w:rsidR="00F12170" w:rsidRPr="007911BE" w14:paraId="1D4BF22A" w14:textId="77777777" w:rsidTr="00B408C8">
        <w:trPr>
          <w:jc w:val="center"/>
        </w:trPr>
        <w:tc>
          <w:tcPr>
            <w:tcW w:w="0" w:type="auto"/>
            <w:vAlign w:val="center"/>
          </w:tcPr>
          <w:p w14:paraId="25563A73" w14:textId="77777777" w:rsidR="00F12170" w:rsidRPr="007911BE" w:rsidRDefault="00000000">
            <w:pPr>
              <w:ind w:firstLine="0"/>
              <w:jc w:val="left"/>
              <w:rPr>
                <w:sz w:val="24"/>
                <w:szCs w:val="24"/>
              </w:rPr>
            </w:pPr>
            <w:proofErr w:type="spellStart"/>
            <w:r w:rsidRPr="007911BE">
              <w:rPr>
                <w:sz w:val="24"/>
                <w:szCs w:val="24"/>
              </w:rPr>
              <w:t>Бюджет</w:t>
            </w:r>
            <w:proofErr w:type="spellEnd"/>
          </w:p>
        </w:tc>
        <w:tc>
          <w:tcPr>
            <w:tcW w:w="0" w:type="auto"/>
            <w:vAlign w:val="center"/>
          </w:tcPr>
          <w:p w14:paraId="780D0D77" w14:textId="77777777" w:rsidR="00F12170" w:rsidRPr="007911BE" w:rsidRDefault="00000000">
            <w:pPr>
              <w:ind w:firstLine="0"/>
              <w:jc w:val="left"/>
              <w:rPr>
                <w:sz w:val="24"/>
                <w:szCs w:val="24"/>
                <w:lang w:val="ru-RU"/>
              </w:rPr>
            </w:pPr>
            <w:r w:rsidRPr="007911BE">
              <w:rPr>
                <w:sz w:val="24"/>
                <w:szCs w:val="24"/>
                <w:lang w:val="ru-RU"/>
              </w:rPr>
              <w:t>Разделить социальную, демографическую и инфраструктурную эффективность расходов; считать удельную стоимость и дополнительный эффект</w:t>
            </w:r>
          </w:p>
        </w:tc>
        <w:tc>
          <w:tcPr>
            <w:tcW w:w="0" w:type="auto"/>
            <w:vAlign w:val="center"/>
          </w:tcPr>
          <w:p w14:paraId="27CA7735" w14:textId="77777777" w:rsidR="00F12170" w:rsidRPr="007911BE" w:rsidRDefault="00000000">
            <w:pPr>
              <w:ind w:firstLine="0"/>
              <w:jc w:val="left"/>
              <w:rPr>
                <w:sz w:val="24"/>
                <w:szCs w:val="24"/>
              </w:rPr>
            </w:pPr>
            <w:proofErr w:type="spellStart"/>
            <w:r w:rsidRPr="007911BE">
              <w:rPr>
                <w:sz w:val="24"/>
                <w:szCs w:val="24"/>
              </w:rPr>
              <w:t>Высокий</w:t>
            </w:r>
            <w:proofErr w:type="spellEnd"/>
          </w:p>
        </w:tc>
      </w:tr>
      <w:tr w:rsidR="00F12170" w:rsidRPr="007911BE" w14:paraId="4DB92823" w14:textId="77777777" w:rsidTr="00B408C8">
        <w:trPr>
          <w:jc w:val="center"/>
        </w:trPr>
        <w:tc>
          <w:tcPr>
            <w:tcW w:w="0" w:type="auto"/>
            <w:vAlign w:val="center"/>
          </w:tcPr>
          <w:p w14:paraId="0595FACC" w14:textId="77777777" w:rsidR="00F12170" w:rsidRPr="007911BE" w:rsidRDefault="00000000">
            <w:pPr>
              <w:ind w:firstLine="0"/>
              <w:jc w:val="left"/>
              <w:rPr>
                <w:sz w:val="24"/>
                <w:szCs w:val="24"/>
              </w:rPr>
            </w:pPr>
            <w:proofErr w:type="spellStart"/>
            <w:r w:rsidRPr="007911BE">
              <w:rPr>
                <w:sz w:val="24"/>
                <w:szCs w:val="24"/>
              </w:rPr>
              <w:t>Жильё</w:t>
            </w:r>
            <w:proofErr w:type="spellEnd"/>
          </w:p>
        </w:tc>
        <w:tc>
          <w:tcPr>
            <w:tcW w:w="0" w:type="auto"/>
            <w:vAlign w:val="center"/>
          </w:tcPr>
          <w:p w14:paraId="65C306CD" w14:textId="77777777" w:rsidR="00F12170" w:rsidRPr="007911BE" w:rsidRDefault="00000000">
            <w:pPr>
              <w:ind w:firstLine="0"/>
              <w:jc w:val="left"/>
              <w:rPr>
                <w:sz w:val="24"/>
                <w:szCs w:val="24"/>
                <w:lang w:val="ru-RU"/>
              </w:rPr>
            </w:pPr>
            <w:r w:rsidRPr="007911BE">
              <w:rPr>
                <w:sz w:val="24"/>
                <w:szCs w:val="24"/>
                <w:lang w:val="ru-RU"/>
              </w:rPr>
              <w:t xml:space="preserve">Усилить </w:t>
            </w:r>
            <w:proofErr w:type="spellStart"/>
            <w:r w:rsidRPr="007911BE">
              <w:rPr>
                <w:sz w:val="24"/>
                <w:szCs w:val="24"/>
                <w:lang w:val="ru-RU"/>
              </w:rPr>
              <w:t>неипотечные</w:t>
            </w:r>
            <w:proofErr w:type="spellEnd"/>
            <w:r w:rsidRPr="007911BE">
              <w:rPr>
                <w:sz w:val="24"/>
                <w:szCs w:val="24"/>
                <w:lang w:val="ru-RU"/>
              </w:rPr>
              <w:t xml:space="preserve"> механизмы: арендное жильё, социальное жильё, субсидии найма, служебное жильё для молодых семей</w:t>
            </w:r>
          </w:p>
        </w:tc>
        <w:tc>
          <w:tcPr>
            <w:tcW w:w="0" w:type="auto"/>
            <w:vAlign w:val="center"/>
          </w:tcPr>
          <w:p w14:paraId="05E8C423" w14:textId="77777777" w:rsidR="00F12170" w:rsidRPr="007911BE" w:rsidRDefault="00000000">
            <w:pPr>
              <w:ind w:firstLine="0"/>
              <w:jc w:val="left"/>
              <w:rPr>
                <w:sz w:val="24"/>
                <w:szCs w:val="24"/>
              </w:rPr>
            </w:pPr>
            <w:proofErr w:type="spellStart"/>
            <w:r w:rsidRPr="007911BE">
              <w:rPr>
                <w:sz w:val="24"/>
                <w:szCs w:val="24"/>
              </w:rPr>
              <w:t>Высокий</w:t>
            </w:r>
            <w:proofErr w:type="spellEnd"/>
          </w:p>
        </w:tc>
      </w:tr>
      <w:tr w:rsidR="00F12170" w:rsidRPr="007911BE" w14:paraId="35D0134C" w14:textId="77777777" w:rsidTr="00B408C8">
        <w:trPr>
          <w:jc w:val="center"/>
        </w:trPr>
        <w:tc>
          <w:tcPr>
            <w:tcW w:w="0" w:type="auto"/>
            <w:vAlign w:val="center"/>
          </w:tcPr>
          <w:p w14:paraId="5345B41C" w14:textId="77777777" w:rsidR="00F12170" w:rsidRPr="007911BE" w:rsidRDefault="00000000">
            <w:pPr>
              <w:ind w:firstLine="0"/>
              <w:jc w:val="left"/>
              <w:rPr>
                <w:sz w:val="24"/>
                <w:szCs w:val="24"/>
              </w:rPr>
            </w:pPr>
            <w:proofErr w:type="spellStart"/>
            <w:r w:rsidRPr="007911BE">
              <w:rPr>
                <w:sz w:val="24"/>
                <w:szCs w:val="24"/>
              </w:rPr>
              <w:t>Работа</w:t>
            </w:r>
            <w:proofErr w:type="spellEnd"/>
            <w:r w:rsidRPr="007911BE">
              <w:rPr>
                <w:sz w:val="24"/>
                <w:szCs w:val="24"/>
              </w:rPr>
              <w:t xml:space="preserve"> и </w:t>
            </w:r>
            <w:proofErr w:type="spellStart"/>
            <w:r w:rsidRPr="007911BE">
              <w:rPr>
                <w:sz w:val="24"/>
                <w:szCs w:val="24"/>
              </w:rPr>
              <w:t>семья</w:t>
            </w:r>
            <w:proofErr w:type="spellEnd"/>
          </w:p>
        </w:tc>
        <w:tc>
          <w:tcPr>
            <w:tcW w:w="0" w:type="auto"/>
            <w:vAlign w:val="center"/>
          </w:tcPr>
          <w:p w14:paraId="341B7781" w14:textId="77777777" w:rsidR="00F12170" w:rsidRPr="007911BE" w:rsidRDefault="00000000">
            <w:pPr>
              <w:ind w:firstLine="0"/>
              <w:jc w:val="left"/>
              <w:rPr>
                <w:sz w:val="24"/>
                <w:szCs w:val="24"/>
                <w:lang w:val="ru-RU"/>
              </w:rPr>
            </w:pPr>
            <w:r w:rsidRPr="007911BE">
              <w:rPr>
                <w:sz w:val="24"/>
                <w:szCs w:val="24"/>
                <w:lang w:val="ru-RU"/>
              </w:rPr>
              <w:t xml:space="preserve">Ввести показатели </w:t>
            </w:r>
            <w:proofErr w:type="spellStart"/>
            <w:r w:rsidRPr="007911BE">
              <w:rPr>
                <w:sz w:val="24"/>
                <w:szCs w:val="24"/>
                <w:lang w:val="ru-RU"/>
              </w:rPr>
              <w:t>семейно</w:t>
            </w:r>
            <w:proofErr w:type="spellEnd"/>
            <w:r w:rsidRPr="007911BE">
              <w:rPr>
                <w:sz w:val="24"/>
                <w:szCs w:val="24"/>
                <w:lang w:val="ru-RU"/>
              </w:rPr>
              <w:t xml:space="preserve"> ориентированной занятости, гибкого графика, корпоративных программ и карьерных потерь родителей</w:t>
            </w:r>
          </w:p>
        </w:tc>
        <w:tc>
          <w:tcPr>
            <w:tcW w:w="0" w:type="auto"/>
            <w:vAlign w:val="center"/>
          </w:tcPr>
          <w:p w14:paraId="1CC467D5" w14:textId="77777777" w:rsidR="00F12170" w:rsidRPr="007911BE" w:rsidRDefault="00000000">
            <w:pPr>
              <w:ind w:firstLine="0"/>
              <w:jc w:val="left"/>
              <w:rPr>
                <w:sz w:val="24"/>
                <w:szCs w:val="24"/>
              </w:rPr>
            </w:pPr>
            <w:proofErr w:type="spellStart"/>
            <w:r w:rsidRPr="007911BE">
              <w:rPr>
                <w:sz w:val="24"/>
                <w:szCs w:val="24"/>
              </w:rPr>
              <w:t>Средний</w:t>
            </w:r>
            <w:proofErr w:type="spellEnd"/>
          </w:p>
        </w:tc>
      </w:tr>
      <w:tr w:rsidR="00F12170" w:rsidRPr="007911BE" w14:paraId="372D77FC" w14:textId="77777777" w:rsidTr="00B408C8">
        <w:trPr>
          <w:jc w:val="center"/>
        </w:trPr>
        <w:tc>
          <w:tcPr>
            <w:tcW w:w="0" w:type="auto"/>
            <w:vAlign w:val="center"/>
          </w:tcPr>
          <w:p w14:paraId="0A8117F0" w14:textId="77777777" w:rsidR="00F12170" w:rsidRPr="007911BE" w:rsidRDefault="00000000">
            <w:pPr>
              <w:ind w:firstLine="0"/>
              <w:jc w:val="left"/>
              <w:rPr>
                <w:sz w:val="24"/>
                <w:szCs w:val="24"/>
              </w:rPr>
            </w:pPr>
            <w:proofErr w:type="spellStart"/>
            <w:r w:rsidRPr="007911BE">
              <w:rPr>
                <w:sz w:val="24"/>
                <w:szCs w:val="24"/>
              </w:rPr>
              <w:t>Отцовство</w:t>
            </w:r>
            <w:proofErr w:type="spellEnd"/>
          </w:p>
        </w:tc>
        <w:tc>
          <w:tcPr>
            <w:tcW w:w="0" w:type="auto"/>
            <w:vAlign w:val="center"/>
          </w:tcPr>
          <w:p w14:paraId="1580170D" w14:textId="77777777" w:rsidR="00F12170" w:rsidRPr="007911BE" w:rsidRDefault="00000000">
            <w:pPr>
              <w:ind w:firstLine="0"/>
              <w:jc w:val="left"/>
              <w:rPr>
                <w:sz w:val="24"/>
                <w:szCs w:val="24"/>
                <w:lang w:val="ru-RU"/>
              </w:rPr>
            </w:pPr>
            <w:r w:rsidRPr="007911BE">
              <w:rPr>
                <w:sz w:val="24"/>
                <w:szCs w:val="24"/>
                <w:lang w:val="ru-RU"/>
              </w:rPr>
              <w:t>Добавить блок участия отцов и мужского репродуктивного здоровья</w:t>
            </w:r>
          </w:p>
        </w:tc>
        <w:tc>
          <w:tcPr>
            <w:tcW w:w="0" w:type="auto"/>
            <w:vAlign w:val="center"/>
          </w:tcPr>
          <w:p w14:paraId="6E00FE6C" w14:textId="77777777" w:rsidR="00F12170" w:rsidRPr="007911BE" w:rsidRDefault="00000000">
            <w:pPr>
              <w:ind w:firstLine="0"/>
              <w:jc w:val="left"/>
              <w:rPr>
                <w:sz w:val="24"/>
                <w:szCs w:val="24"/>
              </w:rPr>
            </w:pPr>
            <w:proofErr w:type="spellStart"/>
            <w:r w:rsidRPr="007911BE">
              <w:rPr>
                <w:sz w:val="24"/>
                <w:szCs w:val="24"/>
              </w:rPr>
              <w:t>Средний</w:t>
            </w:r>
            <w:proofErr w:type="spellEnd"/>
          </w:p>
        </w:tc>
      </w:tr>
      <w:tr w:rsidR="00F12170" w:rsidRPr="007911BE" w14:paraId="415A29E2" w14:textId="77777777" w:rsidTr="00B408C8">
        <w:trPr>
          <w:jc w:val="center"/>
        </w:trPr>
        <w:tc>
          <w:tcPr>
            <w:tcW w:w="0" w:type="auto"/>
            <w:vAlign w:val="center"/>
          </w:tcPr>
          <w:p w14:paraId="6660D709" w14:textId="77777777" w:rsidR="00F12170" w:rsidRPr="007911BE" w:rsidRDefault="00000000">
            <w:pPr>
              <w:ind w:firstLine="0"/>
              <w:jc w:val="left"/>
              <w:rPr>
                <w:sz w:val="24"/>
                <w:szCs w:val="24"/>
              </w:rPr>
            </w:pPr>
            <w:proofErr w:type="spellStart"/>
            <w:r w:rsidRPr="007911BE">
              <w:rPr>
                <w:sz w:val="24"/>
                <w:szCs w:val="24"/>
              </w:rPr>
              <w:t>Оценка</w:t>
            </w:r>
            <w:proofErr w:type="spellEnd"/>
            <w:r w:rsidRPr="007911BE">
              <w:rPr>
                <w:sz w:val="24"/>
                <w:szCs w:val="24"/>
              </w:rPr>
              <w:t xml:space="preserve"> </w:t>
            </w:r>
            <w:proofErr w:type="spellStart"/>
            <w:r w:rsidRPr="007911BE">
              <w:rPr>
                <w:sz w:val="24"/>
                <w:szCs w:val="24"/>
              </w:rPr>
              <w:t>эффекта</w:t>
            </w:r>
            <w:proofErr w:type="spellEnd"/>
          </w:p>
        </w:tc>
        <w:tc>
          <w:tcPr>
            <w:tcW w:w="0" w:type="auto"/>
            <w:vAlign w:val="center"/>
          </w:tcPr>
          <w:p w14:paraId="2C2661F7" w14:textId="77777777" w:rsidR="00F12170" w:rsidRPr="007911BE" w:rsidRDefault="00000000">
            <w:pPr>
              <w:ind w:firstLine="0"/>
              <w:jc w:val="left"/>
              <w:rPr>
                <w:sz w:val="24"/>
                <w:szCs w:val="24"/>
                <w:lang w:val="ru-RU"/>
              </w:rPr>
            </w:pPr>
            <w:r w:rsidRPr="007911BE">
              <w:rPr>
                <w:sz w:val="24"/>
                <w:szCs w:val="24"/>
                <w:lang w:val="ru-RU"/>
              </w:rPr>
              <w:t xml:space="preserve">Запустить </w:t>
            </w:r>
            <w:proofErr w:type="spellStart"/>
            <w:r w:rsidRPr="007911BE">
              <w:rPr>
                <w:sz w:val="24"/>
                <w:szCs w:val="24"/>
                <w:lang w:val="ru-RU"/>
              </w:rPr>
              <w:t>квазиэкспериментальную</w:t>
            </w:r>
            <w:proofErr w:type="spellEnd"/>
            <w:r w:rsidRPr="007911BE">
              <w:rPr>
                <w:sz w:val="24"/>
                <w:szCs w:val="24"/>
                <w:lang w:val="ru-RU"/>
              </w:rPr>
              <w:t xml:space="preserve"> оценку региональных программ повышения рождаемости</w:t>
            </w:r>
          </w:p>
        </w:tc>
        <w:tc>
          <w:tcPr>
            <w:tcW w:w="0" w:type="auto"/>
            <w:vAlign w:val="center"/>
          </w:tcPr>
          <w:p w14:paraId="57891792" w14:textId="77777777" w:rsidR="00F12170" w:rsidRPr="007911BE" w:rsidRDefault="00000000">
            <w:pPr>
              <w:ind w:firstLine="0"/>
              <w:jc w:val="left"/>
              <w:rPr>
                <w:sz w:val="24"/>
                <w:szCs w:val="24"/>
              </w:rPr>
            </w:pPr>
            <w:proofErr w:type="spellStart"/>
            <w:r w:rsidRPr="007911BE">
              <w:rPr>
                <w:sz w:val="24"/>
                <w:szCs w:val="24"/>
              </w:rPr>
              <w:t>Высокий</w:t>
            </w:r>
            <w:proofErr w:type="spellEnd"/>
          </w:p>
        </w:tc>
      </w:tr>
      <w:tr w:rsidR="00F12170" w:rsidRPr="007911BE" w14:paraId="680E51E9" w14:textId="77777777" w:rsidTr="00B408C8">
        <w:trPr>
          <w:jc w:val="center"/>
        </w:trPr>
        <w:tc>
          <w:tcPr>
            <w:tcW w:w="0" w:type="auto"/>
            <w:vAlign w:val="center"/>
          </w:tcPr>
          <w:p w14:paraId="3B05A7E1" w14:textId="77777777" w:rsidR="00F12170" w:rsidRPr="007911BE" w:rsidRDefault="00000000">
            <w:pPr>
              <w:ind w:firstLine="0"/>
              <w:jc w:val="left"/>
              <w:rPr>
                <w:sz w:val="24"/>
                <w:szCs w:val="24"/>
              </w:rPr>
            </w:pPr>
            <w:proofErr w:type="spellStart"/>
            <w:r w:rsidRPr="007911BE">
              <w:rPr>
                <w:sz w:val="24"/>
                <w:szCs w:val="24"/>
              </w:rPr>
              <w:t>Коммуникация</w:t>
            </w:r>
            <w:proofErr w:type="spellEnd"/>
          </w:p>
        </w:tc>
        <w:tc>
          <w:tcPr>
            <w:tcW w:w="0" w:type="auto"/>
            <w:vAlign w:val="center"/>
          </w:tcPr>
          <w:p w14:paraId="63064857" w14:textId="77777777" w:rsidR="00F12170" w:rsidRPr="007911BE" w:rsidRDefault="00000000">
            <w:pPr>
              <w:ind w:firstLine="0"/>
              <w:jc w:val="left"/>
              <w:rPr>
                <w:sz w:val="24"/>
                <w:szCs w:val="24"/>
                <w:lang w:val="ru-RU"/>
              </w:rPr>
            </w:pPr>
            <w:r w:rsidRPr="007911BE">
              <w:rPr>
                <w:sz w:val="24"/>
                <w:szCs w:val="24"/>
                <w:lang w:val="ru-RU"/>
              </w:rPr>
              <w:t xml:space="preserve">Сместить нарратив от декларативной </w:t>
            </w:r>
            <w:proofErr w:type="spellStart"/>
            <w:r w:rsidRPr="007911BE">
              <w:rPr>
                <w:sz w:val="24"/>
                <w:szCs w:val="24"/>
                <w:lang w:val="ru-RU"/>
              </w:rPr>
              <w:t>пронатальности</w:t>
            </w:r>
            <w:proofErr w:type="spellEnd"/>
            <w:r w:rsidRPr="007911BE">
              <w:rPr>
                <w:sz w:val="24"/>
                <w:szCs w:val="24"/>
                <w:lang w:val="ru-RU"/>
              </w:rPr>
              <w:t xml:space="preserve"> к устранению барьеров желаемого числа детей</w:t>
            </w:r>
          </w:p>
        </w:tc>
        <w:tc>
          <w:tcPr>
            <w:tcW w:w="0" w:type="auto"/>
            <w:vAlign w:val="center"/>
          </w:tcPr>
          <w:p w14:paraId="03121723" w14:textId="77777777" w:rsidR="00F12170" w:rsidRPr="007911BE" w:rsidRDefault="00000000">
            <w:pPr>
              <w:ind w:firstLine="0"/>
              <w:jc w:val="left"/>
              <w:rPr>
                <w:sz w:val="24"/>
                <w:szCs w:val="24"/>
              </w:rPr>
            </w:pPr>
            <w:proofErr w:type="spellStart"/>
            <w:r w:rsidRPr="007911BE">
              <w:rPr>
                <w:sz w:val="24"/>
                <w:szCs w:val="24"/>
              </w:rPr>
              <w:t>Средний</w:t>
            </w:r>
            <w:proofErr w:type="spellEnd"/>
          </w:p>
        </w:tc>
      </w:tr>
      <w:tr w:rsidR="00201AF2" w:rsidRPr="007911BE" w14:paraId="0BB60763" w14:textId="77777777">
        <w:trPr>
          <w:jc w:val="center"/>
        </w:trPr>
        <w:tc>
          <w:tcPr>
            <w:tcW w:w="1812" w:type="dxa"/>
          </w:tcPr>
          <w:p w14:paraId="08693A55" w14:textId="77777777" w:rsidR="00201AF2" w:rsidRPr="007911BE" w:rsidRDefault="00000000" w:rsidP="003A1BDC">
            <w:pPr>
              <w:ind w:firstLine="0"/>
              <w:rPr>
                <w:sz w:val="24"/>
                <w:szCs w:val="36"/>
              </w:rPr>
            </w:pPr>
            <w:proofErr w:type="spellStart"/>
            <w:r w:rsidRPr="007911BE">
              <w:rPr>
                <w:sz w:val="24"/>
                <w:szCs w:val="36"/>
              </w:rPr>
              <w:t>Статистика</w:t>
            </w:r>
            <w:proofErr w:type="spellEnd"/>
          </w:p>
        </w:tc>
        <w:tc>
          <w:tcPr>
            <w:tcW w:w="6633" w:type="dxa"/>
          </w:tcPr>
          <w:p w14:paraId="47EF7B76" w14:textId="77777777" w:rsidR="00201AF2" w:rsidRPr="007911BE" w:rsidRDefault="00000000" w:rsidP="003A1BDC">
            <w:pPr>
              <w:ind w:firstLine="0"/>
              <w:rPr>
                <w:sz w:val="24"/>
                <w:szCs w:val="36"/>
                <w:lang w:val="ru-RU"/>
              </w:rPr>
            </w:pPr>
            <w:r w:rsidRPr="007911BE">
              <w:rPr>
                <w:sz w:val="24"/>
                <w:szCs w:val="36"/>
                <w:lang w:val="ru-RU"/>
              </w:rPr>
              <w:t>Наряду с СКР и СКР3+ использовать показатель ПДСКР3+ и динамику внутри региона; при межрегиональных сравнениях учитывать недоучёт межрегиональной миграции</w:t>
            </w:r>
          </w:p>
        </w:tc>
        <w:tc>
          <w:tcPr>
            <w:tcW w:w="1409" w:type="dxa"/>
          </w:tcPr>
          <w:p w14:paraId="49603AA1" w14:textId="73DE7A69" w:rsidR="00201AF2" w:rsidRPr="007911BE" w:rsidRDefault="003A1BDC" w:rsidP="003A1BDC">
            <w:pPr>
              <w:ind w:firstLine="0"/>
            </w:pPr>
            <w:proofErr w:type="spellStart"/>
            <w:r w:rsidRPr="007911BE">
              <w:rPr>
                <w:sz w:val="24"/>
                <w:szCs w:val="24"/>
              </w:rPr>
              <w:t>Средний</w:t>
            </w:r>
            <w:proofErr w:type="spellEnd"/>
          </w:p>
        </w:tc>
      </w:tr>
    </w:tbl>
    <w:p w14:paraId="61460CB9" w14:textId="77777777" w:rsidR="00F12170" w:rsidRPr="007911BE" w:rsidRDefault="00000000">
      <w:pPr>
        <w:ind w:firstLine="0"/>
        <w:jc w:val="left"/>
      </w:pPr>
      <w:proofErr w:type="spellStart"/>
      <w:r w:rsidRPr="007911BE">
        <w:rPr>
          <w:i/>
          <w:sz w:val="24"/>
        </w:rPr>
        <w:t>Источник</w:t>
      </w:r>
      <w:proofErr w:type="spellEnd"/>
      <w:r w:rsidRPr="007911BE">
        <w:rPr>
          <w:i/>
          <w:sz w:val="24"/>
        </w:rPr>
        <w:t xml:space="preserve">: </w:t>
      </w:r>
      <w:proofErr w:type="spellStart"/>
      <w:r w:rsidRPr="007911BE">
        <w:rPr>
          <w:i/>
          <w:sz w:val="24"/>
        </w:rPr>
        <w:t>составлено</w:t>
      </w:r>
      <w:proofErr w:type="spellEnd"/>
      <w:r w:rsidRPr="007911BE">
        <w:rPr>
          <w:i/>
          <w:sz w:val="24"/>
        </w:rPr>
        <w:t xml:space="preserve"> </w:t>
      </w:r>
      <w:proofErr w:type="spellStart"/>
      <w:r w:rsidRPr="007911BE">
        <w:rPr>
          <w:i/>
          <w:sz w:val="24"/>
        </w:rPr>
        <w:t>автором</w:t>
      </w:r>
      <w:proofErr w:type="spellEnd"/>
    </w:p>
    <w:p w14:paraId="5762F20B" w14:textId="77777777" w:rsidR="00F12170" w:rsidRPr="007911BE" w:rsidRDefault="00000000" w:rsidP="00585C06">
      <w:pPr>
        <w:pStyle w:val="21"/>
      </w:pPr>
      <w:bookmarkStart w:id="59" w:name="_Toc228134105"/>
      <w:r w:rsidRPr="007911BE">
        <w:t>12.3. Выводы и рекомендации</w:t>
      </w:r>
      <w:bookmarkEnd w:id="59"/>
    </w:p>
    <w:p w14:paraId="09EC6BDD" w14:textId="77777777" w:rsidR="00F12170" w:rsidRPr="007911BE" w:rsidRDefault="00000000">
      <w:pPr>
        <w:rPr>
          <w:lang w:val="ru-RU"/>
        </w:rPr>
      </w:pPr>
      <w:r w:rsidRPr="007911BE">
        <w:rPr>
          <w:sz w:val="28"/>
          <w:lang w:val="ru-RU"/>
        </w:rPr>
        <w:t xml:space="preserve">Национальный проект должен быть усилен не за счёт механического расширения перечня мер, а за счёт повышения доказательности и причинной точности. Наиболее важное изменение </w:t>
      </w:r>
      <w:r w:rsidR="00387CF6" w:rsidRPr="007911BE">
        <w:rPr>
          <w:sz w:val="28"/>
          <w:lang w:val="ru-RU"/>
        </w:rPr>
        <w:t xml:space="preserve">– </w:t>
      </w:r>
      <w:r w:rsidRPr="007911BE">
        <w:rPr>
          <w:sz w:val="28"/>
          <w:lang w:val="ru-RU"/>
        </w:rPr>
        <w:t xml:space="preserve"> переход от управления федеральными мероприятиями к управлению демографическими барьерами конкретных групп </w:t>
      </w:r>
      <w:r w:rsidRPr="007911BE">
        <w:rPr>
          <w:sz w:val="28"/>
          <w:lang w:val="ru-RU"/>
        </w:rPr>
        <w:lastRenderedPageBreak/>
        <w:t>семей и территорий. Это означает, что для семьи с одним ребёнком в мегаполисе, многодетной семьи в регионе высокой бедности, студенческой семьи, сельской семьи и семьи с потребностью в уходе за старшим родственником должны быть разные пакеты поддержки и разные показатели результата.</w:t>
      </w:r>
    </w:p>
    <w:p w14:paraId="4DF2A4EC" w14:textId="77777777" w:rsidR="00F12170" w:rsidRPr="007911BE" w:rsidRDefault="00000000">
      <w:pPr>
        <w:rPr>
          <w:lang w:val="ru-RU"/>
        </w:rPr>
      </w:pPr>
      <w:r w:rsidRPr="007911BE">
        <w:rPr>
          <w:sz w:val="28"/>
          <w:lang w:val="ru-RU"/>
        </w:rPr>
        <w:t>В стратегическом плане проект следует рассматривать как ядро семейной политики, но не как единственный инструмент демографической стабилизации. Без интеграции с жильём, рынком труда, пространственным развитием, здравоохранением, образованием и миграционной политикой достижение СКР 1,6 к 2030 году будет зависеть от факторов, которыми сам проект управляет лишь частично.</w:t>
      </w:r>
    </w:p>
    <w:p w14:paraId="70ADCEF1" w14:textId="77777777" w:rsidR="00F12170" w:rsidRPr="007911BE" w:rsidRDefault="00000000" w:rsidP="00585C06">
      <w:pPr>
        <w:pStyle w:val="1"/>
      </w:pPr>
      <w:bookmarkStart w:id="60" w:name="_Toc228134106"/>
      <w:r w:rsidRPr="007911BE">
        <w:t>Заключение</w:t>
      </w:r>
      <w:bookmarkEnd w:id="60"/>
    </w:p>
    <w:p w14:paraId="56E8F241" w14:textId="77777777" w:rsidR="00F12170" w:rsidRPr="007911BE" w:rsidRDefault="00000000">
      <w:pPr>
        <w:rPr>
          <w:lang w:val="ru-RU"/>
        </w:rPr>
      </w:pPr>
      <w:r w:rsidRPr="007911BE">
        <w:rPr>
          <w:sz w:val="28"/>
          <w:lang w:val="ru-RU"/>
        </w:rPr>
        <w:t xml:space="preserve">Комплексная экспертиза показывает, что национальный проект «Семья» является необходимым и крупным по ресурсам инструментом поддержки семьи, но требует методологического усиления для того, чтобы стать полноценным инструментом изменения демографической траектории. Его сильные стороны </w:t>
      </w:r>
      <w:r w:rsidR="00387CF6" w:rsidRPr="007911BE">
        <w:rPr>
          <w:sz w:val="28"/>
          <w:lang w:val="ru-RU"/>
        </w:rPr>
        <w:t xml:space="preserve">– </w:t>
      </w:r>
      <w:r w:rsidRPr="007911BE">
        <w:rPr>
          <w:sz w:val="28"/>
          <w:lang w:val="ru-RU"/>
        </w:rPr>
        <w:t xml:space="preserve"> масштаб социальной поддержки, наличие медицинского и уходового блоков, внимание к многодетности, культурной инфраструктуре и семейным ценностям. Его слабые стороны </w:t>
      </w:r>
      <w:r w:rsidR="00387CF6" w:rsidRPr="007911BE">
        <w:rPr>
          <w:sz w:val="28"/>
          <w:lang w:val="ru-RU"/>
        </w:rPr>
        <w:t xml:space="preserve">– </w:t>
      </w:r>
      <w:r w:rsidRPr="007911BE">
        <w:rPr>
          <w:sz w:val="28"/>
          <w:lang w:val="ru-RU"/>
        </w:rPr>
        <w:t xml:space="preserve"> недостаточная причинная связка мероприятий с итоговыми демографическими показателями, неполная региональная и временная наблюдаемость, слабый блок первых и вторых рождений, недостаточное отражение жилищной и трудовой неопределённости молодых семей.</w:t>
      </w:r>
    </w:p>
    <w:p w14:paraId="41A28772" w14:textId="77777777" w:rsidR="00F12170" w:rsidRPr="007911BE" w:rsidRDefault="00000000">
      <w:pPr>
        <w:rPr>
          <w:lang w:val="ru-RU"/>
        </w:rPr>
      </w:pPr>
      <w:r w:rsidRPr="007911BE">
        <w:rPr>
          <w:sz w:val="28"/>
          <w:lang w:val="ru-RU"/>
        </w:rPr>
        <w:t xml:space="preserve">Поставленная задача </w:t>
      </w:r>
      <w:r w:rsidR="00387CF6" w:rsidRPr="007911BE">
        <w:rPr>
          <w:sz w:val="28"/>
          <w:lang w:val="ru-RU"/>
        </w:rPr>
        <w:t xml:space="preserve">– </w:t>
      </w:r>
      <w:r w:rsidRPr="007911BE">
        <w:rPr>
          <w:sz w:val="28"/>
          <w:lang w:val="ru-RU"/>
        </w:rPr>
        <w:t xml:space="preserve"> рост рождаемости и укрепление семьи </w:t>
      </w:r>
      <w:r w:rsidR="00387CF6" w:rsidRPr="007911BE">
        <w:rPr>
          <w:sz w:val="28"/>
          <w:lang w:val="ru-RU"/>
        </w:rPr>
        <w:t xml:space="preserve">– </w:t>
      </w:r>
      <w:r w:rsidRPr="007911BE">
        <w:rPr>
          <w:sz w:val="28"/>
          <w:lang w:val="ru-RU"/>
        </w:rPr>
        <w:t xml:space="preserve"> принципиально межсекторная. Она не может быть решена только выплатами, только культурной коммуникацией или только медицинской инфраструктурой. Необходима система, которая одновременно снижает экономическую неопределённость, улучшает жильё, повышает доступность детской и медицинской инфраструктуры, снижает бремя неоплачиваемого ухода, поддерживает трудовую и образовательную траекторию родителей, вовлекает отцов и создаёт доверие к будущему.</w:t>
      </w:r>
    </w:p>
    <w:p w14:paraId="13330678" w14:textId="77777777" w:rsidR="00F12170" w:rsidRPr="007911BE" w:rsidRDefault="00000000">
      <w:pPr>
        <w:rPr>
          <w:sz w:val="28"/>
          <w:szCs w:val="28"/>
          <w:lang w:val="ru-RU"/>
        </w:rPr>
      </w:pPr>
      <w:r w:rsidRPr="007911BE">
        <w:rPr>
          <w:sz w:val="28"/>
          <w:szCs w:val="28"/>
          <w:lang w:val="ru-RU"/>
        </w:rPr>
        <w:t xml:space="preserve">Главный практический вывод: национальный проект следует не отменять и не сужать, а </w:t>
      </w:r>
      <w:proofErr w:type="spellStart"/>
      <w:r w:rsidRPr="007911BE">
        <w:rPr>
          <w:sz w:val="28"/>
          <w:szCs w:val="28"/>
          <w:lang w:val="ru-RU"/>
        </w:rPr>
        <w:t>переинструментировать</w:t>
      </w:r>
      <w:proofErr w:type="spellEnd"/>
      <w:r w:rsidRPr="007911BE">
        <w:rPr>
          <w:sz w:val="28"/>
          <w:szCs w:val="28"/>
          <w:lang w:val="ru-RU"/>
        </w:rPr>
        <w:t xml:space="preserve">. Нужно добавить промежуточные показатели, в том числе СКР1, СКР3 и ПДСКР3+, выстроить корректную методику расчёта переходов к следующему рождению, внедрить региональные пакеты, причинную оценку, прозрачный финансовый мониторинг и </w:t>
      </w:r>
      <w:proofErr w:type="spellStart"/>
      <w:r w:rsidRPr="007911BE">
        <w:rPr>
          <w:sz w:val="28"/>
          <w:szCs w:val="28"/>
          <w:lang w:val="ru-RU"/>
        </w:rPr>
        <w:t>межнацпроектную</w:t>
      </w:r>
      <w:proofErr w:type="spellEnd"/>
      <w:r w:rsidRPr="007911BE">
        <w:rPr>
          <w:sz w:val="28"/>
          <w:szCs w:val="28"/>
          <w:lang w:val="ru-RU"/>
        </w:rPr>
        <w:t xml:space="preserve"> демографическую координацию. Тогда проект сможет стать не только механизмом социальной поддержки, но и доказательным инструментом семейно-демографического развития.</w:t>
      </w:r>
    </w:p>
    <w:p w14:paraId="278BEC35" w14:textId="77777777" w:rsidR="00F12170" w:rsidRPr="007911BE" w:rsidRDefault="00000000" w:rsidP="00585C06">
      <w:pPr>
        <w:pStyle w:val="1"/>
      </w:pPr>
      <w:bookmarkStart w:id="61" w:name="_Toc228134107"/>
      <w:r w:rsidRPr="007911BE">
        <w:lastRenderedPageBreak/>
        <w:t>Список источников</w:t>
      </w:r>
      <w:bookmarkEnd w:id="61"/>
    </w:p>
    <w:p w14:paraId="3DF17316" w14:textId="77777777" w:rsidR="00F12170" w:rsidRPr="007911BE" w:rsidRDefault="00000000">
      <w:pPr>
        <w:ind w:firstLine="0"/>
        <w:rPr>
          <w:sz w:val="24"/>
          <w:szCs w:val="24"/>
          <w:lang w:val="ru-RU"/>
        </w:rPr>
      </w:pPr>
      <w:r w:rsidRPr="007911BE">
        <w:rPr>
          <w:sz w:val="28"/>
          <w:szCs w:val="24"/>
          <w:lang w:val="ru-RU"/>
        </w:rPr>
        <w:t>1. Паспорт национального проекта «Семья» (утв. Министерством труда и социальной защиты Российской Федерации, по состоянию на 12 февраля 2025 г.).</w:t>
      </w:r>
    </w:p>
    <w:p w14:paraId="72D8F7EB" w14:textId="77777777" w:rsidR="00F12170" w:rsidRPr="007911BE" w:rsidRDefault="00000000">
      <w:pPr>
        <w:ind w:firstLine="0"/>
        <w:rPr>
          <w:sz w:val="24"/>
          <w:szCs w:val="24"/>
          <w:lang w:val="ru-RU"/>
        </w:rPr>
      </w:pPr>
      <w:r w:rsidRPr="007911BE">
        <w:rPr>
          <w:sz w:val="28"/>
          <w:szCs w:val="24"/>
          <w:lang w:val="ru-RU"/>
        </w:rPr>
        <w:t>2. Презентация национального проекта «Семья». Материалы национальных проектов России.</w:t>
      </w:r>
    </w:p>
    <w:p w14:paraId="08ABE5EA" w14:textId="77777777" w:rsidR="00F12170" w:rsidRPr="007911BE" w:rsidRDefault="00000000">
      <w:pPr>
        <w:ind w:firstLine="0"/>
        <w:rPr>
          <w:sz w:val="24"/>
          <w:szCs w:val="24"/>
          <w:lang w:val="ru-RU"/>
        </w:rPr>
      </w:pPr>
      <w:r w:rsidRPr="007911BE">
        <w:rPr>
          <w:sz w:val="28"/>
          <w:szCs w:val="24"/>
          <w:lang w:val="ru-RU"/>
        </w:rPr>
        <w:t>3. Стратегия действий по реализации семейной и демографической политики, поддержке многодетности в Российской Федерации до 2036 года, утв. распоряжением Правительства РФ от 15 марта 2025 г. № 615-р.</w:t>
      </w:r>
    </w:p>
    <w:p w14:paraId="459FF915" w14:textId="77777777" w:rsidR="00F12170" w:rsidRPr="007911BE" w:rsidRDefault="00000000">
      <w:pPr>
        <w:ind w:firstLine="0"/>
        <w:rPr>
          <w:sz w:val="24"/>
          <w:szCs w:val="24"/>
          <w:lang w:val="ru-RU"/>
        </w:rPr>
      </w:pPr>
      <w:r w:rsidRPr="007911BE">
        <w:rPr>
          <w:sz w:val="28"/>
          <w:szCs w:val="24"/>
          <w:lang w:val="ru-RU"/>
        </w:rPr>
        <w:t>4. Стратегия действий в интересах граждан старшего поколения в Российской Федерации до 2030 года, утв. распоряжением Правительства РФ от 7 апреля 2025 г. № 830-р.</w:t>
      </w:r>
    </w:p>
    <w:p w14:paraId="25236183" w14:textId="77777777" w:rsidR="00F12170" w:rsidRPr="007911BE" w:rsidRDefault="00000000">
      <w:pPr>
        <w:ind w:firstLine="0"/>
        <w:rPr>
          <w:sz w:val="24"/>
          <w:szCs w:val="24"/>
          <w:lang w:val="ru-RU"/>
        </w:rPr>
      </w:pPr>
      <w:r w:rsidRPr="007911BE">
        <w:rPr>
          <w:sz w:val="28"/>
          <w:szCs w:val="24"/>
          <w:lang w:val="ru-RU"/>
        </w:rPr>
        <w:t>5. ЕМИСС. Выгрузки показателей национального проекта «Семья», обработанные в унифицированной базе данных.</w:t>
      </w:r>
    </w:p>
    <w:p w14:paraId="5960B1FC" w14:textId="77777777" w:rsidR="00F12170" w:rsidRPr="007911BE" w:rsidRDefault="00000000">
      <w:pPr>
        <w:ind w:firstLine="0"/>
        <w:rPr>
          <w:sz w:val="24"/>
          <w:szCs w:val="24"/>
        </w:rPr>
      </w:pPr>
      <w:r w:rsidRPr="007911BE">
        <w:rPr>
          <w:sz w:val="28"/>
          <w:szCs w:val="24"/>
        </w:rPr>
        <w:t>6. OECD. Evaluation Criteria: relevance, coherence, effectiveness, efficiency, impact and sustainability. URL: https://www.oecd.org/en/topics/sub-issues/development-co-operation-evaluation-and-effectiveness/evaluation-criteria.html</w:t>
      </w:r>
    </w:p>
    <w:p w14:paraId="6D98F0C1" w14:textId="77777777" w:rsidR="00F12170" w:rsidRPr="007911BE" w:rsidRDefault="00000000">
      <w:pPr>
        <w:ind w:firstLine="0"/>
        <w:rPr>
          <w:sz w:val="24"/>
          <w:szCs w:val="24"/>
        </w:rPr>
      </w:pPr>
      <w:r w:rsidRPr="007911BE">
        <w:rPr>
          <w:sz w:val="28"/>
          <w:szCs w:val="24"/>
        </w:rPr>
        <w:t>7. HM Treasury. The Magenta Book: Central Government guidance on evaluation. URL: https://www.gov.uk/government/publications/the-magenta-book</w:t>
      </w:r>
    </w:p>
    <w:p w14:paraId="1F58FEA5" w14:textId="77777777" w:rsidR="00F12170" w:rsidRPr="007911BE" w:rsidRDefault="00000000">
      <w:pPr>
        <w:ind w:firstLine="0"/>
        <w:rPr>
          <w:sz w:val="24"/>
          <w:szCs w:val="24"/>
        </w:rPr>
      </w:pPr>
      <w:r w:rsidRPr="007911BE">
        <w:rPr>
          <w:sz w:val="28"/>
          <w:szCs w:val="24"/>
        </w:rPr>
        <w:t>8. HM Treasury. The Green Book: appraisal and evaluation in central government. URL: https://www.gov.uk/government/publications/the-green-book-appraisal-and-evaluation-in-central-government</w:t>
      </w:r>
    </w:p>
    <w:p w14:paraId="342DD463" w14:textId="77777777" w:rsidR="00F12170" w:rsidRPr="007911BE" w:rsidRDefault="00000000">
      <w:pPr>
        <w:ind w:firstLine="0"/>
        <w:rPr>
          <w:sz w:val="24"/>
          <w:szCs w:val="24"/>
        </w:rPr>
      </w:pPr>
      <w:r w:rsidRPr="007911BE">
        <w:rPr>
          <w:sz w:val="28"/>
          <w:szCs w:val="24"/>
        </w:rPr>
        <w:t>9. World Bank. Impact Evaluation in Practice. Second Edition. URL: https://documents.worldbank.org/</w:t>
      </w:r>
    </w:p>
    <w:p w14:paraId="5D39A8A3" w14:textId="77777777" w:rsidR="00F12170" w:rsidRPr="007911BE" w:rsidRDefault="00000000">
      <w:pPr>
        <w:ind w:firstLine="0"/>
        <w:rPr>
          <w:sz w:val="24"/>
          <w:szCs w:val="24"/>
        </w:rPr>
      </w:pPr>
      <w:r w:rsidRPr="007911BE">
        <w:rPr>
          <w:sz w:val="28"/>
          <w:szCs w:val="24"/>
        </w:rPr>
        <w:t>10. OECD. Society at a Glance 2024: fertility trends and policy. URL: https://www.oecd.org/en/publications/society-at-a-glance-2024_918d8db3-en.html</w:t>
      </w:r>
    </w:p>
    <w:p w14:paraId="08076AC8" w14:textId="77777777" w:rsidR="00F12170" w:rsidRPr="007911BE" w:rsidRDefault="00000000">
      <w:pPr>
        <w:ind w:firstLine="0"/>
        <w:rPr>
          <w:sz w:val="24"/>
          <w:szCs w:val="24"/>
          <w:lang w:val="ru-RU"/>
        </w:rPr>
      </w:pPr>
      <w:r w:rsidRPr="007911BE">
        <w:rPr>
          <w:sz w:val="28"/>
          <w:szCs w:val="24"/>
        </w:rPr>
        <w:t>11. UNFPA. State of World Population 2025: The Real Fertility Crisis. URL</w:t>
      </w:r>
      <w:r w:rsidRPr="007911BE">
        <w:rPr>
          <w:sz w:val="28"/>
          <w:szCs w:val="24"/>
          <w:lang w:val="ru-RU"/>
        </w:rPr>
        <w:t xml:space="preserve">: </w:t>
      </w:r>
      <w:r w:rsidRPr="007911BE">
        <w:rPr>
          <w:sz w:val="28"/>
          <w:szCs w:val="24"/>
        </w:rPr>
        <w:t>https</w:t>
      </w:r>
      <w:r w:rsidRPr="007911BE">
        <w:rPr>
          <w:sz w:val="28"/>
          <w:szCs w:val="24"/>
          <w:lang w:val="ru-RU"/>
        </w:rPr>
        <w:t>://</w:t>
      </w:r>
      <w:r w:rsidRPr="007911BE">
        <w:rPr>
          <w:sz w:val="28"/>
          <w:szCs w:val="24"/>
        </w:rPr>
        <w:t>www</w:t>
      </w:r>
      <w:r w:rsidRPr="007911BE">
        <w:rPr>
          <w:sz w:val="28"/>
          <w:szCs w:val="24"/>
          <w:lang w:val="ru-RU"/>
        </w:rPr>
        <w:t>.</w:t>
      </w:r>
      <w:proofErr w:type="spellStart"/>
      <w:r w:rsidRPr="007911BE">
        <w:rPr>
          <w:sz w:val="28"/>
          <w:szCs w:val="24"/>
        </w:rPr>
        <w:t>unfpa</w:t>
      </w:r>
      <w:proofErr w:type="spellEnd"/>
      <w:r w:rsidRPr="007911BE">
        <w:rPr>
          <w:sz w:val="28"/>
          <w:szCs w:val="24"/>
          <w:lang w:val="ru-RU"/>
        </w:rPr>
        <w:t>.</w:t>
      </w:r>
      <w:r w:rsidRPr="007911BE">
        <w:rPr>
          <w:sz w:val="28"/>
          <w:szCs w:val="24"/>
        </w:rPr>
        <w:t>org</w:t>
      </w:r>
      <w:r w:rsidRPr="007911BE">
        <w:rPr>
          <w:sz w:val="28"/>
          <w:szCs w:val="24"/>
          <w:lang w:val="ru-RU"/>
        </w:rPr>
        <w:t>/</w:t>
      </w:r>
      <w:proofErr w:type="spellStart"/>
      <w:r w:rsidRPr="007911BE">
        <w:rPr>
          <w:sz w:val="28"/>
          <w:szCs w:val="24"/>
        </w:rPr>
        <w:t>swp</w:t>
      </w:r>
      <w:proofErr w:type="spellEnd"/>
      <w:r w:rsidRPr="007911BE">
        <w:rPr>
          <w:sz w:val="28"/>
          <w:szCs w:val="24"/>
          <w:lang w:val="ru-RU"/>
        </w:rPr>
        <w:t>2025</w:t>
      </w:r>
    </w:p>
    <w:p w14:paraId="1F982DE9" w14:textId="77777777" w:rsidR="00F12170" w:rsidRPr="007911BE" w:rsidRDefault="00000000">
      <w:pPr>
        <w:ind w:firstLine="0"/>
        <w:rPr>
          <w:sz w:val="24"/>
          <w:szCs w:val="24"/>
        </w:rPr>
      </w:pPr>
      <w:r w:rsidRPr="007911BE">
        <w:rPr>
          <w:sz w:val="28"/>
          <w:szCs w:val="24"/>
          <w:lang w:val="ru-RU"/>
        </w:rPr>
        <w:t xml:space="preserve">12. Национальные проекты России. Национальный проект «Семья». </w:t>
      </w:r>
      <w:r w:rsidRPr="007911BE">
        <w:rPr>
          <w:sz w:val="28"/>
          <w:szCs w:val="24"/>
        </w:rPr>
        <w:t>URL: https://xn--80aapampemcchfmo7a3c9ehj.xn--p1ai/new-projects/</w:t>
      </w:r>
      <w:proofErr w:type="spellStart"/>
      <w:r w:rsidRPr="007911BE">
        <w:rPr>
          <w:sz w:val="28"/>
          <w:szCs w:val="24"/>
        </w:rPr>
        <w:t>semya</w:t>
      </w:r>
      <w:proofErr w:type="spellEnd"/>
      <w:r w:rsidRPr="007911BE">
        <w:rPr>
          <w:sz w:val="28"/>
          <w:szCs w:val="24"/>
        </w:rPr>
        <w:t>/</w:t>
      </w:r>
    </w:p>
    <w:sectPr w:rsidR="00F12170" w:rsidRPr="007911BE" w:rsidSect="00A27575">
      <w:footerReference w:type="default" r:id="rId47"/>
      <w:pgSz w:w="11907" w:h="16840" w:code="9"/>
      <w:pgMar w:top="1134" w:right="1134" w:bottom="1134"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1D681" w14:textId="77777777" w:rsidR="00113297" w:rsidRDefault="00113297">
      <w:r>
        <w:separator/>
      </w:r>
    </w:p>
  </w:endnote>
  <w:endnote w:type="continuationSeparator" w:id="0">
    <w:p w14:paraId="5558C679" w14:textId="77777777" w:rsidR="00113297" w:rsidRDefault="00113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NewtonC">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A0F9" w14:textId="77777777" w:rsidR="00F12170" w:rsidRDefault="00000000">
    <w:pPr>
      <w:pStyle w:val="a7"/>
      <w:jc w:val="center"/>
    </w:pPr>
    <w:r>
      <w:fldChar w:fldCharType="begin"/>
    </w:r>
    <w:r>
      <w:instrText>PAGE</w:instrText>
    </w:r>
    <w:r>
      <w:fldChar w:fldCharType="separate"/>
    </w:r>
    <w:r w:rsidR="00B408C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39AE6" w14:textId="77777777" w:rsidR="00113297" w:rsidRDefault="00113297">
      <w:r>
        <w:separator/>
      </w:r>
    </w:p>
  </w:footnote>
  <w:footnote w:type="continuationSeparator" w:id="0">
    <w:p w14:paraId="29959D28" w14:textId="77777777" w:rsidR="00113297" w:rsidRDefault="00113297">
      <w:r>
        <w:continuationSeparator/>
      </w:r>
    </w:p>
  </w:footnote>
  <w:footnote w:id="1">
    <w:p w14:paraId="491C296F" w14:textId="77777777" w:rsidR="007911BE" w:rsidRPr="00C738A7" w:rsidRDefault="007911BE" w:rsidP="007911BE">
      <w:pPr>
        <w:pStyle w:val="affb"/>
        <w:jc w:val="both"/>
        <w:rPr>
          <w:rFonts w:ascii="Times New Roman" w:hAnsi="Times New Roman" w:cs="Times New Roman"/>
          <w:sz w:val="24"/>
        </w:rPr>
      </w:pPr>
      <w:r w:rsidRPr="00C738A7">
        <w:rPr>
          <w:rStyle w:val="affa"/>
          <w:sz w:val="24"/>
        </w:rPr>
        <w:footnoteRef/>
      </w:r>
      <w:r w:rsidRPr="00C738A7">
        <w:rPr>
          <w:rFonts w:ascii="Times New Roman" w:hAnsi="Times New Roman" w:cs="Times New Roman"/>
          <w:sz w:val="24"/>
        </w:rPr>
        <w:t xml:space="preserve"> Научный совет РАН «Демографическое развитие и демографическая политика Российской Федерации» // РАН : [сайт]. URL: https://new.ras.ru/structures/komitety-sovety-i-komissii/komitety-sovety-i-komissii-pri-prezidiume-ran/sovety/nauchnyy-sovet-ran-demograficheskoe-razvitie-i-demograficheskaya-politika-rossiyskoy-federatsii/ (дата обращения 12.12.2025).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24524345">
    <w:abstractNumId w:val="8"/>
  </w:num>
  <w:num w:numId="2" w16cid:durableId="876242189">
    <w:abstractNumId w:val="6"/>
  </w:num>
  <w:num w:numId="3" w16cid:durableId="25565771">
    <w:abstractNumId w:val="5"/>
  </w:num>
  <w:num w:numId="4" w16cid:durableId="42602633">
    <w:abstractNumId w:val="4"/>
  </w:num>
  <w:num w:numId="5" w16cid:durableId="2041272177">
    <w:abstractNumId w:val="7"/>
  </w:num>
  <w:num w:numId="6" w16cid:durableId="995188299">
    <w:abstractNumId w:val="3"/>
  </w:num>
  <w:num w:numId="7" w16cid:durableId="820463683">
    <w:abstractNumId w:val="2"/>
  </w:num>
  <w:num w:numId="8" w16cid:durableId="1128351125">
    <w:abstractNumId w:val="1"/>
  </w:num>
  <w:num w:numId="9" w16cid:durableId="1937859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986"/>
    <w:rsid w:val="000329DC"/>
    <w:rsid w:val="00034616"/>
    <w:rsid w:val="0006063C"/>
    <w:rsid w:val="00113297"/>
    <w:rsid w:val="0015074B"/>
    <w:rsid w:val="00201AF2"/>
    <w:rsid w:val="0029639D"/>
    <w:rsid w:val="00326F90"/>
    <w:rsid w:val="00387CF6"/>
    <w:rsid w:val="003A1BDC"/>
    <w:rsid w:val="003E60F8"/>
    <w:rsid w:val="00585C06"/>
    <w:rsid w:val="00586F12"/>
    <w:rsid w:val="006B1CAB"/>
    <w:rsid w:val="007911BE"/>
    <w:rsid w:val="007966AB"/>
    <w:rsid w:val="007C4FB0"/>
    <w:rsid w:val="0082190A"/>
    <w:rsid w:val="0084017B"/>
    <w:rsid w:val="008A6905"/>
    <w:rsid w:val="009C0EC4"/>
    <w:rsid w:val="009C5706"/>
    <w:rsid w:val="00A27575"/>
    <w:rsid w:val="00A70CD9"/>
    <w:rsid w:val="00AA1D8D"/>
    <w:rsid w:val="00AA6F5E"/>
    <w:rsid w:val="00B336A1"/>
    <w:rsid w:val="00B408C8"/>
    <w:rsid w:val="00B47730"/>
    <w:rsid w:val="00C14D29"/>
    <w:rsid w:val="00CB0664"/>
    <w:rsid w:val="00EE36AF"/>
    <w:rsid w:val="00F12170"/>
    <w:rsid w:val="00F41D89"/>
    <w:rsid w:val="00FC5AD4"/>
    <w:rsid w:val="00FC693F"/>
    <w:rsid w:val="00FD37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244955"/>
  <w14:defaultImageDpi w14:val="300"/>
  <w15:docId w15:val="{670F9E3D-8481-452A-A85E-291863F4E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ind w:firstLine="709"/>
      <w:jc w:val="both"/>
    </w:pPr>
    <w:rPr>
      <w:rFonts w:ascii="Times New Roman" w:eastAsia="Times New Roman" w:hAnsi="Times New Roman"/>
    </w:rPr>
  </w:style>
  <w:style w:type="paragraph" w:styleId="1">
    <w:name w:val="heading 1"/>
    <w:basedOn w:val="a1"/>
    <w:next w:val="a1"/>
    <w:link w:val="10"/>
    <w:uiPriority w:val="9"/>
    <w:qFormat/>
    <w:rsid w:val="00585C06"/>
    <w:pPr>
      <w:keepNext/>
      <w:keepLines/>
      <w:spacing w:before="240" w:after="120"/>
      <w:ind w:firstLine="0"/>
      <w:jc w:val="left"/>
      <w:outlineLvl w:val="0"/>
    </w:pPr>
    <w:rPr>
      <w:rFonts w:cstheme="majorBidi"/>
      <w:b/>
      <w:bCs/>
      <w:sz w:val="32"/>
      <w:szCs w:val="28"/>
      <w:lang w:val="ru-RU"/>
    </w:rPr>
  </w:style>
  <w:style w:type="paragraph" w:styleId="21">
    <w:name w:val="heading 2"/>
    <w:basedOn w:val="a1"/>
    <w:next w:val="a1"/>
    <w:link w:val="22"/>
    <w:uiPriority w:val="9"/>
    <w:unhideWhenUsed/>
    <w:qFormat/>
    <w:rsid w:val="00585C06"/>
    <w:pPr>
      <w:keepNext/>
      <w:keepLines/>
      <w:spacing w:before="240" w:after="120"/>
      <w:ind w:firstLine="0"/>
      <w:jc w:val="left"/>
      <w:outlineLvl w:val="1"/>
    </w:pPr>
    <w:rPr>
      <w:rFonts w:eastAsiaTheme="majorEastAsia" w:cs="Times New Roman"/>
      <w:b/>
      <w:bCs/>
      <w:sz w:val="28"/>
      <w:szCs w:val="32"/>
      <w:lang w:val="ru-RU"/>
    </w:rPr>
  </w:style>
  <w:style w:type="paragraph" w:styleId="31">
    <w:name w:val="heading 3"/>
    <w:basedOn w:val="a1"/>
    <w:next w:val="a1"/>
    <w:link w:val="32"/>
    <w:uiPriority w:val="9"/>
    <w:unhideWhenUsed/>
    <w:qFormat/>
    <w:rsid w:val="008A6905"/>
    <w:pPr>
      <w:keepNext/>
      <w:keepLines/>
      <w:spacing w:before="240" w:after="120"/>
      <w:ind w:firstLine="0"/>
      <w:jc w:val="left"/>
      <w:outlineLvl w:val="2"/>
    </w:pPr>
    <w:rPr>
      <w:rFonts w:eastAsiaTheme="majorEastAsia" w:cs="Times New Roman"/>
      <w:b/>
      <w:bCs/>
      <w:sz w:val="28"/>
      <w:szCs w:val="28"/>
      <w:lang w:val="ru-RU"/>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585C06"/>
    <w:rPr>
      <w:rFonts w:ascii="Times New Roman" w:eastAsia="Times New Roman" w:hAnsi="Times New Roman" w:cstheme="majorBidi"/>
      <w:b/>
      <w:bCs/>
      <w:sz w:val="32"/>
      <w:szCs w:val="28"/>
      <w:lang w:val="ru-RU"/>
    </w:rPr>
  </w:style>
  <w:style w:type="character" w:customStyle="1" w:styleId="22">
    <w:name w:val="Заголовок 2 Знак"/>
    <w:basedOn w:val="a2"/>
    <w:link w:val="21"/>
    <w:uiPriority w:val="9"/>
    <w:rsid w:val="00585C06"/>
    <w:rPr>
      <w:rFonts w:ascii="Times New Roman" w:eastAsiaTheme="majorEastAsia" w:hAnsi="Times New Roman" w:cs="Times New Roman"/>
      <w:b/>
      <w:bCs/>
      <w:sz w:val="28"/>
      <w:szCs w:val="32"/>
      <w:lang w:val="ru-RU"/>
    </w:rPr>
  </w:style>
  <w:style w:type="character" w:customStyle="1" w:styleId="32">
    <w:name w:val="Заголовок 3 Знак"/>
    <w:basedOn w:val="a2"/>
    <w:link w:val="31"/>
    <w:uiPriority w:val="9"/>
    <w:rsid w:val="008A6905"/>
    <w:rPr>
      <w:rFonts w:ascii="Times New Roman" w:eastAsiaTheme="majorEastAsia" w:hAnsi="Times New Roman" w:cs="Times New Roman"/>
      <w:b/>
      <w:bCs/>
      <w:sz w:val="28"/>
      <w:szCs w:val="28"/>
      <w:lang w:val="ru-RU"/>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8"/>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Cs/>
      <w:color w:val="4F81BD" w:themeColor="accent1"/>
      <w:sz w:val="24"/>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14">
    <w:name w:val="toc 1"/>
    <w:basedOn w:val="a1"/>
    <w:next w:val="a1"/>
    <w:autoRedefine/>
    <w:uiPriority w:val="39"/>
    <w:unhideWhenUsed/>
    <w:rsid w:val="008A6905"/>
    <w:pPr>
      <w:spacing w:after="100"/>
    </w:pPr>
  </w:style>
  <w:style w:type="paragraph" w:styleId="2c">
    <w:name w:val="toc 2"/>
    <w:basedOn w:val="a1"/>
    <w:next w:val="a1"/>
    <w:autoRedefine/>
    <w:uiPriority w:val="39"/>
    <w:unhideWhenUsed/>
    <w:rsid w:val="008A6905"/>
    <w:pPr>
      <w:spacing w:after="100"/>
      <w:ind w:left="220"/>
    </w:pPr>
  </w:style>
  <w:style w:type="paragraph" w:styleId="38">
    <w:name w:val="toc 3"/>
    <w:basedOn w:val="a1"/>
    <w:next w:val="a1"/>
    <w:autoRedefine/>
    <w:uiPriority w:val="39"/>
    <w:unhideWhenUsed/>
    <w:rsid w:val="008A6905"/>
    <w:pPr>
      <w:spacing w:after="100"/>
      <w:ind w:left="440"/>
    </w:pPr>
  </w:style>
  <w:style w:type="character" w:styleId="aff8">
    <w:name w:val="Hyperlink"/>
    <w:basedOn w:val="a2"/>
    <w:uiPriority w:val="99"/>
    <w:unhideWhenUsed/>
    <w:rsid w:val="008A6905"/>
    <w:rPr>
      <w:color w:val="0000FF" w:themeColor="hyperlink"/>
      <w:u w:val="single"/>
    </w:rPr>
  </w:style>
  <w:style w:type="character" w:styleId="aff9">
    <w:name w:val="Unresolved Mention"/>
    <w:basedOn w:val="a2"/>
    <w:uiPriority w:val="99"/>
    <w:semiHidden/>
    <w:unhideWhenUsed/>
    <w:rsid w:val="00586F12"/>
    <w:rPr>
      <w:color w:val="605E5C"/>
      <w:shd w:val="clear" w:color="auto" w:fill="E1DFDD"/>
    </w:rPr>
  </w:style>
  <w:style w:type="character" w:styleId="affa">
    <w:name w:val="footnote reference"/>
    <w:aliases w:val="Знак сноски-FN,Ciae niinee-FN,Знак сноски 1,Referencia nota al pie,Ciae niinee 1,fr,Used by Word for Help footnote symbols,SUPERS,Ссылка на сноску 45,Appel note de bas de page,ОР,Footnotes refss,Fussnota,脚注文字列 (文字)1,?r’??¶???с (?¶??)1,ftref"/>
    <w:link w:val="-FN"/>
    <w:qFormat/>
    <w:rsid w:val="007911BE"/>
    <w:rPr>
      <w:vertAlign w:val="superscript"/>
    </w:rPr>
  </w:style>
  <w:style w:type="paragraph" w:styleId="affb">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single space,Знак3,ft"/>
    <w:basedOn w:val="a1"/>
    <w:link w:val="affc"/>
    <w:unhideWhenUsed/>
    <w:qFormat/>
    <w:rsid w:val="007911BE"/>
    <w:pPr>
      <w:ind w:firstLine="0"/>
      <w:jc w:val="left"/>
    </w:pPr>
    <w:rPr>
      <w:rFonts w:asciiTheme="minorHAnsi" w:eastAsiaTheme="minorHAnsi" w:hAnsiTheme="minorHAnsi"/>
      <w:sz w:val="20"/>
      <w:szCs w:val="20"/>
      <w:lang w:val="ru-RU" w:eastAsia="ru-RU"/>
    </w:rPr>
  </w:style>
  <w:style w:type="character" w:customStyle="1" w:styleId="affc">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 Знак,single space Знак1"/>
    <w:basedOn w:val="a2"/>
    <w:link w:val="affb"/>
    <w:qFormat/>
    <w:rsid w:val="007911BE"/>
    <w:rPr>
      <w:rFonts w:eastAsiaTheme="minorHAnsi"/>
      <w:sz w:val="20"/>
      <w:szCs w:val="20"/>
      <w:lang w:val="ru-RU" w:eastAsia="ru-RU"/>
    </w:rPr>
  </w:style>
  <w:style w:type="paragraph" w:customStyle="1" w:styleId="-FN">
    <w:name w:val="Знак сноски-FN Знак"/>
    <w:aliases w:val="сноска Знак,Footnote Reference Number Знак,сноска Знак1 Знак Знак Знак Знак Знак Знак,Знак сноски-FN Знак1 Знак Знак Знак Знак Знак Знак"/>
    <w:basedOn w:val="a1"/>
    <w:link w:val="affa"/>
    <w:rsid w:val="007911BE"/>
    <w:pPr>
      <w:spacing w:line="240" w:lineRule="exact"/>
      <w:ind w:firstLine="0"/>
    </w:pPr>
    <w:rPr>
      <w:rFonts w:asciiTheme="minorHAnsi" w:eastAsiaTheme="minorEastAsia"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74</Pages>
  <Words>19043</Words>
  <Characters>127974</Characters>
  <Application>Microsoft Office Word</Application>
  <DocSecurity>0</DocSecurity>
  <Lines>6398</Lines>
  <Paragraphs>5069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Арсений Ситковский</cp:lastModifiedBy>
  <cp:revision>18</cp:revision>
  <dcterms:created xsi:type="dcterms:W3CDTF">2013-12-23T23:15:00Z</dcterms:created>
  <dcterms:modified xsi:type="dcterms:W3CDTF">2026-05-14T14:10:00Z</dcterms:modified>
  <cp:category/>
</cp:coreProperties>
</file>